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Default Extension="xlsm" ContentType="application/vnd.ms-excel.sheet.macroEnabled.12"/>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33.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E79" w:rsidRPr="00C02DC4" w:rsidRDefault="00F44E79" w:rsidP="00731828">
      <w:pPr>
        <w:autoSpaceDE w:val="0"/>
        <w:autoSpaceDN w:val="0"/>
        <w:adjustRightInd w:val="0"/>
        <w:spacing w:line="288" w:lineRule="auto"/>
        <w:jc w:val="center"/>
        <w:textAlignment w:val="center"/>
        <w:rPr>
          <w:rFonts w:ascii="Times New Roman" w:hAnsi="Times New Roman" w:cs="Times New Roman"/>
          <w:sz w:val="28"/>
          <w:szCs w:val="28"/>
          <w:lang w:val="en-US"/>
        </w:rPr>
      </w:pPr>
      <w:r w:rsidRPr="00C02DC4">
        <w:rPr>
          <w:rFonts w:ascii="Times New Roman" w:hAnsi="Times New Roman" w:cs="Times New Roman"/>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480pt">
            <v:imagedata r:id="rId7" o:title=""/>
          </v:shape>
        </w:pict>
      </w:r>
    </w:p>
    <w:p w:rsidR="00F44E79" w:rsidRDefault="00F44E79" w:rsidP="00731828">
      <w:pPr>
        <w:autoSpaceDE w:val="0"/>
        <w:autoSpaceDN w:val="0"/>
        <w:adjustRightInd w:val="0"/>
        <w:spacing w:line="288" w:lineRule="auto"/>
        <w:jc w:val="center"/>
        <w:textAlignment w:val="center"/>
        <w:rPr>
          <w:rFonts w:ascii="Times New Roman" w:hAnsi="Times New Roman" w:cs="Times New Roman"/>
          <w:sz w:val="28"/>
          <w:szCs w:val="28"/>
          <w:lang w:val="en-US"/>
        </w:rPr>
      </w:pPr>
    </w:p>
    <w:p w:rsidR="00F44E79" w:rsidRDefault="00F44E79" w:rsidP="00731828">
      <w:pPr>
        <w:autoSpaceDE w:val="0"/>
        <w:autoSpaceDN w:val="0"/>
        <w:adjustRightInd w:val="0"/>
        <w:spacing w:line="288" w:lineRule="auto"/>
        <w:jc w:val="center"/>
        <w:textAlignment w:val="center"/>
        <w:rPr>
          <w:rFonts w:ascii="Times New Roman" w:hAnsi="Times New Roman" w:cs="Times New Roman"/>
          <w:sz w:val="28"/>
          <w:szCs w:val="28"/>
          <w:lang w:val="en-US"/>
        </w:rPr>
      </w:pPr>
    </w:p>
    <w:p w:rsidR="00F44E79" w:rsidRDefault="00F44E79" w:rsidP="006D1E2C">
      <w:pPr>
        <w:pStyle w:val="60"/>
        <w:spacing w:after="0"/>
        <w:jc w:val="left"/>
        <w:rPr>
          <w:rFonts w:ascii="Courier New" w:hAnsi="Courier New" w:cs="Courier New"/>
          <w:sz w:val="24"/>
          <w:szCs w:val="24"/>
        </w:rPr>
      </w:pPr>
    </w:p>
    <w:p w:rsidR="00F44E79" w:rsidRPr="00731828" w:rsidRDefault="00F44E79" w:rsidP="00731828">
      <w:pPr>
        <w:pStyle w:val="33"/>
        <w:keepNext/>
        <w:keepLines/>
        <w:pBdr>
          <w:bottom w:val="single" w:sz="4" w:space="0" w:color="auto"/>
        </w:pBdr>
        <w:spacing w:after="400" w:line="240" w:lineRule="auto"/>
        <w:jc w:val="both"/>
        <w:rPr>
          <w:rFonts w:ascii="Times New Roman" w:hAnsi="Times New Roman"/>
          <w:b w:val="0"/>
          <w:bCs w:val="0"/>
          <w:color w:val="auto"/>
          <w:sz w:val="24"/>
          <w:szCs w:val="24"/>
        </w:rPr>
      </w:pPr>
      <w:bookmarkStart w:id="0" w:name="bookmark3"/>
      <w:bookmarkStart w:id="1" w:name="bookmark4"/>
      <w:bookmarkStart w:id="2" w:name="bookmark5"/>
      <w:r w:rsidRPr="003D4367">
        <w:rPr>
          <w:rStyle w:val="32"/>
          <w:rFonts w:ascii="Times New Roman" w:hAnsi="Times New Roman"/>
          <w:b/>
          <w:sz w:val="24"/>
          <w:szCs w:val="24"/>
        </w:rPr>
        <w:t>СОДЕРЖАН</w:t>
      </w:r>
      <w:bookmarkStart w:id="3" w:name="bookmark6"/>
      <w:bookmarkEnd w:id="0"/>
      <w:bookmarkEnd w:id="1"/>
      <w:bookmarkEnd w:id="2"/>
      <w:bookmarkEnd w:id="3"/>
      <w:r>
        <w:rPr>
          <w:rStyle w:val="32"/>
          <w:rFonts w:ascii="Times New Roman" w:hAnsi="Times New Roman"/>
          <w:b/>
          <w:sz w:val="24"/>
          <w:szCs w:val="24"/>
        </w:rPr>
        <w:t>ИЕ</w:t>
      </w:r>
    </w:p>
    <w:p w:rsidR="00F44E79" w:rsidRPr="00025A49" w:rsidRDefault="00F44E79" w:rsidP="00025A49">
      <w:pPr>
        <w:pStyle w:val="BodyText"/>
        <w:numPr>
          <w:ilvl w:val="1"/>
          <w:numId w:val="13"/>
        </w:numPr>
        <w:tabs>
          <w:tab w:val="left" w:pos="776"/>
          <w:tab w:val="left" w:leader="dot" w:pos="5661"/>
        </w:tabs>
        <w:spacing w:after="60" w:line="312" w:lineRule="auto"/>
        <w:jc w:val="both"/>
        <w:rPr>
          <w:rStyle w:val="BodyTextChar1"/>
          <w:rFonts w:ascii="Times New Roman" w:hAnsi="Times New Roman"/>
          <w:color w:val="auto"/>
          <w:sz w:val="24"/>
          <w:szCs w:val="24"/>
        </w:rPr>
      </w:pPr>
      <w:bookmarkStart w:id="4" w:name="bookmark7"/>
      <w:bookmarkEnd w:id="4"/>
      <w:r w:rsidRPr="00025A49">
        <w:rPr>
          <w:rStyle w:val="BodyTextChar1"/>
          <w:rFonts w:ascii="Times New Roman" w:hAnsi="Times New Roman"/>
          <w:sz w:val="24"/>
          <w:szCs w:val="24"/>
        </w:rPr>
        <w:t>Целевой раздел ООП</w:t>
      </w:r>
    </w:p>
    <w:p w:rsidR="00F44E79" w:rsidRPr="00025A49" w:rsidRDefault="00F44E79" w:rsidP="00025A49">
      <w:pPr>
        <w:pStyle w:val="BodyText"/>
        <w:tabs>
          <w:tab w:val="left" w:pos="776"/>
          <w:tab w:val="left" w:leader="dot" w:pos="5661"/>
        </w:tabs>
        <w:spacing w:after="60" w:line="312" w:lineRule="auto"/>
        <w:ind w:left="240" w:firstLine="0"/>
        <w:jc w:val="both"/>
        <w:rPr>
          <w:rFonts w:ascii="Times New Roman" w:hAnsi="Times New Roman"/>
          <w:color w:val="auto"/>
          <w:sz w:val="24"/>
          <w:szCs w:val="24"/>
        </w:rPr>
      </w:pPr>
      <w:r w:rsidRPr="00025A49">
        <w:rPr>
          <w:rStyle w:val="BodyTextChar1"/>
          <w:rFonts w:ascii="Times New Roman" w:hAnsi="Times New Roman"/>
          <w:sz w:val="24"/>
          <w:szCs w:val="24"/>
        </w:rPr>
        <w:t>1.1.Пояснительная записка</w:t>
      </w:r>
      <w:r w:rsidRPr="00025A49">
        <w:rPr>
          <w:rStyle w:val="BodyTextChar1"/>
          <w:rFonts w:ascii="Times New Roman" w:hAnsi="Times New Roman"/>
          <w:sz w:val="24"/>
          <w:szCs w:val="24"/>
        </w:rPr>
        <w:tab/>
      </w:r>
    </w:p>
    <w:p w:rsidR="00F44E79" w:rsidRPr="00025A49" w:rsidRDefault="00F44E79" w:rsidP="00025A49">
      <w:pPr>
        <w:pStyle w:val="BodyText"/>
        <w:tabs>
          <w:tab w:val="left" w:pos="1198"/>
        </w:tabs>
        <w:spacing w:line="310" w:lineRule="auto"/>
        <w:ind w:left="460" w:firstLine="0"/>
        <w:jc w:val="both"/>
        <w:rPr>
          <w:rFonts w:ascii="Times New Roman" w:hAnsi="Times New Roman"/>
          <w:color w:val="auto"/>
          <w:sz w:val="24"/>
          <w:szCs w:val="24"/>
        </w:rPr>
      </w:pPr>
      <w:bookmarkStart w:id="5" w:name="bookmark8"/>
      <w:bookmarkEnd w:id="5"/>
      <w:r w:rsidRPr="00025A49">
        <w:rPr>
          <w:rStyle w:val="BodyTextChar1"/>
          <w:rFonts w:ascii="Times New Roman" w:hAnsi="Times New Roman"/>
          <w:sz w:val="24"/>
          <w:szCs w:val="24"/>
        </w:rPr>
        <w:t>1.1.1.Цели реализации основной образовательной программы основного</w:t>
      </w:r>
      <w:r w:rsidRPr="00025A49">
        <w:rPr>
          <w:rFonts w:ascii="Times New Roman" w:hAnsi="Times New Roman"/>
          <w:color w:val="auto"/>
          <w:sz w:val="24"/>
          <w:szCs w:val="24"/>
        </w:rPr>
        <w:t xml:space="preserve"> </w:t>
      </w:r>
      <w:r w:rsidRPr="00025A49">
        <w:rPr>
          <w:rStyle w:val="BodyTextChar1"/>
          <w:rFonts w:ascii="Times New Roman" w:hAnsi="Times New Roman"/>
          <w:sz w:val="24"/>
          <w:szCs w:val="24"/>
        </w:rPr>
        <w:t>общего образования……….</w:t>
      </w:r>
      <w:r w:rsidRPr="00025A49">
        <w:rPr>
          <w:rStyle w:val="BodyTextChar1"/>
          <w:rFonts w:ascii="Times New Roman" w:hAnsi="Times New Roman"/>
          <w:sz w:val="24"/>
          <w:szCs w:val="24"/>
        </w:rPr>
        <w:tab/>
      </w:r>
    </w:p>
    <w:p w:rsidR="00F44E79" w:rsidRPr="00025A49" w:rsidRDefault="00F44E79" w:rsidP="001C7BA4">
      <w:pPr>
        <w:pStyle w:val="BodyText"/>
        <w:numPr>
          <w:ilvl w:val="2"/>
          <w:numId w:val="82"/>
        </w:numPr>
        <w:tabs>
          <w:tab w:val="left" w:pos="1188"/>
        </w:tabs>
        <w:spacing w:line="310" w:lineRule="auto"/>
        <w:jc w:val="both"/>
        <w:rPr>
          <w:rFonts w:ascii="Times New Roman" w:hAnsi="Times New Roman"/>
          <w:color w:val="auto"/>
          <w:sz w:val="24"/>
          <w:szCs w:val="24"/>
        </w:rPr>
      </w:pPr>
      <w:bookmarkStart w:id="6" w:name="bookmark9"/>
      <w:bookmarkEnd w:id="6"/>
      <w:r w:rsidRPr="00025A49">
        <w:rPr>
          <w:rStyle w:val="BodyTextChar1"/>
          <w:rFonts w:ascii="Times New Roman" w:hAnsi="Times New Roman"/>
          <w:sz w:val="24"/>
          <w:szCs w:val="24"/>
        </w:rPr>
        <w:t>Принципы формирования и механизмы реализации основной образовательной программы основного общего образования…………….</w:t>
      </w:r>
      <w:r w:rsidRPr="00025A49">
        <w:rPr>
          <w:rFonts w:ascii="Times New Roman" w:hAnsi="Times New Roman"/>
          <w:color w:val="auto"/>
          <w:sz w:val="24"/>
          <w:szCs w:val="24"/>
        </w:rPr>
        <w:fldChar w:fldCharType="begin"/>
      </w:r>
      <w:r w:rsidRPr="00025A49">
        <w:rPr>
          <w:rFonts w:ascii="Times New Roman" w:hAnsi="Times New Roman"/>
          <w:color w:val="auto"/>
          <w:sz w:val="24"/>
          <w:szCs w:val="24"/>
        </w:rPr>
        <w:instrText xml:space="preserve"> TOC \o "1-5" \h \z </w:instrText>
      </w:r>
      <w:r w:rsidRPr="00025A49">
        <w:rPr>
          <w:rFonts w:ascii="Times New Roman" w:hAnsi="Times New Roman"/>
          <w:color w:val="auto"/>
          <w:sz w:val="24"/>
          <w:szCs w:val="24"/>
        </w:rPr>
        <w:fldChar w:fldCharType="separate"/>
      </w:r>
    </w:p>
    <w:p w:rsidR="00F44E79" w:rsidRPr="00025A49" w:rsidRDefault="00F44E79" w:rsidP="001C7BA4">
      <w:pPr>
        <w:pStyle w:val="a6"/>
        <w:numPr>
          <w:ilvl w:val="2"/>
          <w:numId w:val="82"/>
        </w:numPr>
        <w:tabs>
          <w:tab w:val="left" w:pos="1198"/>
        </w:tabs>
        <w:spacing w:after="0" w:line="314" w:lineRule="auto"/>
        <w:jc w:val="both"/>
        <w:rPr>
          <w:rFonts w:ascii="Times New Roman" w:hAnsi="Times New Roman"/>
          <w:color w:val="auto"/>
          <w:sz w:val="24"/>
          <w:szCs w:val="24"/>
        </w:rPr>
      </w:pPr>
      <w:bookmarkStart w:id="7" w:name="bookmark10"/>
      <w:bookmarkEnd w:id="7"/>
      <w:r w:rsidRPr="00025A49">
        <w:rPr>
          <w:rStyle w:val="a5"/>
          <w:rFonts w:ascii="Times New Roman" w:hAnsi="Times New Roman"/>
          <w:sz w:val="24"/>
          <w:szCs w:val="24"/>
        </w:rPr>
        <w:t>Общая характеристика основной образовательной программы……………………………………</w:t>
      </w:r>
      <w:r w:rsidRPr="00025A49">
        <w:rPr>
          <w:rFonts w:ascii="Times New Roman" w:hAnsi="Times New Roman"/>
          <w:color w:val="auto"/>
          <w:sz w:val="24"/>
          <w:szCs w:val="24"/>
        </w:rPr>
        <w:t xml:space="preserve"> </w:t>
      </w:r>
    </w:p>
    <w:p w:rsidR="00F44E79" w:rsidRPr="00025A49" w:rsidRDefault="00F44E79" w:rsidP="001C7BA4">
      <w:pPr>
        <w:pStyle w:val="a6"/>
        <w:numPr>
          <w:ilvl w:val="1"/>
          <w:numId w:val="82"/>
        </w:numPr>
        <w:tabs>
          <w:tab w:val="left" w:pos="786"/>
        </w:tabs>
        <w:spacing w:after="0" w:line="312" w:lineRule="auto"/>
        <w:jc w:val="both"/>
        <w:rPr>
          <w:rFonts w:ascii="Times New Roman" w:hAnsi="Times New Roman"/>
          <w:color w:val="auto"/>
          <w:sz w:val="24"/>
          <w:szCs w:val="24"/>
        </w:rPr>
      </w:pPr>
      <w:bookmarkStart w:id="8" w:name="bookmark11"/>
      <w:bookmarkEnd w:id="8"/>
      <w:r w:rsidRPr="00025A49">
        <w:rPr>
          <w:rStyle w:val="a5"/>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F44E79" w:rsidRPr="00025A49" w:rsidRDefault="00F44E79" w:rsidP="00025A49">
      <w:pPr>
        <w:pStyle w:val="a6"/>
        <w:tabs>
          <w:tab w:val="right" w:leader="dot" w:pos="6339"/>
        </w:tabs>
        <w:spacing w:after="60" w:line="312" w:lineRule="auto"/>
        <w:ind w:firstLine="240"/>
        <w:jc w:val="both"/>
        <w:rPr>
          <w:rFonts w:ascii="Times New Roman" w:hAnsi="Times New Roman"/>
          <w:color w:val="auto"/>
          <w:sz w:val="24"/>
          <w:szCs w:val="24"/>
        </w:rPr>
      </w:pPr>
      <w:r w:rsidRPr="00025A49">
        <w:rPr>
          <w:rStyle w:val="a5"/>
          <w:rFonts w:ascii="Times New Roman" w:hAnsi="Times New Roman"/>
          <w:sz w:val="24"/>
          <w:szCs w:val="24"/>
        </w:rPr>
        <w:t xml:space="preserve">общая характеристика </w:t>
      </w:r>
      <w:r w:rsidRPr="00025A49">
        <w:rPr>
          <w:rStyle w:val="a5"/>
          <w:rFonts w:ascii="Times New Roman" w:hAnsi="Times New Roman"/>
          <w:sz w:val="24"/>
          <w:szCs w:val="24"/>
        </w:rPr>
        <w:tab/>
        <w:t xml:space="preserve"> </w:t>
      </w:r>
    </w:p>
    <w:p w:rsidR="00F44E79" w:rsidRPr="00025A49" w:rsidRDefault="00F44E79" w:rsidP="001C7BA4">
      <w:pPr>
        <w:pStyle w:val="a6"/>
        <w:numPr>
          <w:ilvl w:val="1"/>
          <w:numId w:val="82"/>
        </w:numPr>
        <w:tabs>
          <w:tab w:val="left" w:pos="776"/>
        </w:tabs>
        <w:spacing w:after="0" w:line="314" w:lineRule="auto"/>
        <w:jc w:val="both"/>
        <w:rPr>
          <w:rFonts w:ascii="Times New Roman" w:hAnsi="Times New Roman"/>
          <w:color w:val="auto"/>
          <w:sz w:val="24"/>
          <w:szCs w:val="24"/>
        </w:rPr>
      </w:pPr>
      <w:bookmarkStart w:id="9" w:name="bookmark12"/>
      <w:bookmarkEnd w:id="9"/>
      <w:r w:rsidRPr="00025A49">
        <w:rPr>
          <w:rStyle w:val="a5"/>
          <w:rFonts w:ascii="Times New Roman" w:hAnsi="Times New Roman"/>
          <w:sz w:val="24"/>
          <w:szCs w:val="24"/>
        </w:rPr>
        <w:t>Система оценки достижения планируемых</w:t>
      </w:r>
    </w:p>
    <w:p w:rsidR="00F44E79" w:rsidRPr="00025A49" w:rsidRDefault="00F44E79" w:rsidP="00025A49">
      <w:pPr>
        <w:pStyle w:val="a6"/>
        <w:tabs>
          <w:tab w:val="right" w:leader="dot" w:pos="6339"/>
        </w:tabs>
        <w:spacing w:after="60" w:line="314" w:lineRule="auto"/>
        <w:ind w:left="240" w:firstLine="0"/>
        <w:jc w:val="both"/>
        <w:rPr>
          <w:rFonts w:ascii="Times New Roman" w:hAnsi="Times New Roman"/>
          <w:color w:val="auto"/>
          <w:sz w:val="24"/>
          <w:szCs w:val="24"/>
        </w:rPr>
      </w:pPr>
      <w:r w:rsidRPr="00025A49">
        <w:rPr>
          <w:rStyle w:val="a5"/>
          <w:rFonts w:ascii="Times New Roman" w:hAnsi="Times New Roman"/>
          <w:sz w:val="24"/>
          <w:szCs w:val="24"/>
        </w:rPr>
        <w:t>результатов освоения основной образовательной программы</w:t>
      </w:r>
      <w:r w:rsidRPr="00025A49">
        <w:rPr>
          <w:rStyle w:val="a5"/>
          <w:rFonts w:ascii="Times New Roman" w:hAnsi="Times New Roman"/>
          <w:sz w:val="24"/>
          <w:szCs w:val="24"/>
        </w:rPr>
        <w:tab/>
        <w:t xml:space="preserve"> </w:t>
      </w:r>
    </w:p>
    <w:p w:rsidR="00F44E79" w:rsidRPr="00025A49" w:rsidRDefault="00F44E79" w:rsidP="00025A49">
      <w:pPr>
        <w:pStyle w:val="a6"/>
        <w:tabs>
          <w:tab w:val="left" w:pos="1188"/>
          <w:tab w:val="left" w:leader="dot" w:pos="5661"/>
        </w:tabs>
        <w:spacing w:after="60" w:line="312" w:lineRule="auto"/>
        <w:jc w:val="both"/>
        <w:rPr>
          <w:rFonts w:ascii="Times New Roman" w:hAnsi="Times New Roman"/>
          <w:color w:val="auto"/>
          <w:sz w:val="24"/>
          <w:szCs w:val="24"/>
        </w:rPr>
      </w:pPr>
      <w:bookmarkStart w:id="10" w:name="bookmark13"/>
      <w:bookmarkEnd w:id="10"/>
      <w:r w:rsidRPr="00025A49">
        <w:rPr>
          <w:rStyle w:val="a5"/>
          <w:rFonts w:ascii="Times New Roman" w:hAnsi="Times New Roman"/>
          <w:sz w:val="24"/>
          <w:szCs w:val="24"/>
        </w:rPr>
        <w:t>1.3.1.Общие положения</w:t>
      </w:r>
      <w:r w:rsidRPr="00025A49">
        <w:rPr>
          <w:rStyle w:val="a5"/>
          <w:rFonts w:ascii="Times New Roman" w:hAnsi="Times New Roman"/>
          <w:sz w:val="24"/>
          <w:szCs w:val="24"/>
        </w:rPr>
        <w:tab/>
      </w:r>
    </w:p>
    <w:p w:rsidR="00F44E79" w:rsidRPr="00025A49" w:rsidRDefault="00F44E79" w:rsidP="001C7BA4">
      <w:pPr>
        <w:pStyle w:val="a6"/>
        <w:numPr>
          <w:ilvl w:val="2"/>
          <w:numId w:val="82"/>
        </w:numPr>
        <w:tabs>
          <w:tab w:val="left" w:pos="1188"/>
        </w:tabs>
        <w:spacing w:after="0" w:line="312" w:lineRule="auto"/>
        <w:jc w:val="both"/>
        <w:rPr>
          <w:rFonts w:ascii="Times New Roman" w:hAnsi="Times New Roman"/>
          <w:color w:val="auto"/>
          <w:sz w:val="24"/>
          <w:szCs w:val="24"/>
        </w:rPr>
      </w:pPr>
      <w:bookmarkStart w:id="11" w:name="bookmark14"/>
      <w:bookmarkEnd w:id="11"/>
      <w:r w:rsidRPr="00025A49">
        <w:rPr>
          <w:rStyle w:val="a5"/>
          <w:rFonts w:ascii="Times New Roman" w:hAnsi="Times New Roman"/>
          <w:sz w:val="24"/>
          <w:szCs w:val="24"/>
        </w:rPr>
        <w:t>Особенности оценки метапредметных</w:t>
      </w:r>
    </w:p>
    <w:p w:rsidR="00F44E79" w:rsidRPr="00025A49" w:rsidRDefault="00F44E79" w:rsidP="00025A49">
      <w:pPr>
        <w:pStyle w:val="a6"/>
        <w:tabs>
          <w:tab w:val="right" w:leader="dot" w:pos="6339"/>
        </w:tabs>
        <w:spacing w:after="60" w:line="312" w:lineRule="auto"/>
        <w:jc w:val="both"/>
        <w:rPr>
          <w:rFonts w:ascii="Times New Roman" w:hAnsi="Times New Roman"/>
          <w:color w:val="auto"/>
          <w:sz w:val="24"/>
          <w:szCs w:val="24"/>
        </w:rPr>
      </w:pPr>
      <w:r>
        <w:rPr>
          <w:rFonts w:ascii="Times New Roman" w:hAnsi="Times New Roman"/>
          <w:sz w:val="24"/>
          <w:szCs w:val="24"/>
        </w:rPr>
        <w:t xml:space="preserve">  и предметных результатов……………………….</w:t>
      </w:r>
    </w:p>
    <w:p w:rsidR="00F44E79" w:rsidRPr="00025A49" w:rsidRDefault="00F44E79" w:rsidP="001C7BA4">
      <w:pPr>
        <w:pStyle w:val="a6"/>
        <w:numPr>
          <w:ilvl w:val="2"/>
          <w:numId w:val="82"/>
        </w:numPr>
        <w:tabs>
          <w:tab w:val="left" w:pos="1188"/>
        </w:tabs>
        <w:spacing w:after="0" w:line="312" w:lineRule="auto"/>
        <w:jc w:val="both"/>
        <w:rPr>
          <w:rFonts w:ascii="Times New Roman" w:hAnsi="Times New Roman"/>
          <w:color w:val="auto"/>
          <w:sz w:val="24"/>
          <w:szCs w:val="24"/>
        </w:rPr>
      </w:pPr>
      <w:bookmarkStart w:id="12" w:name="bookmark15"/>
      <w:bookmarkEnd w:id="12"/>
      <w:r w:rsidRPr="00025A49">
        <w:rPr>
          <w:rStyle w:val="a5"/>
          <w:rFonts w:ascii="Times New Roman" w:hAnsi="Times New Roman"/>
          <w:sz w:val="24"/>
          <w:szCs w:val="24"/>
        </w:rPr>
        <w:t>Организация и содержание оценочных</w:t>
      </w:r>
    </w:p>
    <w:p w:rsidR="00F44E79" w:rsidRPr="00025A49" w:rsidRDefault="00F44E79" w:rsidP="00025A49">
      <w:pPr>
        <w:pStyle w:val="a6"/>
        <w:tabs>
          <w:tab w:val="right" w:leader="dot" w:pos="6339"/>
        </w:tabs>
        <w:spacing w:after="200" w:line="312" w:lineRule="auto"/>
        <w:jc w:val="both"/>
        <w:rPr>
          <w:rFonts w:ascii="Times New Roman" w:hAnsi="Times New Roman"/>
          <w:color w:val="auto"/>
          <w:sz w:val="24"/>
          <w:szCs w:val="24"/>
        </w:rPr>
      </w:pPr>
      <w:r w:rsidRPr="00025A49">
        <w:rPr>
          <w:rFonts w:ascii="Times New Roman" w:hAnsi="Times New Roman"/>
          <w:sz w:val="24"/>
          <w:szCs w:val="24"/>
        </w:rPr>
        <w:t>процедур…………………………………………………</w:t>
      </w:r>
    </w:p>
    <w:p w:rsidR="00F44E79" w:rsidRPr="00025A49" w:rsidRDefault="00F44E79" w:rsidP="001C7BA4">
      <w:pPr>
        <w:pStyle w:val="a6"/>
        <w:numPr>
          <w:ilvl w:val="0"/>
          <w:numId w:val="82"/>
        </w:numPr>
        <w:tabs>
          <w:tab w:val="left" w:pos="349"/>
        </w:tabs>
        <w:spacing w:after="0" w:line="312" w:lineRule="auto"/>
        <w:jc w:val="both"/>
        <w:rPr>
          <w:rFonts w:ascii="Times New Roman" w:hAnsi="Times New Roman"/>
          <w:color w:val="auto"/>
          <w:sz w:val="24"/>
          <w:szCs w:val="24"/>
        </w:rPr>
      </w:pPr>
      <w:bookmarkStart w:id="13" w:name="bookmark16"/>
      <w:bookmarkEnd w:id="13"/>
      <w:r w:rsidRPr="00025A49">
        <w:rPr>
          <w:rStyle w:val="a5"/>
          <w:rFonts w:ascii="Times New Roman" w:hAnsi="Times New Roman"/>
          <w:sz w:val="24"/>
          <w:szCs w:val="24"/>
        </w:rPr>
        <w:t>Содержательный раздел основной образовательной</w:t>
      </w:r>
    </w:p>
    <w:p w:rsidR="00F44E79" w:rsidRPr="00025A49" w:rsidRDefault="00F44E79" w:rsidP="00025A49">
      <w:pPr>
        <w:pStyle w:val="a6"/>
        <w:tabs>
          <w:tab w:val="right" w:leader="dot" w:pos="6339"/>
        </w:tabs>
        <w:spacing w:after="60" w:line="312" w:lineRule="auto"/>
        <w:ind w:firstLine="0"/>
        <w:jc w:val="both"/>
        <w:rPr>
          <w:rFonts w:ascii="Times New Roman" w:hAnsi="Times New Roman"/>
          <w:color w:val="auto"/>
          <w:sz w:val="24"/>
          <w:szCs w:val="24"/>
        </w:rPr>
      </w:pPr>
      <w:r w:rsidRPr="00025A49">
        <w:rPr>
          <w:rFonts w:ascii="Times New Roman" w:hAnsi="Times New Roman"/>
          <w:sz w:val="24"/>
          <w:szCs w:val="24"/>
        </w:rPr>
        <w:t>программы.</w:t>
      </w:r>
    </w:p>
    <w:p w:rsidR="00F44E79" w:rsidRPr="00025A49" w:rsidRDefault="00F44E79" w:rsidP="001C7BA4">
      <w:pPr>
        <w:pStyle w:val="a6"/>
        <w:numPr>
          <w:ilvl w:val="1"/>
          <w:numId w:val="82"/>
        </w:numPr>
        <w:tabs>
          <w:tab w:val="left" w:pos="786"/>
          <w:tab w:val="left" w:leader="dot" w:pos="5661"/>
          <w:tab w:val="left" w:pos="6144"/>
        </w:tabs>
        <w:spacing w:after="60" w:line="312" w:lineRule="auto"/>
        <w:jc w:val="both"/>
        <w:rPr>
          <w:rFonts w:ascii="Times New Roman" w:hAnsi="Times New Roman"/>
          <w:color w:val="auto"/>
          <w:sz w:val="24"/>
          <w:szCs w:val="24"/>
        </w:rPr>
      </w:pPr>
      <w:bookmarkStart w:id="14" w:name="bookmark17"/>
      <w:bookmarkEnd w:id="14"/>
      <w:r w:rsidRPr="00025A49">
        <w:rPr>
          <w:rStyle w:val="a5"/>
          <w:rFonts w:ascii="Times New Roman" w:hAnsi="Times New Roman"/>
          <w:sz w:val="24"/>
          <w:szCs w:val="24"/>
        </w:rPr>
        <w:t>Рабочие программы учебных предметов, учебных курсов (в том числе внеурочной деятельности), учебных модулей</w:t>
      </w:r>
      <w:r w:rsidRPr="00025A49">
        <w:rPr>
          <w:rStyle w:val="a5"/>
          <w:rFonts w:ascii="Times New Roman" w:hAnsi="Times New Roman"/>
          <w:sz w:val="24"/>
          <w:szCs w:val="24"/>
        </w:rPr>
        <w:tab/>
      </w:r>
    </w:p>
    <w:p w:rsidR="00F44E79" w:rsidRPr="00025A49" w:rsidRDefault="00F44E79" w:rsidP="00025A49">
      <w:pPr>
        <w:pStyle w:val="BodyText"/>
        <w:tabs>
          <w:tab w:val="left" w:pos="1193"/>
          <w:tab w:val="left" w:leader="dot" w:pos="5658"/>
        </w:tabs>
        <w:spacing w:after="40" w:line="310" w:lineRule="auto"/>
        <w:jc w:val="both"/>
        <w:rPr>
          <w:rFonts w:ascii="Times New Roman" w:hAnsi="Times New Roman"/>
          <w:color w:val="auto"/>
          <w:sz w:val="24"/>
          <w:szCs w:val="24"/>
        </w:rPr>
      </w:pPr>
      <w:r w:rsidRPr="00025A49">
        <w:rPr>
          <w:rFonts w:ascii="Times New Roman" w:hAnsi="Times New Roman"/>
          <w:color w:val="auto"/>
          <w:sz w:val="24"/>
          <w:szCs w:val="24"/>
        </w:rPr>
        <w:fldChar w:fldCharType="end"/>
      </w:r>
      <w:bookmarkStart w:id="15" w:name="bookmark18"/>
      <w:bookmarkEnd w:id="15"/>
      <w:r w:rsidRPr="00025A49">
        <w:rPr>
          <w:rFonts w:ascii="Times New Roman" w:hAnsi="Times New Roman"/>
          <w:color w:val="auto"/>
          <w:sz w:val="24"/>
          <w:szCs w:val="24"/>
        </w:rPr>
        <w:t xml:space="preserve">   2.1.1.</w:t>
      </w:r>
      <w:r w:rsidRPr="00025A49">
        <w:rPr>
          <w:rStyle w:val="BodyTextChar1"/>
          <w:rFonts w:ascii="Times New Roman" w:hAnsi="Times New Roman"/>
          <w:sz w:val="24"/>
          <w:szCs w:val="24"/>
        </w:rPr>
        <w:t xml:space="preserve">Русский язык </w:t>
      </w:r>
      <w:r w:rsidRPr="00025A49">
        <w:rPr>
          <w:rStyle w:val="BodyTextChar1"/>
          <w:rFonts w:ascii="Times New Roman" w:hAnsi="Times New Roman"/>
          <w:sz w:val="24"/>
          <w:szCs w:val="24"/>
        </w:rPr>
        <w:tab/>
      </w:r>
    </w:p>
    <w:p w:rsidR="00F44E79" w:rsidRPr="00025A49" w:rsidRDefault="00F44E79" w:rsidP="001C7BA4">
      <w:pPr>
        <w:pStyle w:val="a6"/>
        <w:numPr>
          <w:ilvl w:val="2"/>
          <w:numId w:val="82"/>
        </w:numPr>
        <w:tabs>
          <w:tab w:val="left" w:pos="1193"/>
          <w:tab w:val="right" w:leader="dot" w:pos="6329"/>
        </w:tabs>
        <w:jc w:val="both"/>
        <w:rPr>
          <w:rFonts w:ascii="Times New Roman" w:hAnsi="Times New Roman"/>
          <w:color w:val="auto"/>
          <w:sz w:val="24"/>
          <w:szCs w:val="24"/>
        </w:rPr>
      </w:pPr>
      <w:r w:rsidRPr="00025A49">
        <w:rPr>
          <w:rFonts w:ascii="Times New Roman" w:hAnsi="Times New Roman"/>
          <w:color w:val="auto"/>
          <w:sz w:val="24"/>
          <w:szCs w:val="24"/>
        </w:rPr>
        <w:fldChar w:fldCharType="begin"/>
      </w:r>
      <w:r w:rsidRPr="00025A49">
        <w:rPr>
          <w:rFonts w:ascii="Times New Roman" w:hAnsi="Times New Roman"/>
          <w:color w:val="auto"/>
          <w:sz w:val="24"/>
          <w:szCs w:val="24"/>
        </w:rPr>
        <w:instrText xml:space="preserve"> TOC \o "1-5" \h \z </w:instrText>
      </w:r>
      <w:r w:rsidRPr="00025A49">
        <w:rPr>
          <w:rFonts w:ascii="Times New Roman" w:hAnsi="Times New Roman"/>
          <w:color w:val="auto"/>
          <w:sz w:val="24"/>
          <w:szCs w:val="24"/>
        </w:rPr>
        <w:fldChar w:fldCharType="separate"/>
      </w:r>
      <w:bookmarkStart w:id="16" w:name="bookmark20"/>
      <w:bookmarkEnd w:id="16"/>
      <w:r w:rsidRPr="00025A49">
        <w:rPr>
          <w:rFonts w:ascii="Times New Roman" w:hAnsi="Times New Roman"/>
          <w:sz w:val="24"/>
          <w:szCs w:val="24"/>
        </w:rPr>
        <w:t>Литература…………………………………</w:t>
      </w:r>
    </w:p>
    <w:p w:rsidR="00F44E79" w:rsidRPr="00025A49" w:rsidRDefault="00F44E79" w:rsidP="001C7BA4">
      <w:pPr>
        <w:pStyle w:val="a6"/>
        <w:numPr>
          <w:ilvl w:val="2"/>
          <w:numId w:val="82"/>
        </w:numPr>
        <w:tabs>
          <w:tab w:val="left" w:pos="1193"/>
          <w:tab w:val="right" w:leader="dot" w:pos="6329"/>
        </w:tabs>
        <w:jc w:val="both"/>
        <w:rPr>
          <w:rFonts w:ascii="Times New Roman" w:hAnsi="Times New Roman"/>
          <w:color w:val="auto"/>
          <w:sz w:val="24"/>
          <w:szCs w:val="24"/>
        </w:rPr>
      </w:pPr>
      <w:bookmarkStart w:id="17" w:name="bookmark22"/>
      <w:bookmarkEnd w:id="17"/>
      <w:r w:rsidRPr="00025A49">
        <w:rPr>
          <w:rStyle w:val="a5"/>
          <w:rFonts w:ascii="Times New Roman" w:hAnsi="Times New Roman"/>
          <w:sz w:val="24"/>
          <w:szCs w:val="24"/>
        </w:rPr>
        <w:t>Английский язык</w:t>
      </w:r>
      <w:r w:rsidRPr="00025A49">
        <w:rPr>
          <w:rStyle w:val="a5"/>
          <w:rFonts w:ascii="Times New Roman" w:hAnsi="Times New Roman"/>
          <w:sz w:val="24"/>
          <w:szCs w:val="24"/>
        </w:rPr>
        <w:tab/>
        <w:t xml:space="preserve"> </w:t>
      </w:r>
    </w:p>
    <w:p w:rsidR="00F44E79" w:rsidRPr="00025A49" w:rsidRDefault="00F44E79" w:rsidP="001C7BA4">
      <w:pPr>
        <w:pStyle w:val="a6"/>
        <w:numPr>
          <w:ilvl w:val="2"/>
          <w:numId w:val="82"/>
        </w:numPr>
        <w:tabs>
          <w:tab w:val="left" w:pos="1193"/>
          <w:tab w:val="right" w:leader="dot" w:pos="6329"/>
        </w:tabs>
        <w:jc w:val="both"/>
        <w:rPr>
          <w:rFonts w:ascii="Times New Roman" w:hAnsi="Times New Roman"/>
          <w:color w:val="auto"/>
          <w:sz w:val="24"/>
          <w:szCs w:val="24"/>
        </w:rPr>
      </w:pPr>
      <w:r>
        <w:rPr>
          <w:rFonts w:ascii="Times New Roman" w:hAnsi="Times New Roman"/>
          <w:sz w:val="24"/>
          <w:szCs w:val="24"/>
        </w:rPr>
        <w:t xml:space="preserve">Немецкий </w:t>
      </w:r>
      <w:r w:rsidRPr="00025A49">
        <w:rPr>
          <w:rFonts w:ascii="Times New Roman" w:hAnsi="Times New Roman"/>
          <w:sz w:val="24"/>
          <w:szCs w:val="24"/>
        </w:rPr>
        <w:t>язык</w:t>
      </w:r>
      <w:r w:rsidRPr="00025A49">
        <w:rPr>
          <w:rFonts w:ascii="Times New Roman" w:hAnsi="Times New Roman"/>
          <w:color w:val="auto"/>
          <w:sz w:val="24"/>
          <w:szCs w:val="24"/>
        </w:rPr>
        <w:t>…………………………………</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История………………………………………</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Обществознание………………………………</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География………………………………………</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Математика……………………………………</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Информатика…………………………………</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Физика………………………………………</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Биология………………………………………</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Химия…………………………………………</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Pr>
          <w:rFonts w:ascii="Times New Roman" w:hAnsi="Times New Roman"/>
          <w:sz w:val="24"/>
          <w:szCs w:val="24"/>
        </w:rPr>
        <w:t xml:space="preserve">Изобразительное </w:t>
      </w:r>
      <w:r w:rsidRPr="00025A49">
        <w:rPr>
          <w:rFonts w:ascii="Times New Roman" w:hAnsi="Times New Roman"/>
          <w:sz w:val="24"/>
          <w:szCs w:val="24"/>
        </w:rPr>
        <w:t>искусство……</w:t>
      </w:r>
      <w:r>
        <w:rPr>
          <w:rFonts w:ascii="Times New Roman" w:hAnsi="Times New Roman"/>
          <w:sz w:val="24"/>
          <w:szCs w:val="24"/>
        </w:rPr>
        <w:t>..................</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Музыка……………………………………</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bookmarkStart w:id="18" w:name="bookmark37"/>
      <w:bookmarkEnd w:id="18"/>
      <w:r w:rsidRPr="00025A49">
        <w:rPr>
          <w:rStyle w:val="a5"/>
          <w:rFonts w:ascii="Times New Roman" w:hAnsi="Times New Roman"/>
          <w:sz w:val="24"/>
          <w:szCs w:val="24"/>
        </w:rPr>
        <w:t xml:space="preserve">Технология </w:t>
      </w:r>
      <w:r w:rsidRPr="00025A49">
        <w:rPr>
          <w:rStyle w:val="a5"/>
          <w:rFonts w:ascii="Times New Roman" w:hAnsi="Times New Roman"/>
          <w:sz w:val="24"/>
          <w:szCs w:val="24"/>
        </w:rPr>
        <w:tab/>
        <w:t xml:space="preserve"> </w:t>
      </w:r>
    </w:p>
    <w:p w:rsidR="00F44E79" w:rsidRPr="00025A49" w:rsidRDefault="00F44E79" w:rsidP="001C7BA4">
      <w:pPr>
        <w:pStyle w:val="a6"/>
        <w:numPr>
          <w:ilvl w:val="2"/>
          <w:numId w:val="82"/>
        </w:numPr>
        <w:tabs>
          <w:tab w:val="left" w:pos="1313"/>
          <w:tab w:val="right" w:leader="dot" w:pos="6329"/>
        </w:tabs>
        <w:jc w:val="both"/>
        <w:rPr>
          <w:rFonts w:ascii="Times New Roman" w:hAnsi="Times New Roman"/>
          <w:color w:val="auto"/>
          <w:sz w:val="24"/>
          <w:szCs w:val="24"/>
        </w:rPr>
      </w:pPr>
      <w:r w:rsidRPr="00025A49">
        <w:rPr>
          <w:rFonts w:ascii="Times New Roman" w:hAnsi="Times New Roman"/>
          <w:sz w:val="24"/>
          <w:szCs w:val="24"/>
        </w:rPr>
        <w:t>Физическая культура</w:t>
      </w:r>
      <w:r>
        <w:rPr>
          <w:rFonts w:ascii="Times New Roman" w:hAnsi="Times New Roman"/>
          <w:sz w:val="24"/>
          <w:szCs w:val="24"/>
        </w:rPr>
        <w:t>.......................................</w:t>
      </w:r>
    </w:p>
    <w:p w:rsidR="00F44E79" w:rsidRPr="00025A49" w:rsidRDefault="00F44E79" w:rsidP="001C7BA4">
      <w:pPr>
        <w:pStyle w:val="a6"/>
        <w:numPr>
          <w:ilvl w:val="2"/>
          <w:numId w:val="82"/>
        </w:numPr>
        <w:tabs>
          <w:tab w:val="left" w:pos="1313"/>
        </w:tabs>
        <w:spacing w:after="0"/>
        <w:jc w:val="both"/>
        <w:rPr>
          <w:rFonts w:ascii="Times New Roman" w:hAnsi="Times New Roman"/>
          <w:color w:val="auto"/>
          <w:sz w:val="24"/>
          <w:szCs w:val="24"/>
        </w:rPr>
      </w:pPr>
      <w:bookmarkStart w:id="19" w:name="bookmark39"/>
      <w:bookmarkEnd w:id="19"/>
      <w:r w:rsidRPr="00025A49">
        <w:rPr>
          <w:rStyle w:val="a5"/>
          <w:rFonts w:ascii="Times New Roman" w:hAnsi="Times New Roman"/>
          <w:sz w:val="24"/>
          <w:szCs w:val="24"/>
        </w:rPr>
        <w:t>Основы безопасности</w:t>
      </w:r>
      <w:r w:rsidRPr="00025A49">
        <w:rPr>
          <w:rFonts w:ascii="Times New Roman" w:hAnsi="Times New Roman"/>
          <w:color w:val="auto"/>
          <w:sz w:val="24"/>
          <w:szCs w:val="24"/>
        </w:rPr>
        <w:t xml:space="preserve"> жизнедеятельности…….</w:t>
      </w:r>
    </w:p>
    <w:p w:rsidR="00F44E79" w:rsidRPr="00025A49" w:rsidRDefault="00F44E79" w:rsidP="001C7BA4">
      <w:pPr>
        <w:pStyle w:val="a6"/>
        <w:numPr>
          <w:ilvl w:val="1"/>
          <w:numId w:val="82"/>
        </w:numPr>
        <w:tabs>
          <w:tab w:val="left" w:pos="790"/>
        </w:tabs>
        <w:jc w:val="both"/>
        <w:rPr>
          <w:rFonts w:ascii="Times New Roman" w:hAnsi="Times New Roman"/>
          <w:color w:val="auto"/>
          <w:sz w:val="24"/>
          <w:szCs w:val="24"/>
        </w:rPr>
      </w:pPr>
      <w:bookmarkStart w:id="20" w:name="bookmark40"/>
      <w:bookmarkEnd w:id="20"/>
      <w:r w:rsidRPr="00025A49">
        <w:rPr>
          <w:rStyle w:val="a5"/>
          <w:rFonts w:ascii="Times New Roman" w:hAnsi="Times New Roman"/>
          <w:sz w:val="24"/>
          <w:szCs w:val="24"/>
        </w:rPr>
        <w:t>Программа формирования универсальных учебных действий у обучающихся .</w:t>
      </w:r>
    </w:p>
    <w:p w:rsidR="00F44E79" w:rsidRPr="00025A49" w:rsidRDefault="00F44E79" w:rsidP="00025A49">
      <w:pPr>
        <w:pStyle w:val="a6"/>
        <w:tabs>
          <w:tab w:val="left" w:pos="1193"/>
          <w:tab w:val="left" w:leader="dot" w:pos="5658"/>
        </w:tabs>
        <w:ind w:left="420" w:firstLine="0"/>
        <w:jc w:val="both"/>
        <w:rPr>
          <w:rFonts w:ascii="Times New Roman" w:hAnsi="Times New Roman"/>
          <w:color w:val="auto"/>
          <w:sz w:val="24"/>
          <w:szCs w:val="24"/>
        </w:rPr>
      </w:pPr>
      <w:bookmarkStart w:id="21" w:name="bookmark41"/>
      <w:bookmarkEnd w:id="21"/>
      <w:r w:rsidRPr="00025A49">
        <w:rPr>
          <w:rStyle w:val="a5"/>
          <w:rFonts w:ascii="Times New Roman" w:hAnsi="Times New Roman"/>
          <w:sz w:val="24"/>
          <w:szCs w:val="24"/>
        </w:rPr>
        <w:t>2.2.1. Целевой раздел</w:t>
      </w:r>
      <w:r w:rsidRPr="00025A49">
        <w:rPr>
          <w:rStyle w:val="a5"/>
          <w:rFonts w:ascii="Times New Roman" w:hAnsi="Times New Roman"/>
          <w:sz w:val="24"/>
          <w:szCs w:val="24"/>
        </w:rPr>
        <w:tab/>
      </w:r>
    </w:p>
    <w:p w:rsidR="00F44E79" w:rsidRPr="00025A49" w:rsidRDefault="00F44E79" w:rsidP="001C7BA4">
      <w:pPr>
        <w:pStyle w:val="a6"/>
        <w:numPr>
          <w:ilvl w:val="2"/>
          <w:numId w:val="82"/>
        </w:numPr>
        <w:tabs>
          <w:tab w:val="left" w:pos="1193"/>
          <w:tab w:val="right" w:leader="dot" w:pos="6329"/>
        </w:tabs>
        <w:jc w:val="both"/>
        <w:rPr>
          <w:rFonts w:ascii="Times New Roman" w:hAnsi="Times New Roman"/>
          <w:color w:val="auto"/>
          <w:sz w:val="24"/>
          <w:szCs w:val="24"/>
        </w:rPr>
      </w:pPr>
      <w:r w:rsidRPr="00025A49">
        <w:rPr>
          <w:rFonts w:ascii="Times New Roman" w:hAnsi="Times New Roman"/>
          <w:sz w:val="24"/>
          <w:szCs w:val="24"/>
        </w:rPr>
        <w:t>Содержательный раздел………</w:t>
      </w:r>
      <w:r>
        <w:rPr>
          <w:rFonts w:ascii="Times New Roman" w:hAnsi="Times New Roman"/>
          <w:sz w:val="24"/>
          <w:szCs w:val="24"/>
        </w:rPr>
        <w:t>...................</w:t>
      </w:r>
    </w:p>
    <w:p w:rsidR="00F44E79" w:rsidRPr="00025A49" w:rsidRDefault="00F44E79" w:rsidP="001C7BA4">
      <w:pPr>
        <w:pStyle w:val="a6"/>
        <w:numPr>
          <w:ilvl w:val="2"/>
          <w:numId w:val="82"/>
        </w:numPr>
        <w:tabs>
          <w:tab w:val="left" w:pos="1193"/>
          <w:tab w:val="right" w:leader="dot" w:pos="6329"/>
        </w:tabs>
        <w:jc w:val="both"/>
        <w:rPr>
          <w:rFonts w:ascii="Times New Roman" w:hAnsi="Times New Roman"/>
          <w:color w:val="auto"/>
          <w:sz w:val="24"/>
          <w:szCs w:val="24"/>
        </w:rPr>
      </w:pPr>
      <w:bookmarkStart w:id="22" w:name="bookmark43"/>
      <w:bookmarkEnd w:id="22"/>
      <w:r w:rsidRPr="00025A49">
        <w:rPr>
          <w:rStyle w:val="a5"/>
          <w:rFonts w:ascii="Times New Roman" w:hAnsi="Times New Roman"/>
          <w:sz w:val="24"/>
          <w:szCs w:val="24"/>
        </w:rPr>
        <w:t>Организационный раздел</w:t>
      </w:r>
      <w:r w:rsidRPr="00025A49">
        <w:rPr>
          <w:rStyle w:val="a5"/>
          <w:rFonts w:ascii="Times New Roman" w:hAnsi="Times New Roman"/>
          <w:sz w:val="24"/>
          <w:szCs w:val="24"/>
        </w:rPr>
        <w:tab/>
        <w:t xml:space="preserve"> </w:t>
      </w:r>
    </w:p>
    <w:p w:rsidR="00F44E79" w:rsidRPr="00025A49" w:rsidRDefault="00F44E79" w:rsidP="001C7BA4">
      <w:pPr>
        <w:pStyle w:val="a6"/>
        <w:numPr>
          <w:ilvl w:val="1"/>
          <w:numId w:val="82"/>
        </w:numPr>
        <w:tabs>
          <w:tab w:val="left" w:pos="781"/>
          <w:tab w:val="right" w:leader="dot" w:pos="6329"/>
        </w:tabs>
        <w:jc w:val="both"/>
        <w:rPr>
          <w:rFonts w:ascii="Times New Roman" w:hAnsi="Times New Roman"/>
          <w:color w:val="auto"/>
          <w:sz w:val="24"/>
          <w:szCs w:val="24"/>
        </w:rPr>
      </w:pPr>
      <w:bookmarkStart w:id="23" w:name="bookmark44"/>
      <w:bookmarkEnd w:id="23"/>
      <w:r w:rsidRPr="00025A49">
        <w:rPr>
          <w:rStyle w:val="a5"/>
          <w:rFonts w:ascii="Times New Roman" w:hAnsi="Times New Roman"/>
          <w:sz w:val="24"/>
          <w:szCs w:val="24"/>
        </w:rPr>
        <w:t>Программа воспитания</w:t>
      </w:r>
    </w:p>
    <w:p w:rsidR="00F44E79" w:rsidRPr="00025A49" w:rsidRDefault="00F44E79" w:rsidP="00025A49">
      <w:pPr>
        <w:pStyle w:val="a6"/>
        <w:tabs>
          <w:tab w:val="left" w:pos="1193"/>
          <w:tab w:val="right" w:leader="dot" w:pos="6329"/>
        </w:tabs>
        <w:ind w:left="420" w:firstLine="0"/>
        <w:jc w:val="both"/>
        <w:rPr>
          <w:rFonts w:ascii="Times New Roman" w:hAnsi="Times New Roman"/>
          <w:color w:val="auto"/>
          <w:sz w:val="24"/>
          <w:szCs w:val="24"/>
        </w:rPr>
      </w:pPr>
      <w:r w:rsidRPr="00025A49">
        <w:rPr>
          <w:rFonts w:ascii="Times New Roman" w:hAnsi="Times New Roman"/>
          <w:sz w:val="24"/>
          <w:szCs w:val="24"/>
        </w:rPr>
        <w:t>2.3.1.</w:t>
      </w:r>
      <w:hyperlink w:anchor="bookmark920" w:tooltip="Current Document" w:history="1">
        <w:bookmarkStart w:id="24" w:name="bookmark45"/>
        <w:bookmarkEnd w:id="24"/>
        <w:r w:rsidRPr="00025A49">
          <w:rPr>
            <w:rStyle w:val="a5"/>
            <w:rFonts w:ascii="Times New Roman" w:hAnsi="Times New Roman"/>
            <w:sz w:val="24"/>
            <w:szCs w:val="24"/>
          </w:rPr>
          <w:t>Пояснительная записка</w:t>
        </w:r>
        <w:r w:rsidRPr="00025A49">
          <w:rPr>
            <w:rStyle w:val="a5"/>
            <w:rFonts w:ascii="Times New Roman" w:hAnsi="Times New Roman"/>
            <w:sz w:val="24"/>
            <w:szCs w:val="24"/>
          </w:rPr>
          <w:tab/>
          <w:t xml:space="preserve"> —</w:t>
        </w:r>
      </w:hyperlink>
    </w:p>
    <w:p w:rsidR="00F44E79" w:rsidRPr="00025A49" w:rsidRDefault="00F44E79" w:rsidP="001C7BA4">
      <w:pPr>
        <w:pStyle w:val="BodyText"/>
        <w:numPr>
          <w:ilvl w:val="2"/>
          <w:numId w:val="82"/>
        </w:numPr>
        <w:tabs>
          <w:tab w:val="left" w:pos="1198"/>
        </w:tabs>
        <w:spacing w:line="310" w:lineRule="auto"/>
        <w:jc w:val="both"/>
        <w:rPr>
          <w:rFonts w:ascii="Times New Roman" w:hAnsi="Times New Roman"/>
          <w:color w:val="auto"/>
          <w:sz w:val="24"/>
          <w:szCs w:val="24"/>
        </w:rPr>
      </w:pPr>
      <w:r w:rsidRPr="00025A49">
        <w:rPr>
          <w:rFonts w:ascii="Times New Roman" w:hAnsi="Times New Roman"/>
          <w:color w:val="auto"/>
          <w:sz w:val="24"/>
          <w:szCs w:val="24"/>
        </w:rPr>
        <w:fldChar w:fldCharType="end"/>
      </w:r>
      <w:bookmarkStart w:id="25" w:name="bookmark46"/>
      <w:bookmarkEnd w:id="25"/>
      <w:r w:rsidRPr="00025A49">
        <w:rPr>
          <w:rStyle w:val="BodyTextChar1"/>
          <w:rFonts w:ascii="Times New Roman" w:hAnsi="Times New Roman"/>
          <w:sz w:val="24"/>
          <w:szCs w:val="24"/>
        </w:rPr>
        <w:t xml:space="preserve">Особенности организуемого в образовательной организации </w:t>
      </w:r>
      <w:r w:rsidRPr="00025A49">
        <w:rPr>
          <w:rFonts w:ascii="Times New Roman" w:hAnsi="Times New Roman"/>
          <w:color w:val="auto"/>
          <w:sz w:val="24"/>
          <w:szCs w:val="24"/>
        </w:rPr>
        <w:fldChar w:fldCharType="begin"/>
      </w:r>
      <w:r w:rsidRPr="00025A49">
        <w:rPr>
          <w:rFonts w:ascii="Times New Roman" w:hAnsi="Times New Roman"/>
          <w:color w:val="auto"/>
          <w:sz w:val="24"/>
          <w:szCs w:val="24"/>
        </w:rPr>
        <w:instrText xml:space="preserve"> TOC \o "1-5" \h \z </w:instrText>
      </w:r>
      <w:r w:rsidRPr="00025A49">
        <w:rPr>
          <w:rFonts w:ascii="Times New Roman" w:hAnsi="Times New Roman"/>
          <w:color w:val="auto"/>
          <w:sz w:val="24"/>
          <w:szCs w:val="24"/>
        </w:rPr>
        <w:fldChar w:fldCharType="separate"/>
      </w:r>
      <w:r w:rsidRPr="00025A49">
        <w:rPr>
          <w:rStyle w:val="a5"/>
          <w:rFonts w:ascii="Times New Roman" w:hAnsi="Times New Roman"/>
          <w:sz w:val="24"/>
          <w:szCs w:val="24"/>
        </w:rPr>
        <w:t>воспитательного процесса…………</w:t>
      </w:r>
    </w:p>
    <w:p w:rsidR="00F44E79" w:rsidRPr="00025A49" w:rsidRDefault="00F44E79" w:rsidP="001C7BA4">
      <w:pPr>
        <w:pStyle w:val="a6"/>
        <w:numPr>
          <w:ilvl w:val="2"/>
          <w:numId w:val="82"/>
        </w:numPr>
        <w:tabs>
          <w:tab w:val="left" w:pos="1193"/>
          <w:tab w:val="right" w:leader="dot" w:pos="6334"/>
        </w:tabs>
        <w:spacing w:after="60"/>
        <w:jc w:val="both"/>
        <w:rPr>
          <w:rFonts w:ascii="Times New Roman" w:hAnsi="Times New Roman"/>
          <w:color w:val="auto"/>
          <w:sz w:val="24"/>
          <w:szCs w:val="24"/>
        </w:rPr>
      </w:pPr>
      <w:r w:rsidRPr="00025A49">
        <w:rPr>
          <w:rFonts w:ascii="Times New Roman" w:hAnsi="Times New Roman"/>
          <w:sz w:val="24"/>
          <w:szCs w:val="24"/>
        </w:rPr>
        <w:t>Цели и задачи воспитания……</w:t>
      </w:r>
      <w:r>
        <w:rPr>
          <w:rFonts w:ascii="Times New Roman" w:hAnsi="Times New Roman"/>
          <w:sz w:val="24"/>
          <w:szCs w:val="24"/>
        </w:rPr>
        <w:t>.............................</w:t>
      </w:r>
    </w:p>
    <w:p w:rsidR="00F44E79" w:rsidRPr="00025A49" w:rsidRDefault="00F44E79" w:rsidP="001C7BA4">
      <w:pPr>
        <w:pStyle w:val="a6"/>
        <w:numPr>
          <w:ilvl w:val="2"/>
          <w:numId w:val="82"/>
        </w:numPr>
        <w:tabs>
          <w:tab w:val="left" w:pos="1193"/>
        </w:tabs>
        <w:spacing w:after="0"/>
        <w:jc w:val="both"/>
        <w:rPr>
          <w:rFonts w:ascii="Times New Roman" w:hAnsi="Times New Roman"/>
          <w:color w:val="auto"/>
          <w:sz w:val="24"/>
          <w:szCs w:val="24"/>
        </w:rPr>
      </w:pPr>
      <w:bookmarkStart w:id="26" w:name="bookmark48"/>
      <w:bookmarkEnd w:id="26"/>
      <w:r w:rsidRPr="00025A49">
        <w:rPr>
          <w:rStyle w:val="a5"/>
          <w:rFonts w:ascii="Times New Roman" w:hAnsi="Times New Roman"/>
          <w:sz w:val="24"/>
          <w:szCs w:val="24"/>
        </w:rPr>
        <w:t>Виды, формы и содержание</w:t>
      </w:r>
      <w:r w:rsidRPr="00025A49">
        <w:rPr>
          <w:rFonts w:ascii="Times New Roman" w:hAnsi="Times New Roman"/>
          <w:color w:val="auto"/>
          <w:sz w:val="24"/>
          <w:szCs w:val="24"/>
        </w:rPr>
        <w:t xml:space="preserve"> </w:t>
      </w:r>
      <w:r w:rsidRPr="00025A49">
        <w:rPr>
          <w:rFonts w:ascii="Times New Roman" w:hAnsi="Times New Roman"/>
          <w:sz w:val="24"/>
          <w:szCs w:val="24"/>
        </w:rPr>
        <w:t>деятельности</w:t>
      </w:r>
      <w:r>
        <w:rPr>
          <w:rFonts w:ascii="Times New Roman" w:hAnsi="Times New Roman"/>
          <w:sz w:val="24"/>
          <w:szCs w:val="24"/>
        </w:rPr>
        <w:t>...........</w:t>
      </w:r>
    </w:p>
    <w:p w:rsidR="00F44E79" w:rsidRPr="00025A49" w:rsidRDefault="00F44E79" w:rsidP="001C7BA4">
      <w:pPr>
        <w:pStyle w:val="a6"/>
        <w:numPr>
          <w:ilvl w:val="2"/>
          <w:numId w:val="82"/>
        </w:numPr>
        <w:tabs>
          <w:tab w:val="left" w:pos="1193"/>
        </w:tabs>
        <w:spacing w:after="0"/>
        <w:jc w:val="both"/>
        <w:rPr>
          <w:rFonts w:ascii="Times New Roman" w:hAnsi="Times New Roman"/>
          <w:color w:val="auto"/>
          <w:sz w:val="24"/>
          <w:szCs w:val="24"/>
        </w:rPr>
      </w:pPr>
      <w:bookmarkStart w:id="27" w:name="bookmark49"/>
      <w:bookmarkEnd w:id="27"/>
      <w:r w:rsidRPr="00025A49">
        <w:rPr>
          <w:rStyle w:val="a5"/>
          <w:rFonts w:ascii="Times New Roman" w:hAnsi="Times New Roman"/>
          <w:sz w:val="24"/>
          <w:szCs w:val="24"/>
        </w:rPr>
        <w:t>Основные направления самоанализа</w:t>
      </w:r>
      <w:r w:rsidRPr="00025A49">
        <w:rPr>
          <w:rFonts w:ascii="Times New Roman" w:hAnsi="Times New Roman"/>
          <w:color w:val="auto"/>
          <w:sz w:val="24"/>
          <w:szCs w:val="24"/>
        </w:rPr>
        <w:t xml:space="preserve"> воспитательной работы…………………………..</w:t>
      </w:r>
    </w:p>
    <w:p w:rsidR="00F44E79" w:rsidRPr="00025A49" w:rsidRDefault="00F44E79" w:rsidP="00025A49">
      <w:pPr>
        <w:pStyle w:val="a6"/>
        <w:tabs>
          <w:tab w:val="right" w:leader="dot" w:pos="6334"/>
        </w:tabs>
        <w:spacing w:after="60"/>
        <w:ind w:firstLine="240"/>
        <w:jc w:val="both"/>
        <w:rPr>
          <w:rFonts w:ascii="Times New Roman" w:hAnsi="Times New Roman"/>
          <w:color w:val="auto"/>
          <w:sz w:val="24"/>
          <w:szCs w:val="24"/>
        </w:rPr>
      </w:pPr>
      <w:r w:rsidRPr="00025A49">
        <w:rPr>
          <w:rStyle w:val="a5"/>
          <w:rFonts w:ascii="Times New Roman" w:hAnsi="Times New Roman"/>
          <w:sz w:val="24"/>
          <w:szCs w:val="24"/>
        </w:rPr>
        <w:t>2.4. Программа коррекционной работы</w:t>
      </w:r>
    </w:p>
    <w:p w:rsidR="00F44E79" w:rsidRPr="00025A49" w:rsidRDefault="00F44E79" w:rsidP="00025A49">
      <w:pPr>
        <w:pStyle w:val="a6"/>
        <w:tabs>
          <w:tab w:val="left" w:pos="1193"/>
        </w:tabs>
        <w:spacing w:after="0"/>
        <w:ind w:left="460" w:firstLine="0"/>
        <w:jc w:val="both"/>
        <w:rPr>
          <w:rFonts w:ascii="Times New Roman" w:hAnsi="Times New Roman"/>
          <w:color w:val="auto"/>
          <w:sz w:val="24"/>
          <w:szCs w:val="24"/>
        </w:rPr>
      </w:pPr>
      <w:bookmarkStart w:id="28" w:name="bookmark50"/>
      <w:bookmarkEnd w:id="28"/>
      <w:r w:rsidRPr="00025A49">
        <w:rPr>
          <w:rStyle w:val="a5"/>
          <w:rFonts w:ascii="Times New Roman" w:hAnsi="Times New Roman"/>
          <w:sz w:val="24"/>
          <w:szCs w:val="24"/>
        </w:rPr>
        <w:t>2.4.1.Цели, задачи и принципы построения</w:t>
      </w:r>
      <w:r w:rsidRPr="00025A49">
        <w:rPr>
          <w:rFonts w:ascii="Times New Roman" w:hAnsi="Times New Roman"/>
          <w:color w:val="auto"/>
          <w:sz w:val="24"/>
          <w:szCs w:val="24"/>
        </w:rPr>
        <w:t xml:space="preserve"> программы коррекционной работы…………………………………….</w:t>
      </w:r>
    </w:p>
    <w:p w:rsidR="00F44E79" w:rsidRPr="00025A49" w:rsidRDefault="00F44E79" w:rsidP="00025A49">
      <w:pPr>
        <w:pStyle w:val="a6"/>
        <w:tabs>
          <w:tab w:val="left" w:pos="1193"/>
        </w:tabs>
        <w:spacing w:after="0"/>
        <w:ind w:left="460" w:firstLine="0"/>
        <w:jc w:val="both"/>
        <w:rPr>
          <w:rFonts w:ascii="Times New Roman" w:hAnsi="Times New Roman"/>
          <w:color w:val="auto"/>
          <w:sz w:val="24"/>
          <w:szCs w:val="24"/>
        </w:rPr>
      </w:pPr>
      <w:bookmarkStart w:id="29" w:name="bookmark51"/>
      <w:bookmarkEnd w:id="29"/>
      <w:r w:rsidRPr="00025A49">
        <w:rPr>
          <w:rStyle w:val="a5"/>
          <w:rFonts w:ascii="Times New Roman" w:hAnsi="Times New Roman"/>
          <w:sz w:val="24"/>
          <w:szCs w:val="24"/>
        </w:rPr>
        <w:t>2.4.2.Перечень и содержание направлений</w:t>
      </w:r>
      <w:r w:rsidRPr="00025A49">
        <w:rPr>
          <w:rFonts w:ascii="Times New Roman" w:hAnsi="Times New Roman"/>
          <w:color w:val="auto"/>
          <w:sz w:val="24"/>
          <w:szCs w:val="24"/>
        </w:rPr>
        <w:t xml:space="preserve"> работы……..</w:t>
      </w:r>
    </w:p>
    <w:p w:rsidR="00F44E79" w:rsidRPr="00025A49" w:rsidRDefault="00F44E79" w:rsidP="00025A49">
      <w:pPr>
        <w:pStyle w:val="a6"/>
        <w:tabs>
          <w:tab w:val="left" w:pos="1193"/>
          <w:tab w:val="left" w:leader="dot" w:pos="5663"/>
        </w:tabs>
        <w:spacing w:after="60"/>
        <w:ind w:left="460" w:firstLine="0"/>
        <w:jc w:val="both"/>
        <w:rPr>
          <w:rFonts w:ascii="Times New Roman" w:hAnsi="Times New Roman"/>
          <w:color w:val="auto"/>
          <w:sz w:val="24"/>
          <w:szCs w:val="24"/>
        </w:rPr>
      </w:pPr>
      <w:r w:rsidRPr="00025A49">
        <w:rPr>
          <w:rFonts w:ascii="Times New Roman" w:hAnsi="Times New Roman"/>
          <w:sz w:val="24"/>
          <w:szCs w:val="24"/>
        </w:rPr>
        <w:t>2.4.3.Механизмы реализации программы…</w:t>
      </w:r>
      <w:r>
        <w:rPr>
          <w:rFonts w:ascii="Times New Roman" w:hAnsi="Times New Roman"/>
          <w:sz w:val="24"/>
          <w:szCs w:val="24"/>
        </w:rPr>
        <w:t>.......................</w:t>
      </w:r>
    </w:p>
    <w:p w:rsidR="00F44E79" w:rsidRPr="00025A49" w:rsidRDefault="00F44E79" w:rsidP="00025A49">
      <w:pPr>
        <w:pStyle w:val="a6"/>
        <w:tabs>
          <w:tab w:val="left" w:pos="1193"/>
        </w:tabs>
        <w:spacing w:after="0"/>
        <w:ind w:left="460" w:firstLine="0"/>
        <w:jc w:val="both"/>
        <w:rPr>
          <w:rFonts w:ascii="Times New Roman" w:hAnsi="Times New Roman"/>
          <w:color w:val="auto"/>
          <w:sz w:val="24"/>
          <w:szCs w:val="24"/>
        </w:rPr>
      </w:pPr>
      <w:bookmarkStart w:id="30" w:name="bookmark53"/>
      <w:bookmarkEnd w:id="30"/>
      <w:r w:rsidRPr="00025A49">
        <w:rPr>
          <w:rStyle w:val="a5"/>
          <w:rFonts w:ascii="Times New Roman" w:hAnsi="Times New Roman"/>
          <w:sz w:val="24"/>
          <w:szCs w:val="24"/>
        </w:rPr>
        <w:t>2.4.4.Требования к условиям реализации</w:t>
      </w:r>
      <w:r w:rsidRPr="00025A49">
        <w:rPr>
          <w:rFonts w:ascii="Times New Roman" w:hAnsi="Times New Roman"/>
          <w:color w:val="auto"/>
          <w:sz w:val="24"/>
          <w:szCs w:val="24"/>
        </w:rPr>
        <w:t xml:space="preserve"> программы…</w:t>
      </w:r>
    </w:p>
    <w:p w:rsidR="00F44E79" w:rsidRPr="00025A49" w:rsidRDefault="00F44E79" w:rsidP="00025A49">
      <w:pPr>
        <w:pStyle w:val="a6"/>
        <w:tabs>
          <w:tab w:val="left" w:pos="1193"/>
        </w:tabs>
        <w:spacing w:after="0"/>
        <w:ind w:left="460" w:firstLine="0"/>
        <w:jc w:val="both"/>
        <w:rPr>
          <w:rFonts w:ascii="Times New Roman" w:hAnsi="Times New Roman"/>
          <w:color w:val="auto"/>
          <w:sz w:val="24"/>
          <w:szCs w:val="24"/>
        </w:rPr>
      </w:pPr>
      <w:bookmarkStart w:id="31" w:name="bookmark54"/>
      <w:bookmarkEnd w:id="31"/>
      <w:r w:rsidRPr="00025A49">
        <w:rPr>
          <w:rStyle w:val="a5"/>
          <w:rFonts w:ascii="Times New Roman" w:hAnsi="Times New Roman"/>
          <w:sz w:val="24"/>
          <w:szCs w:val="24"/>
        </w:rPr>
        <w:t>2.4.5.Планируемые результаты коррекционной</w:t>
      </w:r>
      <w:r w:rsidRPr="00025A49">
        <w:rPr>
          <w:rFonts w:ascii="Times New Roman" w:hAnsi="Times New Roman"/>
          <w:color w:val="auto"/>
          <w:sz w:val="24"/>
          <w:szCs w:val="24"/>
        </w:rPr>
        <w:t xml:space="preserve"> работы….</w:t>
      </w:r>
    </w:p>
    <w:p w:rsidR="00F44E79" w:rsidRPr="00025A49" w:rsidRDefault="00F44E79" w:rsidP="001C7BA4">
      <w:pPr>
        <w:pStyle w:val="a6"/>
        <w:numPr>
          <w:ilvl w:val="0"/>
          <w:numId w:val="82"/>
        </w:numPr>
        <w:tabs>
          <w:tab w:val="left" w:pos="354"/>
          <w:tab w:val="right" w:leader="dot" w:pos="6334"/>
        </w:tabs>
        <w:spacing w:after="60"/>
        <w:jc w:val="both"/>
        <w:rPr>
          <w:rFonts w:ascii="Times New Roman" w:hAnsi="Times New Roman"/>
          <w:color w:val="auto"/>
          <w:sz w:val="24"/>
          <w:szCs w:val="24"/>
        </w:rPr>
      </w:pPr>
      <w:bookmarkStart w:id="32" w:name="bookmark55"/>
      <w:bookmarkEnd w:id="32"/>
      <w:r w:rsidRPr="00025A49">
        <w:rPr>
          <w:rStyle w:val="a5"/>
          <w:rFonts w:ascii="Times New Roman" w:hAnsi="Times New Roman"/>
          <w:sz w:val="24"/>
          <w:szCs w:val="24"/>
        </w:rPr>
        <w:t xml:space="preserve">Организационный раздел основной образовательной программы основного общего образования </w:t>
      </w:r>
      <w:r w:rsidRPr="00025A49">
        <w:rPr>
          <w:rStyle w:val="a5"/>
          <w:rFonts w:ascii="Times New Roman" w:hAnsi="Times New Roman"/>
          <w:sz w:val="24"/>
          <w:szCs w:val="24"/>
        </w:rPr>
        <w:tab/>
        <w:t xml:space="preserve"> </w:t>
      </w:r>
    </w:p>
    <w:p w:rsidR="00F44E79" w:rsidRPr="00025A49" w:rsidRDefault="00F44E79" w:rsidP="001C7BA4">
      <w:pPr>
        <w:pStyle w:val="BodyText"/>
        <w:numPr>
          <w:ilvl w:val="1"/>
          <w:numId w:val="82"/>
        </w:numPr>
        <w:tabs>
          <w:tab w:val="left" w:pos="786"/>
        </w:tabs>
        <w:spacing w:line="310" w:lineRule="auto"/>
        <w:jc w:val="both"/>
        <w:rPr>
          <w:rFonts w:ascii="Times New Roman" w:hAnsi="Times New Roman"/>
          <w:color w:val="auto"/>
          <w:sz w:val="24"/>
          <w:szCs w:val="24"/>
        </w:rPr>
      </w:pPr>
      <w:r w:rsidRPr="00025A49">
        <w:rPr>
          <w:rFonts w:ascii="Times New Roman" w:hAnsi="Times New Roman"/>
          <w:color w:val="auto"/>
          <w:sz w:val="24"/>
          <w:szCs w:val="24"/>
        </w:rPr>
        <w:fldChar w:fldCharType="end"/>
      </w:r>
      <w:bookmarkStart w:id="33" w:name="bookmark56"/>
      <w:bookmarkEnd w:id="33"/>
      <w:r w:rsidRPr="00025A49">
        <w:rPr>
          <w:rStyle w:val="BodyTextChar1"/>
          <w:rFonts w:ascii="Times New Roman" w:hAnsi="Times New Roman"/>
          <w:sz w:val="24"/>
          <w:szCs w:val="24"/>
        </w:rPr>
        <w:t>Учебный план программы</w:t>
      </w:r>
      <w:r w:rsidRPr="00025A49">
        <w:rPr>
          <w:rFonts w:ascii="Times New Roman" w:hAnsi="Times New Roman"/>
          <w:color w:val="auto"/>
          <w:sz w:val="24"/>
          <w:szCs w:val="24"/>
        </w:rPr>
        <w:t xml:space="preserve"> </w:t>
      </w:r>
      <w:r w:rsidRPr="00025A49">
        <w:rPr>
          <w:rStyle w:val="BodyTextChar1"/>
          <w:rFonts w:ascii="Times New Roman" w:hAnsi="Times New Roman"/>
          <w:sz w:val="24"/>
          <w:szCs w:val="24"/>
        </w:rPr>
        <w:t>основного общего образования…………………………………………</w:t>
      </w:r>
      <w:r w:rsidRPr="00025A49">
        <w:rPr>
          <w:rStyle w:val="BodyTextChar1"/>
          <w:rFonts w:ascii="Times New Roman" w:hAnsi="Times New Roman"/>
          <w:sz w:val="24"/>
          <w:szCs w:val="24"/>
        </w:rPr>
        <w:tab/>
      </w:r>
    </w:p>
    <w:p w:rsidR="00F44E79" w:rsidRPr="00025A49" w:rsidRDefault="00F44E79" w:rsidP="001C7BA4">
      <w:pPr>
        <w:pStyle w:val="BodyText"/>
        <w:numPr>
          <w:ilvl w:val="1"/>
          <w:numId w:val="82"/>
        </w:numPr>
        <w:tabs>
          <w:tab w:val="left" w:pos="786"/>
        </w:tabs>
        <w:spacing w:after="60" w:line="310" w:lineRule="auto"/>
        <w:jc w:val="both"/>
        <w:rPr>
          <w:rFonts w:ascii="Times New Roman" w:hAnsi="Times New Roman"/>
          <w:color w:val="auto"/>
          <w:sz w:val="24"/>
          <w:szCs w:val="24"/>
        </w:rPr>
      </w:pPr>
      <w:bookmarkStart w:id="34" w:name="bookmark57"/>
      <w:bookmarkEnd w:id="34"/>
      <w:r w:rsidRPr="00025A49">
        <w:rPr>
          <w:rStyle w:val="BodyTextChar1"/>
          <w:rFonts w:ascii="Times New Roman" w:hAnsi="Times New Roman"/>
          <w:sz w:val="24"/>
          <w:szCs w:val="24"/>
        </w:rPr>
        <w:t>План внеурочной деятельности . . . ……………..</w:t>
      </w:r>
    </w:p>
    <w:p w:rsidR="00F44E79" w:rsidRPr="00025A49" w:rsidRDefault="00F44E79" w:rsidP="00025A49">
      <w:pPr>
        <w:pStyle w:val="BodyText"/>
        <w:tabs>
          <w:tab w:val="left" w:pos="1198"/>
        </w:tabs>
        <w:spacing w:line="310" w:lineRule="auto"/>
        <w:ind w:left="420" w:firstLine="0"/>
        <w:jc w:val="both"/>
        <w:rPr>
          <w:rFonts w:ascii="Times New Roman" w:hAnsi="Times New Roman"/>
          <w:color w:val="auto"/>
          <w:sz w:val="24"/>
          <w:szCs w:val="24"/>
        </w:rPr>
      </w:pPr>
      <w:bookmarkStart w:id="35" w:name="bookmark58"/>
      <w:bookmarkEnd w:id="35"/>
      <w:r w:rsidRPr="00025A49">
        <w:rPr>
          <w:rStyle w:val="BodyTextChar1"/>
          <w:rFonts w:ascii="Times New Roman" w:hAnsi="Times New Roman"/>
          <w:sz w:val="24"/>
          <w:szCs w:val="24"/>
        </w:rPr>
        <w:t>3.2.1.Календарный учебный</w:t>
      </w:r>
      <w:r w:rsidRPr="00025A49">
        <w:rPr>
          <w:rFonts w:ascii="Times New Roman" w:hAnsi="Times New Roman"/>
          <w:color w:val="auto"/>
          <w:sz w:val="24"/>
          <w:szCs w:val="24"/>
        </w:rPr>
        <w:t xml:space="preserve"> </w:t>
      </w:r>
      <w:r w:rsidRPr="00025A49">
        <w:rPr>
          <w:rStyle w:val="BodyTextChar1"/>
          <w:rFonts w:ascii="Times New Roman" w:hAnsi="Times New Roman"/>
          <w:sz w:val="24"/>
          <w:szCs w:val="24"/>
        </w:rPr>
        <w:t xml:space="preserve">график……………… </w:t>
      </w:r>
      <w:r w:rsidRPr="00025A49">
        <w:rPr>
          <w:rStyle w:val="BodyTextChar1"/>
          <w:rFonts w:ascii="Times New Roman" w:hAnsi="Times New Roman"/>
          <w:sz w:val="24"/>
          <w:szCs w:val="24"/>
        </w:rPr>
        <w:tab/>
      </w:r>
    </w:p>
    <w:p w:rsidR="00F44E79" w:rsidRPr="00025A49" w:rsidRDefault="00F44E79" w:rsidP="001C7BA4">
      <w:pPr>
        <w:pStyle w:val="BodyText"/>
        <w:numPr>
          <w:ilvl w:val="2"/>
          <w:numId w:val="82"/>
        </w:numPr>
        <w:tabs>
          <w:tab w:val="left" w:pos="1198"/>
        </w:tabs>
        <w:spacing w:line="310" w:lineRule="auto"/>
        <w:jc w:val="both"/>
        <w:rPr>
          <w:rFonts w:ascii="Times New Roman" w:hAnsi="Times New Roman"/>
          <w:color w:val="auto"/>
          <w:sz w:val="24"/>
          <w:szCs w:val="24"/>
        </w:rPr>
      </w:pPr>
      <w:bookmarkStart w:id="36" w:name="bookmark59"/>
      <w:bookmarkEnd w:id="36"/>
      <w:r w:rsidRPr="00025A49">
        <w:rPr>
          <w:rStyle w:val="BodyTextChar1"/>
          <w:rFonts w:ascii="Times New Roman" w:hAnsi="Times New Roman"/>
          <w:sz w:val="24"/>
          <w:szCs w:val="24"/>
        </w:rPr>
        <w:t>План внеурочной</w:t>
      </w:r>
      <w:r w:rsidRPr="00025A49">
        <w:rPr>
          <w:rFonts w:ascii="Times New Roman" w:hAnsi="Times New Roman"/>
          <w:color w:val="auto"/>
          <w:sz w:val="24"/>
          <w:szCs w:val="24"/>
        </w:rPr>
        <w:t xml:space="preserve"> </w:t>
      </w:r>
      <w:r w:rsidRPr="00025A49">
        <w:rPr>
          <w:rStyle w:val="BodyTextChar1"/>
          <w:rFonts w:ascii="Times New Roman" w:hAnsi="Times New Roman"/>
          <w:sz w:val="24"/>
          <w:szCs w:val="24"/>
        </w:rPr>
        <w:t>деятельности ………….</w:t>
      </w:r>
    </w:p>
    <w:p w:rsidR="00F44E79" w:rsidRPr="00025A49" w:rsidRDefault="00F44E79" w:rsidP="001C7BA4">
      <w:pPr>
        <w:pStyle w:val="BodyText"/>
        <w:numPr>
          <w:ilvl w:val="1"/>
          <w:numId w:val="82"/>
        </w:numPr>
        <w:tabs>
          <w:tab w:val="left" w:pos="786"/>
        </w:tabs>
        <w:spacing w:line="310" w:lineRule="auto"/>
        <w:jc w:val="both"/>
        <w:rPr>
          <w:rFonts w:ascii="Times New Roman" w:hAnsi="Times New Roman"/>
          <w:color w:val="auto"/>
          <w:sz w:val="24"/>
          <w:szCs w:val="24"/>
        </w:rPr>
      </w:pPr>
      <w:bookmarkStart w:id="37" w:name="bookmark60"/>
      <w:bookmarkEnd w:id="37"/>
      <w:r w:rsidRPr="00025A49">
        <w:rPr>
          <w:rStyle w:val="BodyTextChar1"/>
          <w:rFonts w:ascii="Times New Roman" w:hAnsi="Times New Roman"/>
          <w:sz w:val="24"/>
          <w:szCs w:val="24"/>
        </w:rPr>
        <w:t>Календарный план воспитательной</w:t>
      </w:r>
      <w:r w:rsidRPr="00025A49">
        <w:rPr>
          <w:rFonts w:ascii="Times New Roman" w:hAnsi="Times New Roman"/>
          <w:color w:val="auto"/>
          <w:sz w:val="24"/>
          <w:szCs w:val="24"/>
        </w:rPr>
        <w:t xml:space="preserve"> </w:t>
      </w:r>
      <w:r w:rsidRPr="00025A49">
        <w:rPr>
          <w:rStyle w:val="BodyTextChar1"/>
          <w:rFonts w:ascii="Times New Roman" w:hAnsi="Times New Roman"/>
          <w:sz w:val="24"/>
          <w:szCs w:val="24"/>
        </w:rPr>
        <w:t>работы……</w:t>
      </w:r>
    </w:p>
    <w:p w:rsidR="00F44E79" w:rsidRPr="00025A49" w:rsidRDefault="00F44E79" w:rsidP="001C7BA4">
      <w:pPr>
        <w:pStyle w:val="BodyText"/>
        <w:numPr>
          <w:ilvl w:val="1"/>
          <w:numId w:val="82"/>
        </w:numPr>
        <w:tabs>
          <w:tab w:val="left" w:pos="786"/>
        </w:tabs>
        <w:spacing w:line="310" w:lineRule="auto"/>
        <w:jc w:val="both"/>
        <w:rPr>
          <w:rFonts w:ascii="Times New Roman" w:hAnsi="Times New Roman"/>
          <w:color w:val="auto"/>
          <w:sz w:val="24"/>
          <w:szCs w:val="24"/>
        </w:rPr>
      </w:pPr>
      <w:bookmarkStart w:id="38" w:name="bookmark61"/>
      <w:bookmarkEnd w:id="38"/>
      <w:r w:rsidRPr="00025A49">
        <w:rPr>
          <w:rStyle w:val="BodyTextChar1"/>
          <w:rFonts w:ascii="Times New Roman" w:hAnsi="Times New Roman"/>
          <w:sz w:val="24"/>
          <w:szCs w:val="24"/>
        </w:rPr>
        <w:t xml:space="preserve">Характеристика условий реализации основной образовательной программы основного общего образования в соответствии </w:t>
      </w:r>
      <w:r w:rsidRPr="00025A49">
        <w:rPr>
          <w:rFonts w:ascii="Times New Roman" w:hAnsi="Times New Roman"/>
          <w:color w:val="auto"/>
          <w:sz w:val="24"/>
          <w:szCs w:val="24"/>
        </w:rPr>
        <w:fldChar w:fldCharType="begin"/>
      </w:r>
      <w:r w:rsidRPr="00025A49">
        <w:rPr>
          <w:rFonts w:ascii="Times New Roman" w:hAnsi="Times New Roman"/>
          <w:color w:val="auto"/>
          <w:sz w:val="24"/>
          <w:szCs w:val="24"/>
        </w:rPr>
        <w:instrText xml:space="preserve"> TOC \o "1-5" \h \z </w:instrText>
      </w:r>
      <w:r w:rsidRPr="00025A49">
        <w:rPr>
          <w:rFonts w:ascii="Times New Roman" w:hAnsi="Times New Roman"/>
          <w:color w:val="auto"/>
          <w:sz w:val="24"/>
          <w:szCs w:val="24"/>
        </w:rPr>
        <w:fldChar w:fldCharType="separate"/>
      </w:r>
      <w:r w:rsidRPr="00025A49">
        <w:rPr>
          <w:rStyle w:val="a5"/>
          <w:rFonts w:ascii="Times New Roman" w:hAnsi="Times New Roman"/>
          <w:sz w:val="24"/>
          <w:szCs w:val="24"/>
        </w:rPr>
        <w:t>с требованиями ФГОС ООО.</w:t>
      </w:r>
    </w:p>
    <w:p w:rsidR="00F44E79" w:rsidRPr="00025A49" w:rsidRDefault="00F44E79" w:rsidP="00025A49">
      <w:pPr>
        <w:pStyle w:val="a6"/>
        <w:tabs>
          <w:tab w:val="left" w:pos="1198"/>
        </w:tabs>
        <w:spacing w:after="0"/>
        <w:ind w:left="420" w:firstLine="0"/>
        <w:jc w:val="both"/>
        <w:rPr>
          <w:rFonts w:ascii="Times New Roman" w:hAnsi="Times New Roman"/>
          <w:color w:val="auto"/>
          <w:sz w:val="24"/>
          <w:szCs w:val="24"/>
        </w:rPr>
      </w:pPr>
      <w:bookmarkStart w:id="39" w:name="bookmark62"/>
      <w:bookmarkEnd w:id="39"/>
      <w:r w:rsidRPr="00025A49">
        <w:rPr>
          <w:rStyle w:val="a5"/>
          <w:rFonts w:ascii="Times New Roman" w:hAnsi="Times New Roman"/>
          <w:sz w:val="24"/>
          <w:szCs w:val="24"/>
        </w:rPr>
        <w:t>3.4.1.Описание кадровых условий реализации основной образовательной программы</w:t>
      </w:r>
      <w:r w:rsidRPr="00025A49">
        <w:rPr>
          <w:rFonts w:ascii="Times New Roman" w:hAnsi="Times New Roman"/>
          <w:color w:val="auto"/>
          <w:sz w:val="24"/>
          <w:szCs w:val="24"/>
        </w:rPr>
        <w:t xml:space="preserve"> </w:t>
      </w:r>
      <w:r w:rsidRPr="00025A49">
        <w:rPr>
          <w:rFonts w:ascii="Times New Roman" w:hAnsi="Times New Roman"/>
          <w:sz w:val="24"/>
          <w:szCs w:val="24"/>
        </w:rPr>
        <w:t>основного общего образования……………………………………………………………………..</w:t>
      </w:r>
    </w:p>
    <w:p w:rsidR="00F44E79" w:rsidRPr="00025A49" w:rsidRDefault="00F44E79" w:rsidP="001C7BA4">
      <w:pPr>
        <w:pStyle w:val="a6"/>
        <w:numPr>
          <w:ilvl w:val="2"/>
          <w:numId w:val="82"/>
        </w:numPr>
        <w:tabs>
          <w:tab w:val="left" w:pos="1198"/>
        </w:tabs>
        <w:spacing w:after="0"/>
        <w:jc w:val="both"/>
        <w:rPr>
          <w:rFonts w:ascii="Times New Roman" w:hAnsi="Times New Roman"/>
          <w:color w:val="auto"/>
          <w:sz w:val="24"/>
          <w:szCs w:val="24"/>
        </w:rPr>
      </w:pPr>
      <w:bookmarkStart w:id="40" w:name="bookmark63"/>
      <w:bookmarkEnd w:id="40"/>
      <w:r w:rsidRPr="00025A49">
        <w:rPr>
          <w:rStyle w:val="a5"/>
          <w:rFonts w:ascii="Times New Roman" w:hAnsi="Times New Roman"/>
          <w:sz w:val="24"/>
          <w:szCs w:val="24"/>
        </w:rPr>
        <w:t>Описание психолого-педагогических</w:t>
      </w:r>
      <w:r w:rsidRPr="00025A49">
        <w:rPr>
          <w:rFonts w:ascii="Times New Roman" w:hAnsi="Times New Roman"/>
          <w:color w:val="auto"/>
          <w:sz w:val="24"/>
          <w:szCs w:val="24"/>
        </w:rPr>
        <w:t xml:space="preserve"> условий реализации программы……………………….</w:t>
      </w:r>
    </w:p>
    <w:p w:rsidR="00F44E79" w:rsidRPr="00025A49" w:rsidRDefault="00F44E79" w:rsidP="001C7BA4">
      <w:pPr>
        <w:pStyle w:val="a6"/>
        <w:numPr>
          <w:ilvl w:val="2"/>
          <w:numId w:val="82"/>
        </w:numPr>
        <w:tabs>
          <w:tab w:val="left" w:pos="1198"/>
        </w:tabs>
        <w:spacing w:after="0"/>
        <w:jc w:val="both"/>
        <w:rPr>
          <w:rFonts w:ascii="Times New Roman" w:hAnsi="Times New Roman"/>
          <w:color w:val="auto"/>
          <w:sz w:val="24"/>
          <w:szCs w:val="24"/>
        </w:rPr>
      </w:pPr>
      <w:bookmarkStart w:id="41" w:name="bookmark64"/>
      <w:bookmarkEnd w:id="41"/>
      <w:r w:rsidRPr="00025A49">
        <w:rPr>
          <w:rStyle w:val="a5"/>
          <w:rFonts w:ascii="Times New Roman" w:hAnsi="Times New Roman"/>
          <w:sz w:val="24"/>
          <w:szCs w:val="24"/>
        </w:rPr>
        <w:t>Финансово-экономические условия</w:t>
      </w:r>
    </w:p>
    <w:p w:rsidR="00F44E79" w:rsidRPr="00025A49" w:rsidRDefault="00F44E79" w:rsidP="00025A49">
      <w:pPr>
        <w:pStyle w:val="a6"/>
        <w:tabs>
          <w:tab w:val="right" w:leader="dot" w:pos="6345"/>
        </w:tabs>
        <w:spacing w:after="80"/>
        <w:ind w:left="460" w:firstLine="0"/>
        <w:jc w:val="both"/>
        <w:rPr>
          <w:rFonts w:ascii="Times New Roman" w:hAnsi="Times New Roman"/>
          <w:sz w:val="24"/>
          <w:szCs w:val="24"/>
        </w:rPr>
      </w:pPr>
      <w:r w:rsidRPr="00025A49">
        <w:rPr>
          <w:rFonts w:ascii="Times New Roman" w:hAnsi="Times New Roman"/>
          <w:sz w:val="24"/>
          <w:szCs w:val="24"/>
        </w:rPr>
        <w:t>реализации программы……</w:t>
      </w:r>
      <w:r>
        <w:rPr>
          <w:rFonts w:ascii="Times New Roman" w:hAnsi="Times New Roman"/>
          <w:sz w:val="24"/>
          <w:szCs w:val="24"/>
        </w:rPr>
        <w:t>......................................</w:t>
      </w:r>
    </w:p>
    <w:p w:rsidR="00F44E79" w:rsidRPr="00025A49" w:rsidRDefault="00F44E79" w:rsidP="00025A49">
      <w:pPr>
        <w:pStyle w:val="a6"/>
        <w:tabs>
          <w:tab w:val="right" w:leader="dot" w:pos="6345"/>
        </w:tabs>
        <w:spacing w:after="80"/>
        <w:ind w:left="460" w:firstLine="0"/>
        <w:jc w:val="both"/>
        <w:rPr>
          <w:rFonts w:ascii="Times New Roman" w:hAnsi="Times New Roman"/>
          <w:color w:val="auto"/>
          <w:sz w:val="24"/>
          <w:szCs w:val="24"/>
        </w:rPr>
        <w:sectPr w:rsidR="00F44E79" w:rsidRPr="00025A49">
          <w:footerReference w:type="even" r:id="rId8"/>
          <w:footerReference w:type="default" r:id="rId9"/>
          <w:footerReference w:type="first" r:id="rId10"/>
          <w:pgSz w:w="7824" w:h="12019"/>
          <w:pgMar w:top="652" w:right="715" w:bottom="991" w:left="720" w:header="0" w:footer="3" w:gutter="0"/>
          <w:pgNumType w:start="1"/>
          <w:cols w:space="720"/>
          <w:noEndnote/>
          <w:titlePg/>
          <w:docGrid w:linePitch="360"/>
        </w:sectPr>
      </w:pPr>
      <w:r w:rsidRPr="00025A49">
        <w:rPr>
          <w:rFonts w:ascii="Times New Roman" w:hAnsi="Times New Roman"/>
          <w:sz w:val="24"/>
          <w:szCs w:val="24"/>
        </w:rPr>
        <w:t>3.4.4. Материально-техническое и учебно-методическое обеспечение программы……………………………….</w:t>
      </w:r>
    </w:p>
    <w:p w:rsidR="00F44E79" w:rsidRPr="00025A49" w:rsidRDefault="00F44E79" w:rsidP="00525EF3">
      <w:pPr>
        <w:pStyle w:val="31"/>
        <w:numPr>
          <w:ilvl w:val="0"/>
          <w:numId w:val="14"/>
        </w:numPr>
        <w:pBdr>
          <w:bottom w:val="single" w:sz="4" w:space="0" w:color="auto"/>
        </w:pBdr>
        <w:tabs>
          <w:tab w:val="left" w:pos="386"/>
        </w:tabs>
        <w:jc w:val="both"/>
        <w:rPr>
          <w:rFonts w:ascii="Times New Roman" w:hAnsi="Times New Roman"/>
          <w:b w:val="0"/>
          <w:bCs w:val="0"/>
          <w:color w:val="auto"/>
          <w:sz w:val="24"/>
          <w:szCs w:val="24"/>
        </w:rPr>
      </w:pPr>
      <w:r w:rsidRPr="00025A49">
        <w:rPr>
          <w:rFonts w:ascii="Times New Roman" w:hAnsi="Times New Roman"/>
          <w:color w:val="auto"/>
          <w:sz w:val="24"/>
          <w:szCs w:val="24"/>
        </w:rPr>
        <w:fldChar w:fldCharType="end"/>
      </w:r>
      <w:bookmarkStart w:id="42" w:name="bookmark65"/>
      <w:bookmarkEnd w:id="42"/>
      <w:r w:rsidRPr="00025A49">
        <w:rPr>
          <w:rStyle w:val="30"/>
          <w:rFonts w:ascii="Times New Roman" w:hAnsi="Times New Roman"/>
          <w:b/>
          <w:sz w:val="24"/>
          <w:szCs w:val="24"/>
        </w:rPr>
        <w:t>ЦЕЛЕВОЙ РАЗДЕЛ ОСНОВНОЙ ОБРАЗОВАТЕЛЬНОЙ ПРОГРАММЫ ОСНОВНОГО ОБЩЕГО ОБРАЗОВАНИЯ</w:t>
      </w:r>
    </w:p>
    <w:p w:rsidR="00F44E79" w:rsidRPr="00025A49" w:rsidRDefault="00F44E79" w:rsidP="00525EF3">
      <w:pPr>
        <w:pStyle w:val="22"/>
        <w:numPr>
          <w:ilvl w:val="1"/>
          <w:numId w:val="14"/>
        </w:numPr>
        <w:tabs>
          <w:tab w:val="left" w:pos="442"/>
        </w:tabs>
        <w:spacing w:after="100"/>
        <w:rPr>
          <w:rFonts w:ascii="Times New Roman" w:hAnsi="Times New Roman"/>
          <w:b w:val="0"/>
          <w:bCs w:val="0"/>
          <w:color w:val="auto"/>
          <w:w w:val="100"/>
          <w:sz w:val="24"/>
          <w:szCs w:val="24"/>
        </w:rPr>
      </w:pPr>
      <w:bookmarkStart w:id="43" w:name="bookmark66"/>
      <w:bookmarkEnd w:id="43"/>
      <w:r w:rsidRPr="00025A49">
        <w:rPr>
          <w:rStyle w:val="21"/>
          <w:rFonts w:ascii="Times New Roman" w:hAnsi="Times New Roman"/>
          <w:b/>
          <w:sz w:val="24"/>
          <w:szCs w:val="24"/>
        </w:rPr>
        <w:t>ПОЯСНИТЕЛЬНАЯ ЗАПИСКА</w:t>
      </w:r>
    </w:p>
    <w:p w:rsidR="00F44E79" w:rsidRPr="00025A49" w:rsidRDefault="00F44E79" w:rsidP="00525EF3">
      <w:pPr>
        <w:pStyle w:val="33"/>
        <w:keepNext/>
        <w:keepLines/>
        <w:numPr>
          <w:ilvl w:val="2"/>
          <w:numId w:val="14"/>
        </w:numPr>
        <w:tabs>
          <w:tab w:val="left" w:pos="649"/>
        </w:tabs>
        <w:spacing w:after="0" w:line="290" w:lineRule="auto"/>
        <w:rPr>
          <w:rFonts w:ascii="Times New Roman" w:hAnsi="Times New Roman"/>
          <w:b w:val="0"/>
          <w:bCs w:val="0"/>
          <w:color w:val="auto"/>
          <w:sz w:val="24"/>
          <w:szCs w:val="24"/>
        </w:rPr>
      </w:pPr>
      <w:bookmarkStart w:id="44" w:name="bookmark69"/>
      <w:bookmarkStart w:id="45" w:name="bookmark67"/>
      <w:bookmarkStart w:id="46" w:name="bookmark68"/>
      <w:bookmarkStart w:id="47" w:name="bookmark70"/>
      <w:bookmarkEnd w:id="44"/>
      <w:r w:rsidRPr="00025A49">
        <w:rPr>
          <w:rStyle w:val="32"/>
          <w:rFonts w:ascii="Times New Roman" w:hAnsi="Times New Roman"/>
          <w:b/>
          <w:sz w:val="24"/>
          <w:szCs w:val="24"/>
        </w:rPr>
        <w:t>Цели реализации основной образовательной программы основного общего образования</w:t>
      </w:r>
      <w:bookmarkEnd w:id="45"/>
      <w:bookmarkEnd w:id="46"/>
      <w:bookmarkEnd w:id="47"/>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 xml:space="preserve">Согласно ФЗ «Об образовании в Российской Федерации» </w:t>
      </w:r>
      <w:r w:rsidRPr="00025A49">
        <w:rPr>
          <w:rStyle w:val="BodyTextChar1"/>
          <w:rFonts w:ascii="Times New Roman" w:hAnsi="Times New Roman"/>
          <w:i/>
          <w:iCs/>
          <w:sz w:val="24"/>
          <w:szCs w:val="24"/>
        </w:rPr>
        <w:t>основное общее образование</w:t>
      </w:r>
      <w:r w:rsidRPr="00025A49">
        <w:rPr>
          <w:rStyle w:val="BodyTextChar1"/>
          <w:rFonts w:ascii="Times New Roman" w:hAnsi="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025A49">
        <w:rPr>
          <w:rStyle w:val="BodyTextChar1"/>
          <w:rFonts w:ascii="Times New Roman" w:hAnsi="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Pr="00025A49">
        <w:rPr>
          <w:rStyle w:val="BodyTextChar1"/>
          <w:rFonts w:ascii="Times New Roman" w:hAnsi="Times New Roman"/>
          <w:sz w:val="24"/>
          <w:szCs w:val="24"/>
        </w:rPr>
        <w:softHyphen/>
        <w:t>ние основами наук, государственным языком Российской Фе</w:t>
      </w:r>
      <w:r w:rsidRPr="00025A49">
        <w:rPr>
          <w:rStyle w:val="BodyTextChar1"/>
          <w:rFonts w:ascii="Times New Roman" w:hAnsi="Times New Roman"/>
          <w:sz w:val="24"/>
          <w:szCs w:val="24"/>
        </w:rPr>
        <w:softHyphen/>
        <w:t>дерации, навыками умственного и физического труда, разви</w:t>
      </w:r>
      <w:r w:rsidRPr="00025A49">
        <w:rPr>
          <w:rStyle w:val="BodyTextChar1"/>
          <w:rFonts w:ascii="Times New Roman" w:hAnsi="Times New Roman"/>
          <w:sz w:val="24"/>
          <w:szCs w:val="24"/>
        </w:rPr>
        <w:softHyphen/>
        <w:t>тие склонностей, интересов, способностей к социальному самоопределению).</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Достижение поставленных целей при разработке и реализа</w:t>
      </w:r>
      <w:r w:rsidRPr="00025A49">
        <w:rPr>
          <w:rStyle w:val="BodyTextChar1"/>
          <w:rFonts w:ascii="Times New Roman" w:hAnsi="Times New Roman"/>
          <w:sz w:val="24"/>
          <w:szCs w:val="24"/>
        </w:rPr>
        <w:softHyphen/>
        <w:t>ции образовательной организацией основной образовательной программы предусматривает решение следующих основных за</w:t>
      </w:r>
      <w:r w:rsidRPr="00025A49">
        <w:rPr>
          <w:rStyle w:val="BodyTextChar1"/>
          <w:rFonts w:ascii="Times New Roman" w:hAnsi="Times New Roman"/>
          <w:sz w:val="24"/>
          <w:szCs w:val="24"/>
        </w:rPr>
        <w:softHyphen/>
        <w:t>дач: обеспечение соответствия основной образовательной про</w:t>
      </w:r>
      <w:r w:rsidRPr="00025A49">
        <w:rPr>
          <w:rStyle w:val="BodyTextChar1"/>
          <w:rFonts w:ascii="Times New Roman" w:hAnsi="Times New Roman"/>
          <w:sz w:val="24"/>
          <w:szCs w:val="24"/>
        </w:rPr>
        <w:softHyphen/>
        <w:t>граммы требованиям Федерального государственного образова</w:t>
      </w:r>
      <w:r w:rsidRPr="00025A49">
        <w:rPr>
          <w:rStyle w:val="BodyTextChar1"/>
          <w:rFonts w:ascii="Times New Roman" w:hAnsi="Times New Roman"/>
          <w:sz w:val="24"/>
          <w:szCs w:val="24"/>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025A49">
        <w:rPr>
          <w:rStyle w:val="BodyTextChar1"/>
          <w:rFonts w:ascii="Times New Roman" w:hAnsi="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025A49">
        <w:rPr>
          <w:rStyle w:val="BodyTextChar1"/>
          <w:rFonts w:ascii="Times New Roman" w:hAnsi="Times New Roman"/>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025A49">
        <w:rPr>
          <w:rStyle w:val="BodyTextChar1"/>
          <w:rFonts w:ascii="Times New Roman" w:hAnsi="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Pr="00025A49">
        <w:rPr>
          <w:rStyle w:val="BodyTextChar1"/>
          <w:rFonts w:ascii="Times New Roman" w:hAnsi="Times New Roman"/>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025A49">
        <w:rPr>
          <w:rStyle w:val="BodyTextChar1"/>
          <w:rFonts w:ascii="Times New Roman" w:hAnsi="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Pr="00025A49">
        <w:rPr>
          <w:rStyle w:val="BodyTextChar1"/>
          <w:rFonts w:ascii="Times New Roman" w:hAnsi="Times New Roman"/>
          <w:sz w:val="24"/>
          <w:szCs w:val="24"/>
        </w:rPr>
        <w:softHyphen/>
        <w:t>ношений; взаимодействие образовательной организации при реализации основной образовательной программы с социаль</w:t>
      </w:r>
      <w:r w:rsidRPr="00025A49">
        <w:rPr>
          <w:rStyle w:val="BodyTextChar1"/>
          <w:rFonts w:ascii="Times New Roman" w:hAnsi="Times New Roman"/>
          <w:sz w:val="24"/>
          <w:szCs w:val="24"/>
        </w:rPr>
        <w:softHyphen/>
        <w:t>ными партнерами; выявление и развитие способностей обуча</w:t>
      </w:r>
      <w:r w:rsidRPr="00025A49">
        <w:rPr>
          <w:rStyle w:val="BodyTextChar1"/>
          <w:rFonts w:ascii="Times New Roman" w:hAnsi="Times New Roman"/>
          <w:sz w:val="24"/>
          <w:szCs w:val="24"/>
        </w:rPr>
        <w:softHyphen/>
        <w:t>ющихся, в том числе детей, проявивших выдающиеся способ</w:t>
      </w:r>
      <w:r w:rsidRPr="00025A49">
        <w:rPr>
          <w:rStyle w:val="BodyTextChar1"/>
          <w:rFonts w:ascii="Times New Roman" w:hAnsi="Times New Roman"/>
          <w:sz w:val="24"/>
          <w:szCs w:val="24"/>
        </w:rPr>
        <w:softHyphen/>
      </w:r>
      <w:r w:rsidRPr="00025A49">
        <w:rPr>
          <w:rStyle w:val="BodyTextChar1"/>
          <w:rFonts w:ascii="Times New Roman" w:hAnsi="Times New Roman"/>
          <w:color w:val="000000"/>
          <w:sz w:val="24"/>
          <w:szCs w:val="24"/>
        </w:rPr>
        <w:t>ности, детей с ОВЗ и инвалидов, их интересов через систему клубов, секций, студий и кружков, общественно полезную де</w:t>
      </w:r>
      <w:r w:rsidRPr="00025A49">
        <w:rPr>
          <w:rStyle w:val="BodyTextChar1"/>
          <w:rFonts w:ascii="Times New Roman" w:hAnsi="Times New Roman"/>
          <w:color w:val="000000"/>
          <w:sz w:val="24"/>
          <w:szCs w:val="24"/>
        </w:rPr>
        <w:softHyphen/>
        <w:t>ятельность, в том числе с использованием возможностей обра</w:t>
      </w:r>
      <w:r w:rsidRPr="00025A49">
        <w:rPr>
          <w:rStyle w:val="BodyTextChar1"/>
          <w:rFonts w:ascii="Times New Roman" w:hAnsi="Times New Roman"/>
          <w:color w:val="000000"/>
          <w:sz w:val="24"/>
          <w:szCs w:val="24"/>
        </w:rPr>
        <w:softHyphen/>
        <w:t>зовательных организаций дополнительного образования; орга</w:t>
      </w:r>
      <w:r w:rsidRPr="00025A49">
        <w:rPr>
          <w:rStyle w:val="BodyTextChar1"/>
          <w:rFonts w:ascii="Times New Roman" w:hAnsi="Times New Roman"/>
          <w:color w:val="000000"/>
          <w:sz w:val="24"/>
          <w:szCs w:val="24"/>
        </w:rPr>
        <w:softHyphen/>
        <w:t>низацию интеллектуальных и творческих соревнований, научно-технического творчества, проектной и учебно-исследо</w:t>
      </w:r>
      <w:r w:rsidRPr="00025A49">
        <w:rPr>
          <w:rStyle w:val="BodyTextChar1"/>
          <w:rFonts w:ascii="Times New Roman" w:hAnsi="Times New Roman"/>
          <w:color w:val="000000"/>
          <w:sz w:val="24"/>
          <w:szCs w:val="24"/>
        </w:rPr>
        <w:softHyphen/>
        <w:t>вательской деятельности; участие обучающихся, их родителей (законных представителей), педагогических работников и об</w:t>
      </w:r>
      <w:r w:rsidRPr="00025A49">
        <w:rPr>
          <w:rStyle w:val="BodyTextChar1"/>
          <w:rFonts w:ascii="Times New Roman" w:hAnsi="Times New Roman"/>
          <w:color w:val="000000"/>
          <w:sz w:val="24"/>
          <w:szCs w:val="24"/>
        </w:rPr>
        <w:softHyphen/>
        <w:t>щественности в проектировании и развитии внутришкольной социальной среды, школьного уклада; включение обучающих</w:t>
      </w:r>
      <w:r w:rsidRPr="00025A49">
        <w:rPr>
          <w:rStyle w:val="BodyTextChar1"/>
          <w:rFonts w:ascii="Times New Roman" w:hAnsi="Times New Roman"/>
          <w:color w:val="000000"/>
          <w:sz w:val="24"/>
          <w:szCs w:val="24"/>
        </w:rPr>
        <w:softHyphen/>
        <w:t>ся в процессы познания и преобразования внешкольной соци</w:t>
      </w:r>
      <w:r w:rsidRPr="00025A49">
        <w:rPr>
          <w:rStyle w:val="BodyTextChar1"/>
          <w:rFonts w:ascii="Times New Roman" w:hAnsi="Times New Roman"/>
          <w:color w:val="000000"/>
          <w:sz w:val="24"/>
          <w:szCs w:val="24"/>
        </w:rPr>
        <w:softHyphen/>
        <w:t>альной среды (населенного пункта, района, города) для приоб</w:t>
      </w:r>
      <w:r w:rsidRPr="00025A49">
        <w:rPr>
          <w:rStyle w:val="BodyTextChar1"/>
          <w:rFonts w:ascii="Times New Roman" w:hAnsi="Times New Roman"/>
          <w:color w:val="000000"/>
          <w:sz w:val="24"/>
          <w:szCs w:val="24"/>
        </w:rPr>
        <w:softHyphen/>
        <w:t>ретения опыта реального управления и действия; социальное и учебно-исследовательское проектирование, профессиональ</w:t>
      </w:r>
      <w:r w:rsidRPr="00025A49">
        <w:rPr>
          <w:rStyle w:val="BodyTextChar1"/>
          <w:rFonts w:ascii="Times New Roman" w:hAnsi="Times New Roman"/>
          <w:color w:val="000000"/>
          <w:sz w:val="24"/>
          <w:szCs w:val="24"/>
        </w:rPr>
        <w:softHyphen/>
        <w:t>ная ориентация обучающихся при поддержке педагогов, пси</w:t>
      </w:r>
      <w:r w:rsidRPr="00025A49">
        <w:rPr>
          <w:rStyle w:val="BodyTextChar1"/>
          <w:rFonts w:ascii="Times New Roman" w:hAnsi="Times New Roman"/>
          <w:color w:val="000000"/>
          <w:sz w:val="24"/>
          <w:szCs w:val="24"/>
        </w:rPr>
        <w:softHyphen/>
        <w:t>хологов, социальных педагогов, сотрудничество с базовыми предприятиями, организациями профессионального образова</w:t>
      </w:r>
      <w:r w:rsidRPr="00025A49">
        <w:rPr>
          <w:rStyle w:val="BodyTextChar1"/>
          <w:rFonts w:ascii="Times New Roman" w:hAnsi="Times New Roman"/>
          <w:color w:val="000000"/>
          <w:sz w:val="24"/>
          <w:szCs w:val="24"/>
        </w:rPr>
        <w:softHyphen/>
        <w:t>ния, центрами профессиональной работы; сохранение и укре</w:t>
      </w:r>
      <w:r w:rsidRPr="00025A49">
        <w:rPr>
          <w:rStyle w:val="BodyTextChar1"/>
          <w:rFonts w:ascii="Times New Roman" w:hAnsi="Times New Roman"/>
          <w:color w:val="000000"/>
          <w:sz w:val="24"/>
          <w:szCs w:val="24"/>
        </w:rPr>
        <w:softHyphen/>
        <w:t>пление физического, психологического и социального здоровья обучающихся, обеспечение их безопасности.</w:t>
      </w:r>
    </w:p>
    <w:p w:rsidR="00F44E79" w:rsidRPr="00025A49" w:rsidRDefault="00F44E79">
      <w:pPr>
        <w:pStyle w:val="BodyText"/>
        <w:ind w:firstLine="260"/>
        <w:jc w:val="both"/>
        <w:rPr>
          <w:rFonts w:ascii="Times New Roman" w:hAnsi="Times New Roman"/>
          <w:color w:val="auto"/>
          <w:sz w:val="24"/>
          <w:szCs w:val="24"/>
        </w:rPr>
      </w:pPr>
      <w:r w:rsidRPr="00025A49">
        <w:rPr>
          <w:rStyle w:val="BodyTextChar1"/>
          <w:rFonts w:ascii="Times New Roman" w:hAnsi="Times New Roman"/>
          <w:color w:val="000000"/>
          <w:sz w:val="24"/>
          <w:szCs w:val="24"/>
        </w:rPr>
        <w:t>Обучающиеся, не освоившие программу основного общего образования, не допускаются к обучению на следующих уров</w:t>
      </w:r>
      <w:r w:rsidRPr="00025A49">
        <w:rPr>
          <w:rStyle w:val="BodyTextChar1"/>
          <w:rFonts w:ascii="Times New Roman" w:hAnsi="Times New Roman"/>
          <w:color w:val="000000"/>
          <w:sz w:val="24"/>
          <w:szCs w:val="24"/>
        </w:rPr>
        <w:softHyphen/>
        <w:t>нях образования.</w:t>
      </w:r>
    </w:p>
    <w:p w:rsidR="00F44E79" w:rsidRPr="00025A49" w:rsidRDefault="00F44E79">
      <w:pPr>
        <w:pStyle w:val="BodyText"/>
        <w:spacing w:after="120"/>
        <w:ind w:firstLine="260"/>
        <w:jc w:val="both"/>
        <w:rPr>
          <w:rFonts w:ascii="Times New Roman" w:hAnsi="Times New Roman"/>
          <w:color w:val="auto"/>
          <w:sz w:val="24"/>
          <w:szCs w:val="24"/>
        </w:rPr>
      </w:pPr>
      <w:r w:rsidRPr="00025A49">
        <w:rPr>
          <w:rStyle w:val="BodyTextChar1"/>
          <w:rFonts w:ascii="Times New Roman" w:hAnsi="Times New Roman"/>
          <w:i/>
          <w:iCs/>
          <w:color w:val="000000"/>
          <w:sz w:val="24"/>
          <w:szCs w:val="24"/>
        </w:rPr>
        <w:t>Основная образовательная программа основного общего об</w:t>
      </w:r>
      <w:r w:rsidRPr="00025A49">
        <w:rPr>
          <w:rStyle w:val="BodyTextChar1"/>
          <w:rFonts w:ascii="Times New Roman" w:hAnsi="Times New Roman"/>
          <w:i/>
          <w:iCs/>
          <w:color w:val="000000"/>
          <w:sz w:val="24"/>
          <w:szCs w:val="24"/>
        </w:rPr>
        <w:softHyphen/>
        <w:t>разования</w:t>
      </w:r>
      <w:r w:rsidRPr="00025A49">
        <w:rPr>
          <w:rStyle w:val="BodyTextChar1"/>
          <w:rFonts w:ascii="Times New Roman" w:hAnsi="Times New Roman"/>
          <w:color w:val="000000"/>
          <w:sz w:val="24"/>
          <w:szCs w:val="24"/>
        </w:rPr>
        <w:t xml:space="preserve"> явля</w:t>
      </w:r>
      <w:r w:rsidRPr="00025A49">
        <w:rPr>
          <w:rStyle w:val="BodyTextChar1"/>
          <w:rFonts w:ascii="Times New Roman" w:hAnsi="Times New Roman"/>
          <w:color w:val="000000"/>
          <w:sz w:val="24"/>
          <w:szCs w:val="24"/>
        </w:rPr>
        <w:softHyphen/>
        <w:t>ется основным документом, определяющим содержание обще</w:t>
      </w:r>
      <w:r w:rsidRPr="00025A49">
        <w:rPr>
          <w:rStyle w:val="BodyTextChar1"/>
          <w:rFonts w:ascii="Times New Roman" w:hAnsi="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025A49">
        <w:rPr>
          <w:rStyle w:val="BodyTextChar1"/>
          <w:rFonts w:ascii="Times New Roman" w:hAnsi="Times New Roman"/>
          <w:color w:val="000000"/>
          <w:sz w:val="24"/>
          <w:szCs w:val="24"/>
        </w:rPr>
        <w:softHyphen/>
        <w:t>никами образовательного процесса.</w:t>
      </w:r>
    </w:p>
    <w:p w:rsidR="00F44E79" w:rsidRPr="00025A49" w:rsidRDefault="00F44E79" w:rsidP="00525EF3">
      <w:pPr>
        <w:pStyle w:val="31"/>
        <w:numPr>
          <w:ilvl w:val="2"/>
          <w:numId w:val="14"/>
        </w:numPr>
        <w:tabs>
          <w:tab w:val="left" w:pos="654"/>
        </w:tabs>
        <w:spacing w:after="0" w:line="283" w:lineRule="auto"/>
        <w:rPr>
          <w:rFonts w:ascii="Times New Roman" w:hAnsi="Times New Roman"/>
          <w:b w:val="0"/>
          <w:bCs w:val="0"/>
          <w:color w:val="auto"/>
          <w:sz w:val="24"/>
          <w:szCs w:val="24"/>
        </w:rPr>
      </w:pPr>
      <w:bookmarkStart w:id="48" w:name="bookmark71"/>
      <w:bookmarkEnd w:id="48"/>
      <w:r w:rsidRPr="00025A49">
        <w:rPr>
          <w:rStyle w:val="30"/>
          <w:rFonts w:ascii="Times New Roman" w:hAnsi="Times New Roman"/>
          <w:b/>
          <w:color w:val="000000"/>
          <w:sz w:val="24"/>
          <w:szCs w:val="24"/>
        </w:rPr>
        <w:t>Принципы формирования и механизмы реализации основной образовательной программы основного общего образования</w:t>
      </w:r>
    </w:p>
    <w:p w:rsidR="00F44E79" w:rsidRPr="00025A49" w:rsidRDefault="00F44E79">
      <w:pPr>
        <w:pStyle w:val="BodyText"/>
        <w:ind w:firstLine="260"/>
        <w:jc w:val="both"/>
        <w:rPr>
          <w:rFonts w:ascii="Times New Roman" w:hAnsi="Times New Roman"/>
          <w:color w:val="auto"/>
          <w:sz w:val="24"/>
          <w:szCs w:val="24"/>
        </w:rPr>
      </w:pPr>
      <w:r w:rsidRPr="00025A49">
        <w:rPr>
          <w:rStyle w:val="BodyTextChar1"/>
          <w:rFonts w:ascii="Times New Roman" w:hAnsi="Times New Roman"/>
          <w:color w:val="000000"/>
          <w:sz w:val="24"/>
          <w:szCs w:val="24"/>
        </w:rPr>
        <w:t>В основе разработки основной образовательной программы основного общего образования лежат следующие принципы и подходы:</w:t>
      </w:r>
    </w:p>
    <w:p w:rsidR="00F44E79" w:rsidRPr="00025A49" w:rsidRDefault="00F44E79">
      <w:pPr>
        <w:pStyle w:val="BodyText"/>
        <w:spacing w:line="276" w:lineRule="auto"/>
        <w:ind w:left="260" w:hanging="260"/>
        <w:jc w:val="both"/>
        <w:rPr>
          <w:rFonts w:ascii="Times New Roman" w:hAnsi="Times New Roman"/>
          <w:color w:val="auto"/>
          <w:sz w:val="24"/>
          <w:szCs w:val="24"/>
        </w:rPr>
      </w:pPr>
      <w:r w:rsidRPr="00025A49">
        <w:rPr>
          <w:rStyle w:val="BodyTextChar1"/>
          <w:rFonts w:ascii="Times New Roman" w:hAnsi="Times New Roman"/>
          <w:color w:val="000000"/>
          <w:sz w:val="24"/>
          <w:szCs w:val="24"/>
        </w:rPr>
        <w:t>■ системно-деятельностный подход, предполагающий ориента</w:t>
      </w:r>
      <w:r w:rsidRPr="00025A49">
        <w:rPr>
          <w:rStyle w:val="BodyTextChar1"/>
          <w:rFonts w:ascii="Times New Roman" w:hAnsi="Times New Roman"/>
          <w:color w:val="000000"/>
          <w:sz w:val="24"/>
          <w:szCs w:val="24"/>
        </w:rPr>
        <w:softHyphen/>
        <w:t>цию на результаты обучения, на развитие активной учеб</w:t>
      </w:r>
      <w:r w:rsidRPr="00025A49">
        <w:rPr>
          <w:rStyle w:val="BodyTextChar1"/>
          <w:rFonts w:ascii="Times New Roman" w:hAnsi="Times New Roman"/>
          <w:color w:val="000000"/>
          <w:sz w:val="24"/>
          <w:szCs w:val="24"/>
        </w:rPr>
        <w:softHyphen/>
        <w:t>но-познавательной деятельности обучающегося на основе освоения универсальных учебных действий, познания и ос</w:t>
      </w:r>
      <w:r w:rsidRPr="00025A49">
        <w:rPr>
          <w:rStyle w:val="BodyTextChar1"/>
          <w:rFonts w:ascii="Times New Roman" w:hAnsi="Times New Roman"/>
          <w:color w:val="000000"/>
          <w:sz w:val="24"/>
          <w:szCs w:val="24"/>
        </w:rPr>
        <w:softHyphen/>
        <w:t>воения мира личности, формирование его готовности к само</w:t>
      </w:r>
      <w:r w:rsidRPr="00025A49">
        <w:rPr>
          <w:rStyle w:val="BodyTextChar1"/>
          <w:rFonts w:ascii="Times New Roman" w:hAnsi="Times New Roman"/>
          <w:color w:val="000000"/>
          <w:sz w:val="24"/>
          <w:szCs w:val="24"/>
        </w:rPr>
        <w:softHyphen/>
        <w:t>развитию и непрерывному образованию;</w:t>
      </w:r>
    </w:p>
    <w:p w:rsidR="00F44E79" w:rsidRPr="00025A49" w:rsidRDefault="00F44E79" w:rsidP="00525EF3">
      <w:pPr>
        <w:pStyle w:val="BodyText"/>
        <w:numPr>
          <w:ilvl w:val="0"/>
          <w:numId w:val="15"/>
        </w:numPr>
        <w:tabs>
          <w:tab w:val="left" w:pos="207"/>
        </w:tabs>
        <w:spacing w:line="283" w:lineRule="auto"/>
        <w:ind w:left="240" w:hanging="240"/>
        <w:jc w:val="both"/>
        <w:rPr>
          <w:rFonts w:ascii="Times New Roman" w:hAnsi="Times New Roman"/>
          <w:color w:val="auto"/>
          <w:sz w:val="24"/>
          <w:szCs w:val="24"/>
        </w:rPr>
      </w:pPr>
      <w:bookmarkStart w:id="49" w:name="bookmark72"/>
      <w:bookmarkEnd w:id="49"/>
      <w:r w:rsidRPr="00025A49">
        <w:rPr>
          <w:rStyle w:val="BodyTextChar1"/>
          <w:rFonts w:ascii="Times New Roman" w:hAnsi="Times New Roman"/>
          <w:color w:val="000000"/>
          <w:sz w:val="24"/>
          <w:szCs w:val="24"/>
        </w:rPr>
        <w:t>признание решающей роли содержания образования, спосо</w:t>
      </w:r>
      <w:r w:rsidRPr="00025A49">
        <w:rPr>
          <w:rStyle w:val="BodyTextChar1"/>
          <w:rFonts w:ascii="Times New Roman" w:hAnsi="Times New Roman"/>
          <w:color w:val="000000"/>
          <w:sz w:val="24"/>
          <w:szCs w:val="24"/>
        </w:rPr>
        <w:softHyphen/>
        <w:t>бов организации образовательной деятельности и учебного сотрудничества в достижении целей личностного и социаль</w:t>
      </w:r>
      <w:r w:rsidRPr="00025A49">
        <w:rPr>
          <w:rStyle w:val="BodyTextChar1"/>
          <w:rFonts w:ascii="Times New Roman" w:hAnsi="Times New Roman"/>
          <w:color w:val="000000"/>
          <w:sz w:val="24"/>
          <w:szCs w:val="24"/>
        </w:rPr>
        <w:softHyphen/>
        <w:t>ного развития обучающихся;</w:t>
      </w:r>
    </w:p>
    <w:p w:rsidR="00F44E79" w:rsidRPr="00025A49" w:rsidRDefault="00F44E79" w:rsidP="00525EF3">
      <w:pPr>
        <w:pStyle w:val="BodyText"/>
        <w:numPr>
          <w:ilvl w:val="0"/>
          <w:numId w:val="15"/>
        </w:numPr>
        <w:tabs>
          <w:tab w:val="left" w:pos="207"/>
        </w:tabs>
        <w:spacing w:line="283" w:lineRule="auto"/>
        <w:ind w:left="240" w:hanging="240"/>
        <w:jc w:val="both"/>
        <w:rPr>
          <w:rFonts w:ascii="Times New Roman" w:hAnsi="Times New Roman"/>
          <w:color w:val="auto"/>
          <w:sz w:val="24"/>
          <w:szCs w:val="24"/>
        </w:rPr>
      </w:pPr>
      <w:bookmarkStart w:id="50" w:name="bookmark73"/>
      <w:bookmarkEnd w:id="50"/>
      <w:r w:rsidRPr="00025A49">
        <w:rPr>
          <w:rStyle w:val="BodyTextChar1"/>
          <w:rFonts w:ascii="Times New Roman" w:hAnsi="Times New Roman"/>
          <w:color w:val="000000"/>
          <w:sz w:val="24"/>
          <w:szCs w:val="24"/>
        </w:rPr>
        <w:t>учет индивидуальных возрастных, психологических и физио</w:t>
      </w:r>
      <w:r w:rsidRPr="00025A49">
        <w:rPr>
          <w:rStyle w:val="BodyTextChar1"/>
          <w:rFonts w:ascii="Times New Roman" w:hAnsi="Times New Roman"/>
          <w:color w:val="000000"/>
          <w:sz w:val="24"/>
          <w:szCs w:val="24"/>
        </w:rPr>
        <w:softHyphen/>
        <w:t>логических особенностей обучающихся при построении об</w:t>
      </w:r>
      <w:r w:rsidRPr="00025A49">
        <w:rPr>
          <w:rStyle w:val="BodyTextChar1"/>
          <w:rFonts w:ascii="Times New Roman" w:hAnsi="Times New Roman"/>
          <w:color w:val="000000"/>
          <w:sz w:val="24"/>
          <w:szCs w:val="24"/>
        </w:rPr>
        <w:softHyphen/>
        <w:t>разовательного процесса и определении образовательно-вос</w:t>
      </w:r>
      <w:r w:rsidRPr="00025A49">
        <w:rPr>
          <w:rStyle w:val="BodyTextChar1"/>
          <w:rFonts w:ascii="Times New Roman" w:hAnsi="Times New Roman"/>
          <w:color w:val="000000"/>
          <w:sz w:val="24"/>
          <w:szCs w:val="24"/>
        </w:rPr>
        <w:softHyphen/>
        <w:t>питательных целей и путей их достижения;</w:t>
      </w:r>
    </w:p>
    <w:p w:rsidR="00F44E79" w:rsidRPr="00025A49" w:rsidRDefault="00F44E79" w:rsidP="00525EF3">
      <w:pPr>
        <w:pStyle w:val="BodyText"/>
        <w:numPr>
          <w:ilvl w:val="0"/>
          <w:numId w:val="15"/>
        </w:numPr>
        <w:tabs>
          <w:tab w:val="left" w:pos="207"/>
        </w:tabs>
        <w:spacing w:line="283" w:lineRule="auto"/>
        <w:ind w:left="240" w:hanging="240"/>
        <w:jc w:val="both"/>
        <w:rPr>
          <w:rFonts w:ascii="Times New Roman" w:hAnsi="Times New Roman"/>
          <w:color w:val="auto"/>
          <w:sz w:val="24"/>
          <w:szCs w:val="24"/>
        </w:rPr>
      </w:pPr>
      <w:bookmarkStart w:id="51" w:name="bookmark74"/>
      <w:bookmarkEnd w:id="51"/>
      <w:r w:rsidRPr="00025A49">
        <w:rPr>
          <w:rStyle w:val="BodyTextChar1"/>
          <w:rFonts w:ascii="Times New Roman" w:hAnsi="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025A49">
        <w:rPr>
          <w:rStyle w:val="BodyTextChar1"/>
          <w:rFonts w:ascii="Times New Roman" w:hAnsi="Times New Roman"/>
          <w:color w:val="000000"/>
          <w:sz w:val="24"/>
          <w:szCs w:val="24"/>
        </w:rPr>
        <w:softHyphen/>
        <w:t>ными возможностями здоровья;</w:t>
      </w:r>
    </w:p>
    <w:p w:rsidR="00F44E79" w:rsidRPr="00025A49" w:rsidRDefault="00F44E79" w:rsidP="00525EF3">
      <w:pPr>
        <w:pStyle w:val="BodyText"/>
        <w:numPr>
          <w:ilvl w:val="0"/>
          <w:numId w:val="15"/>
        </w:numPr>
        <w:tabs>
          <w:tab w:val="left" w:pos="207"/>
        </w:tabs>
        <w:spacing w:line="276" w:lineRule="auto"/>
        <w:ind w:left="240" w:hanging="240"/>
        <w:jc w:val="both"/>
        <w:rPr>
          <w:rFonts w:ascii="Times New Roman" w:hAnsi="Times New Roman"/>
          <w:color w:val="auto"/>
          <w:sz w:val="24"/>
          <w:szCs w:val="24"/>
        </w:rPr>
      </w:pPr>
      <w:bookmarkStart w:id="52" w:name="bookmark75"/>
      <w:bookmarkEnd w:id="52"/>
      <w:r w:rsidRPr="00025A49">
        <w:rPr>
          <w:rStyle w:val="BodyTextChar1"/>
          <w:rFonts w:ascii="Times New Roman" w:hAnsi="Times New Roman"/>
          <w:color w:val="000000"/>
          <w:sz w:val="24"/>
          <w:szCs w:val="24"/>
        </w:rPr>
        <w:t>преемственность основных образовательных программ, про</w:t>
      </w:r>
      <w:r w:rsidRPr="00025A49">
        <w:rPr>
          <w:rStyle w:val="BodyTextChar1"/>
          <w:rFonts w:ascii="Times New Roman" w:hAnsi="Times New Roman"/>
          <w:color w:val="000000"/>
          <w:sz w:val="24"/>
          <w:szCs w:val="24"/>
        </w:rPr>
        <w:softHyphen/>
        <w:t>являющуюся во взаимосвязи и согласованности в отборе со</w:t>
      </w:r>
      <w:r w:rsidRPr="00025A49">
        <w:rPr>
          <w:rStyle w:val="BodyTextChar1"/>
          <w:rFonts w:ascii="Times New Roman" w:hAnsi="Times New Roman"/>
          <w:color w:val="000000"/>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025A49">
        <w:rPr>
          <w:rStyle w:val="BodyTextChar1"/>
          <w:rFonts w:ascii="Times New Roman" w:hAnsi="Times New Roman"/>
          <w:color w:val="000000"/>
          <w:sz w:val="24"/>
          <w:szCs w:val="24"/>
        </w:rPr>
        <w:softHyphen/>
        <w:t>ства образования и обеспечения его непрерывности;</w:t>
      </w:r>
    </w:p>
    <w:p w:rsidR="00F44E79" w:rsidRPr="00025A49" w:rsidRDefault="00F44E79" w:rsidP="00525EF3">
      <w:pPr>
        <w:pStyle w:val="BodyText"/>
        <w:numPr>
          <w:ilvl w:val="0"/>
          <w:numId w:val="15"/>
        </w:numPr>
        <w:tabs>
          <w:tab w:val="left" w:pos="207"/>
        </w:tabs>
        <w:spacing w:line="290" w:lineRule="auto"/>
        <w:ind w:left="240" w:hanging="240"/>
        <w:jc w:val="both"/>
        <w:rPr>
          <w:rFonts w:ascii="Times New Roman" w:hAnsi="Times New Roman"/>
          <w:color w:val="auto"/>
          <w:sz w:val="24"/>
          <w:szCs w:val="24"/>
        </w:rPr>
      </w:pPr>
      <w:bookmarkStart w:id="53" w:name="bookmark76"/>
      <w:bookmarkEnd w:id="53"/>
      <w:r w:rsidRPr="00025A49">
        <w:rPr>
          <w:rStyle w:val="BodyTextChar1"/>
          <w:rFonts w:ascii="Times New Roman" w:hAnsi="Times New Roman"/>
          <w:color w:val="000000"/>
          <w:sz w:val="24"/>
          <w:szCs w:val="24"/>
        </w:rPr>
        <w:t>обеспечение фундаментального характера образования, уче</w:t>
      </w:r>
      <w:r w:rsidRPr="00025A49">
        <w:rPr>
          <w:rStyle w:val="BodyTextChar1"/>
          <w:rFonts w:ascii="Times New Roman" w:hAnsi="Times New Roman"/>
          <w:color w:val="000000"/>
          <w:sz w:val="24"/>
          <w:szCs w:val="24"/>
        </w:rPr>
        <w:softHyphen/>
        <w:t>та специфики изучаемых предметов;</w:t>
      </w:r>
    </w:p>
    <w:p w:rsidR="00F44E79" w:rsidRPr="00025A49" w:rsidRDefault="00F44E79" w:rsidP="00525EF3">
      <w:pPr>
        <w:pStyle w:val="BodyText"/>
        <w:numPr>
          <w:ilvl w:val="0"/>
          <w:numId w:val="15"/>
        </w:numPr>
        <w:tabs>
          <w:tab w:val="left" w:pos="207"/>
        </w:tabs>
        <w:spacing w:line="283" w:lineRule="auto"/>
        <w:ind w:left="240" w:hanging="240"/>
        <w:jc w:val="both"/>
        <w:rPr>
          <w:rFonts w:ascii="Times New Roman" w:hAnsi="Times New Roman"/>
          <w:color w:val="auto"/>
          <w:sz w:val="24"/>
          <w:szCs w:val="24"/>
        </w:rPr>
      </w:pPr>
      <w:bookmarkStart w:id="54" w:name="bookmark77"/>
      <w:bookmarkEnd w:id="54"/>
      <w:r w:rsidRPr="00025A49">
        <w:rPr>
          <w:rStyle w:val="BodyTextChar1"/>
          <w:rFonts w:ascii="Times New Roman" w:hAnsi="Times New Roman"/>
          <w:color w:val="000000"/>
          <w:sz w:val="24"/>
          <w:szCs w:val="24"/>
        </w:rPr>
        <w:t>принцип единства учебной и воспитательной деятельности, предполагающий направленность учебного процесса на до</w:t>
      </w:r>
      <w:r w:rsidRPr="00025A49">
        <w:rPr>
          <w:rStyle w:val="BodyTextChar1"/>
          <w:rFonts w:ascii="Times New Roman" w:hAnsi="Times New Roman"/>
          <w:color w:val="000000"/>
          <w:sz w:val="24"/>
          <w:szCs w:val="24"/>
        </w:rPr>
        <w:softHyphen/>
        <w:t>стижение личностных результатов освоения образователь</w:t>
      </w:r>
      <w:r w:rsidRPr="00025A49">
        <w:rPr>
          <w:rStyle w:val="BodyTextChar1"/>
          <w:rFonts w:ascii="Times New Roman" w:hAnsi="Times New Roman"/>
          <w:color w:val="000000"/>
          <w:sz w:val="24"/>
          <w:szCs w:val="24"/>
        </w:rPr>
        <w:softHyphen/>
        <w:t>ной программы;</w:t>
      </w:r>
    </w:p>
    <w:p w:rsidR="00F44E79" w:rsidRPr="00025A49" w:rsidRDefault="00F44E79" w:rsidP="00525EF3">
      <w:pPr>
        <w:pStyle w:val="BodyText"/>
        <w:numPr>
          <w:ilvl w:val="0"/>
          <w:numId w:val="15"/>
        </w:numPr>
        <w:tabs>
          <w:tab w:val="left" w:pos="207"/>
        </w:tabs>
        <w:spacing w:line="276" w:lineRule="auto"/>
        <w:ind w:left="240" w:hanging="240"/>
        <w:jc w:val="both"/>
        <w:rPr>
          <w:rFonts w:ascii="Times New Roman" w:hAnsi="Times New Roman"/>
          <w:color w:val="auto"/>
          <w:sz w:val="24"/>
          <w:szCs w:val="24"/>
        </w:rPr>
      </w:pPr>
      <w:bookmarkStart w:id="55" w:name="bookmark78"/>
      <w:bookmarkEnd w:id="55"/>
      <w:r w:rsidRPr="00025A49">
        <w:rPr>
          <w:rStyle w:val="BodyTextChar1"/>
          <w:rFonts w:ascii="Times New Roman" w:hAnsi="Times New Roman"/>
          <w:color w:val="000000"/>
          <w:sz w:val="24"/>
          <w:szCs w:val="24"/>
        </w:rPr>
        <w:t>принцип здоровьесбережения, предусматривающий исклю</w:t>
      </w:r>
      <w:r w:rsidRPr="00025A49">
        <w:rPr>
          <w:rStyle w:val="BodyTextChar1"/>
          <w:rFonts w:ascii="Times New Roman" w:hAnsi="Times New Roman"/>
          <w:color w:val="000000"/>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025A49">
        <w:rPr>
          <w:rStyle w:val="BodyTextChar1"/>
          <w:rFonts w:ascii="Times New Roman" w:hAnsi="Times New Roman"/>
          <w:color w:val="000000"/>
          <w:sz w:val="24"/>
          <w:szCs w:val="24"/>
        </w:rPr>
        <w:softHyphen/>
        <w:t>ских технологий, приведение объема учебной нагрузки в со</w:t>
      </w:r>
      <w:r w:rsidRPr="00025A49">
        <w:rPr>
          <w:rStyle w:val="BodyTextChar1"/>
          <w:rFonts w:ascii="Times New Roman" w:hAnsi="Times New Roman"/>
          <w:color w:val="000000"/>
          <w:sz w:val="24"/>
          <w:szCs w:val="24"/>
        </w:rPr>
        <w:softHyphen/>
        <w:t>ответствие с требованиям действующих санитарных правил и нормативов.</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color w:val="000000"/>
          <w:sz w:val="24"/>
          <w:szCs w:val="24"/>
        </w:rPr>
        <w:t>Основная образовательная программа формируется с учетом особенностей развития детей 11—15 лет, связанных:</w:t>
      </w:r>
    </w:p>
    <w:p w:rsidR="00F44E79" w:rsidRPr="00025A49" w:rsidRDefault="00F44E79" w:rsidP="00525EF3">
      <w:pPr>
        <w:pStyle w:val="BodyText"/>
        <w:numPr>
          <w:ilvl w:val="0"/>
          <w:numId w:val="15"/>
        </w:numPr>
        <w:tabs>
          <w:tab w:val="left" w:pos="207"/>
        </w:tabs>
        <w:spacing w:line="276" w:lineRule="auto"/>
        <w:ind w:left="240" w:hanging="240"/>
        <w:jc w:val="both"/>
        <w:rPr>
          <w:rFonts w:ascii="Times New Roman" w:hAnsi="Times New Roman"/>
          <w:color w:val="auto"/>
          <w:sz w:val="24"/>
          <w:szCs w:val="24"/>
        </w:rPr>
      </w:pPr>
      <w:bookmarkStart w:id="56" w:name="bookmark79"/>
      <w:bookmarkEnd w:id="56"/>
      <w:r w:rsidRPr="00025A49">
        <w:rPr>
          <w:rStyle w:val="BodyTextChar1"/>
          <w:rFonts w:ascii="Times New Roman" w:hAnsi="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025A49">
        <w:rPr>
          <w:rStyle w:val="BodyTextChar1"/>
          <w:rFonts w:ascii="Times New Roman" w:hAnsi="Times New Roman"/>
          <w:color w:val="000000"/>
          <w:sz w:val="24"/>
          <w:szCs w:val="24"/>
        </w:rPr>
        <w:softHyphen/>
        <w:t>вационно-смыслового и операционно-технического компо</w:t>
      </w:r>
      <w:r w:rsidRPr="00025A49">
        <w:rPr>
          <w:rStyle w:val="BodyTextChar1"/>
          <w:rFonts w:ascii="Times New Roman" w:hAnsi="Times New Roman"/>
          <w:color w:val="000000"/>
          <w:sz w:val="24"/>
          <w:szCs w:val="24"/>
        </w:rPr>
        <w:softHyphen/>
        <w:t>нентов, к новой внутренней позиции обучающегося — на</w:t>
      </w:r>
      <w:r w:rsidRPr="00025A49">
        <w:rPr>
          <w:rStyle w:val="BodyTextChar1"/>
          <w:rFonts w:ascii="Times New Roman" w:hAnsi="Times New Roman"/>
          <w:color w:val="000000"/>
          <w:sz w:val="24"/>
          <w:szCs w:val="24"/>
        </w:rPr>
        <w:softHyphen/>
        <w:t xml:space="preserve">правленности на самостоятельный познавательный поиск, </w:t>
      </w:r>
      <w:r w:rsidRPr="00025A49">
        <w:rPr>
          <w:rStyle w:val="BodyTextChar1"/>
          <w:rFonts w:ascii="Times New Roman" w:hAnsi="Times New Roman"/>
          <w:sz w:val="24"/>
          <w:szCs w:val="24"/>
        </w:rPr>
        <w:t>постановку учебных целей, освоение и самостоятельное осу</w:t>
      </w:r>
      <w:r w:rsidRPr="00025A49">
        <w:rPr>
          <w:rStyle w:val="BodyTextChar1"/>
          <w:rFonts w:ascii="Times New Roman" w:hAnsi="Times New Roman"/>
          <w:sz w:val="24"/>
          <w:szCs w:val="24"/>
        </w:rPr>
        <w:softHyphen/>
        <w:t>ществление контрольных и оценочных действий, инициа</w:t>
      </w:r>
      <w:r w:rsidRPr="00025A49">
        <w:rPr>
          <w:rStyle w:val="BodyTextChar1"/>
          <w:rFonts w:ascii="Times New Roman" w:hAnsi="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025A49">
        <w:rPr>
          <w:rStyle w:val="BodyTextChar1"/>
          <w:rFonts w:ascii="Times New Roman" w:hAnsi="Times New Roman"/>
          <w:sz w:val="24"/>
          <w:szCs w:val="24"/>
        </w:rPr>
        <w:softHyphen/>
        <w:t>ности и построению жизненных планов во временной пер</w:t>
      </w:r>
      <w:r w:rsidRPr="00025A49">
        <w:rPr>
          <w:rStyle w:val="BodyTextChar1"/>
          <w:rFonts w:ascii="Times New Roman" w:hAnsi="Times New Roman"/>
          <w:sz w:val="24"/>
          <w:szCs w:val="24"/>
        </w:rPr>
        <w:softHyphen/>
        <w:t>спективе;</w:t>
      </w:r>
    </w:p>
    <w:p w:rsidR="00F44E79" w:rsidRPr="00025A49" w:rsidRDefault="00F44E79" w:rsidP="00525EF3">
      <w:pPr>
        <w:pStyle w:val="BodyText"/>
        <w:numPr>
          <w:ilvl w:val="0"/>
          <w:numId w:val="15"/>
        </w:numPr>
        <w:tabs>
          <w:tab w:val="left" w:pos="207"/>
        </w:tabs>
        <w:spacing w:line="302" w:lineRule="auto"/>
        <w:ind w:left="240" w:hanging="240"/>
        <w:jc w:val="both"/>
        <w:rPr>
          <w:rFonts w:ascii="Times New Roman" w:hAnsi="Times New Roman"/>
          <w:color w:val="auto"/>
          <w:sz w:val="24"/>
          <w:szCs w:val="24"/>
        </w:rPr>
      </w:pPr>
      <w:bookmarkStart w:id="57" w:name="bookmark80"/>
      <w:bookmarkEnd w:id="57"/>
      <w:r w:rsidRPr="00025A49">
        <w:rPr>
          <w:rStyle w:val="BodyTextChar1"/>
          <w:rFonts w:ascii="Times New Roman" w:hAnsi="Times New Roman"/>
          <w:sz w:val="24"/>
          <w:szCs w:val="24"/>
        </w:rPr>
        <w:t>с формированием у обучающегося типа мышления, который ориентирует его на общекультурные образцы, нормы, этало</w:t>
      </w:r>
      <w:r w:rsidRPr="00025A49">
        <w:rPr>
          <w:rStyle w:val="BodyTextChar1"/>
          <w:rFonts w:ascii="Times New Roman" w:hAnsi="Times New Roman"/>
          <w:sz w:val="24"/>
          <w:szCs w:val="24"/>
        </w:rPr>
        <w:softHyphen/>
        <w:t>ны и закономерности взаимодействия с окружающим миром;</w:t>
      </w:r>
    </w:p>
    <w:p w:rsidR="00F44E79" w:rsidRPr="00025A49" w:rsidRDefault="00F44E79" w:rsidP="00525EF3">
      <w:pPr>
        <w:pStyle w:val="BodyText"/>
        <w:numPr>
          <w:ilvl w:val="0"/>
          <w:numId w:val="15"/>
        </w:numPr>
        <w:tabs>
          <w:tab w:val="left" w:pos="207"/>
        </w:tabs>
        <w:spacing w:line="295" w:lineRule="auto"/>
        <w:ind w:left="240" w:hanging="240"/>
        <w:jc w:val="both"/>
        <w:rPr>
          <w:rFonts w:ascii="Times New Roman" w:hAnsi="Times New Roman"/>
          <w:color w:val="auto"/>
          <w:sz w:val="24"/>
          <w:szCs w:val="24"/>
        </w:rPr>
      </w:pPr>
      <w:bookmarkStart w:id="58" w:name="bookmark81"/>
      <w:bookmarkEnd w:id="58"/>
      <w:r w:rsidRPr="00025A49">
        <w:rPr>
          <w:rStyle w:val="BodyTextChar1"/>
          <w:rFonts w:ascii="Times New Roman" w:hAnsi="Times New Roman"/>
          <w:sz w:val="24"/>
          <w:szCs w:val="24"/>
        </w:rPr>
        <w:t>с овладением коммуникативными средствами и способами организации кооперации, развитием учебного сотрудниче</w:t>
      </w:r>
      <w:r w:rsidRPr="00025A49">
        <w:rPr>
          <w:rStyle w:val="BodyTextChar1"/>
          <w:rFonts w:ascii="Times New Roman" w:hAnsi="Times New Roman"/>
          <w:sz w:val="24"/>
          <w:szCs w:val="24"/>
        </w:rPr>
        <w:softHyphen/>
        <w:t>ства, реализуемого в отношениях обучающихся с учителем и сверстниками.</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Переход обучающегося в основную школу совпадает с пер</w:t>
      </w:r>
      <w:r w:rsidRPr="00025A49">
        <w:rPr>
          <w:rStyle w:val="BodyTextChar1"/>
          <w:rFonts w:ascii="Times New Roman" w:hAnsi="Times New Roman"/>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025A49">
        <w:rPr>
          <w:rStyle w:val="BodyTextChar1"/>
          <w:rFonts w:ascii="Times New Roman" w:hAnsi="Times New Roman"/>
          <w:sz w:val="24"/>
          <w:szCs w:val="24"/>
        </w:rPr>
        <w:softHyphen/>
        <w:t>сти, при котором центральным и специфическим новообразо</w:t>
      </w:r>
      <w:r w:rsidRPr="00025A49">
        <w:rPr>
          <w:rStyle w:val="BodyTextChar1"/>
          <w:rFonts w:ascii="Times New Roman" w:hAnsi="Times New Roman"/>
          <w:sz w:val="24"/>
          <w:szCs w:val="24"/>
        </w:rPr>
        <w:softHyphen/>
        <w:t>ванием в личности подростка является возникновение и разви</w:t>
      </w:r>
      <w:r w:rsidRPr="00025A49">
        <w:rPr>
          <w:rStyle w:val="BodyTextChar1"/>
          <w:rFonts w:ascii="Times New Roman" w:hAnsi="Times New Roman"/>
          <w:sz w:val="24"/>
          <w:szCs w:val="24"/>
        </w:rPr>
        <w:softHyphen/>
        <w:t>тие самосознания — представления о том, что он уже не ребенок, т. е. чувства взрослости, а также внутренней переори</w:t>
      </w:r>
      <w:r w:rsidRPr="00025A49">
        <w:rPr>
          <w:rStyle w:val="BodyTextChar1"/>
          <w:rFonts w:ascii="Times New Roman" w:hAnsi="Times New Roman"/>
          <w:sz w:val="24"/>
          <w:szCs w:val="24"/>
        </w:rPr>
        <w:softHyphen/>
        <w:t>ентацией подростка с правил и ограничений, связанных с мо</w:t>
      </w:r>
      <w:r w:rsidRPr="00025A49">
        <w:rPr>
          <w:rStyle w:val="BodyTextChar1"/>
          <w:rFonts w:ascii="Times New Roman" w:hAnsi="Times New Roman"/>
          <w:sz w:val="24"/>
          <w:szCs w:val="24"/>
        </w:rPr>
        <w:softHyphen/>
        <w:t>ралью послушания, на нормы поведения взрослых.</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Второй этап подросткового развития (14—15 лет, 8—9 клас</w:t>
      </w:r>
      <w:r w:rsidRPr="00025A49">
        <w:rPr>
          <w:rStyle w:val="BodyTextChar1"/>
          <w:rFonts w:ascii="Times New Roman" w:hAnsi="Times New Roman"/>
          <w:sz w:val="24"/>
          <w:szCs w:val="24"/>
        </w:rPr>
        <w:softHyphen/>
        <w:t>сы), характеризуется:</w:t>
      </w:r>
    </w:p>
    <w:p w:rsidR="00F44E79" w:rsidRPr="00025A49" w:rsidRDefault="00F44E79" w:rsidP="00525EF3">
      <w:pPr>
        <w:pStyle w:val="BodyText"/>
        <w:numPr>
          <w:ilvl w:val="0"/>
          <w:numId w:val="15"/>
        </w:numPr>
        <w:tabs>
          <w:tab w:val="left" w:pos="207"/>
        </w:tabs>
        <w:spacing w:line="290" w:lineRule="auto"/>
        <w:ind w:left="240" w:hanging="240"/>
        <w:jc w:val="both"/>
        <w:rPr>
          <w:rFonts w:ascii="Times New Roman" w:hAnsi="Times New Roman"/>
          <w:color w:val="auto"/>
          <w:sz w:val="24"/>
          <w:szCs w:val="24"/>
        </w:rPr>
      </w:pPr>
      <w:bookmarkStart w:id="59" w:name="bookmark82"/>
      <w:bookmarkEnd w:id="59"/>
      <w:r w:rsidRPr="00025A49">
        <w:rPr>
          <w:rStyle w:val="BodyTextChar1"/>
          <w:rFonts w:ascii="Times New Roman" w:hAnsi="Times New Roman"/>
          <w:sz w:val="24"/>
          <w:szCs w:val="24"/>
        </w:rPr>
        <w:t>бурным, скачкообразным характером развития, т. е. проис</w:t>
      </w:r>
      <w:r w:rsidRPr="00025A49">
        <w:rPr>
          <w:rStyle w:val="BodyTextChar1"/>
          <w:rFonts w:ascii="Times New Roman" w:hAnsi="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025A49">
        <w:rPr>
          <w:rStyle w:val="BodyTextChar1"/>
          <w:rFonts w:ascii="Times New Roman" w:hAnsi="Times New Roman"/>
          <w:sz w:val="24"/>
          <w:szCs w:val="24"/>
        </w:rPr>
        <w:softHyphen/>
        <w:t>ресов и отношений подростка, появлением у подростка зна</w:t>
      </w:r>
      <w:r w:rsidRPr="00025A49">
        <w:rPr>
          <w:rStyle w:val="BodyTextChar1"/>
          <w:rFonts w:ascii="Times New Roman" w:hAnsi="Times New Roman"/>
          <w:sz w:val="24"/>
          <w:szCs w:val="24"/>
        </w:rPr>
        <w:softHyphen/>
        <w:t>чительных субъективных трудностей и переживаний;</w:t>
      </w:r>
    </w:p>
    <w:p w:rsidR="00F44E79" w:rsidRPr="00025A49" w:rsidRDefault="00F44E79" w:rsidP="00525EF3">
      <w:pPr>
        <w:pStyle w:val="BodyText"/>
        <w:numPr>
          <w:ilvl w:val="0"/>
          <w:numId w:val="15"/>
        </w:numPr>
        <w:tabs>
          <w:tab w:val="left" w:pos="207"/>
        </w:tabs>
        <w:spacing w:line="317" w:lineRule="auto"/>
        <w:ind w:left="240" w:hanging="240"/>
        <w:jc w:val="both"/>
        <w:rPr>
          <w:rFonts w:ascii="Times New Roman" w:hAnsi="Times New Roman"/>
          <w:color w:val="auto"/>
          <w:sz w:val="24"/>
          <w:szCs w:val="24"/>
        </w:rPr>
      </w:pPr>
      <w:bookmarkStart w:id="60" w:name="bookmark83"/>
      <w:bookmarkEnd w:id="60"/>
      <w:r w:rsidRPr="00025A49">
        <w:rPr>
          <w:rStyle w:val="BodyTextChar1"/>
          <w:rFonts w:ascii="Times New Roman" w:hAnsi="Times New Roman"/>
          <w:sz w:val="24"/>
          <w:szCs w:val="24"/>
        </w:rPr>
        <w:t>стремлением подростка к общению и совместной деятельно</w:t>
      </w:r>
      <w:r w:rsidRPr="00025A49">
        <w:rPr>
          <w:rStyle w:val="BodyTextChar1"/>
          <w:rFonts w:ascii="Times New Roman" w:hAnsi="Times New Roman"/>
          <w:sz w:val="24"/>
          <w:szCs w:val="24"/>
        </w:rPr>
        <w:softHyphen/>
        <w:t>сти со сверстниками;</w:t>
      </w:r>
    </w:p>
    <w:p w:rsidR="00F44E79" w:rsidRPr="00025A49" w:rsidRDefault="00F44E79" w:rsidP="00525EF3">
      <w:pPr>
        <w:pStyle w:val="BodyText"/>
        <w:numPr>
          <w:ilvl w:val="0"/>
          <w:numId w:val="15"/>
        </w:numPr>
        <w:tabs>
          <w:tab w:val="left" w:pos="207"/>
        </w:tabs>
        <w:spacing w:line="302" w:lineRule="auto"/>
        <w:ind w:left="240" w:hanging="240"/>
        <w:jc w:val="both"/>
        <w:rPr>
          <w:rFonts w:ascii="Times New Roman" w:hAnsi="Times New Roman"/>
          <w:color w:val="auto"/>
          <w:sz w:val="24"/>
          <w:szCs w:val="24"/>
        </w:rPr>
      </w:pPr>
      <w:bookmarkStart w:id="61" w:name="bookmark84"/>
      <w:bookmarkEnd w:id="61"/>
      <w:r w:rsidRPr="00025A49">
        <w:rPr>
          <w:rStyle w:val="BodyTextChar1"/>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w:t>
      </w:r>
      <w:r w:rsidRPr="00025A49">
        <w:rPr>
          <w:rStyle w:val="BodyTextChar1"/>
          <w:rFonts w:ascii="Times New Roman" w:hAnsi="Times New Roman"/>
          <w:sz w:val="24"/>
          <w:szCs w:val="24"/>
        </w:rPr>
        <w:softHyphen/>
        <w:t>ального поведения взрослого мира;</w:t>
      </w:r>
    </w:p>
    <w:p w:rsidR="00F44E79" w:rsidRPr="00025A49" w:rsidRDefault="00F44E79" w:rsidP="00525EF3">
      <w:pPr>
        <w:pStyle w:val="BodyText"/>
        <w:numPr>
          <w:ilvl w:val="0"/>
          <w:numId w:val="15"/>
        </w:numPr>
        <w:tabs>
          <w:tab w:val="left" w:pos="207"/>
        </w:tabs>
        <w:spacing w:line="288" w:lineRule="auto"/>
        <w:ind w:left="240" w:hanging="240"/>
        <w:jc w:val="both"/>
        <w:rPr>
          <w:rFonts w:ascii="Times New Roman" w:hAnsi="Times New Roman"/>
          <w:color w:val="auto"/>
          <w:sz w:val="24"/>
          <w:szCs w:val="24"/>
        </w:rPr>
      </w:pPr>
      <w:bookmarkStart w:id="62" w:name="bookmark85"/>
      <w:bookmarkEnd w:id="62"/>
      <w:r w:rsidRPr="00025A49">
        <w:rPr>
          <w:rStyle w:val="BodyTextChar1"/>
          <w:rFonts w:ascii="Times New Roman" w:hAnsi="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025A49">
        <w:rPr>
          <w:rStyle w:val="BodyTextChar1"/>
          <w:rFonts w:ascii="Times New Roman" w:hAnsi="Times New Roman"/>
          <w:sz w:val="24"/>
          <w:szCs w:val="24"/>
        </w:rPr>
        <w:softHyphen/>
        <w:t>ношениях, что порождает интенсивное формирование нрав</w:t>
      </w:r>
      <w:r w:rsidRPr="00025A49">
        <w:rPr>
          <w:rStyle w:val="BodyTextChar1"/>
          <w:rFonts w:ascii="Times New Roman" w:hAnsi="Times New Roman"/>
          <w:sz w:val="24"/>
          <w:szCs w:val="24"/>
        </w:rPr>
        <w:softHyphen/>
        <w:t>ственных понятий и убеждений, выработку принципов, мо</w:t>
      </w:r>
      <w:r w:rsidRPr="00025A49">
        <w:rPr>
          <w:rStyle w:val="BodyTextChar1"/>
          <w:rFonts w:ascii="Times New Roman" w:hAnsi="Times New Roman"/>
          <w:sz w:val="24"/>
          <w:szCs w:val="24"/>
        </w:rPr>
        <w:softHyphen/>
        <w:t>ральное развитие личности;</w:t>
      </w:r>
    </w:p>
    <w:p w:rsidR="00F44E79" w:rsidRPr="00025A49" w:rsidRDefault="00F44E79" w:rsidP="00525EF3">
      <w:pPr>
        <w:pStyle w:val="BodyText"/>
        <w:numPr>
          <w:ilvl w:val="0"/>
          <w:numId w:val="15"/>
        </w:numPr>
        <w:tabs>
          <w:tab w:val="left" w:pos="207"/>
        </w:tabs>
        <w:spacing w:line="269" w:lineRule="auto"/>
        <w:ind w:left="240" w:hanging="240"/>
        <w:jc w:val="both"/>
        <w:rPr>
          <w:rFonts w:ascii="Times New Roman" w:hAnsi="Times New Roman"/>
          <w:color w:val="auto"/>
          <w:sz w:val="24"/>
          <w:szCs w:val="24"/>
        </w:rPr>
      </w:pPr>
      <w:bookmarkStart w:id="63" w:name="bookmark86"/>
      <w:bookmarkEnd w:id="63"/>
      <w:r w:rsidRPr="00025A49">
        <w:rPr>
          <w:rStyle w:val="BodyTextChar1"/>
          <w:rFonts w:ascii="Times New Roman" w:hAnsi="Times New Roman"/>
          <w:sz w:val="24"/>
          <w:szCs w:val="24"/>
        </w:rPr>
        <w:t>сложными поведенческими проявлениями, которые вызва</w:t>
      </w:r>
      <w:r w:rsidRPr="00025A49">
        <w:rPr>
          <w:rStyle w:val="BodyTextChar1"/>
          <w:rFonts w:ascii="Times New Roman" w:hAnsi="Times New Roman"/>
          <w:sz w:val="24"/>
          <w:szCs w:val="24"/>
        </w:rPr>
        <w:softHyphen/>
        <w:t>ны противоречием между потребностью подростков в при</w:t>
      </w:r>
      <w:r w:rsidRPr="00025A49">
        <w:rPr>
          <w:rStyle w:val="BodyTextChar1"/>
          <w:rFonts w:ascii="Times New Roman" w:hAnsi="Times New Roman"/>
          <w:sz w:val="24"/>
          <w:szCs w:val="24"/>
        </w:rPr>
        <w:softHyphen/>
        <w:t>знании их взрослыми со стороны окружающих и собствен</w:t>
      </w:r>
      <w:r w:rsidRPr="00025A49">
        <w:rPr>
          <w:rStyle w:val="BodyTextChar1"/>
          <w:rFonts w:ascii="Times New Roman" w:hAnsi="Times New Roman"/>
          <w:sz w:val="24"/>
          <w:szCs w:val="24"/>
        </w:rPr>
        <w:softHyphen/>
        <w:t>ной неуверенностью в этом и выражаются в разных формах непослушания, сопротивления и протеста;</w:t>
      </w:r>
    </w:p>
    <w:p w:rsidR="00F44E79" w:rsidRPr="00025A49" w:rsidRDefault="00F44E79" w:rsidP="00525EF3">
      <w:pPr>
        <w:pStyle w:val="BodyText"/>
        <w:numPr>
          <w:ilvl w:val="0"/>
          <w:numId w:val="15"/>
        </w:numPr>
        <w:tabs>
          <w:tab w:val="left" w:pos="207"/>
        </w:tabs>
        <w:spacing w:after="120" w:line="269" w:lineRule="auto"/>
        <w:ind w:left="240" w:hanging="240"/>
        <w:jc w:val="both"/>
        <w:rPr>
          <w:rFonts w:ascii="Times New Roman" w:hAnsi="Times New Roman"/>
          <w:color w:val="auto"/>
          <w:sz w:val="24"/>
          <w:szCs w:val="24"/>
        </w:rPr>
      </w:pPr>
      <w:bookmarkStart w:id="64" w:name="bookmark87"/>
      <w:bookmarkEnd w:id="64"/>
      <w:r w:rsidRPr="00025A49">
        <w:rPr>
          <w:rStyle w:val="BodyTextChar1"/>
          <w:rFonts w:ascii="Times New Roman" w:hAnsi="Times New Roman"/>
          <w:sz w:val="24"/>
          <w:szCs w:val="24"/>
        </w:rPr>
        <w:t>изменением социальной ситуации развития: ростом инфор</w:t>
      </w:r>
      <w:r w:rsidRPr="00025A49">
        <w:rPr>
          <w:rStyle w:val="BodyTextChar1"/>
          <w:rFonts w:ascii="Times New Roman" w:hAnsi="Times New Roman"/>
          <w:sz w:val="24"/>
          <w:szCs w:val="24"/>
        </w:rPr>
        <w:softHyphen/>
        <w:t>мационных нагрузок, характером социальных взаимодей</w:t>
      </w:r>
      <w:r w:rsidRPr="00025A49">
        <w:rPr>
          <w:rStyle w:val="BodyTextChar1"/>
          <w:rFonts w:ascii="Times New Roman" w:hAnsi="Times New Roman"/>
          <w:sz w:val="24"/>
          <w:szCs w:val="24"/>
        </w:rPr>
        <w:softHyphen/>
        <w:t>ствий, способами получения информации.</w:t>
      </w:r>
    </w:p>
    <w:p w:rsidR="00F44E79" w:rsidRPr="00025A49" w:rsidRDefault="00F44E79" w:rsidP="00525EF3">
      <w:pPr>
        <w:pStyle w:val="33"/>
        <w:keepNext/>
        <w:keepLines/>
        <w:numPr>
          <w:ilvl w:val="2"/>
          <w:numId w:val="14"/>
        </w:numPr>
        <w:tabs>
          <w:tab w:val="left" w:pos="649"/>
        </w:tabs>
        <w:spacing w:after="40"/>
        <w:rPr>
          <w:rFonts w:ascii="Times New Roman" w:hAnsi="Times New Roman"/>
          <w:b w:val="0"/>
          <w:bCs w:val="0"/>
          <w:color w:val="auto"/>
          <w:sz w:val="24"/>
          <w:szCs w:val="24"/>
        </w:rPr>
      </w:pPr>
      <w:bookmarkStart w:id="65" w:name="bookmark90"/>
      <w:bookmarkStart w:id="66" w:name="bookmark88"/>
      <w:bookmarkStart w:id="67" w:name="bookmark89"/>
      <w:bookmarkStart w:id="68" w:name="bookmark91"/>
      <w:bookmarkEnd w:id="65"/>
      <w:r w:rsidRPr="00025A49">
        <w:rPr>
          <w:rStyle w:val="32"/>
          <w:rFonts w:ascii="Times New Roman" w:hAnsi="Times New Roman"/>
          <w:b/>
          <w:sz w:val="24"/>
          <w:szCs w:val="24"/>
        </w:rPr>
        <w:t>Общая характеристика основной образовательной программы основного общего образования</w:t>
      </w:r>
      <w:bookmarkEnd w:id="66"/>
      <w:bookmarkEnd w:id="67"/>
      <w:bookmarkEnd w:id="68"/>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Программа основного общего образования разрабатывается в соответствии со ФГОС основного общего образования и с уче</w:t>
      </w:r>
      <w:r w:rsidRPr="00025A49">
        <w:rPr>
          <w:rStyle w:val="BodyTextChar1"/>
          <w:rFonts w:ascii="Times New Roman" w:hAnsi="Times New Roman"/>
          <w:sz w:val="24"/>
          <w:szCs w:val="24"/>
        </w:rPr>
        <w:softHyphen/>
        <w:t>том Примерной основной образовательной программой (ПООП).</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Основная образовательная программа, согласно закону «Об образовании в Российской Федерации», — это учеб</w:t>
      </w:r>
      <w:r w:rsidRPr="00025A49">
        <w:rPr>
          <w:rStyle w:val="BodyTextChar1"/>
          <w:rFonts w:ascii="Times New Roman" w:hAnsi="Times New Roman"/>
          <w:sz w:val="24"/>
          <w:szCs w:val="24"/>
        </w:rPr>
        <w:softHyphen/>
        <w:t>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w:t>
      </w:r>
      <w:r w:rsidRPr="00025A49">
        <w:rPr>
          <w:rStyle w:val="BodyTextChar1"/>
          <w:rFonts w:ascii="Times New Roman" w:hAnsi="Times New Roman"/>
          <w:sz w:val="24"/>
          <w:szCs w:val="24"/>
        </w:rPr>
        <w:softHyphen/>
        <w:t>ности.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региона, этнокультурных особенностей населения.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Таким образом, ООП основного общего образования содер</w:t>
      </w:r>
      <w:r w:rsidRPr="00025A49">
        <w:rPr>
          <w:rStyle w:val="BodyTextChar1"/>
          <w:rFonts w:ascii="Times New Roman" w:hAnsi="Times New Roman"/>
          <w:sz w:val="24"/>
          <w:szCs w:val="24"/>
        </w:rPr>
        <w:softHyphen/>
        <w:t>жит документы, развивающие и детализирующие положения и требования, определенные во ФГОС ООО.</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Основная образовательная программа включает следующие документы:</w:t>
      </w:r>
    </w:p>
    <w:p w:rsidR="00F44E79" w:rsidRPr="00025A49" w:rsidRDefault="00F44E79">
      <w:pPr>
        <w:pStyle w:val="BodyText"/>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—рабочие программы учебных предметов, учебных курсов (в том числе внеурочной деятельности), учебных модулей;</w:t>
      </w:r>
    </w:p>
    <w:p w:rsidR="00F44E79" w:rsidRPr="00025A49" w:rsidRDefault="00F44E79">
      <w:pPr>
        <w:pStyle w:val="BodyText"/>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—программу формирования универсальных учебных действий у обучающихся;</w:t>
      </w:r>
    </w:p>
    <w:p w:rsidR="00F44E79" w:rsidRPr="00025A49" w:rsidRDefault="00F44E79">
      <w:pPr>
        <w:pStyle w:val="BodyText"/>
        <w:ind w:firstLine="0"/>
        <w:jc w:val="both"/>
        <w:rPr>
          <w:rFonts w:ascii="Times New Roman" w:hAnsi="Times New Roman"/>
          <w:color w:val="auto"/>
          <w:sz w:val="24"/>
          <w:szCs w:val="24"/>
        </w:rPr>
      </w:pPr>
      <w:r w:rsidRPr="00025A49">
        <w:rPr>
          <w:rStyle w:val="BodyTextChar1"/>
          <w:rFonts w:ascii="Times New Roman" w:hAnsi="Times New Roman"/>
          <w:sz w:val="24"/>
          <w:szCs w:val="24"/>
        </w:rPr>
        <w:t>—рабочую программу воспитания;</w:t>
      </w:r>
    </w:p>
    <w:p w:rsidR="00F44E79" w:rsidRPr="00025A49" w:rsidRDefault="00F44E79">
      <w:pPr>
        <w:pStyle w:val="BodyText"/>
        <w:spacing w:after="80"/>
        <w:ind w:firstLine="0"/>
        <w:jc w:val="both"/>
        <w:rPr>
          <w:rFonts w:ascii="Times New Roman" w:hAnsi="Times New Roman"/>
          <w:color w:val="auto"/>
          <w:sz w:val="24"/>
          <w:szCs w:val="24"/>
        </w:rPr>
      </w:pPr>
      <w:r w:rsidRPr="00025A49">
        <w:rPr>
          <w:rStyle w:val="BodyTextChar1"/>
          <w:rFonts w:ascii="Times New Roman" w:hAnsi="Times New Roman"/>
          <w:sz w:val="24"/>
          <w:szCs w:val="24"/>
        </w:rPr>
        <w:t>—программу коррекционной работы;</w:t>
      </w:r>
    </w:p>
    <w:p w:rsidR="00F44E79" w:rsidRPr="00025A49" w:rsidRDefault="00F44E79">
      <w:pPr>
        <w:pStyle w:val="BodyText"/>
        <w:spacing w:line="276" w:lineRule="auto"/>
        <w:ind w:firstLine="0"/>
        <w:rPr>
          <w:rFonts w:ascii="Times New Roman" w:hAnsi="Times New Roman"/>
          <w:color w:val="auto"/>
          <w:sz w:val="24"/>
          <w:szCs w:val="24"/>
        </w:rPr>
      </w:pPr>
      <w:r w:rsidRPr="00025A49">
        <w:rPr>
          <w:rStyle w:val="BodyTextChar1"/>
          <w:rFonts w:ascii="Times New Roman" w:hAnsi="Times New Roman"/>
          <w:sz w:val="24"/>
          <w:szCs w:val="24"/>
        </w:rPr>
        <w:t>—учебный план;</w:t>
      </w:r>
    </w:p>
    <w:p w:rsidR="00F44E79" w:rsidRPr="00025A49" w:rsidRDefault="00F44E79" w:rsidP="00525EF3">
      <w:pPr>
        <w:pStyle w:val="BodyText"/>
        <w:numPr>
          <w:ilvl w:val="0"/>
          <w:numId w:val="16"/>
        </w:numPr>
        <w:tabs>
          <w:tab w:val="left" w:pos="327"/>
        </w:tabs>
        <w:spacing w:line="276" w:lineRule="auto"/>
        <w:ind w:firstLine="0"/>
        <w:rPr>
          <w:rFonts w:ascii="Times New Roman" w:hAnsi="Times New Roman"/>
          <w:color w:val="auto"/>
          <w:sz w:val="24"/>
          <w:szCs w:val="24"/>
        </w:rPr>
      </w:pPr>
      <w:bookmarkStart w:id="69" w:name="bookmark92"/>
      <w:bookmarkEnd w:id="69"/>
      <w:r w:rsidRPr="00025A49">
        <w:rPr>
          <w:rStyle w:val="BodyTextChar1"/>
          <w:rFonts w:ascii="Times New Roman" w:hAnsi="Times New Roman"/>
          <w:sz w:val="24"/>
          <w:szCs w:val="24"/>
        </w:rPr>
        <w:t>план внеурочной деятельности;</w:t>
      </w:r>
    </w:p>
    <w:p w:rsidR="00F44E79" w:rsidRPr="00025A49" w:rsidRDefault="00F44E79" w:rsidP="00525EF3">
      <w:pPr>
        <w:pStyle w:val="BodyText"/>
        <w:numPr>
          <w:ilvl w:val="0"/>
          <w:numId w:val="16"/>
        </w:numPr>
        <w:tabs>
          <w:tab w:val="left" w:pos="327"/>
        </w:tabs>
        <w:spacing w:line="276" w:lineRule="auto"/>
        <w:ind w:firstLine="0"/>
        <w:rPr>
          <w:rFonts w:ascii="Times New Roman" w:hAnsi="Times New Roman"/>
          <w:color w:val="auto"/>
          <w:sz w:val="24"/>
          <w:szCs w:val="24"/>
        </w:rPr>
      </w:pPr>
      <w:bookmarkStart w:id="70" w:name="bookmark93"/>
      <w:bookmarkEnd w:id="70"/>
      <w:r w:rsidRPr="00025A49">
        <w:rPr>
          <w:rStyle w:val="BodyTextChar1"/>
          <w:rFonts w:ascii="Times New Roman" w:hAnsi="Times New Roman"/>
          <w:sz w:val="24"/>
          <w:szCs w:val="24"/>
        </w:rPr>
        <w:t>календарный учебный график;</w:t>
      </w:r>
    </w:p>
    <w:p w:rsidR="00F44E79" w:rsidRPr="00025A49" w:rsidRDefault="00F44E79" w:rsidP="00525EF3">
      <w:pPr>
        <w:pStyle w:val="BodyText"/>
        <w:numPr>
          <w:ilvl w:val="0"/>
          <w:numId w:val="16"/>
        </w:numPr>
        <w:tabs>
          <w:tab w:val="left" w:pos="327"/>
        </w:tabs>
        <w:spacing w:line="276" w:lineRule="auto"/>
        <w:ind w:left="240" w:hanging="240"/>
        <w:jc w:val="both"/>
        <w:rPr>
          <w:rFonts w:ascii="Times New Roman" w:hAnsi="Times New Roman"/>
          <w:color w:val="auto"/>
          <w:sz w:val="24"/>
          <w:szCs w:val="24"/>
        </w:rPr>
      </w:pPr>
      <w:bookmarkStart w:id="71" w:name="bookmark94"/>
      <w:bookmarkEnd w:id="71"/>
      <w:r w:rsidRPr="00025A49">
        <w:rPr>
          <w:rStyle w:val="BodyTextChar1"/>
          <w:rFonts w:ascii="Times New Roman" w:hAnsi="Times New Roman"/>
          <w:sz w:val="24"/>
          <w:szCs w:val="24"/>
        </w:rPr>
        <w:t>календарный план воспитательной работы (содержащий пе</w:t>
      </w:r>
      <w:r w:rsidRPr="00025A49">
        <w:rPr>
          <w:rStyle w:val="BodyTextChar1"/>
          <w:rFonts w:ascii="Times New Roman" w:hAnsi="Times New Roman"/>
          <w:sz w:val="24"/>
          <w:szCs w:val="24"/>
        </w:rPr>
        <w:softHyphen/>
        <w:t>речень событий и мероприятий воспитательной направлен</w:t>
      </w:r>
      <w:r w:rsidRPr="00025A49">
        <w:rPr>
          <w:rStyle w:val="BodyTextChar1"/>
          <w:rFonts w:ascii="Times New Roman" w:hAnsi="Times New Roman"/>
          <w:sz w:val="24"/>
          <w:szCs w:val="24"/>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F44E79" w:rsidRPr="00025A49" w:rsidRDefault="00F44E79">
      <w:pPr>
        <w:pStyle w:val="BodyText"/>
        <w:spacing w:after="180" w:line="276" w:lineRule="auto"/>
        <w:ind w:firstLine="0"/>
        <w:jc w:val="both"/>
        <w:rPr>
          <w:rFonts w:ascii="Times New Roman" w:hAnsi="Times New Roman"/>
          <w:color w:val="auto"/>
          <w:sz w:val="24"/>
          <w:szCs w:val="24"/>
        </w:rPr>
      </w:pPr>
      <w:r w:rsidRPr="00025A49">
        <w:rPr>
          <w:rStyle w:val="BodyTextChar1"/>
          <w:rFonts w:ascii="Times New Roman" w:hAnsi="Times New Roman"/>
          <w:sz w:val="24"/>
          <w:szCs w:val="24"/>
        </w:rPr>
        <w:t xml:space="preserve">—характеристику условий реализации программы основного общего образования в соответствии с требованиями ФГОС. </w:t>
      </w:r>
    </w:p>
    <w:p w:rsidR="00F44E79" w:rsidRPr="00025A49" w:rsidRDefault="00F44E79" w:rsidP="00525EF3">
      <w:pPr>
        <w:pStyle w:val="22"/>
        <w:numPr>
          <w:ilvl w:val="1"/>
          <w:numId w:val="14"/>
        </w:numPr>
        <w:tabs>
          <w:tab w:val="left" w:pos="466"/>
        </w:tabs>
        <w:jc w:val="both"/>
        <w:rPr>
          <w:rFonts w:ascii="Times New Roman" w:hAnsi="Times New Roman"/>
          <w:b w:val="0"/>
          <w:bCs w:val="0"/>
          <w:color w:val="auto"/>
          <w:w w:val="100"/>
          <w:sz w:val="24"/>
          <w:szCs w:val="24"/>
        </w:rPr>
      </w:pPr>
      <w:bookmarkStart w:id="72" w:name="bookmark95"/>
      <w:bookmarkEnd w:id="72"/>
      <w:r w:rsidRPr="00025A49">
        <w:rPr>
          <w:rStyle w:val="21"/>
          <w:rFonts w:ascii="Times New Roman" w:hAnsi="Times New Roman"/>
          <w:b/>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ФГОС ООО устанавливает требования к трем группам резуль</w:t>
      </w:r>
      <w:r w:rsidRPr="00025A49">
        <w:rPr>
          <w:rStyle w:val="BodyTextChar1"/>
          <w:rFonts w:ascii="Times New Roman" w:hAnsi="Times New Roman"/>
          <w:sz w:val="24"/>
          <w:szCs w:val="24"/>
        </w:rPr>
        <w:softHyphen/>
        <w:t>татов освоения обучающимися программ основного общего об</w:t>
      </w:r>
      <w:r w:rsidRPr="00025A49">
        <w:rPr>
          <w:rStyle w:val="BodyTextChar1"/>
          <w:rFonts w:ascii="Times New Roman" w:hAnsi="Times New Roman"/>
          <w:sz w:val="24"/>
          <w:szCs w:val="24"/>
        </w:rPr>
        <w:softHyphen/>
        <w:t>разования: личностным, метапредметным и предметным.</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 xml:space="preserve">Требования к </w:t>
      </w:r>
      <w:r w:rsidRPr="00025A49">
        <w:rPr>
          <w:rStyle w:val="BodyTextChar1"/>
          <w:rFonts w:ascii="Times New Roman" w:hAnsi="Times New Roman"/>
          <w:b/>
          <w:bCs/>
          <w:sz w:val="24"/>
          <w:szCs w:val="24"/>
        </w:rPr>
        <w:t xml:space="preserve">личностным результатам </w:t>
      </w:r>
      <w:r w:rsidRPr="00025A49">
        <w:rPr>
          <w:rStyle w:val="BodyTextChar1"/>
          <w:rFonts w:ascii="Times New Roman" w:hAnsi="Times New Roman"/>
          <w:sz w:val="24"/>
          <w:szCs w:val="24"/>
        </w:rPr>
        <w:t>освоения обучающи</w:t>
      </w:r>
      <w:r w:rsidRPr="00025A49">
        <w:rPr>
          <w:rStyle w:val="BodyTextChar1"/>
          <w:rFonts w:ascii="Times New Roman" w:hAnsi="Times New Roman"/>
          <w:sz w:val="24"/>
          <w:szCs w:val="24"/>
        </w:rPr>
        <w:softHyphen/>
        <w:t>мися программ основного общего образования включают осоз</w:t>
      </w:r>
      <w:r w:rsidRPr="00025A49">
        <w:rPr>
          <w:rStyle w:val="BodyTextChar1"/>
          <w:rFonts w:ascii="Times New Roman" w:hAnsi="Times New Roman"/>
          <w:sz w:val="24"/>
          <w:szCs w:val="24"/>
        </w:rPr>
        <w:softHyphen/>
        <w:t>нание российской гражданской идентичности; готовность обу</w:t>
      </w:r>
      <w:r w:rsidRPr="00025A49">
        <w:rPr>
          <w:rStyle w:val="BodyTextChar1"/>
          <w:rFonts w:ascii="Times New Roman" w:hAnsi="Times New Roman"/>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025A49">
        <w:rPr>
          <w:rStyle w:val="BodyTextChar1"/>
          <w:rFonts w:ascii="Times New Roman" w:hAnsi="Times New Roman"/>
          <w:sz w:val="24"/>
          <w:szCs w:val="24"/>
        </w:rPr>
        <w:softHyphen/>
        <w:t>сти как особого ценностного отношения к себе, окружающим людям и жизни в целом.</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ФГОС ООО определяет содержательные приоритеты в рас</w:t>
      </w:r>
      <w:r w:rsidRPr="00025A49">
        <w:rPr>
          <w:rStyle w:val="BodyTextChar1"/>
          <w:rFonts w:ascii="Times New Roman" w:hAnsi="Times New Roman"/>
          <w:sz w:val="24"/>
          <w:szCs w:val="24"/>
        </w:rPr>
        <w:softHyphen/>
        <w:t xml:space="preserve">крытии </w:t>
      </w:r>
      <w:r w:rsidRPr="00025A49">
        <w:rPr>
          <w:rStyle w:val="BodyTextChar1"/>
          <w:rFonts w:ascii="Times New Roman" w:hAnsi="Times New Roman"/>
          <w:i/>
          <w:iCs/>
          <w:sz w:val="24"/>
          <w:szCs w:val="24"/>
        </w:rPr>
        <w:t>направлений воспитательного процесса:</w:t>
      </w:r>
      <w:r w:rsidRPr="00025A49">
        <w:rPr>
          <w:rStyle w:val="BodyTextChar1"/>
          <w:rFonts w:ascii="Times New Roman" w:hAnsi="Times New Roman"/>
          <w:sz w:val="24"/>
          <w:szCs w:val="24"/>
        </w:rPr>
        <w:t xml:space="preserve"> граждан</w:t>
      </w:r>
      <w:r w:rsidRPr="00025A49">
        <w:rPr>
          <w:rStyle w:val="BodyTextChar1"/>
          <w:rFonts w:ascii="Times New Roman" w:hAnsi="Times New Roman"/>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025A49">
        <w:rPr>
          <w:rStyle w:val="BodyTextChar1"/>
          <w:rFonts w:ascii="Times New Roman" w:hAnsi="Times New Roman"/>
          <w:sz w:val="24"/>
          <w:szCs w:val="24"/>
        </w:rPr>
        <w:softHyphen/>
        <w:t>ностные аспекты достижения обучающимися личностных ре</w:t>
      </w:r>
      <w:r w:rsidRPr="00025A49">
        <w:rPr>
          <w:rStyle w:val="BodyTextChar1"/>
          <w:rFonts w:ascii="Times New Roman" w:hAnsi="Times New Roman"/>
          <w:sz w:val="24"/>
          <w:szCs w:val="24"/>
        </w:rPr>
        <w:softHyphen/>
        <w:t>зультатов на уровне ключевых понятий, характеризующих до</w:t>
      </w:r>
      <w:r w:rsidRPr="00025A49">
        <w:rPr>
          <w:rStyle w:val="BodyTextChar1"/>
          <w:rFonts w:ascii="Times New Roman" w:hAnsi="Times New Roman"/>
          <w:sz w:val="24"/>
          <w:szCs w:val="24"/>
        </w:rPr>
        <w:softHyphen/>
        <w:t>стижение обучающимися личностных результатов: осознание, готовность, ориентация, восприимчивость, установка.</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025A49">
        <w:rPr>
          <w:rStyle w:val="BodyTextChar1"/>
          <w:rFonts w:ascii="Times New Roman" w:hAnsi="Times New Roman"/>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025A49">
        <w:rPr>
          <w:rStyle w:val="BodyTextChar1"/>
          <w:rFonts w:ascii="Times New Roman" w:hAnsi="Times New Roman"/>
          <w:sz w:val="24"/>
          <w:szCs w:val="24"/>
        </w:rPr>
        <w:softHyphen/>
        <w:t>собствуют процессам самопознания, самовоспитания и само</w:t>
      </w:r>
      <w:r w:rsidRPr="00025A49">
        <w:rPr>
          <w:rStyle w:val="BodyTextChar1"/>
          <w:rFonts w:ascii="Times New Roman" w:hAnsi="Times New Roman"/>
          <w:sz w:val="24"/>
          <w:szCs w:val="24"/>
        </w:rPr>
        <w:softHyphen/>
        <w:t>развития, формирования внутренней позиции личности.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025A49">
        <w:rPr>
          <w:rStyle w:val="BodyTextChar1"/>
          <w:rFonts w:ascii="Times New Roman" w:hAnsi="Times New Roman"/>
          <w:sz w:val="24"/>
          <w:szCs w:val="24"/>
        </w:rPr>
        <w:softHyphen/>
        <w:t>тивных ценностных ориентаций и расширение опыта деятель</w:t>
      </w:r>
      <w:r w:rsidRPr="00025A49">
        <w:rPr>
          <w:rStyle w:val="BodyTextChar1"/>
          <w:rFonts w:ascii="Times New Roman" w:hAnsi="Times New Roman"/>
          <w:sz w:val="24"/>
          <w:szCs w:val="24"/>
        </w:rPr>
        <w:softHyphen/>
        <w:t>ности на ее основе и в процессе реализации основных направ</w:t>
      </w:r>
      <w:r w:rsidRPr="00025A49">
        <w:rPr>
          <w:rStyle w:val="BodyTextChar1"/>
          <w:rFonts w:ascii="Times New Roman" w:hAnsi="Times New Roman"/>
          <w:sz w:val="24"/>
          <w:szCs w:val="24"/>
        </w:rPr>
        <w:softHyphen/>
        <w:t>лений воспитательной деятельности, в том числе в части: гражданского воспитания, патриотического воспитания, ду</w:t>
      </w:r>
      <w:r w:rsidRPr="00025A49">
        <w:rPr>
          <w:rStyle w:val="BodyTextChar1"/>
          <w:rFonts w:ascii="Times New Roman" w:hAnsi="Times New Roman"/>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025A49">
        <w:rPr>
          <w:rStyle w:val="BodyTextChar1"/>
          <w:rFonts w:ascii="Times New Roman" w:hAnsi="Times New Roman"/>
          <w:sz w:val="24"/>
          <w:szCs w:val="24"/>
        </w:rPr>
        <w:softHyphen/>
        <w:t>гического воспитания, осознание ценности научного позна</w:t>
      </w:r>
      <w:r w:rsidRPr="00025A49">
        <w:rPr>
          <w:rStyle w:val="BodyTextChar1"/>
          <w:rFonts w:ascii="Times New Roman" w:hAnsi="Times New Roman"/>
          <w:sz w:val="24"/>
          <w:szCs w:val="24"/>
        </w:rPr>
        <w:softHyphen/>
        <w:t>ния, а также результаты, обеспечивающие адаптацию обучаю</w:t>
      </w:r>
      <w:r w:rsidRPr="00025A49">
        <w:rPr>
          <w:rStyle w:val="BodyTextChar1"/>
          <w:rFonts w:ascii="Times New Roman" w:hAnsi="Times New Roman"/>
          <w:sz w:val="24"/>
          <w:szCs w:val="24"/>
        </w:rPr>
        <w:softHyphen/>
        <w:t>щегося к изменяющимся условиям социальной и природной среды.</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Метапредметные результаты включают:</w:t>
      </w:r>
    </w:p>
    <w:p w:rsidR="00F44E79" w:rsidRPr="00025A49" w:rsidRDefault="00F44E79" w:rsidP="00525EF3">
      <w:pPr>
        <w:pStyle w:val="BodyText"/>
        <w:numPr>
          <w:ilvl w:val="0"/>
          <w:numId w:val="15"/>
        </w:numPr>
        <w:tabs>
          <w:tab w:val="left" w:pos="207"/>
        </w:tabs>
        <w:spacing w:line="283" w:lineRule="auto"/>
        <w:ind w:left="240" w:hanging="240"/>
        <w:jc w:val="both"/>
        <w:rPr>
          <w:rFonts w:ascii="Times New Roman" w:hAnsi="Times New Roman"/>
          <w:color w:val="auto"/>
          <w:sz w:val="24"/>
          <w:szCs w:val="24"/>
        </w:rPr>
      </w:pPr>
      <w:bookmarkStart w:id="73" w:name="bookmark96"/>
      <w:bookmarkEnd w:id="73"/>
      <w:r w:rsidRPr="00025A49">
        <w:rPr>
          <w:rStyle w:val="BodyTextChar1"/>
          <w:rFonts w:ascii="Times New Roman" w:hAnsi="Times New Roman"/>
          <w:sz w:val="24"/>
          <w:szCs w:val="24"/>
        </w:rPr>
        <w:t>освоение обучающимися межпредметных понятий (исполь</w:t>
      </w:r>
      <w:r w:rsidRPr="00025A49">
        <w:rPr>
          <w:rStyle w:val="BodyTextChar1"/>
          <w:rFonts w:ascii="Times New Roman" w:hAnsi="Times New Roman"/>
          <w:sz w:val="24"/>
          <w:szCs w:val="24"/>
        </w:rPr>
        <w:softHyphen/>
        <w:t>зуются в нескольких предметных областях и позволяют свя</w:t>
      </w:r>
      <w:r w:rsidRPr="00025A49">
        <w:rPr>
          <w:rStyle w:val="BodyTextChar1"/>
          <w:rFonts w:ascii="Times New Roman" w:hAnsi="Times New Roman"/>
          <w:sz w:val="24"/>
          <w:szCs w:val="24"/>
        </w:rPr>
        <w:softHyphen/>
        <w:t>зывать знания из различных учебных предметов, учебных курсов, модулей в целостную научную картину мира) и уни</w:t>
      </w:r>
      <w:r w:rsidRPr="00025A49">
        <w:rPr>
          <w:rStyle w:val="BodyTextChar1"/>
          <w:rFonts w:ascii="Times New Roman" w:hAnsi="Times New Roman"/>
          <w:sz w:val="24"/>
          <w:szCs w:val="24"/>
        </w:rPr>
        <w:softHyphen/>
        <w:t>версальных учебных действий (познавательные, коммуника</w:t>
      </w:r>
      <w:r w:rsidRPr="00025A49">
        <w:rPr>
          <w:rStyle w:val="BodyTextChar1"/>
          <w:rFonts w:ascii="Times New Roman" w:hAnsi="Times New Roman"/>
          <w:sz w:val="24"/>
          <w:szCs w:val="24"/>
        </w:rPr>
        <w:softHyphen/>
        <w:t>тивные, регулятивные);</w:t>
      </w:r>
    </w:p>
    <w:p w:rsidR="00F44E79" w:rsidRPr="00025A49" w:rsidRDefault="00F44E79" w:rsidP="00525EF3">
      <w:pPr>
        <w:pStyle w:val="BodyText"/>
        <w:numPr>
          <w:ilvl w:val="0"/>
          <w:numId w:val="15"/>
        </w:numPr>
        <w:tabs>
          <w:tab w:val="left" w:pos="207"/>
        </w:tabs>
        <w:spacing w:line="310" w:lineRule="auto"/>
        <w:ind w:left="240" w:hanging="240"/>
        <w:jc w:val="both"/>
        <w:rPr>
          <w:rFonts w:ascii="Times New Roman" w:hAnsi="Times New Roman"/>
          <w:color w:val="auto"/>
          <w:sz w:val="24"/>
          <w:szCs w:val="24"/>
        </w:rPr>
      </w:pPr>
      <w:bookmarkStart w:id="74" w:name="bookmark97"/>
      <w:bookmarkEnd w:id="74"/>
      <w:r w:rsidRPr="00025A49">
        <w:rPr>
          <w:rStyle w:val="BodyTextChar1"/>
          <w:rFonts w:ascii="Times New Roman" w:hAnsi="Times New Roman"/>
          <w:sz w:val="24"/>
          <w:szCs w:val="24"/>
        </w:rPr>
        <w:t>способность их использовать в учебной, познавательной и социальной практике;</w:t>
      </w:r>
    </w:p>
    <w:p w:rsidR="00F44E79" w:rsidRPr="00025A49" w:rsidRDefault="00F44E79" w:rsidP="00525EF3">
      <w:pPr>
        <w:pStyle w:val="BodyText"/>
        <w:numPr>
          <w:ilvl w:val="0"/>
          <w:numId w:val="15"/>
        </w:numPr>
        <w:tabs>
          <w:tab w:val="left" w:pos="207"/>
        </w:tabs>
        <w:spacing w:line="286" w:lineRule="auto"/>
        <w:ind w:left="240" w:hanging="240"/>
        <w:jc w:val="both"/>
        <w:rPr>
          <w:rFonts w:ascii="Times New Roman" w:hAnsi="Times New Roman"/>
          <w:color w:val="auto"/>
          <w:sz w:val="24"/>
          <w:szCs w:val="24"/>
        </w:rPr>
      </w:pPr>
      <w:bookmarkStart w:id="75" w:name="bookmark98"/>
      <w:bookmarkEnd w:id="75"/>
      <w:r w:rsidRPr="00025A49">
        <w:rPr>
          <w:rStyle w:val="BodyTextChar1"/>
          <w:rFonts w:ascii="Times New Roman" w:hAnsi="Times New Roman"/>
          <w:sz w:val="24"/>
          <w:szCs w:val="24"/>
        </w:rPr>
        <w:t>готовность к самостоятельному планированию и осуществле</w:t>
      </w:r>
      <w:r w:rsidRPr="00025A49">
        <w:rPr>
          <w:rStyle w:val="BodyTextChar1"/>
          <w:rFonts w:ascii="Times New Roman" w:hAnsi="Times New Roman"/>
          <w:sz w:val="24"/>
          <w:szCs w:val="24"/>
        </w:rPr>
        <w:softHyphen/>
        <w:t>нию учебной деятельности и организации учебного сотруд</w:t>
      </w:r>
      <w:r w:rsidRPr="00025A49">
        <w:rPr>
          <w:rStyle w:val="BodyTextChar1"/>
          <w:rFonts w:ascii="Times New Roman" w:hAnsi="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F44E79" w:rsidRPr="00025A49" w:rsidRDefault="00F44E79" w:rsidP="00525EF3">
      <w:pPr>
        <w:pStyle w:val="BodyText"/>
        <w:numPr>
          <w:ilvl w:val="0"/>
          <w:numId w:val="15"/>
        </w:numPr>
        <w:tabs>
          <w:tab w:val="left" w:pos="207"/>
        </w:tabs>
        <w:spacing w:line="288" w:lineRule="auto"/>
        <w:ind w:left="240" w:hanging="240"/>
        <w:jc w:val="both"/>
        <w:rPr>
          <w:rFonts w:ascii="Times New Roman" w:hAnsi="Times New Roman"/>
          <w:color w:val="auto"/>
          <w:sz w:val="24"/>
          <w:szCs w:val="24"/>
        </w:rPr>
      </w:pPr>
      <w:bookmarkStart w:id="76" w:name="bookmark99"/>
      <w:bookmarkEnd w:id="76"/>
      <w:r w:rsidRPr="00025A49">
        <w:rPr>
          <w:rStyle w:val="BodyTextChar1"/>
          <w:rFonts w:ascii="Times New Roman" w:hAnsi="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Метапредметные результаты сгруппированы по трем направ</w:t>
      </w:r>
      <w:r w:rsidRPr="00025A49">
        <w:rPr>
          <w:rStyle w:val="BodyTextChar1"/>
          <w:rFonts w:ascii="Times New Roman" w:hAnsi="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F44E79" w:rsidRPr="00025A49" w:rsidRDefault="00F44E79">
      <w:pPr>
        <w:pStyle w:val="BodyText"/>
        <w:ind w:firstLine="0"/>
        <w:jc w:val="both"/>
        <w:rPr>
          <w:rFonts w:ascii="Times New Roman" w:hAnsi="Times New Roman"/>
          <w:color w:val="auto"/>
          <w:sz w:val="24"/>
          <w:szCs w:val="24"/>
        </w:rPr>
      </w:pPr>
      <w:r w:rsidRPr="00025A49">
        <w:rPr>
          <w:rStyle w:val="BodyTextChar1"/>
          <w:rFonts w:ascii="Times New Roman" w:hAnsi="Times New Roman"/>
          <w:sz w:val="24"/>
          <w:szCs w:val="24"/>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Овладение универсальными учебными познавательными дей</w:t>
      </w:r>
      <w:r w:rsidRPr="00025A49">
        <w:rPr>
          <w:rStyle w:val="BodyTextChar1"/>
          <w:rFonts w:ascii="Times New Roman" w:hAnsi="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025A49">
        <w:rPr>
          <w:rStyle w:val="BodyTextChar1"/>
          <w:rFonts w:ascii="Times New Roman" w:hAnsi="Times New Roman"/>
          <w:sz w:val="24"/>
          <w:szCs w:val="24"/>
        </w:rPr>
        <w:softHyphen/>
        <w:t>формацией.</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Овладение системой универсальных учебных коммуникатив</w:t>
      </w:r>
      <w:r w:rsidRPr="00025A49">
        <w:rPr>
          <w:rStyle w:val="BodyTextChar1"/>
          <w:rFonts w:ascii="Times New Roman" w:hAnsi="Times New Roman"/>
          <w:sz w:val="24"/>
          <w:szCs w:val="24"/>
        </w:rPr>
        <w:softHyphen/>
        <w:t>ных действий обеспечивает сформированность социальных на</w:t>
      </w:r>
      <w:r w:rsidRPr="00025A49">
        <w:rPr>
          <w:rStyle w:val="BodyTextChar1"/>
          <w:rFonts w:ascii="Times New Roman" w:hAnsi="Times New Roman"/>
          <w:sz w:val="24"/>
          <w:szCs w:val="24"/>
        </w:rPr>
        <w:softHyphen/>
        <w:t>выков общения, совместной деятельности.</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Овладение универсальными учебными регулятивными дей</w:t>
      </w:r>
      <w:r w:rsidRPr="00025A49">
        <w:rPr>
          <w:rStyle w:val="BodyTextChar1"/>
          <w:rFonts w:ascii="Times New Roman" w:hAnsi="Times New Roman"/>
          <w:sz w:val="24"/>
          <w:szCs w:val="24"/>
        </w:rPr>
        <w:softHyphen/>
        <w:t>ствиями включает умения самоорганизации, самоконтроля, развитие эмоционального интеллекта</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ФГОС ООО определяет предметные результаты освоения программ основного общего образования с учетом необходимо</w:t>
      </w:r>
      <w:r w:rsidRPr="00025A49">
        <w:rPr>
          <w:rStyle w:val="BodyTextChar1"/>
          <w:rFonts w:ascii="Times New Roman" w:hAnsi="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025A49">
        <w:rPr>
          <w:rStyle w:val="BodyTextChar1"/>
          <w:rFonts w:ascii="Times New Roman" w:hAnsi="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Требования к предметным результатам:</w:t>
      </w:r>
    </w:p>
    <w:p w:rsidR="00F44E79" w:rsidRPr="00025A49" w:rsidRDefault="00F44E79" w:rsidP="00525EF3">
      <w:pPr>
        <w:pStyle w:val="BodyText"/>
        <w:numPr>
          <w:ilvl w:val="0"/>
          <w:numId w:val="15"/>
        </w:numPr>
        <w:tabs>
          <w:tab w:val="left" w:pos="207"/>
        </w:tabs>
        <w:spacing w:line="314" w:lineRule="auto"/>
        <w:ind w:left="240" w:hanging="240"/>
        <w:jc w:val="both"/>
        <w:rPr>
          <w:rFonts w:ascii="Times New Roman" w:hAnsi="Times New Roman"/>
          <w:color w:val="auto"/>
          <w:sz w:val="24"/>
          <w:szCs w:val="24"/>
        </w:rPr>
      </w:pPr>
      <w:bookmarkStart w:id="77" w:name="bookmark100"/>
      <w:bookmarkEnd w:id="77"/>
      <w:r w:rsidRPr="00025A49">
        <w:rPr>
          <w:rStyle w:val="BodyTextChar1"/>
          <w:rFonts w:ascii="Times New Roman" w:hAnsi="Times New Roman"/>
          <w:sz w:val="24"/>
          <w:szCs w:val="24"/>
        </w:rPr>
        <w:t>сформулированы в деятельностной форме с усилением ак</w:t>
      </w:r>
      <w:r w:rsidRPr="00025A49">
        <w:rPr>
          <w:rStyle w:val="BodyTextChar1"/>
          <w:rFonts w:ascii="Times New Roman" w:hAnsi="Times New Roman"/>
          <w:sz w:val="24"/>
          <w:szCs w:val="24"/>
        </w:rPr>
        <w:softHyphen/>
        <w:t>цента на применение знаний и конкретные умения;</w:t>
      </w:r>
    </w:p>
    <w:p w:rsidR="00F44E79" w:rsidRPr="00025A49" w:rsidRDefault="00F44E79" w:rsidP="00525EF3">
      <w:pPr>
        <w:pStyle w:val="BodyText"/>
        <w:numPr>
          <w:ilvl w:val="0"/>
          <w:numId w:val="15"/>
        </w:numPr>
        <w:tabs>
          <w:tab w:val="left" w:pos="207"/>
        </w:tabs>
        <w:spacing w:line="300" w:lineRule="auto"/>
        <w:ind w:left="240" w:hanging="240"/>
        <w:jc w:val="both"/>
        <w:rPr>
          <w:rFonts w:ascii="Times New Roman" w:hAnsi="Times New Roman"/>
          <w:color w:val="auto"/>
          <w:sz w:val="24"/>
          <w:szCs w:val="24"/>
        </w:rPr>
      </w:pPr>
      <w:bookmarkStart w:id="78" w:name="bookmark101"/>
      <w:bookmarkEnd w:id="78"/>
      <w:r w:rsidRPr="00025A49">
        <w:rPr>
          <w:rStyle w:val="BodyTextChar1"/>
          <w:rFonts w:ascii="Times New Roman" w:hAnsi="Times New Roman"/>
          <w:sz w:val="24"/>
          <w:szCs w:val="24"/>
        </w:rPr>
        <w:t>определяют минимум содержания гарантированного госу</w:t>
      </w:r>
      <w:r w:rsidRPr="00025A49">
        <w:rPr>
          <w:rStyle w:val="BodyTextChar1"/>
          <w:rFonts w:ascii="Times New Roman" w:hAnsi="Times New Roman"/>
          <w:sz w:val="24"/>
          <w:szCs w:val="24"/>
        </w:rPr>
        <w:softHyphen/>
        <w:t>дарством основного общего образования, построенного в ло</w:t>
      </w:r>
      <w:r w:rsidRPr="00025A49">
        <w:rPr>
          <w:rStyle w:val="BodyTextChar1"/>
          <w:rFonts w:ascii="Times New Roman" w:hAnsi="Times New Roman"/>
          <w:sz w:val="24"/>
          <w:szCs w:val="24"/>
        </w:rPr>
        <w:softHyphen/>
        <w:t>гике изучения каждого учебного предмета;</w:t>
      </w:r>
    </w:p>
    <w:p w:rsidR="00F44E79" w:rsidRPr="00025A49" w:rsidRDefault="00F44E79" w:rsidP="00525EF3">
      <w:pPr>
        <w:pStyle w:val="BodyText"/>
        <w:numPr>
          <w:ilvl w:val="0"/>
          <w:numId w:val="15"/>
        </w:numPr>
        <w:tabs>
          <w:tab w:val="left" w:pos="207"/>
        </w:tabs>
        <w:spacing w:line="283" w:lineRule="auto"/>
        <w:ind w:left="240" w:hanging="240"/>
        <w:jc w:val="both"/>
        <w:rPr>
          <w:rFonts w:ascii="Times New Roman" w:hAnsi="Times New Roman"/>
          <w:color w:val="auto"/>
          <w:sz w:val="24"/>
          <w:szCs w:val="24"/>
        </w:rPr>
      </w:pPr>
      <w:bookmarkStart w:id="79" w:name="bookmark102"/>
      <w:bookmarkEnd w:id="79"/>
      <w:r w:rsidRPr="00025A49">
        <w:rPr>
          <w:rStyle w:val="BodyTextChar1"/>
          <w:rFonts w:ascii="Times New Roman" w:hAnsi="Times New Roman"/>
          <w:sz w:val="24"/>
          <w:szCs w:val="24"/>
        </w:rPr>
        <w:t>определяют требования к результатам освоения программ основного общего образования по учебным предметам «Рус</w:t>
      </w:r>
      <w:r w:rsidRPr="00025A49">
        <w:rPr>
          <w:rStyle w:val="BodyTextChar1"/>
          <w:rFonts w:ascii="Times New Roman" w:hAnsi="Times New Roman"/>
          <w:sz w:val="24"/>
          <w:szCs w:val="24"/>
        </w:rPr>
        <w:softHyphen/>
        <w:t>ский язык», «Литература», «Родной язык (русский)», «Род</w:t>
      </w:r>
      <w:r w:rsidRPr="00025A49">
        <w:rPr>
          <w:rStyle w:val="BodyTextChar1"/>
          <w:rFonts w:ascii="Times New Roman" w:hAnsi="Times New Roman"/>
          <w:sz w:val="24"/>
          <w:szCs w:val="24"/>
        </w:rPr>
        <w:softHyphen/>
        <w:t>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w:t>
      </w:r>
      <w:r w:rsidRPr="00025A49">
        <w:rPr>
          <w:rStyle w:val="BodyTextChar1"/>
          <w:rFonts w:ascii="Times New Roman" w:hAnsi="Times New Roman"/>
          <w:sz w:val="24"/>
          <w:szCs w:val="24"/>
        </w:rPr>
        <w:softHyphen/>
        <w:t>тельности» на базовом уровне;</w:t>
      </w:r>
    </w:p>
    <w:p w:rsidR="00F44E79" w:rsidRPr="00025A49" w:rsidRDefault="00F44E79" w:rsidP="00525EF3">
      <w:pPr>
        <w:pStyle w:val="BodyText"/>
        <w:numPr>
          <w:ilvl w:val="0"/>
          <w:numId w:val="15"/>
        </w:numPr>
        <w:tabs>
          <w:tab w:val="left" w:pos="207"/>
        </w:tabs>
        <w:spacing w:line="269" w:lineRule="auto"/>
        <w:ind w:left="240" w:hanging="240"/>
        <w:jc w:val="both"/>
        <w:rPr>
          <w:rFonts w:ascii="Times New Roman" w:hAnsi="Times New Roman"/>
          <w:color w:val="auto"/>
          <w:sz w:val="24"/>
          <w:szCs w:val="24"/>
        </w:rPr>
      </w:pPr>
      <w:bookmarkStart w:id="80" w:name="bookmark103"/>
      <w:bookmarkEnd w:id="80"/>
      <w:r w:rsidRPr="00025A49">
        <w:rPr>
          <w:rStyle w:val="BodyTextChar1"/>
          <w:rFonts w:ascii="Times New Roman" w:hAnsi="Times New Roman"/>
          <w:sz w:val="24"/>
          <w:szCs w:val="24"/>
        </w:rPr>
        <w:t>определяют требования к результатам освоения программ основного общего образования по учебным предметам «Ма</w:t>
      </w:r>
      <w:r w:rsidRPr="00025A49">
        <w:rPr>
          <w:rStyle w:val="BodyTextChar1"/>
          <w:rFonts w:ascii="Times New Roman" w:hAnsi="Times New Roman"/>
          <w:sz w:val="24"/>
          <w:szCs w:val="24"/>
        </w:rPr>
        <w:softHyphen/>
        <w:t>тематика», «Информатика», «Физика», «Химия», «Биоло</w:t>
      </w:r>
      <w:r w:rsidRPr="00025A49">
        <w:rPr>
          <w:rStyle w:val="BodyTextChar1"/>
          <w:rFonts w:ascii="Times New Roman" w:hAnsi="Times New Roman"/>
          <w:sz w:val="24"/>
          <w:szCs w:val="24"/>
        </w:rPr>
        <w:softHyphen/>
        <w:t xml:space="preserve">гия» </w:t>
      </w:r>
      <w:r>
        <w:rPr>
          <w:rStyle w:val="BodyTextChar1"/>
          <w:rFonts w:ascii="Times New Roman" w:hAnsi="Times New Roman"/>
          <w:sz w:val="24"/>
          <w:szCs w:val="24"/>
        </w:rPr>
        <w:t>на базовом уровне</w:t>
      </w:r>
      <w:r w:rsidRPr="00025A49">
        <w:rPr>
          <w:rStyle w:val="BodyTextChar1"/>
          <w:rFonts w:ascii="Times New Roman" w:hAnsi="Times New Roman"/>
          <w:sz w:val="24"/>
          <w:szCs w:val="24"/>
        </w:rPr>
        <w:t>;</w:t>
      </w:r>
    </w:p>
    <w:p w:rsidR="00F44E79" w:rsidRPr="00025A49" w:rsidRDefault="00F44E79" w:rsidP="00525EF3">
      <w:pPr>
        <w:pStyle w:val="BodyText"/>
        <w:numPr>
          <w:ilvl w:val="0"/>
          <w:numId w:val="15"/>
        </w:numPr>
        <w:tabs>
          <w:tab w:val="left" w:pos="207"/>
        </w:tabs>
        <w:spacing w:after="140" w:line="269" w:lineRule="auto"/>
        <w:ind w:left="240" w:hanging="240"/>
        <w:jc w:val="both"/>
        <w:rPr>
          <w:rFonts w:ascii="Times New Roman" w:hAnsi="Times New Roman"/>
          <w:color w:val="auto"/>
          <w:sz w:val="24"/>
          <w:szCs w:val="24"/>
        </w:rPr>
      </w:pPr>
      <w:bookmarkStart w:id="81" w:name="bookmark104"/>
      <w:bookmarkEnd w:id="81"/>
      <w:r w:rsidRPr="00025A49">
        <w:rPr>
          <w:rStyle w:val="BodyTextChar1"/>
          <w:rFonts w:ascii="Times New Roman" w:hAnsi="Times New Roman"/>
          <w:sz w:val="24"/>
          <w:szCs w:val="24"/>
        </w:rPr>
        <w:t>усиливают акценты на изучение явлений и процессов со</w:t>
      </w:r>
      <w:r w:rsidRPr="00025A49">
        <w:rPr>
          <w:rStyle w:val="BodyTextChar1"/>
          <w:rFonts w:ascii="Times New Roman" w:hAnsi="Times New Roman"/>
          <w:sz w:val="24"/>
          <w:szCs w:val="24"/>
        </w:rPr>
        <w:softHyphen/>
        <w:t>временной России и мира в целом, современного состояния науки.</w:t>
      </w:r>
    </w:p>
    <w:p w:rsidR="00F44E79" w:rsidRPr="00025A49" w:rsidRDefault="00F44E79" w:rsidP="00525EF3">
      <w:pPr>
        <w:pStyle w:val="22"/>
        <w:numPr>
          <w:ilvl w:val="1"/>
          <w:numId w:val="14"/>
        </w:numPr>
        <w:tabs>
          <w:tab w:val="left" w:pos="457"/>
        </w:tabs>
        <w:spacing w:after="0"/>
        <w:jc w:val="both"/>
        <w:rPr>
          <w:rFonts w:ascii="Times New Roman" w:hAnsi="Times New Roman"/>
          <w:b w:val="0"/>
          <w:bCs w:val="0"/>
          <w:color w:val="auto"/>
          <w:w w:val="100"/>
          <w:sz w:val="24"/>
          <w:szCs w:val="24"/>
        </w:rPr>
      </w:pPr>
      <w:bookmarkStart w:id="82" w:name="bookmark105"/>
      <w:bookmarkEnd w:id="82"/>
      <w:r w:rsidRPr="00025A49">
        <w:rPr>
          <w:rStyle w:val="21"/>
          <w:rFonts w:ascii="Times New Roman" w:hAnsi="Times New Roman"/>
          <w:b/>
          <w:sz w:val="24"/>
          <w:szCs w:val="24"/>
        </w:rPr>
        <w:t>СИСТЕМА ОЦЕНКИ ДОСТИЖЕНИЯ</w:t>
      </w:r>
    </w:p>
    <w:p w:rsidR="00F44E79" w:rsidRPr="00025A49" w:rsidRDefault="00F44E79">
      <w:pPr>
        <w:pStyle w:val="22"/>
        <w:spacing w:after="0"/>
        <w:jc w:val="both"/>
        <w:rPr>
          <w:rFonts w:ascii="Times New Roman" w:hAnsi="Times New Roman"/>
          <w:b w:val="0"/>
          <w:bCs w:val="0"/>
          <w:color w:val="auto"/>
          <w:w w:val="100"/>
          <w:sz w:val="24"/>
          <w:szCs w:val="24"/>
        </w:rPr>
      </w:pPr>
      <w:r w:rsidRPr="00025A49">
        <w:rPr>
          <w:rStyle w:val="21"/>
          <w:rFonts w:ascii="Times New Roman" w:hAnsi="Times New Roman"/>
          <w:b/>
          <w:sz w:val="24"/>
          <w:szCs w:val="24"/>
        </w:rPr>
        <w:t>ПЛАНИРУЕМЫХ РЕЗУЛЬТАТОВ ОСВОЕНИЯ</w:t>
      </w:r>
    </w:p>
    <w:p w:rsidR="00F44E79" w:rsidRPr="00025A49" w:rsidRDefault="00F44E79">
      <w:pPr>
        <w:pStyle w:val="22"/>
        <w:spacing w:after="100"/>
        <w:jc w:val="both"/>
        <w:rPr>
          <w:rFonts w:ascii="Times New Roman" w:hAnsi="Times New Roman"/>
          <w:b w:val="0"/>
          <w:bCs w:val="0"/>
          <w:color w:val="auto"/>
          <w:w w:val="100"/>
          <w:sz w:val="24"/>
          <w:szCs w:val="24"/>
        </w:rPr>
      </w:pPr>
      <w:r w:rsidRPr="00025A49">
        <w:rPr>
          <w:rStyle w:val="21"/>
          <w:rFonts w:ascii="Times New Roman" w:hAnsi="Times New Roman"/>
          <w:b/>
          <w:sz w:val="24"/>
          <w:szCs w:val="24"/>
        </w:rPr>
        <w:t>ОСНОВНОЙ ОБРАЗОВАТЕЛЬНОЙ ПРОГРАММЫ</w:t>
      </w:r>
    </w:p>
    <w:p w:rsidR="00F44E79" w:rsidRPr="00025A49" w:rsidRDefault="00F44E79" w:rsidP="00525EF3">
      <w:pPr>
        <w:pStyle w:val="33"/>
        <w:keepNext/>
        <w:keepLines/>
        <w:numPr>
          <w:ilvl w:val="2"/>
          <w:numId w:val="14"/>
        </w:numPr>
        <w:tabs>
          <w:tab w:val="left" w:pos="644"/>
        </w:tabs>
        <w:spacing w:after="40" w:line="283" w:lineRule="auto"/>
        <w:jc w:val="both"/>
        <w:rPr>
          <w:rFonts w:ascii="Times New Roman" w:hAnsi="Times New Roman"/>
          <w:b w:val="0"/>
          <w:bCs w:val="0"/>
          <w:color w:val="auto"/>
          <w:sz w:val="24"/>
          <w:szCs w:val="24"/>
        </w:rPr>
      </w:pPr>
      <w:bookmarkStart w:id="83" w:name="bookmark108"/>
      <w:bookmarkStart w:id="84" w:name="bookmark106"/>
      <w:bookmarkStart w:id="85" w:name="bookmark107"/>
      <w:bookmarkStart w:id="86" w:name="bookmark109"/>
      <w:bookmarkEnd w:id="83"/>
      <w:r w:rsidRPr="00025A49">
        <w:rPr>
          <w:rStyle w:val="32"/>
          <w:rFonts w:ascii="Times New Roman" w:hAnsi="Times New Roman"/>
          <w:b/>
          <w:sz w:val="24"/>
          <w:szCs w:val="24"/>
        </w:rPr>
        <w:t>Общие положения</w:t>
      </w:r>
      <w:bookmarkEnd w:id="84"/>
      <w:bookmarkEnd w:id="85"/>
      <w:bookmarkEnd w:id="86"/>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В соответствии со статусом ФГОС ООО, «независимо от фор</w:t>
      </w:r>
      <w:r w:rsidRPr="00025A49">
        <w:rPr>
          <w:rStyle w:val="BodyTextChar1"/>
          <w:rFonts w:ascii="Times New Roman" w:hAnsi="Times New Roman"/>
          <w:sz w:val="24"/>
          <w:szCs w:val="24"/>
        </w:rPr>
        <w:softHyphen/>
        <w:t>мы получения основного общего образования и формы обуче</w:t>
      </w:r>
      <w:r w:rsidRPr="00025A49">
        <w:rPr>
          <w:rStyle w:val="BodyTextChar1"/>
          <w:rFonts w:ascii="Times New Roman" w:hAnsi="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025A49">
        <w:rPr>
          <w:rStyle w:val="BodyTextChar1"/>
          <w:rFonts w:ascii="Times New Roman" w:hAnsi="Times New Roman"/>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025A49">
        <w:rPr>
          <w:rStyle w:val="BodyTextChar1"/>
          <w:rFonts w:ascii="Times New Roman" w:hAnsi="Times New Roman"/>
          <w:sz w:val="24"/>
          <w:szCs w:val="24"/>
        </w:rPr>
        <w:softHyphen/>
        <w:t>ствам оценки их достижения.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Система оценки достижения планируемых результатов (да</w:t>
      </w:r>
      <w:r w:rsidRPr="00025A49">
        <w:rPr>
          <w:rStyle w:val="BodyTextChar1"/>
          <w:rFonts w:ascii="Times New Roman" w:hAnsi="Times New Roman"/>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025A49">
        <w:rPr>
          <w:rStyle w:val="BodyTextChar1"/>
          <w:rFonts w:ascii="Times New Roman" w:hAnsi="Times New Roman"/>
          <w:sz w:val="24"/>
          <w:szCs w:val="24"/>
        </w:rPr>
        <w:softHyphen/>
        <w:t>щихся».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Система оценки призвана способствовать поддержанию един</w:t>
      </w:r>
      <w:r w:rsidRPr="00025A49">
        <w:rPr>
          <w:rStyle w:val="BodyTextChar1"/>
          <w:rFonts w:ascii="Times New Roman" w:hAnsi="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025A49">
        <w:rPr>
          <w:rStyle w:val="BodyTextChar1"/>
          <w:rFonts w:ascii="Times New Roman" w:hAnsi="Times New Roman"/>
          <w:b/>
          <w:bCs/>
          <w:sz w:val="24"/>
          <w:szCs w:val="24"/>
        </w:rPr>
        <w:t>функция</w:t>
      </w:r>
      <w:r w:rsidRPr="00025A49">
        <w:rPr>
          <w:rStyle w:val="BodyTextChar1"/>
          <w:rFonts w:ascii="Times New Roman" w:hAnsi="Times New Roman"/>
          <w:b/>
          <w:bCs/>
          <w:sz w:val="24"/>
          <w:szCs w:val="24"/>
        </w:rPr>
        <w:softHyphen/>
        <w:t xml:space="preserve">ми </w:t>
      </w:r>
      <w:r w:rsidRPr="00025A49">
        <w:rPr>
          <w:rStyle w:val="BodyTextChar1"/>
          <w:rFonts w:ascii="Times New Roman" w:hAnsi="Times New Roman"/>
          <w:sz w:val="24"/>
          <w:szCs w:val="24"/>
        </w:rPr>
        <w:t xml:space="preserve">являются </w:t>
      </w:r>
      <w:r w:rsidRPr="00025A49">
        <w:rPr>
          <w:rStyle w:val="BodyTextChar1"/>
          <w:rFonts w:ascii="Times New Roman" w:hAnsi="Times New Roman"/>
          <w:b/>
          <w:bCs/>
          <w:i/>
          <w:iCs/>
          <w:sz w:val="24"/>
          <w:szCs w:val="24"/>
        </w:rPr>
        <w:t>ориентация образовательного процесса</w:t>
      </w:r>
      <w:r w:rsidRPr="00025A49">
        <w:rPr>
          <w:rStyle w:val="BodyTextChar1"/>
          <w:rFonts w:ascii="Times New Roman" w:hAnsi="Times New Roman"/>
          <w:sz w:val="24"/>
          <w:szCs w:val="24"/>
        </w:rPr>
        <w:t xml:space="preserve"> на достижение планируемых результатов освоения основной обра</w:t>
      </w:r>
      <w:r w:rsidRPr="00025A49">
        <w:rPr>
          <w:rStyle w:val="BodyTextChar1"/>
          <w:rFonts w:ascii="Times New Roman" w:hAnsi="Times New Roman"/>
          <w:sz w:val="24"/>
          <w:szCs w:val="24"/>
        </w:rPr>
        <w:softHyphen/>
        <w:t>зовательной программы основного общего образования и обе</w:t>
      </w:r>
      <w:r w:rsidRPr="00025A49">
        <w:rPr>
          <w:rStyle w:val="BodyTextChar1"/>
          <w:rFonts w:ascii="Times New Roman" w:hAnsi="Times New Roman"/>
          <w:sz w:val="24"/>
          <w:szCs w:val="24"/>
        </w:rPr>
        <w:softHyphen/>
        <w:t xml:space="preserve">спечение эффективной </w:t>
      </w:r>
      <w:r w:rsidRPr="00025A49">
        <w:rPr>
          <w:rStyle w:val="BodyTextChar1"/>
          <w:rFonts w:ascii="Times New Roman" w:hAnsi="Times New Roman"/>
          <w:i/>
          <w:iCs/>
          <w:sz w:val="24"/>
          <w:szCs w:val="24"/>
        </w:rPr>
        <w:t>«</w:t>
      </w:r>
      <w:r w:rsidRPr="00025A49">
        <w:rPr>
          <w:rStyle w:val="BodyTextChar1"/>
          <w:rFonts w:ascii="Times New Roman" w:hAnsi="Times New Roman"/>
          <w:b/>
          <w:bCs/>
          <w:i/>
          <w:iCs/>
          <w:sz w:val="24"/>
          <w:szCs w:val="24"/>
        </w:rPr>
        <w:t>обратной связи</w:t>
      </w:r>
      <w:r w:rsidRPr="00025A49">
        <w:rPr>
          <w:rStyle w:val="BodyTextChar1"/>
          <w:rFonts w:ascii="Times New Roman" w:hAnsi="Times New Roman"/>
          <w:i/>
          <w:iCs/>
          <w:sz w:val="24"/>
          <w:szCs w:val="24"/>
        </w:rPr>
        <w:t>»,</w:t>
      </w:r>
      <w:r w:rsidRPr="00025A49">
        <w:rPr>
          <w:rStyle w:val="BodyTextChar1"/>
          <w:rFonts w:ascii="Times New Roman" w:hAnsi="Times New Roman"/>
          <w:sz w:val="24"/>
          <w:szCs w:val="24"/>
        </w:rPr>
        <w:t xml:space="preserve"> позволяющей осу</w:t>
      </w:r>
      <w:r w:rsidRPr="00025A49">
        <w:rPr>
          <w:rStyle w:val="BodyTextChar1"/>
          <w:rFonts w:ascii="Times New Roman" w:hAnsi="Times New Roman"/>
          <w:sz w:val="24"/>
          <w:szCs w:val="24"/>
        </w:rPr>
        <w:softHyphen/>
        <w:t xml:space="preserve">ществлять </w:t>
      </w:r>
      <w:r w:rsidRPr="00025A49">
        <w:rPr>
          <w:rStyle w:val="BodyTextChar1"/>
          <w:rFonts w:ascii="Times New Roman" w:hAnsi="Times New Roman"/>
          <w:b/>
          <w:bCs/>
          <w:i/>
          <w:iCs/>
          <w:sz w:val="24"/>
          <w:szCs w:val="24"/>
        </w:rPr>
        <w:t>управление образовательным процессом.</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sz w:val="24"/>
          <w:szCs w:val="24"/>
        </w:rPr>
        <w:t>Основными направлениями и целями оценочной деятельно</w:t>
      </w:r>
      <w:r w:rsidRPr="00025A49">
        <w:rPr>
          <w:rStyle w:val="BodyTextChar1"/>
          <w:rFonts w:ascii="Times New Roman" w:hAnsi="Times New Roman"/>
          <w:b/>
          <w:bCs/>
          <w:sz w:val="24"/>
          <w:szCs w:val="24"/>
        </w:rPr>
        <w:softHyphen/>
        <w:t xml:space="preserve">сти </w:t>
      </w:r>
      <w:r w:rsidRPr="00025A49">
        <w:rPr>
          <w:rStyle w:val="BodyTextChar1"/>
          <w:rFonts w:ascii="Times New Roman" w:hAnsi="Times New Roman"/>
          <w:sz w:val="24"/>
          <w:szCs w:val="24"/>
        </w:rPr>
        <w:t>в образовательной организации являются:</w:t>
      </w:r>
    </w:p>
    <w:p w:rsidR="00F44E79" w:rsidRPr="00025A49" w:rsidRDefault="00F44E79" w:rsidP="00525EF3">
      <w:pPr>
        <w:pStyle w:val="BodyText"/>
        <w:numPr>
          <w:ilvl w:val="0"/>
          <w:numId w:val="15"/>
        </w:numPr>
        <w:tabs>
          <w:tab w:val="left" w:pos="207"/>
        </w:tabs>
        <w:ind w:left="240" w:hanging="240"/>
        <w:jc w:val="both"/>
        <w:rPr>
          <w:rFonts w:ascii="Times New Roman" w:hAnsi="Times New Roman"/>
          <w:color w:val="auto"/>
          <w:sz w:val="24"/>
          <w:szCs w:val="24"/>
        </w:rPr>
      </w:pPr>
      <w:bookmarkStart w:id="87" w:name="bookmark110"/>
      <w:bookmarkEnd w:id="87"/>
      <w:r w:rsidRPr="00025A49">
        <w:rPr>
          <w:rStyle w:val="BodyTextChar1"/>
          <w:rFonts w:ascii="Times New Roman" w:hAnsi="Times New Roman"/>
          <w:sz w:val="24"/>
          <w:szCs w:val="24"/>
        </w:rPr>
        <w:t>оценка образовательных достижений обучающихся на раз</w:t>
      </w:r>
      <w:r w:rsidRPr="00025A49">
        <w:rPr>
          <w:rStyle w:val="BodyTextChar1"/>
          <w:rFonts w:ascii="Times New Roman" w:hAnsi="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025A49">
        <w:rPr>
          <w:rStyle w:val="BodyTextChar1"/>
          <w:rFonts w:ascii="Times New Roman" w:hAnsi="Times New Roman"/>
          <w:sz w:val="24"/>
          <w:szCs w:val="24"/>
        </w:rPr>
        <w:softHyphen/>
        <w:t>вых исследований муниципального, регионального и феде</w:t>
      </w:r>
      <w:r w:rsidRPr="00025A49">
        <w:rPr>
          <w:rStyle w:val="BodyTextChar1"/>
          <w:rFonts w:ascii="Times New Roman" w:hAnsi="Times New Roman"/>
          <w:sz w:val="24"/>
          <w:szCs w:val="24"/>
        </w:rPr>
        <w:softHyphen/>
        <w:t>рального уровней;</w:t>
      </w:r>
    </w:p>
    <w:p w:rsidR="00F44E79" w:rsidRPr="00025A49" w:rsidRDefault="00F44E79" w:rsidP="00525EF3">
      <w:pPr>
        <w:pStyle w:val="BodyText"/>
        <w:numPr>
          <w:ilvl w:val="0"/>
          <w:numId w:val="15"/>
        </w:numPr>
        <w:tabs>
          <w:tab w:val="left" w:pos="248"/>
        </w:tabs>
        <w:spacing w:line="310" w:lineRule="auto"/>
        <w:ind w:left="240" w:hanging="240"/>
        <w:jc w:val="both"/>
        <w:rPr>
          <w:rFonts w:ascii="Times New Roman" w:hAnsi="Times New Roman"/>
          <w:color w:val="auto"/>
          <w:sz w:val="24"/>
          <w:szCs w:val="24"/>
        </w:rPr>
      </w:pPr>
      <w:bookmarkStart w:id="88" w:name="bookmark111"/>
      <w:bookmarkEnd w:id="88"/>
      <w:r w:rsidRPr="00025A49">
        <w:rPr>
          <w:rStyle w:val="BodyTextChar1"/>
          <w:rFonts w:ascii="Times New Roman" w:hAnsi="Times New Roman"/>
          <w:sz w:val="24"/>
          <w:szCs w:val="24"/>
        </w:rPr>
        <w:t>оценка результатов деятельности педагогических кадров как основа аттестационных процедур;</w:t>
      </w:r>
    </w:p>
    <w:p w:rsidR="00F44E79" w:rsidRPr="00025A49" w:rsidRDefault="00F44E79" w:rsidP="00525EF3">
      <w:pPr>
        <w:pStyle w:val="BodyText"/>
        <w:numPr>
          <w:ilvl w:val="0"/>
          <w:numId w:val="15"/>
        </w:numPr>
        <w:tabs>
          <w:tab w:val="left" w:pos="248"/>
        </w:tabs>
        <w:spacing w:line="310" w:lineRule="auto"/>
        <w:ind w:left="240" w:hanging="240"/>
        <w:jc w:val="both"/>
        <w:rPr>
          <w:rFonts w:ascii="Times New Roman" w:hAnsi="Times New Roman"/>
          <w:color w:val="auto"/>
          <w:sz w:val="24"/>
          <w:szCs w:val="24"/>
        </w:rPr>
      </w:pPr>
      <w:bookmarkStart w:id="89" w:name="bookmark112"/>
      <w:bookmarkEnd w:id="89"/>
      <w:r w:rsidRPr="00025A49">
        <w:rPr>
          <w:rStyle w:val="BodyTextChar1"/>
          <w:rFonts w:ascii="Times New Roman" w:hAnsi="Times New Roman"/>
          <w:sz w:val="24"/>
          <w:szCs w:val="24"/>
        </w:rPr>
        <w:t>оценка результатов деятельности образовательной организа</w:t>
      </w:r>
      <w:r w:rsidRPr="00025A49">
        <w:rPr>
          <w:rStyle w:val="BodyTextChar1"/>
          <w:rFonts w:ascii="Times New Roman" w:hAnsi="Times New Roman"/>
          <w:sz w:val="24"/>
          <w:szCs w:val="24"/>
        </w:rPr>
        <w:softHyphen/>
        <w:t>ции как основа аккредитационных процедур.</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sz w:val="24"/>
          <w:szCs w:val="24"/>
        </w:rPr>
        <w:t>Основным объектом системы оценки</w:t>
      </w:r>
      <w:r w:rsidRPr="00025A49">
        <w:rPr>
          <w:rStyle w:val="BodyTextChar1"/>
          <w:rFonts w:ascii="Times New Roman" w:hAnsi="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025A49">
        <w:rPr>
          <w:rStyle w:val="BodyTextChar1"/>
          <w:rFonts w:ascii="Times New Roman" w:hAnsi="Times New Roman"/>
          <w:sz w:val="24"/>
          <w:szCs w:val="24"/>
        </w:rPr>
        <w:softHyphen/>
        <w:t>ющимися основной образовательной программы образователь</w:t>
      </w:r>
      <w:r w:rsidRPr="00025A49">
        <w:rPr>
          <w:rStyle w:val="BodyTextChar1"/>
          <w:rFonts w:ascii="Times New Roman" w:hAnsi="Times New Roman"/>
          <w:sz w:val="24"/>
          <w:szCs w:val="24"/>
        </w:rPr>
        <w:softHyphen/>
        <w:t>ной организации.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Система оценки включает процедуры внутренней и внешней оценки.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Внутренняя оценка </w:t>
      </w:r>
      <w:r w:rsidRPr="00025A49">
        <w:rPr>
          <w:rStyle w:val="BodyTextChar1"/>
          <w:rFonts w:ascii="Times New Roman" w:hAnsi="Times New Roman"/>
          <w:sz w:val="24"/>
          <w:szCs w:val="24"/>
        </w:rPr>
        <w:t>включает:</w:t>
      </w:r>
    </w:p>
    <w:p w:rsidR="00F44E79" w:rsidRPr="00025A49" w:rsidRDefault="00F44E79" w:rsidP="00525EF3">
      <w:pPr>
        <w:pStyle w:val="BodyText"/>
        <w:numPr>
          <w:ilvl w:val="0"/>
          <w:numId w:val="15"/>
        </w:numPr>
        <w:tabs>
          <w:tab w:val="left" w:pos="248"/>
        </w:tabs>
        <w:spacing w:after="60" w:line="360" w:lineRule="auto"/>
        <w:ind w:firstLine="0"/>
        <w:jc w:val="both"/>
        <w:rPr>
          <w:rFonts w:ascii="Times New Roman" w:hAnsi="Times New Roman"/>
          <w:color w:val="auto"/>
          <w:sz w:val="24"/>
          <w:szCs w:val="24"/>
        </w:rPr>
      </w:pPr>
      <w:bookmarkStart w:id="90" w:name="bookmark113"/>
      <w:bookmarkEnd w:id="90"/>
      <w:r w:rsidRPr="00025A49">
        <w:rPr>
          <w:rStyle w:val="BodyTextChar1"/>
          <w:rFonts w:ascii="Times New Roman" w:hAnsi="Times New Roman"/>
          <w:sz w:val="24"/>
          <w:szCs w:val="24"/>
        </w:rPr>
        <w:t>стартовую диагностику,</w:t>
      </w:r>
    </w:p>
    <w:p w:rsidR="00F44E79" w:rsidRPr="00025A49" w:rsidRDefault="00F44E79" w:rsidP="00525EF3">
      <w:pPr>
        <w:pStyle w:val="BodyText"/>
        <w:numPr>
          <w:ilvl w:val="0"/>
          <w:numId w:val="15"/>
        </w:numPr>
        <w:tabs>
          <w:tab w:val="left" w:pos="248"/>
        </w:tabs>
        <w:spacing w:after="60" w:line="360" w:lineRule="auto"/>
        <w:ind w:firstLine="0"/>
        <w:jc w:val="both"/>
        <w:rPr>
          <w:rFonts w:ascii="Times New Roman" w:hAnsi="Times New Roman"/>
          <w:color w:val="auto"/>
          <w:sz w:val="24"/>
          <w:szCs w:val="24"/>
        </w:rPr>
      </w:pPr>
      <w:bookmarkStart w:id="91" w:name="bookmark114"/>
      <w:bookmarkEnd w:id="91"/>
      <w:r w:rsidRPr="00025A49">
        <w:rPr>
          <w:rStyle w:val="BodyTextChar1"/>
          <w:rFonts w:ascii="Times New Roman" w:hAnsi="Times New Roman"/>
          <w:sz w:val="24"/>
          <w:szCs w:val="24"/>
        </w:rPr>
        <w:t>текущую и тематическую оценку,</w:t>
      </w:r>
    </w:p>
    <w:p w:rsidR="00F44E79" w:rsidRPr="00025A49" w:rsidRDefault="00F44E79" w:rsidP="00525EF3">
      <w:pPr>
        <w:pStyle w:val="BodyText"/>
        <w:numPr>
          <w:ilvl w:val="0"/>
          <w:numId w:val="15"/>
        </w:numPr>
        <w:tabs>
          <w:tab w:val="left" w:pos="248"/>
        </w:tabs>
        <w:spacing w:line="360" w:lineRule="auto"/>
        <w:ind w:firstLine="0"/>
        <w:jc w:val="both"/>
        <w:rPr>
          <w:rFonts w:ascii="Times New Roman" w:hAnsi="Times New Roman"/>
          <w:color w:val="auto"/>
          <w:sz w:val="24"/>
          <w:szCs w:val="24"/>
        </w:rPr>
      </w:pPr>
      <w:bookmarkStart w:id="92" w:name="bookmark115"/>
      <w:bookmarkEnd w:id="92"/>
      <w:r w:rsidRPr="00025A49">
        <w:rPr>
          <w:rStyle w:val="BodyTextChar1"/>
          <w:rFonts w:ascii="Times New Roman" w:hAnsi="Times New Roman"/>
          <w:sz w:val="24"/>
          <w:szCs w:val="24"/>
        </w:rPr>
        <w:t>портфолио,</w:t>
      </w:r>
    </w:p>
    <w:p w:rsidR="00F44E79" w:rsidRPr="00025A49" w:rsidRDefault="00F44E79" w:rsidP="00525EF3">
      <w:pPr>
        <w:pStyle w:val="BodyText"/>
        <w:numPr>
          <w:ilvl w:val="0"/>
          <w:numId w:val="15"/>
        </w:numPr>
        <w:tabs>
          <w:tab w:val="left" w:pos="248"/>
        </w:tabs>
        <w:spacing w:line="360" w:lineRule="auto"/>
        <w:ind w:firstLine="0"/>
        <w:jc w:val="both"/>
        <w:rPr>
          <w:rFonts w:ascii="Times New Roman" w:hAnsi="Times New Roman"/>
          <w:color w:val="auto"/>
          <w:sz w:val="24"/>
          <w:szCs w:val="24"/>
        </w:rPr>
      </w:pPr>
      <w:bookmarkStart w:id="93" w:name="bookmark116"/>
      <w:bookmarkEnd w:id="93"/>
      <w:r w:rsidRPr="00025A49">
        <w:rPr>
          <w:rStyle w:val="BodyTextChar1"/>
          <w:rFonts w:ascii="Times New Roman" w:hAnsi="Times New Roman"/>
          <w:sz w:val="24"/>
          <w:szCs w:val="24"/>
        </w:rPr>
        <w:t>внутришкольный мониторинг образовательных достижений,</w:t>
      </w:r>
    </w:p>
    <w:p w:rsidR="00F44E79" w:rsidRPr="00025A49" w:rsidRDefault="00F44E79" w:rsidP="00525EF3">
      <w:pPr>
        <w:pStyle w:val="BodyText"/>
        <w:numPr>
          <w:ilvl w:val="0"/>
          <w:numId w:val="15"/>
        </w:numPr>
        <w:tabs>
          <w:tab w:val="left" w:pos="248"/>
        </w:tabs>
        <w:spacing w:line="360" w:lineRule="auto"/>
        <w:ind w:firstLine="0"/>
        <w:jc w:val="both"/>
        <w:rPr>
          <w:rFonts w:ascii="Times New Roman" w:hAnsi="Times New Roman"/>
          <w:color w:val="auto"/>
          <w:sz w:val="24"/>
          <w:szCs w:val="24"/>
        </w:rPr>
      </w:pPr>
      <w:bookmarkStart w:id="94" w:name="bookmark117"/>
      <w:bookmarkEnd w:id="94"/>
      <w:r w:rsidRPr="00025A49">
        <w:rPr>
          <w:rStyle w:val="BodyTextChar1"/>
          <w:rFonts w:ascii="Times New Roman" w:hAnsi="Times New Roman"/>
          <w:sz w:val="24"/>
          <w:szCs w:val="24"/>
        </w:rPr>
        <w:t>промежуточную и итоговую аттестацию обучающихся.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 xml:space="preserve">К </w:t>
      </w:r>
      <w:r w:rsidRPr="00025A49">
        <w:rPr>
          <w:rStyle w:val="BodyTextChar1"/>
          <w:rFonts w:ascii="Times New Roman" w:hAnsi="Times New Roman"/>
          <w:b/>
          <w:bCs/>
          <w:sz w:val="24"/>
          <w:szCs w:val="24"/>
        </w:rPr>
        <w:t xml:space="preserve">внешним процедурам </w:t>
      </w:r>
      <w:r w:rsidRPr="00025A49">
        <w:rPr>
          <w:rStyle w:val="BodyTextChar1"/>
          <w:rFonts w:ascii="Times New Roman" w:hAnsi="Times New Roman"/>
          <w:sz w:val="24"/>
          <w:szCs w:val="24"/>
        </w:rPr>
        <w:t>относятся:</w:t>
      </w:r>
    </w:p>
    <w:p w:rsidR="00F44E79" w:rsidRPr="00025A49" w:rsidRDefault="00F44E79" w:rsidP="00525EF3">
      <w:pPr>
        <w:pStyle w:val="BodyText"/>
        <w:numPr>
          <w:ilvl w:val="0"/>
          <w:numId w:val="15"/>
        </w:numPr>
        <w:tabs>
          <w:tab w:val="left" w:pos="248"/>
        </w:tabs>
        <w:spacing w:line="360" w:lineRule="auto"/>
        <w:ind w:firstLine="0"/>
        <w:jc w:val="both"/>
        <w:rPr>
          <w:rFonts w:ascii="Times New Roman" w:hAnsi="Times New Roman"/>
          <w:color w:val="auto"/>
          <w:sz w:val="24"/>
          <w:szCs w:val="24"/>
        </w:rPr>
      </w:pPr>
      <w:bookmarkStart w:id="95" w:name="bookmark118"/>
      <w:bookmarkEnd w:id="95"/>
      <w:r w:rsidRPr="00025A49">
        <w:rPr>
          <w:rStyle w:val="BodyTextChar1"/>
          <w:rFonts w:ascii="Times New Roman" w:hAnsi="Times New Roman"/>
          <w:sz w:val="24"/>
          <w:szCs w:val="24"/>
        </w:rPr>
        <w:t>государственная итоговая аттестация,</w:t>
      </w:r>
    </w:p>
    <w:p w:rsidR="00F44E79" w:rsidRPr="00025A49" w:rsidRDefault="00F44E79" w:rsidP="00525EF3">
      <w:pPr>
        <w:pStyle w:val="BodyText"/>
        <w:numPr>
          <w:ilvl w:val="0"/>
          <w:numId w:val="15"/>
        </w:numPr>
        <w:tabs>
          <w:tab w:val="left" w:pos="248"/>
        </w:tabs>
        <w:spacing w:line="360" w:lineRule="auto"/>
        <w:ind w:firstLine="0"/>
        <w:jc w:val="both"/>
        <w:rPr>
          <w:rFonts w:ascii="Times New Roman" w:hAnsi="Times New Roman"/>
          <w:color w:val="auto"/>
          <w:sz w:val="24"/>
          <w:szCs w:val="24"/>
        </w:rPr>
      </w:pPr>
      <w:bookmarkStart w:id="96" w:name="bookmark119"/>
      <w:bookmarkEnd w:id="96"/>
      <w:r w:rsidRPr="00025A49">
        <w:rPr>
          <w:rStyle w:val="BodyTextChar1"/>
          <w:rFonts w:ascii="Times New Roman" w:hAnsi="Times New Roman"/>
          <w:sz w:val="24"/>
          <w:szCs w:val="24"/>
        </w:rPr>
        <w:t>независимая оценка качества образовани,</w:t>
      </w:r>
    </w:p>
    <w:p w:rsidR="00F44E79" w:rsidRPr="00025A49" w:rsidRDefault="00F44E79" w:rsidP="00525EF3">
      <w:pPr>
        <w:pStyle w:val="BodyText"/>
        <w:numPr>
          <w:ilvl w:val="0"/>
          <w:numId w:val="15"/>
        </w:numPr>
        <w:tabs>
          <w:tab w:val="left" w:pos="248"/>
        </w:tabs>
        <w:spacing w:line="310" w:lineRule="auto"/>
        <w:ind w:left="240" w:hanging="240"/>
        <w:jc w:val="both"/>
        <w:rPr>
          <w:rFonts w:ascii="Times New Roman" w:hAnsi="Times New Roman"/>
          <w:color w:val="auto"/>
          <w:sz w:val="24"/>
          <w:szCs w:val="24"/>
        </w:rPr>
      </w:pPr>
      <w:bookmarkStart w:id="97" w:name="bookmark120"/>
      <w:bookmarkEnd w:id="97"/>
      <w:r w:rsidRPr="00025A49">
        <w:rPr>
          <w:rStyle w:val="BodyTextChar1"/>
          <w:rFonts w:ascii="Times New Roman" w:hAnsi="Times New Roman"/>
          <w:sz w:val="24"/>
          <w:szCs w:val="24"/>
        </w:rPr>
        <w:t>мониторинговые исследовани муниципального, региональ</w:t>
      </w:r>
      <w:r w:rsidRPr="00025A49">
        <w:rPr>
          <w:rStyle w:val="BodyTextChar1"/>
          <w:rFonts w:ascii="Times New Roman" w:hAnsi="Times New Roman"/>
          <w:sz w:val="24"/>
          <w:szCs w:val="24"/>
        </w:rPr>
        <w:softHyphen/>
        <w:t>ного и федерального уровней.</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Особенности каждой из указанных процедур описаны в п.1.3.3 настоящего документа.</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025A49">
        <w:rPr>
          <w:rStyle w:val="BodyTextChar1"/>
          <w:rFonts w:ascii="Times New Roman" w:hAnsi="Times New Roman"/>
          <w:sz w:val="24"/>
          <w:szCs w:val="24"/>
        </w:rPr>
        <w:softHyphen/>
        <w:t>ний.</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Системно-деятельностный подход </w:t>
      </w:r>
      <w:r w:rsidRPr="00025A49">
        <w:rPr>
          <w:rStyle w:val="BodyTextChar1"/>
          <w:rFonts w:ascii="Times New Roman" w:hAnsi="Times New Roman"/>
          <w:sz w:val="24"/>
          <w:szCs w:val="24"/>
        </w:rPr>
        <w:t>к оценке образовательных достижений проявляется в оценке способности учащихся к ре</w:t>
      </w:r>
      <w:r w:rsidRPr="00025A49">
        <w:rPr>
          <w:rStyle w:val="BodyTextChar1"/>
          <w:rFonts w:ascii="Times New Roman" w:hAnsi="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025A49">
        <w:rPr>
          <w:rStyle w:val="BodyTextChar1"/>
          <w:rFonts w:ascii="Times New Roman" w:hAnsi="Times New Roman"/>
          <w:sz w:val="24"/>
          <w:szCs w:val="24"/>
        </w:rPr>
        <w:softHyphen/>
        <w:t>щихся. Он обеспечивается содержанием и критериями оценки, в качестве которых выступают планируемые результаты обуче</w:t>
      </w:r>
      <w:r w:rsidRPr="00025A49">
        <w:rPr>
          <w:rStyle w:val="BodyTextChar1"/>
          <w:rFonts w:ascii="Times New Roman" w:hAnsi="Times New Roman"/>
          <w:sz w:val="24"/>
          <w:szCs w:val="24"/>
        </w:rPr>
        <w:softHyphen/>
        <w:t>ния, выраженные в деятельностной форме и в терминах, обо</w:t>
      </w:r>
      <w:r w:rsidRPr="00025A49">
        <w:rPr>
          <w:rStyle w:val="BodyTextChar1"/>
          <w:rFonts w:ascii="Times New Roman" w:hAnsi="Times New Roman"/>
          <w:sz w:val="24"/>
          <w:szCs w:val="24"/>
        </w:rPr>
        <w:softHyphen/>
        <w:t>значающих компетенции функциональной грамотности уча</w:t>
      </w:r>
      <w:r w:rsidRPr="00025A49">
        <w:rPr>
          <w:rStyle w:val="BodyTextChar1"/>
          <w:rFonts w:ascii="Times New Roman" w:hAnsi="Times New Roman"/>
          <w:sz w:val="24"/>
          <w:szCs w:val="24"/>
        </w:rPr>
        <w:softHyphen/>
        <w:t>щихся.</w:t>
      </w:r>
    </w:p>
    <w:p w:rsidR="00F44E79" w:rsidRPr="00025A49" w:rsidRDefault="00F44E79">
      <w:pPr>
        <w:pStyle w:val="BodyText"/>
        <w:spacing w:line="266" w:lineRule="auto"/>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Уровневый подход </w:t>
      </w:r>
      <w:r w:rsidRPr="00025A49">
        <w:rPr>
          <w:rStyle w:val="BodyTextChar1"/>
          <w:rFonts w:ascii="Times New Roman" w:hAnsi="Times New Roman"/>
          <w:sz w:val="24"/>
          <w:szCs w:val="24"/>
        </w:rPr>
        <w:t>служит важнейшей основой для органи</w:t>
      </w:r>
      <w:r w:rsidRPr="00025A49">
        <w:rPr>
          <w:rStyle w:val="BodyTextChar1"/>
          <w:rFonts w:ascii="Times New Roman" w:hAnsi="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025A49">
        <w:rPr>
          <w:rStyle w:val="BodyTextChar1"/>
          <w:rFonts w:ascii="Times New Roman" w:hAnsi="Times New Roman"/>
          <w:sz w:val="24"/>
          <w:szCs w:val="24"/>
        </w:rPr>
        <w:softHyphen/>
        <w:t>нию и интерпретации результатов измерений.</w:t>
      </w:r>
    </w:p>
    <w:p w:rsidR="00F44E79" w:rsidRPr="00025A49" w:rsidRDefault="00F44E79">
      <w:pPr>
        <w:pStyle w:val="BodyText"/>
        <w:spacing w:line="266" w:lineRule="auto"/>
        <w:jc w:val="both"/>
        <w:rPr>
          <w:rFonts w:ascii="Times New Roman" w:hAnsi="Times New Roman"/>
          <w:color w:val="auto"/>
          <w:sz w:val="24"/>
          <w:szCs w:val="24"/>
        </w:rPr>
      </w:pPr>
      <w:r w:rsidRPr="00025A49">
        <w:rPr>
          <w:rStyle w:val="BodyTextChar1"/>
          <w:rFonts w:ascii="Times New Roman" w:hAnsi="Times New Roman"/>
          <w:sz w:val="24"/>
          <w:szCs w:val="24"/>
        </w:rPr>
        <w:t>Уровневый подход реализуется за счет фиксации различ</w:t>
      </w:r>
      <w:r w:rsidRPr="00025A49">
        <w:rPr>
          <w:rStyle w:val="BodyTextChar1"/>
          <w:rFonts w:ascii="Times New Roman" w:hAnsi="Times New Roman"/>
          <w:sz w:val="24"/>
          <w:szCs w:val="24"/>
        </w:rPr>
        <w:softHyphen/>
        <w:t>ных уровней достижения обучающимися планируемых ре</w:t>
      </w:r>
      <w:r w:rsidRPr="00025A49">
        <w:rPr>
          <w:rStyle w:val="BodyTextChar1"/>
          <w:rFonts w:ascii="Times New Roman" w:hAnsi="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025A49">
        <w:rPr>
          <w:rStyle w:val="BodyTextChar1"/>
          <w:rFonts w:ascii="Times New Roman" w:hAnsi="Times New Roman"/>
          <w:sz w:val="24"/>
          <w:szCs w:val="24"/>
        </w:rPr>
        <w:softHyphen/>
        <w:t>ленно отрабатываемые со всеми обучающимися в ходе учеб</w:t>
      </w:r>
      <w:r w:rsidRPr="00025A49">
        <w:rPr>
          <w:rStyle w:val="BodyTextChar1"/>
          <w:rFonts w:ascii="Times New Roman" w:hAnsi="Times New Roman"/>
          <w:sz w:val="24"/>
          <w:szCs w:val="24"/>
        </w:rPr>
        <w:softHyphen/>
        <w:t>ного процесса. Овладение базовым уровнем является доста</w:t>
      </w:r>
      <w:r w:rsidRPr="00025A49">
        <w:rPr>
          <w:rStyle w:val="BodyTextChar1"/>
          <w:rFonts w:ascii="Times New Roman" w:hAnsi="Times New Roman"/>
          <w:sz w:val="24"/>
          <w:szCs w:val="24"/>
        </w:rPr>
        <w:softHyphen/>
        <w:t>точным для продолжения обучения и усвоения последующего материала.</w:t>
      </w:r>
    </w:p>
    <w:p w:rsidR="00F44E79" w:rsidRPr="00025A49" w:rsidRDefault="00F44E79">
      <w:pPr>
        <w:pStyle w:val="BodyText"/>
        <w:spacing w:line="266" w:lineRule="auto"/>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Комплексный подход </w:t>
      </w:r>
      <w:r w:rsidRPr="00025A49">
        <w:rPr>
          <w:rStyle w:val="BodyTextChar1"/>
          <w:rFonts w:ascii="Times New Roman" w:hAnsi="Times New Roman"/>
          <w:sz w:val="24"/>
          <w:szCs w:val="24"/>
        </w:rPr>
        <w:t>к оценке образовательных достижений реализуется с помощью:</w:t>
      </w:r>
    </w:p>
    <w:p w:rsidR="00F44E79" w:rsidRPr="00025A49" w:rsidRDefault="00F44E79" w:rsidP="00525EF3">
      <w:pPr>
        <w:pStyle w:val="BodyText"/>
        <w:numPr>
          <w:ilvl w:val="0"/>
          <w:numId w:val="15"/>
        </w:numPr>
        <w:tabs>
          <w:tab w:val="left" w:pos="207"/>
        </w:tabs>
        <w:spacing w:after="40" w:line="360" w:lineRule="auto"/>
        <w:ind w:firstLine="0"/>
        <w:jc w:val="both"/>
        <w:rPr>
          <w:rFonts w:ascii="Times New Roman" w:hAnsi="Times New Roman"/>
          <w:color w:val="auto"/>
          <w:sz w:val="24"/>
          <w:szCs w:val="24"/>
        </w:rPr>
      </w:pPr>
      <w:bookmarkStart w:id="98" w:name="bookmark121"/>
      <w:bookmarkEnd w:id="98"/>
      <w:r w:rsidRPr="00025A49">
        <w:rPr>
          <w:rStyle w:val="BodyTextChar1"/>
          <w:rFonts w:ascii="Times New Roman" w:hAnsi="Times New Roman"/>
          <w:sz w:val="24"/>
          <w:szCs w:val="24"/>
        </w:rPr>
        <w:t>оценки предметных и метапредметных результатов;</w:t>
      </w:r>
    </w:p>
    <w:p w:rsidR="00F44E79" w:rsidRPr="00025A49" w:rsidRDefault="00F44E79" w:rsidP="00525EF3">
      <w:pPr>
        <w:pStyle w:val="BodyText"/>
        <w:numPr>
          <w:ilvl w:val="0"/>
          <w:numId w:val="15"/>
        </w:numPr>
        <w:tabs>
          <w:tab w:val="left" w:pos="207"/>
        </w:tabs>
        <w:spacing w:line="286" w:lineRule="auto"/>
        <w:ind w:left="240" w:hanging="240"/>
        <w:jc w:val="both"/>
        <w:rPr>
          <w:rFonts w:ascii="Times New Roman" w:hAnsi="Times New Roman"/>
          <w:color w:val="auto"/>
          <w:sz w:val="24"/>
          <w:szCs w:val="24"/>
        </w:rPr>
      </w:pPr>
      <w:bookmarkStart w:id="99" w:name="bookmark122"/>
      <w:bookmarkEnd w:id="99"/>
      <w:r w:rsidRPr="00025A49">
        <w:rPr>
          <w:rStyle w:val="BodyTextChar1"/>
          <w:rFonts w:ascii="Times New Roman" w:hAnsi="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025A49">
        <w:rPr>
          <w:rStyle w:val="BodyTextChar1"/>
          <w:rFonts w:ascii="Times New Roman" w:hAnsi="Times New Roman"/>
          <w:sz w:val="24"/>
          <w:szCs w:val="24"/>
        </w:rPr>
        <w:softHyphen/>
        <w:t>жений и для итоговой оценки;</w:t>
      </w:r>
    </w:p>
    <w:p w:rsidR="00F44E79" w:rsidRPr="00025A49" w:rsidRDefault="00F44E79" w:rsidP="00525EF3">
      <w:pPr>
        <w:pStyle w:val="BodyText"/>
        <w:numPr>
          <w:ilvl w:val="0"/>
          <w:numId w:val="15"/>
        </w:numPr>
        <w:tabs>
          <w:tab w:val="left" w:pos="207"/>
        </w:tabs>
        <w:spacing w:line="286" w:lineRule="auto"/>
        <w:ind w:left="240" w:hanging="240"/>
        <w:jc w:val="both"/>
        <w:rPr>
          <w:rFonts w:ascii="Times New Roman" w:hAnsi="Times New Roman"/>
          <w:color w:val="auto"/>
          <w:sz w:val="24"/>
          <w:szCs w:val="24"/>
        </w:rPr>
      </w:pPr>
      <w:bookmarkStart w:id="100" w:name="bookmark123"/>
      <w:bookmarkEnd w:id="100"/>
      <w:r w:rsidRPr="00025A49">
        <w:rPr>
          <w:rStyle w:val="BodyTextChar1"/>
          <w:rFonts w:ascii="Times New Roman" w:hAnsi="Times New Roman"/>
          <w:sz w:val="24"/>
          <w:szCs w:val="24"/>
        </w:rPr>
        <w:t>использования контекстной информации (особенности обу</w:t>
      </w:r>
      <w:r w:rsidRPr="00025A49">
        <w:rPr>
          <w:rStyle w:val="BodyTextChar1"/>
          <w:rFonts w:ascii="Times New Roman" w:hAnsi="Times New Roman"/>
          <w:sz w:val="24"/>
          <w:szCs w:val="24"/>
        </w:rPr>
        <w:softHyphen/>
        <w:t>чающихся, условия в процессе обучения и др.) для интерпре</w:t>
      </w:r>
      <w:r w:rsidRPr="00025A49">
        <w:rPr>
          <w:rStyle w:val="BodyTextChar1"/>
          <w:rFonts w:ascii="Times New Roman" w:hAnsi="Times New Roman"/>
          <w:sz w:val="24"/>
          <w:szCs w:val="24"/>
        </w:rPr>
        <w:softHyphen/>
        <w:t>тации полученных результатов в целях управления каче</w:t>
      </w:r>
      <w:r w:rsidRPr="00025A49">
        <w:rPr>
          <w:rStyle w:val="BodyTextChar1"/>
          <w:rFonts w:ascii="Times New Roman" w:hAnsi="Times New Roman"/>
          <w:sz w:val="24"/>
          <w:szCs w:val="24"/>
        </w:rPr>
        <w:softHyphen/>
        <w:t>ством образования;</w:t>
      </w:r>
    </w:p>
    <w:p w:rsidR="00F44E79" w:rsidRPr="00025A49" w:rsidRDefault="00F44E79" w:rsidP="00525EF3">
      <w:pPr>
        <w:pStyle w:val="BodyText"/>
        <w:numPr>
          <w:ilvl w:val="0"/>
          <w:numId w:val="15"/>
        </w:numPr>
        <w:tabs>
          <w:tab w:val="left" w:pos="207"/>
        </w:tabs>
        <w:spacing w:after="140" w:line="276" w:lineRule="auto"/>
        <w:ind w:left="240" w:hanging="240"/>
        <w:jc w:val="both"/>
        <w:rPr>
          <w:rFonts w:ascii="Times New Roman" w:hAnsi="Times New Roman"/>
          <w:color w:val="auto"/>
          <w:sz w:val="24"/>
          <w:szCs w:val="24"/>
        </w:rPr>
      </w:pPr>
      <w:bookmarkStart w:id="101" w:name="bookmark124"/>
      <w:bookmarkEnd w:id="101"/>
      <w:r w:rsidRPr="00025A49">
        <w:rPr>
          <w:rStyle w:val="BodyTextChar1"/>
          <w:rFonts w:ascii="Times New Roman" w:hAnsi="Times New Roman"/>
          <w:sz w:val="24"/>
          <w:szCs w:val="24"/>
        </w:rPr>
        <w:t>использования разнообразных методов и форм оценки, вза</w:t>
      </w:r>
      <w:r w:rsidRPr="00025A49">
        <w:rPr>
          <w:rStyle w:val="BodyTextChar1"/>
          <w:rFonts w:ascii="Times New Roman" w:hAnsi="Times New Roman"/>
          <w:sz w:val="24"/>
          <w:szCs w:val="24"/>
        </w:rPr>
        <w:softHyphen/>
        <w:t>имно дополняющих друг друга (стандартизированных уст</w:t>
      </w:r>
      <w:r w:rsidRPr="00025A49">
        <w:rPr>
          <w:rStyle w:val="BodyTextChar1"/>
          <w:rFonts w:ascii="Times New Roman" w:hAnsi="Times New Roman"/>
          <w:sz w:val="24"/>
          <w:szCs w:val="24"/>
        </w:rPr>
        <w:softHyphen/>
        <w:t>ных и письменных работ, проектов, практических работ, командных, исследовательских, творческих работ, самоана</w:t>
      </w:r>
      <w:r w:rsidRPr="00025A49">
        <w:rPr>
          <w:rStyle w:val="BodyTextChar1"/>
          <w:rFonts w:ascii="Times New Roman" w:hAnsi="Times New Roman"/>
          <w:sz w:val="24"/>
          <w:szCs w:val="24"/>
        </w:rPr>
        <w:softHyphen/>
        <w:t>лиза и самооценки, взаимооценки, наблюдения, испытаний (тестов), динамических показателей усвоения знаний и раз</w:t>
      </w:r>
      <w:r w:rsidRPr="00025A49">
        <w:rPr>
          <w:rStyle w:val="BodyTextChar1"/>
          <w:rFonts w:ascii="Times New Roman" w:hAnsi="Times New Roman"/>
          <w:sz w:val="24"/>
          <w:szCs w:val="24"/>
        </w:rPr>
        <w:softHyphen/>
        <w:t>витие умений, в том числе формируемых с использованием цифровых технологий.</w:t>
      </w:r>
    </w:p>
    <w:p w:rsidR="00F44E79" w:rsidRPr="00025A49" w:rsidRDefault="00F44E79">
      <w:pPr>
        <w:pStyle w:val="22"/>
        <w:spacing w:after="0"/>
        <w:jc w:val="both"/>
        <w:rPr>
          <w:rFonts w:ascii="Times New Roman" w:hAnsi="Times New Roman"/>
          <w:b w:val="0"/>
          <w:bCs w:val="0"/>
          <w:color w:val="auto"/>
          <w:w w:val="100"/>
          <w:sz w:val="24"/>
          <w:szCs w:val="24"/>
        </w:rPr>
      </w:pPr>
      <w:r w:rsidRPr="00025A49">
        <w:rPr>
          <w:rStyle w:val="21"/>
          <w:rFonts w:ascii="Times New Roman" w:hAnsi="Times New Roman"/>
          <w:b/>
          <w:sz w:val="24"/>
          <w:szCs w:val="24"/>
        </w:rPr>
        <w:t>1.3.2 ОСОБЕННОСТИ ОЦЕНКИ МЕТАПРЕДМЕТНЫХ</w:t>
      </w:r>
    </w:p>
    <w:p w:rsidR="00F44E79" w:rsidRPr="00025A49" w:rsidRDefault="00F44E79">
      <w:pPr>
        <w:pStyle w:val="22"/>
        <w:spacing w:after="100"/>
        <w:jc w:val="both"/>
        <w:rPr>
          <w:rFonts w:ascii="Times New Roman" w:hAnsi="Times New Roman"/>
          <w:b w:val="0"/>
          <w:bCs w:val="0"/>
          <w:color w:val="auto"/>
          <w:w w:val="100"/>
          <w:sz w:val="24"/>
          <w:szCs w:val="24"/>
        </w:rPr>
      </w:pPr>
      <w:r w:rsidRPr="00025A49">
        <w:rPr>
          <w:rStyle w:val="21"/>
          <w:rFonts w:ascii="Times New Roman" w:hAnsi="Times New Roman"/>
          <w:b/>
          <w:sz w:val="24"/>
          <w:szCs w:val="24"/>
        </w:rPr>
        <w:t>И ПРЕДМЕТНЫХ РЕЗУЛЬТАТОВ</w:t>
      </w:r>
    </w:p>
    <w:p w:rsidR="00F44E79" w:rsidRPr="00025A49" w:rsidRDefault="00F44E79">
      <w:pPr>
        <w:pStyle w:val="31"/>
        <w:spacing w:after="40"/>
        <w:jc w:val="both"/>
        <w:rPr>
          <w:rFonts w:ascii="Times New Roman" w:hAnsi="Times New Roman"/>
          <w:b w:val="0"/>
          <w:bCs w:val="0"/>
          <w:color w:val="auto"/>
          <w:sz w:val="24"/>
          <w:szCs w:val="24"/>
        </w:rPr>
      </w:pPr>
      <w:r w:rsidRPr="00025A49">
        <w:rPr>
          <w:rStyle w:val="30"/>
          <w:rFonts w:ascii="Times New Roman" w:hAnsi="Times New Roman"/>
          <w:b/>
          <w:sz w:val="24"/>
          <w:szCs w:val="24"/>
        </w:rPr>
        <w:t>Особенности оценки метапредметных результатов</w:t>
      </w:r>
    </w:p>
    <w:p w:rsidR="00F44E79" w:rsidRPr="00025A49" w:rsidRDefault="00F44E79">
      <w:pPr>
        <w:pStyle w:val="BodyText"/>
        <w:spacing w:line="266" w:lineRule="auto"/>
        <w:jc w:val="both"/>
        <w:rPr>
          <w:rFonts w:ascii="Times New Roman" w:hAnsi="Times New Roman"/>
          <w:color w:val="auto"/>
          <w:sz w:val="24"/>
          <w:szCs w:val="24"/>
        </w:rPr>
      </w:pPr>
      <w:r w:rsidRPr="00025A49">
        <w:rPr>
          <w:rStyle w:val="BodyTextChar1"/>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основ</w:t>
      </w:r>
      <w:r w:rsidRPr="00025A49">
        <w:rPr>
          <w:rStyle w:val="BodyTextChar1"/>
          <w:rFonts w:ascii="Times New Roman" w:hAnsi="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025A49">
        <w:rPr>
          <w:rStyle w:val="BodyTextChar1"/>
          <w:rFonts w:ascii="Times New Roman" w:hAnsi="Times New Roman"/>
          <w:sz w:val="24"/>
          <w:szCs w:val="24"/>
        </w:rPr>
        <w:softHyphen/>
        <w:t>муникативных и регулятивных универсальных учебных дей</w:t>
      </w:r>
      <w:r w:rsidRPr="00025A49">
        <w:rPr>
          <w:rStyle w:val="BodyTextChar1"/>
          <w:rFonts w:ascii="Times New Roman" w:hAnsi="Times New Roman"/>
          <w:sz w:val="24"/>
          <w:szCs w:val="24"/>
        </w:rPr>
        <w:softHyphen/>
        <w:t>ствий, а также систему междисциплинарных (межпредмет</w:t>
      </w:r>
      <w:r w:rsidRPr="00025A49">
        <w:rPr>
          <w:rStyle w:val="BodyTextChar1"/>
          <w:rFonts w:ascii="Times New Roman" w:hAnsi="Times New Roman"/>
          <w:sz w:val="24"/>
          <w:szCs w:val="24"/>
        </w:rPr>
        <w:softHyphen/>
        <w:t>ных) понятий.</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025A49">
        <w:rPr>
          <w:rStyle w:val="BodyTextChar1"/>
          <w:rFonts w:ascii="Times New Roman" w:hAnsi="Times New Roman"/>
          <w:sz w:val="24"/>
          <w:szCs w:val="24"/>
        </w:rPr>
        <w:softHyphen/>
        <w:t>ности.</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Основным объектом и предметом оценки метапредметных результатов является овладение:</w:t>
      </w:r>
    </w:p>
    <w:p w:rsidR="00F44E79" w:rsidRPr="00025A49" w:rsidRDefault="00F44E79">
      <w:pPr>
        <w:pStyle w:val="BodyText"/>
        <w:spacing w:line="269"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44E79" w:rsidRPr="00025A49" w:rsidRDefault="00F44E79">
      <w:pPr>
        <w:pStyle w:val="BodyText"/>
        <w:spacing w:line="269"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—универсальными учебными коммуникативными действиями (приобретение умения учитывать позицию собеседника, ор</w:t>
      </w:r>
      <w:r w:rsidRPr="00025A49">
        <w:rPr>
          <w:rStyle w:val="BodyTextChar1"/>
          <w:rFonts w:ascii="Times New Roman" w:hAnsi="Times New Roman"/>
          <w:sz w:val="24"/>
          <w:szCs w:val="24"/>
        </w:rPr>
        <w:softHyphen/>
        <w:t>ганизовывать и осуществлять сотрудничество, взаимодей</w:t>
      </w:r>
      <w:r w:rsidRPr="00025A49">
        <w:rPr>
          <w:rStyle w:val="BodyTextChar1"/>
          <w:rFonts w:ascii="Times New Roman" w:hAnsi="Times New Roman"/>
          <w:sz w:val="24"/>
          <w:szCs w:val="24"/>
        </w:rPr>
        <w:softHyphen/>
        <w:t>ствие с педагогическими работниками и со сверстниками, адекватно передавать информацию и отображать предмет</w:t>
      </w:r>
      <w:r w:rsidRPr="00025A49">
        <w:rPr>
          <w:rStyle w:val="BodyTextChar1"/>
          <w:rFonts w:ascii="Times New Roman" w:hAnsi="Times New Roman"/>
          <w:sz w:val="24"/>
          <w:szCs w:val="24"/>
        </w:rPr>
        <w:softHyphen/>
        <w:t>ное содержание и условия деятельности и речи, учитывать разные мнения и интересы, аргументировать и обосновы</w:t>
      </w:r>
      <w:r w:rsidRPr="00025A49">
        <w:rPr>
          <w:rStyle w:val="BodyTextChar1"/>
          <w:rFonts w:ascii="Times New Roman" w:hAnsi="Times New Roman"/>
          <w:sz w:val="24"/>
          <w:szCs w:val="24"/>
        </w:rPr>
        <w:softHyphen/>
        <w:t>вать свою позицию, задавать вопросы, необходимые для ор</w:t>
      </w:r>
      <w:r w:rsidRPr="00025A49">
        <w:rPr>
          <w:rStyle w:val="BodyTextChar1"/>
          <w:rFonts w:ascii="Times New Roman" w:hAnsi="Times New Roman"/>
          <w:sz w:val="24"/>
          <w:szCs w:val="24"/>
        </w:rPr>
        <w:softHyphen/>
        <w:t>ганизации собственной деятельности и сотрудничества с партнером);</w:t>
      </w:r>
    </w:p>
    <w:p w:rsidR="00F44E79" w:rsidRPr="00025A49" w:rsidRDefault="00F44E79">
      <w:pPr>
        <w:pStyle w:val="BodyText"/>
        <w:spacing w:line="269"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025A49">
        <w:rPr>
          <w:rStyle w:val="BodyTextChar1"/>
          <w:rFonts w:ascii="Times New Roman" w:hAnsi="Times New Roman"/>
          <w:sz w:val="24"/>
          <w:szCs w:val="24"/>
        </w:rPr>
        <w:softHyphen/>
        <w:t>знавательную инициативу в учебном сотрудничестве, осу</w:t>
      </w:r>
      <w:r w:rsidRPr="00025A49">
        <w:rPr>
          <w:rStyle w:val="BodyTextChar1"/>
          <w:rFonts w:ascii="Times New Roman" w:hAnsi="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Оценка достижения метапредметных результатов осущест</w:t>
      </w:r>
      <w:r w:rsidRPr="00025A49">
        <w:rPr>
          <w:rStyle w:val="BodyTextChar1"/>
          <w:rFonts w:ascii="Times New Roman" w:hAnsi="Times New Roman"/>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025A49">
        <w:rPr>
          <w:rStyle w:val="BodyTextChar1"/>
          <w:rFonts w:ascii="Times New Roman" w:hAnsi="Times New Roman"/>
          <w:sz w:val="24"/>
          <w:szCs w:val="24"/>
        </w:rPr>
        <w:softHyphen/>
        <w:t>дагогического совета. Инструментарий строится на межпред</w:t>
      </w:r>
      <w:r w:rsidRPr="00025A49">
        <w:rPr>
          <w:rStyle w:val="BodyTextChar1"/>
          <w:rFonts w:ascii="Times New Roman" w:hAnsi="Times New Roman"/>
          <w:sz w:val="24"/>
          <w:szCs w:val="24"/>
        </w:rPr>
        <w:softHyphen/>
        <w:t>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025A49">
        <w:rPr>
          <w:rStyle w:val="BodyTextChar1"/>
          <w:rFonts w:ascii="Times New Roman" w:hAnsi="Times New Roman"/>
          <w:i/>
          <w:iCs/>
          <w:sz w:val="24"/>
          <w:szCs w:val="24"/>
        </w:rPr>
        <w:t>.</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Наиболее адекватными формами оценки являются:</w:t>
      </w:r>
    </w:p>
    <w:p w:rsidR="00F44E79" w:rsidRPr="00025A49" w:rsidRDefault="00F44E79" w:rsidP="00525EF3">
      <w:pPr>
        <w:pStyle w:val="BodyText"/>
        <w:numPr>
          <w:ilvl w:val="0"/>
          <w:numId w:val="15"/>
        </w:numPr>
        <w:tabs>
          <w:tab w:val="left" w:pos="207"/>
        </w:tabs>
        <w:spacing w:line="276" w:lineRule="auto"/>
        <w:ind w:left="240" w:hanging="240"/>
        <w:jc w:val="both"/>
        <w:rPr>
          <w:rFonts w:ascii="Times New Roman" w:hAnsi="Times New Roman"/>
          <w:color w:val="auto"/>
          <w:sz w:val="24"/>
          <w:szCs w:val="24"/>
        </w:rPr>
      </w:pPr>
      <w:bookmarkStart w:id="102" w:name="bookmark125"/>
      <w:bookmarkEnd w:id="102"/>
      <w:r w:rsidRPr="00025A49">
        <w:rPr>
          <w:rStyle w:val="BodyTextChar1"/>
          <w:rFonts w:ascii="Times New Roman" w:hAnsi="Times New Roman"/>
          <w:sz w:val="24"/>
          <w:szCs w:val="24"/>
        </w:rPr>
        <w:t>для проверки читательской грамотности — письменная ра</w:t>
      </w:r>
      <w:r w:rsidRPr="00025A49">
        <w:rPr>
          <w:rStyle w:val="BodyTextChar1"/>
          <w:rFonts w:ascii="Times New Roman" w:hAnsi="Times New Roman"/>
          <w:sz w:val="24"/>
          <w:szCs w:val="24"/>
        </w:rPr>
        <w:softHyphen/>
        <w:t>бота на межпредметной основе;</w:t>
      </w:r>
    </w:p>
    <w:p w:rsidR="00F44E79" w:rsidRPr="00025A49" w:rsidRDefault="00F44E79" w:rsidP="00525EF3">
      <w:pPr>
        <w:pStyle w:val="BodyText"/>
        <w:numPr>
          <w:ilvl w:val="0"/>
          <w:numId w:val="15"/>
        </w:numPr>
        <w:tabs>
          <w:tab w:val="left" w:pos="207"/>
        </w:tabs>
        <w:spacing w:line="276" w:lineRule="auto"/>
        <w:ind w:left="240" w:hanging="240"/>
        <w:jc w:val="both"/>
        <w:rPr>
          <w:rFonts w:ascii="Times New Roman" w:hAnsi="Times New Roman"/>
          <w:color w:val="auto"/>
          <w:sz w:val="24"/>
          <w:szCs w:val="24"/>
        </w:rPr>
      </w:pPr>
      <w:bookmarkStart w:id="103" w:name="bookmark126"/>
      <w:bookmarkEnd w:id="103"/>
      <w:r w:rsidRPr="00025A49">
        <w:rPr>
          <w:rStyle w:val="BodyTextChar1"/>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F44E79" w:rsidRPr="00025A49" w:rsidRDefault="00F44E79" w:rsidP="00525EF3">
      <w:pPr>
        <w:pStyle w:val="BodyText"/>
        <w:numPr>
          <w:ilvl w:val="0"/>
          <w:numId w:val="15"/>
        </w:numPr>
        <w:tabs>
          <w:tab w:val="left" w:pos="207"/>
        </w:tabs>
        <w:spacing w:line="276" w:lineRule="auto"/>
        <w:ind w:left="240" w:hanging="240"/>
        <w:jc w:val="both"/>
        <w:rPr>
          <w:rFonts w:ascii="Times New Roman" w:hAnsi="Times New Roman"/>
          <w:color w:val="auto"/>
          <w:sz w:val="24"/>
          <w:szCs w:val="24"/>
        </w:rPr>
      </w:pPr>
      <w:bookmarkStart w:id="104" w:name="bookmark127"/>
      <w:bookmarkEnd w:id="104"/>
      <w:r w:rsidRPr="00025A49">
        <w:rPr>
          <w:rStyle w:val="BodyTextChar1"/>
          <w:rFonts w:ascii="Times New Roman" w:hAnsi="Times New Roman"/>
          <w:sz w:val="24"/>
          <w:szCs w:val="24"/>
        </w:rPr>
        <w:t>для проверки сформированности регулятивных, коммуника</w:t>
      </w:r>
      <w:r w:rsidRPr="00025A49">
        <w:rPr>
          <w:rStyle w:val="BodyTextChar1"/>
          <w:rFonts w:ascii="Times New Roman" w:hAnsi="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025A49">
        <w:rPr>
          <w:rStyle w:val="BodyTextChar1"/>
          <w:rFonts w:ascii="Times New Roman" w:hAnsi="Times New Roman"/>
          <w:sz w:val="24"/>
          <w:szCs w:val="24"/>
        </w:rPr>
        <w:softHyphen/>
        <w:t>дивидуальных учебных исследований и проектов.</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Основной процедурой итоговой оценки достижения мета- предметных результатов является защита итогового индивиду</w:t>
      </w:r>
      <w:r w:rsidRPr="00025A49">
        <w:rPr>
          <w:rStyle w:val="BodyTextChar1"/>
          <w:rFonts w:ascii="Times New Roman" w:hAnsi="Times New Roman"/>
          <w:sz w:val="24"/>
          <w:szCs w:val="24"/>
        </w:rPr>
        <w:softHyphen/>
        <w:t>ального проекта, которая может рассматриваться как допуск к государственной итоговой аттестации.</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Итоговый проект </w:t>
      </w:r>
      <w:r w:rsidRPr="00025A49">
        <w:rPr>
          <w:rStyle w:val="BodyTextChar1"/>
          <w:rFonts w:ascii="Times New Roman" w:hAnsi="Times New Roman"/>
          <w:sz w:val="24"/>
          <w:szCs w:val="24"/>
        </w:rPr>
        <w:t>представляет собой учебный проект, выпол</w:t>
      </w:r>
      <w:r w:rsidRPr="00025A49">
        <w:rPr>
          <w:rStyle w:val="BodyTextChar1"/>
          <w:rFonts w:ascii="Times New Roman" w:hAnsi="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025A49">
        <w:rPr>
          <w:rStyle w:val="BodyTextChar1"/>
          <w:rFonts w:ascii="Times New Roman" w:hAnsi="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025A49">
        <w:rPr>
          <w:rStyle w:val="BodyTextChar1"/>
          <w:rFonts w:ascii="Times New Roman" w:hAnsi="Times New Roman"/>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Результатом (продуктом) проектной деятельности может быть одна из из следующих работ:</w:t>
      </w:r>
    </w:p>
    <w:p w:rsidR="00F44E79" w:rsidRPr="00025A49" w:rsidRDefault="00F44E79">
      <w:pPr>
        <w:pStyle w:val="BodyText"/>
        <w:tabs>
          <w:tab w:val="left" w:pos="529"/>
        </w:tabs>
        <w:spacing w:line="276" w:lineRule="auto"/>
        <w:jc w:val="both"/>
        <w:rPr>
          <w:rFonts w:ascii="Times New Roman" w:hAnsi="Times New Roman"/>
          <w:color w:val="auto"/>
          <w:sz w:val="24"/>
          <w:szCs w:val="24"/>
        </w:rPr>
      </w:pPr>
      <w:bookmarkStart w:id="105" w:name="bookmark128"/>
      <w:r w:rsidRPr="00025A49">
        <w:rPr>
          <w:rStyle w:val="BodyTextChar1"/>
          <w:rFonts w:ascii="Times New Roman" w:hAnsi="Times New Roman"/>
          <w:sz w:val="24"/>
          <w:szCs w:val="24"/>
        </w:rPr>
        <w:t>а</w:t>
      </w:r>
      <w:bookmarkEnd w:id="105"/>
      <w:r w:rsidRPr="00025A49">
        <w:rPr>
          <w:rStyle w:val="BodyTextChar1"/>
          <w:rFonts w:ascii="Times New Roman" w:hAnsi="Times New Roman"/>
          <w:sz w:val="24"/>
          <w:szCs w:val="24"/>
        </w:rPr>
        <w:t>)</w:t>
      </w:r>
      <w:r w:rsidRPr="00025A49">
        <w:rPr>
          <w:rStyle w:val="BodyTextChar1"/>
          <w:rFonts w:ascii="Times New Roman" w:hAnsi="Times New Roman"/>
          <w:sz w:val="24"/>
          <w:szCs w:val="24"/>
        </w:rPr>
        <w:tab/>
        <w:t>письменная работа (эссе, реферат, аналитические матери</w:t>
      </w:r>
      <w:r w:rsidRPr="00025A49">
        <w:rPr>
          <w:rStyle w:val="BodyTextChar1"/>
          <w:rFonts w:ascii="Times New Roman" w:hAnsi="Times New Roman"/>
          <w:sz w:val="24"/>
          <w:szCs w:val="24"/>
        </w:rPr>
        <w:softHyphen/>
        <w:t>алы, обзорные материалы, отчеты о проведенных исследовани</w:t>
      </w:r>
      <w:r w:rsidRPr="00025A49">
        <w:rPr>
          <w:rStyle w:val="BodyTextChar1"/>
          <w:rFonts w:ascii="Times New Roman" w:hAnsi="Times New Roman"/>
          <w:sz w:val="24"/>
          <w:szCs w:val="24"/>
        </w:rPr>
        <w:softHyphen/>
        <w:t>ях, стендовый доклад и др.);</w:t>
      </w:r>
    </w:p>
    <w:p w:rsidR="00F44E79" w:rsidRPr="00025A49" w:rsidRDefault="00F44E79">
      <w:pPr>
        <w:pStyle w:val="BodyText"/>
        <w:tabs>
          <w:tab w:val="left" w:pos="524"/>
        </w:tabs>
        <w:spacing w:line="276" w:lineRule="auto"/>
        <w:jc w:val="both"/>
        <w:rPr>
          <w:rFonts w:ascii="Times New Roman" w:hAnsi="Times New Roman"/>
          <w:color w:val="auto"/>
          <w:sz w:val="24"/>
          <w:szCs w:val="24"/>
        </w:rPr>
      </w:pPr>
      <w:bookmarkStart w:id="106" w:name="bookmark129"/>
      <w:r w:rsidRPr="00025A49">
        <w:rPr>
          <w:rStyle w:val="BodyTextChar1"/>
          <w:rFonts w:ascii="Times New Roman" w:hAnsi="Times New Roman"/>
          <w:sz w:val="24"/>
          <w:szCs w:val="24"/>
        </w:rPr>
        <w:t>б</w:t>
      </w:r>
      <w:bookmarkEnd w:id="106"/>
      <w:r w:rsidRPr="00025A49">
        <w:rPr>
          <w:rStyle w:val="BodyTextChar1"/>
          <w:rFonts w:ascii="Times New Roman" w:hAnsi="Times New Roman"/>
          <w:sz w:val="24"/>
          <w:szCs w:val="24"/>
        </w:rPr>
        <w:t>)</w:t>
      </w:r>
      <w:r w:rsidRPr="00025A49">
        <w:rPr>
          <w:rStyle w:val="BodyTextChar1"/>
          <w:rFonts w:ascii="Times New Roman" w:hAnsi="Times New Roman"/>
          <w:sz w:val="24"/>
          <w:szCs w:val="24"/>
        </w:rPr>
        <w:tab/>
        <w:t>художественная творческая работа (в области литерату</w:t>
      </w:r>
      <w:r w:rsidRPr="00025A49">
        <w:rPr>
          <w:rStyle w:val="BodyTextChar1"/>
          <w:rFonts w:ascii="Times New Roman" w:hAnsi="Times New Roman"/>
          <w:sz w:val="24"/>
          <w:szCs w:val="24"/>
        </w:rPr>
        <w:softHyphen/>
        <w:t>ры, музыки, изобразительного искусства, экранных искусств), представленная в виде прозаического или стихотворного про</w:t>
      </w:r>
      <w:r w:rsidRPr="00025A49">
        <w:rPr>
          <w:rStyle w:val="BodyTextChar1"/>
          <w:rFonts w:ascii="Times New Roman" w:hAnsi="Times New Roman"/>
          <w:sz w:val="24"/>
          <w:szCs w:val="24"/>
        </w:rPr>
        <w:softHyphen/>
        <w:t>изведения, инсценировки, художественной декламации, ис</w:t>
      </w:r>
      <w:r w:rsidRPr="00025A49">
        <w:rPr>
          <w:rStyle w:val="BodyTextChar1"/>
          <w:rFonts w:ascii="Times New Roman" w:hAnsi="Times New Roman"/>
          <w:sz w:val="24"/>
          <w:szCs w:val="24"/>
        </w:rPr>
        <w:softHyphen/>
        <w:t>полнения музыкального произведения, компьютерной анима</w:t>
      </w:r>
      <w:r w:rsidRPr="00025A49">
        <w:rPr>
          <w:rStyle w:val="BodyTextChar1"/>
          <w:rFonts w:ascii="Times New Roman" w:hAnsi="Times New Roman"/>
          <w:sz w:val="24"/>
          <w:szCs w:val="24"/>
        </w:rPr>
        <w:softHyphen/>
        <w:t>ции и др.;</w:t>
      </w:r>
    </w:p>
    <w:p w:rsidR="00F44E79" w:rsidRPr="00025A49" w:rsidRDefault="00F44E79">
      <w:pPr>
        <w:pStyle w:val="BodyText"/>
        <w:tabs>
          <w:tab w:val="left" w:pos="534"/>
        </w:tabs>
        <w:spacing w:line="276" w:lineRule="auto"/>
        <w:jc w:val="both"/>
        <w:rPr>
          <w:rFonts w:ascii="Times New Roman" w:hAnsi="Times New Roman"/>
          <w:color w:val="auto"/>
          <w:sz w:val="24"/>
          <w:szCs w:val="24"/>
        </w:rPr>
      </w:pPr>
      <w:bookmarkStart w:id="107" w:name="bookmark130"/>
      <w:r w:rsidRPr="00025A49">
        <w:rPr>
          <w:rStyle w:val="BodyTextChar1"/>
          <w:rFonts w:ascii="Times New Roman" w:hAnsi="Times New Roman"/>
          <w:sz w:val="24"/>
          <w:szCs w:val="24"/>
        </w:rPr>
        <w:t>в</w:t>
      </w:r>
      <w:bookmarkEnd w:id="107"/>
      <w:r w:rsidRPr="00025A49">
        <w:rPr>
          <w:rStyle w:val="BodyTextChar1"/>
          <w:rFonts w:ascii="Times New Roman" w:hAnsi="Times New Roman"/>
          <w:sz w:val="24"/>
          <w:szCs w:val="24"/>
        </w:rPr>
        <w:t>)</w:t>
      </w:r>
      <w:r w:rsidRPr="00025A49">
        <w:rPr>
          <w:rStyle w:val="BodyTextChar1"/>
          <w:rFonts w:ascii="Times New Roman" w:hAnsi="Times New Roman"/>
          <w:sz w:val="24"/>
          <w:szCs w:val="24"/>
        </w:rPr>
        <w:tab/>
        <w:t>материальный объект, макет, иное конструкторское изде</w:t>
      </w:r>
      <w:r w:rsidRPr="00025A49">
        <w:rPr>
          <w:rStyle w:val="BodyTextChar1"/>
          <w:rFonts w:ascii="Times New Roman" w:hAnsi="Times New Roman"/>
          <w:sz w:val="24"/>
          <w:szCs w:val="24"/>
        </w:rPr>
        <w:softHyphen/>
        <w:t>лие;</w:t>
      </w:r>
    </w:p>
    <w:p w:rsidR="00F44E79" w:rsidRPr="00025A49" w:rsidRDefault="00F44E79">
      <w:pPr>
        <w:pStyle w:val="BodyText"/>
        <w:tabs>
          <w:tab w:val="left" w:pos="529"/>
        </w:tabs>
        <w:spacing w:line="276" w:lineRule="auto"/>
        <w:jc w:val="both"/>
        <w:rPr>
          <w:rFonts w:ascii="Times New Roman" w:hAnsi="Times New Roman"/>
          <w:color w:val="auto"/>
          <w:sz w:val="24"/>
          <w:szCs w:val="24"/>
        </w:rPr>
      </w:pPr>
      <w:bookmarkStart w:id="108" w:name="bookmark131"/>
      <w:r w:rsidRPr="00025A49">
        <w:rPr>
          <w:rStyle w:val="BodyTextChar1"/>
          <w:rFonts w:ascii="Times New Roman" w:hAnsi="Times New Roman"/>
          <w:sz w:val="24"/>
          <w:szCs w:val="24"/>
        </w:rPr>
        <w:t>г</w:t>
      </w:r>
      <w:bookmarkEnd w:id="108"/>
      <w:r w:rsidRPr="00025A49">
        <w:rPr>
          <w:rStyle w:val="BodyTextChar1"/>
          <w:rFonts w:ascii="Times New Roman" w:hAnsi="Times New Roman"/>
          <w:sz w:val="24"/>
          <w:szCs w:val="24"/>
        </w:rPr>
        <w:t>)</w:t>
      </w:r>
      <w:r w:rsidRPr="00025A49">
        <w:rPr>
          <w:rStyle w:val="BodyTextChar1"/>
          <w:rFonts w:ascii="Times New Roman" w:hAnsi="Times New Roman"/>
          <w:sz w:val="24"/>
          <w:szCs w:val="24"/>
        </w:rPr>
        <w:tab/>
        <w:t>отчетные материалы по социальному проекту, которые мо</w:t>
      </w:r>
      <w:r w:rsidRPr="00025A49">
        <w:rPr>
          <w:rStyle w:val="BodyTextChar1"/>
          <w:rFonts w:ascii="Times New Roman" w:hAnsi="Times New Roman"/>
          <w:sz w:val="24"/>
          <w:szCs w:val="24"/>
        </w:rPr>
        <w:softHyphen/>
        <w:t>гут включать как тексты, так и мультимедийные продукты.</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Требования к организации проектной деятельности, к содер</w:t>
      </w:r>
      <w:r w:rsidRPr="00025A49">
        <w:rPr>
          <w:rStyle w:val="BodyTextChar1"/>
          <w:rFonts w:ascii="Times New Roman" w:hAnsi="Times New Roman"/>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025A49">
        <w:rPr>
          <w:rStyle w:val="BodyTextChar1"/>
          <w:rFonts w:ascii="Times New Roman" w:hAnsi="Times New Roman"/>
          <w:sz w:val="24"/>
          <w:szCs w:val="24"/>
        </w:rPr>
        <w:softHyphen/>
        <w:t>ветствии с особенностями образовательной организации.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025A49">
        <w:rPr>
          <w:rStyle w:val="BodyTextChar1"/>
          <w:rFonts w:ascii="Times New Roman" w:hAnsi="Times New Roman"/>
          <w:sz w:val="24"/>
          <w:szCs w:val="24"/>
        </w:rPr>
        <w:softHyphen/>
        <w:t>ется.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Защита проекта осуществляется в процессе специально орга</w:t>
      </w:r>
      <w:r w:rsidRPr="00025A49">
        <w:rPr>
          <w:rStyle w:val="BodyTextChar1"/>
          <w:rFonts w:ascii="Times New Roman" w:hAnsi="Times New Roman"/>
          <w:sz w:val="24"/>
          <w:szCs w:val="24"/>
        </w:rPr>
        <w:softHyphen/>
        <w:t>низованной деятельности комиссии образовательной организа</w:t>
      </w:r>
      <w:r w:rsidRPr="00025A49">
        <w:rPr>
          <w:rStyle w:val="BodyTextChar1"/>
          <w:rFonts w:ascii="Times New Roman" w:hAnsi="Times New Roman"/>
          <w:sz w:val="24"/>
          <w:szCs w:val="24"/>
        </w:rPr>
        <w:softHyphen/>
        <w:t>ции или на школьной конференции.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Результаты выполнения проекта оцениваются по итогам рас</w:t>
      </w:r>
      <w:r w:rsidRPr="00025A49">
        <w:rPr>
          <w:rStyle w:val="BodyTextChar1"/>
          <w:rFonts w:ascii="Times New Roman" w:hAnsi="Times New Roman"/>
          <w:sz w:val="24"/>
          <w:szCs w:val="24"/>
        </w:rPr>
        <w:softHyphen/>
        <w:t>смотрения комиссией представленного продукта с краткой по</w:t>
      </w:r>
      <w:r w:rsidRPr="00025A49">
        <w:rPr>
          <w:rStyle w:val="BodyTextChar1"/>
          <w:rFonts w:ascii="Times New Roman" w:hAnsi="Times New Roman"/>
          <w:sz w:val="24"/>
          <w:szCs w:val="24"/>
        </w:rPr>
        <w:softHyphen/>
        <w:t>яснительной запиской, презентации обучающегося и отзыва руководителя.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sz w:val="24"/>
          <w:szCs w:val="24"/>
        </w:rPr>
        <w:t>Критерии</w:t>
      </w:r>
      <w:r w:rsidRPr="00025A49">
        <w:rPr>
          <w:rStyle w:val="BodyTextChar1"/>
          <w:rFonts w:ascii="Times New Roman" w:hAnsi="Times New Roman"/>
          <w:sz w:val="24"/>
          <w:szCs w:val="24"/>
          <w:vertAlign w:val="superscript"/>
        </w:rPr>
        <w:footnoteReference w:id="1"/>
      </w:r>
      <w:r w:rsidRPr="00025A49">
        <w:rPr>
          <w:rStyle w:val="BodyTextChar1"/>
          <w:rFonts w:ascii="Times New Roman" w:hAnsi="Times New Roman"/>
          <w:sz w:val="24"/>
          <w:szCs w:val="24"/>
        </w:rPr>
        <w:t xml:space="preserve"> </w:t>
      </w:r>
      <w:r w:rsidRPr="00025A49">
        <w:rPr>
          <w:rStyle w:val="BodyTextChar1"/>
          <w:rFonts w:ascii="Times New Roman" w:hAnsi="Times New Roman"/>
          <w:b/>
          <w:bCs/>
          <w:sz w:val="24"/>
          <w:szCs w:val="24"/>
        </w:rPr>
        <w:t xml:space="preserve">оценки проектной работы </w:t>
      </w:r>
      <w:r w:rsidRPr="00025A49">
        <w:rPr>
          <w:rStyle w:val="BodyTextChar1"/>
          <w:rFonts w:ascii="Times New Roman" w:hAnsi="Times New Roman"/>
          <w:sz w:val="24"/>
          <w:szCs w:val="24"/>
        </w:rPr>
        <w:t>разрабатываются с уче</w:t>
      </w:r>
      <w:r w:rsidRPr="00025A49">
        <w:rPr>
          <w:rStyle w:val="BodyTextChar1"/>
          <w:rFonts w:ascii="Times New Roman" w:hAnsi="Times New Roman"/>
          <w:sz w:val="24"/>
          <w:szCs w:val="24"/>
        </w:rPr>
        <w:softHyphen/>
        <w:t>том целей и задач проектной деятельности на данном этапе об</w:t>
      </w:r>
      <w:r w:rsidRPr="00025A49">
        <w:rPr>
          <w:rStyle w:val="BodyTextChar1"/>
          <w:rFonts w:ascii="Times New Roman" w:hAnsi="Times New Roman"/>
          <w:sz w:val="24"/>
          <w:szCs w:val="24"/>
        </w:rPr>
        <w:softHyphen/>
        <w:t>разования. Проектную деятельность целесообразно оценивать по следующим критериям:</w:t>
      </w:r>
    </w:p>
    <w:p w:rsidR="00F44E79" w:rsidRPr="00025A49" w:rsidRDefault="00F44E79" w:rsidP="00525EF3">
      <w:pPr>
        <w:pStyle w:val="BodyText"/>
        <w:numPr>
          <w:ilvl w:val="0"/>
          <w:numId w:val="17"/>
        </w:numPr>
        <w:tabs>
          <w:tab w:val="left" w:pos="524"/>
        </w:tabs>
        <w:jc w:val="both"/>
        <w:rPr>
          <w:rFonts w:ascii="Times New Roman" w:hAnsi="Times New Roman"/>
          <w:color w:val="auto"/>
          <w:sz w:val="24"/>
          <w:szCs w:val="24"/>
        </w:rPr>
      </w:pPr>
      <w:bookmarkStart w:id="109" w:name="bookmark132"/>
      <w:bookmarkEnd w:id="109"/>
      <w:r w:rsidRPr="00025A49">
        <w:rPr>
          <w:rStyle w:val="BodyTextChar1"/>
          <w:rFonts w:ascii="Times New Roman" w:hAnsi="Times New Roman"/>
          <w:b/>
          <w:bCs/>
          <w:sz w:val="24"/>
          <w:szCs w:val="24"/>
        </w:rPr>
        <w:t>Способность к самостоятельному приобретению знаний и решению проблем</w:t>
      </w:r>
      <w:r w:rsidRPr="00025A49">
        <w:rPr>
          <w:rStyle w:val="BodyTextChar1"/>
          <w:rFonts w:ascii="Times New Roman" w:hAnsi="Times New Roman"/>
          <w:sz w:val="24"/>
          <w:szCs w:val="24"/>
        </w:rPr>
        <w:t>, проявляющаяся в умении поставить про</w:t>
      </w:r>
      <w:r w:rsidRPr="00025A49">
        <w:rPr>
          <w:rStyle w:val="BodyTextChar1"/>
          <w:rFonts w:ascii="Times New Roman" w:hAnsi="Times New Roman"/>
          <w:sz w:val="24"/>
          <w:szCs w:val="24"/>
        </w:rPr>
        <w:softHyphen/>
        <w:t>блему и выбрать адекватные способы ее решения, включая по</w:t>
      </w:r>
      <w:r w:rsidRPr="00025A49">
        <w:rPr>
          <w:rStyle w:val="BodyTextChar1"/>
          <w:rFonts w:ascii="Times New Roman" w:hAnsi="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025A49">
        <w:rPr>
          <w:rStyle w:val="BodyTextChar1"/>
          <w:rFonts w:ascii="Times New Roman" w:hAnsi="Times New Roman"/>
          <w:sz w:val="24"/>
          <w:szCs w:val="24"/>
        </w:rPr>
        <w:softHyphen/>
        <w:t>снование и создание модели, прогноза, макета, объекта, творче</w:t>
      </w:r>
      <w:r w:rsidRPr="00025A49">
        <w:rPr>
          <w:rStyle w:val="BodyTextChar1"/>
          <w:rFonts w:ascii="Times New Roman" w:hAnsi="Times New Roman"/>
          <w:sz w:val="24"/>
          <w:szCs w:val="24"/>
        </w:rPr>
        <w:softHyphen/>
        <w:t>ского решения и т.п. Данный критерий в целом включает оцен</w:t>
      </w:r>
      <w:r w:rsidRPr="00025A49">
        <w:rPr>
          <w:rStyle w:val="BodyTextChar1"/>
          <w:rFonts w:ascii="Times New Roman" w:hAnsi="Times New Roman"/>
          <w:sz w:val="24"/>
          <w:szCs w:val="24"/>
        </w:rPr>
        <w:softHyphen/>
        <w:t>ку сформированности познавательных учебных действий.</w:t>
      </w:r>
    </w:p>
    <w:p w:rsidR="00F44E79" w:rsidRPr="00025A49" w:rsidRDefault="00F44E79" w:rsidP="00525EF3">
      <w:pPr>
        <w:pStyle w:val="BodyText"/>
        <w:numPr>
          <w:ilvl w:val="0"/>
          <w:numId w:val="17"/>
        </w:numPr>
        <w:tabs>
          <w:tab w:val="left" w:pos="524"/>
        </w:tabs>
        <w:jc w:val="both"/>
        <w:rPr>
          <w:rFonts w:ascii="Times New Roman" w:hAnsi="Times New Roman"/>
          <w:color w:val="auto"/>
          <w:sz w:val="24"/>
          <w:szCs w:val="24"/>
        </w:rPr>
      </w:pPr>
      <w:bookmarkStart w:id="110" w:name="bookmark133"/>
      <w:bookmarkEnd w:id="110"/>
      <w:r w:rsidRPr="00025A49">
        <w:rPr>
          <w:rStyle w:val="BodyTextChar1"/>
          <w:rFonts w:ascii="Times New Roman" w:hAnsi="Times New Roman"/>
          <w:b/>
          <w:bCs/>
          <w:sz w:val="24"/>
          <w:szCs w:val="24"/>
        </w:rPr>
        <w:t>Сформированность предметных знаний и способов дей</w:t>
      </w:r>
      <w:r w:rsidRPr="00025A49">
        <w:rPr>
          <w:rStyle w:val="BodyTextChar1"/>
          <w:rFonts w:ascii="Times New Roman" w:hAnsi="Times New Roman"/>
          <w:b/>
          <w:bCs/>
          <w:sz w:val="24"/>
          <w:szCs w:val="24"/>
        </w:rPr>
        <w:softHyphen/>
        <w:t>ствий</w:t>
      </w:r>
      <w:r w:rsidRPr="00025A49">
        <w:rPr>
          <w:rStyle w:val="BodyTextChar1"/>
          <w:rFonts w:ascii="Times New Roman" w:hAnsi="Times New Roman"/>
          <w:sz w:val="24"/>
          <w:szCs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025A49">
        <w:rPr>
          <w:rStyle w:val="BodyTextChar1"/>
          <w:rFonts w:ascii="Times New Roman" w:hAnsi="Times New Roman"/>
          <w:sz w:val="24"/>
          <w:szCs w:val="24"/>
        </w:rPr>
        <w:softHyphen/>
        <w:t>ствий.</w:t>
      </w:r>
    </w:p>
    <w:p w:rsidR="00F44E79" w:rsidRPr="00025A49" w:rsidRDefault="00F44E79" w:rsidP="00525EF3">
      <w:pPr>
        <w:pStyle w:val="BodyText"/>
        <w:numPr>
          <w:ilvl w:val="0"/>
          <w:numId w:val="17"/>
        </w:numPr>
        <w:tabs>
          <w:tab w:val="left" w:pos="524"/>
        </w:tabs>
        <w:jc w:val="both"/>
        <w:rPr>
          <w:rFonts w:ascii="Times New Roman" w:hAnsi="Times New Roman"/>
          <w:color w:val="auto"/>
          <w:sz w:val="24"/>
          <w:szCs w:val="24"/>
        </w:rPr>
      </w:pPr>
      <w:bookmarkStart w:id="111" w:name="bookmark134"/>
      <w:bookmarkEnd w:id="111"/>
      <w:r w:rsidRPr="00025A49">
        <w:rPr>
          <w:rStyle w:val="BodyTextChar1"/>
          <w:rFonts w:ascii="Times New Roman" w:hAnsi="Times New Roman"/>
          <w:b/>
          <w:bCs/>
          <w:sz w:val="24"/>
          <w:szCs w:val="24"/>
        </w:rPr>
        <w:t>Сформированность регулятивных действий</w:t>
      </w:r>
      <w:r w:rsidRPr="00025A49">
        <w:rPr>
          <w:rStyle w:val="BodyTextChar1"/>
          <w:rFonts w:ascii="Times New Roman" w:hAnsi="Times New Roman"/>
          <w:sz w:val="24"/>
          <w:szCs w:val="24"/>
        </w:rPr>
        <w:t>, проявляю</w:t>
      </w:r>
      <w:r w:rsidRPr="00025A49">
        <w:rPr>
          <w:rStyle w:val="BodyTextChar1"/>
          <w:rFonts w:ascii="Times New Roman" w:hAnsi="Times New Roman"/>
          <w:sz w:val="24"/>
          <w:szCs w:val="24"/>
        </w:rPr>
        <w:softHyphen/>
        <w:t>щаяся в умении самостоятельно планировать и управлять сво</w:t>
      </w:r>
      <w:r w:rsidRPr="00025A49">
        <w:rPr>
          <w:rStyle w:val="BodyTextChar1"/>
          <w:rFonts w:ascii="Times New Roman" w:hAnsi="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44E79" w:rsidRPr="00025A49" w:rsidRDefault="00F44E79" w:rsidP="00525EF3">
      <w:pPr>
        <w:pStyle w:val="BodyText"/>
        <w:numPr>
          <w:ilvl w:val="0"/>
          <w:numId w:val="17"/>
        </w:numPr>
        <w:tabs>
          <w:tab w:val="left" w:pos="529"/>
        </w:tabs>
        <w:spacing w:after="120" w:line="276" w:lineRule="auto"/>
        <w:jc w:val="both"/>
        <w:rPr>
          <w:rFonts w:ascii="Times New Roman" w:hAnsi="Times New Roman"/>
          <w:color w:val="auto"/>
          <w:sz w:val="24"/>
          <w:szCs w:val="24"/>
        </w:rPr>
      </w:pPr>
      <w:bookmarkStart w:id="112" w:name="bookmark135"/>
      <w:bookmarkEnd w:id="112"/>
      <w:r w:rsidRPr="00025A49">
        <w:rPr>
          <w:rStyle w:val="BodyTextChar1"/>
          <w:rFonts w:ascii="Times New Roman" w:hAnsi="Times New Roman"/>
          <w:b/>
          <w:bCs/>
          <w:sz w:val="24"/>
          <w:szCs w:val="24"/>
        </w:rPr>
        <w:t>Сформированность коммуникативных действий</w:t>
      </w:r>
      <w:r w:rsidRPr="00025A49">
        <w:rPr>
          <w:rStyle w:val="BodyTextChar1"/>
          <w:rFonts w:ascii="Times New Roman" w:hAnsi="Times New Roman"/>
          <w:sz w:val="24"/>
          <w:szCs w:val="24"/>
        </w:rPr>
        <w:t>, прояв</w:t>
      </w:r>
      <w:r w:rsidRPr="00025A49">
        <w:rPr>
          <w:rStyle w:val="BodyTextChar1"/>
          <w:rFonts w:ascii="Times New Roman" w:hAnsi="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F44E79" w:rsidRPr="00025A49" w:rsidRDefault="00F44E79">
      <w:pPr>
        <w:pStyle w:val="31"/>
        <w:spacing w:after="40" w:line="288" w:lineRule="auto"/>
        <w:jc w:val="both"/>
        <w:rPr>
          <w:rFonts w:ascii="Times New Roman" w:hAnsi="Times New Roman"/>
          <w:b w:val="0"/>
          <w:bCs w:val="0"/>
          <w:color w:val="auto"/>
          <w:sz w:val="24"/>
          <w:szCs w:val="24"/>
        </w:rPr>
      </w:pPr>
      <w:r w:rsidRPr="00025A49">
        <w:rPr>
          <w:rStyle w:val="30"/>
          <w:rFonts w:ascii="Times New Roman" w:hAnsi="Times New Roman"/>
          <w:b/>
          <w:sz w:val="24"/>
          <w:szCs w:val="24"/>
        </w:rPr>
        <w:t>Особенности оценки предметных результатов</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w:t>
      </w:r>
      <w:r w:rsidRPr="00025A49">
        <w:rPr>
          <w:rStyle w:val="BodyTextChar1"/>
          <w:rFonts w:ascii="Times New Roman" w:hAnsi="Times New Roman"/>
          <w:sz w:val="24"/>
          <w:szCs w:val="24"/>
        </w:rPr>
        <w:softHyphen/>
        <w:t>дельным предметам. Основой для оценки предметных резуль</w:t>
      </w:r>
      <w:r w:rsidRPr="00025A49">
        <w:rPr>
          <w:rStyle w:val="BodyTextChar1"/>
          <w:rFonts w:ascii="Times New Roman" w:hAnsi="Times New Roman"/>
          <w:sz w:val="24"/>
          <w:szCs w:val="24"/>
        </w:rPr>
        <w:softHyphen/>
        <w:t>татов являются положения ФГОС ООО, представленные в раз</w:t>
      </w:r>
      <w:r w:rsidRPr="00025A49">
        <w:rPr>
          <w:rStyle w:val="BodyTextChar1"/>
          <w:rFonts w:ascii="Times New Roman" w:hAnsi="Times New Roman"/>
          <w:sz w:val="24"/>
          <w:szCs w:val="24"/>
        </w:rPr>
        <w:softHyphen/>
        <w:t>делах I «Общие положения» и IV «Требования к результатам освоения программы основного общего образования».</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Формирование предметных результатов обеспечивается каж</w:t>
      </w:r>
      <w:r w:rsidRPr="00025A49">
        <w:rPr>
          <w:rStyle w:val="BodyTextChar1"/>
          <w:rFonts w:ascii="Times New Roman" w:hAnsi="Times New Roman"/>
          <w:sz w:val="24"/>
          <w:szCs w:val="24"/>
        </w:rPr>
        <w:softHyphen/>
        <w:t>дым учебным предметом.</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w:t>
      </w:r>
      <w:r w:rsidRPr="00025A49">
        <w:rPr>
          <w:rStyle w:val="BodyTextChar1"/>
          <w:rFonts w:ascii="Times New Roman" w:hAnsi="Times New Roman"/>
          <w:sz w:val="24"/>
          <w:szCs w:val="24"/>
        </w:rPr>
        <w:softHyphen/>
        <w:t>тельных и учебно-практических задач, основанных на изучае</w:t>
      </w:r>
      <w:r w:rsidRPr="00025A49">
        <w:rPr>
          <w:rStyle w:val="BodyTextChar1"/>
          <w:rFonts w:ascii="Times New Roman" w:hAnsi="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025A49">
        <w:rPr>
          <w:rStyle w:val="BodyTextChar1"/>
          <w:rFonts w:ascii="Times New Roman" w:hAnsi="Times New Roman"/>
          <w:sz w:val="24"/>
          <w:szCs w:val="24"/>
        </w:rPr>
        <w:softHyphen/>
        <w:t>тивных) действий, а также компетентностей, релевантных со</w:t>
      </w:r>
      <w:r w:rsidRPr="00025A49">
        <w:rPr>
          <w:rStyle w:val="BodyTextChar1"/>
          <w:rFonts w:ascii="Times New Roman" w:hAnsi="Times New Roman"/>
          <w:sz w:val="24"/>
          <w:szCs w:val="24"/>
        </w:rPr>
        <w:softHyphen/>
        <w:t>ответствующим моделям функциональной (математической, естественно-научной, читательской и др.).</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Для оценки предметных результатов предлагаются следую</w:t>
      </w:r>
      <w:r w:rsidRPr="00025A49">
        <w:rPr>
          <w:rStyle w:val="BodyTextChar1"/>
          <w:rFonts w:ascii="Times New Roman" w:hAnsi="Times New Roman"/>
          <w:sz w:val="24"/>
          <w:szCs w:val="24"/>
        </w:rPr>
        <w:softHyphen/>
        <w:t xml:space="preserve">щие критерии: </w:t>
      </w:r>
      <w:r w:rsidRPr="00025A49">
        <w:rPr>
          <w:rStyle w:val="BodyTextChar1"/>
          <w:rFonts w:ascii="Times New Roman" w:hAnsi="Times New Roman"/>
          <w:b/>
          <w:bCs/>
          <w:i/>
          <w:iCs/>
          <w:sz w:val="24"/>
          <w:szCs w:val="24"/>
        </w:rPr>
        <w:t>знание и понимание</w:t>
      </w:r>
      <w:r w:rsidRPr="00025A49">
        <w:rPr>
          <w:rStyle w:val="BodyTextChar1"/>
          <w:rFonts w:ascii="Times New Roman" w:hAnsi="Times New Roman"/>
          <w:i/>
          <w:iCs/>
          <w:sz w:val="24"/>
          <w:szCs w:val="24"/>
        </w:rPr>
        <w:t xml:space="preserve">, </w:t>
      </w:r>
      <w:r w:rsidRPr="00025A49">
        <w:rPr>
          <w:rStyle w:val="BodyTextChar1"/>
          <w:rFonts w:ascii="Times New Roman" w:hAnsi="Times New Roman"/>
          <w:b/>
          <w:bCs/>
          <w:i/>
          <w:iCs/>
          <w:sz w:val="24"/>
          <w:szCs w:val="24"/>
        </w:rPr>
        <w:t>применение</w:t>
      </w:r>
      <w:r w:rsidRPr="00025A49">
        <w:rPr>
          <w:rStyle w:val="BodyTextChar1"/>
          <w:rFonts w:ascii="Times New Roman" w:hAnsi="Times New Roman"/>
          <w:i/>
          <w:iCs/>
          <w:sz w:val="24"/>
          <w:szCs w:val="24"/>
        </w:rPr>
        <w:t xml:space="preserve">, </w:t>
      </w:r>
      <w:r w:rsidRPr="00025A49">
        <w:rPr>
          <w:rStyle w:val="BodyTextChar1"/>
          <w:rFonts w:ascii="Times New Roman" w:hAnsi="Times New Roman"/>
          <w:b/>
          <w:bCs/>
          <w:i/>
          <w:iCs/>
          <w:sz w:val="24"/>
          <w:szCs w:val="24"/>
        </w:rPr>
        <w:t>функцио</w:t>
      </w:r>
      <w:r w:rsidRPr="00025A49">
        <w:rPr>
          <w:rStyle w:val="BodyTextChar1"/>
          <w:rFonts w:ascii="Times New Roman" w:hAnsi="Times New Roman"/>
          <w:b/>
          <w:bCs/>
          <w:i/>
          <w:iCs/>
          <w:sz w:val="24"/>
          <w:szCs w:val="24"/>
        </w:rPr>
        <w:softHyphen/>
        <w:t>нальность</w:t>
      </w:r>
      <w:r w:rsidRPr="00025A49">
        <w:rPr>
          <w:rStyle w:val="BodyTextChar1"/>
          <w:rFonts w:ascii="Times New Roman" w:hAnsi="Times New Roman"/>
          <w:i/>
          <w:iCs/>
          <w:sz w:val="24"/>
          <w:szCs w:val="24"/>
        </w:rPr>
        <w:t>.</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Обобщенный критерий «</w:t>
      </w:r>
      <w:r w:rsidRPr="00025A49">
        <w:rPr>
          <w:rStyle w:val="BodyTextChar1"/>
          <w:rFonts w:ascii="Times New Roman" w:hAnsi="Times New Roman"/>
          <w:b/>
          <w:bCs/>
          <w:sz w:val="24"/>
          <w:szCs w:val="24"/>
        </w:rPr>
        <w:t>Знание и понимание</w:t>
      </w:r>
      <w:r w:rsidRPr="00025A49">
        <w:rPr>
          <w:rStyle w:val="BodyTextChar1"/>
          <w:rFonts w:ascii="Times New Roman" w:hAnsi="Times New Roman"/>
          <w:sz w:val="24"/>
          <w:szCs w:val="24"/>
        </w:rPr>
        <w:t>» включает зна</w:t>
      </w:r>
      <w:r w:rsidRPr="00025A49">
        <w:rPr>
          <w:rStyle w:val="BodyTextChar1"/>
          <w:rFonts w:ascii="Times New Roman" w:hAnsi="Times New Roman"/>
          <w:sz w:val="24"/>
          <w:szCs w:val="24"/>
        </w:rPr>
        <w:softHyphen/>
        <w:t>ние и понимание роли изучаемой области знания/вида деятель</w:t>
      </w:r>
      <w:r w:rsidRPr="00025A49">
        <w:rPr>
          <w:rStyle w:val="BodyTextChar1"/>
          <w:rFonts w:ascii="Times New Roman" w:hAnsi="Times New Roman"/>
          <w:sz w:val="24"/>
          <w:szCs w:val="24"/>
        </w:rPr>
        <w:softHyphen/>
        <w:t>ности в различных контекстах, знание и понимание термино</w:t>
      </w:r>
      <w:r w:rsidRPr="00025A49">
        <w:rPr>
          <w:rStyle w:val="BodyTextChar1"/>
          <w:rFonts w:ascii="Times New Roman" w:hAnsi="Times New Roman"/>
          <w:sz w:val="24"/>
          <w:szCs w:val="24"/>
        </w:rPr>
        <w:softHyphen/>
        <w:t>логии, понятий и идей, а также процедурных знаний или алгоритмов.</w:t>
      </w:r>
    </w:p>
    <w:p w:rsidR="00F44E79" w:rsidRPr="00025A49" w:rsidRDefault="00F44E79">
      <w:pPr>
        <w:pStyle w:val="BodyText"/>
        <w:spacing w:line="276" w:lineRule="auto"/>
        <w:jc w:val="both"/>
        <w:rPr>
          <w:rFonts w:ascii="Times New Roman" w:hAnsi="Times New Roman"/>
          <w:color w:val="auto"/>
          <w:sz w:val="24"/>
          <w:szCs w:val="24"/>
        </w:rPr>
      </w:pPr>
      <w:r w:rsidRPr="00025A49">
        <w:rPr>
          <w:rStyle w:val="BodyTextChar1"/>
          <w:rFonts w:ascii="Times New Roman" w:hAnsi="Times New Roman"/>
          <w:sz w:val="24"/>
          <w:szCs w:val="24"/>
        </w:rPr>
        <w:t>Обобщенный критерий «</w:t>
      </w:r>
      <w:r w:rsidRPr="00025A49">
        <w:rPr>
          <w:rStyle w:val="BodyTextChar1"/>
          <w:rFonts w:ascii="Times New Roman" w:hAnsi="Times New Roman"/>
          <w:b/>
          <w:bCs/>
          <w:sz w:val="24"/>
          <w:szCs w:val="24"/>
        </w:rPr>
        <w:t>Применение</w:t>
      </w:r>
      <w:r w:rsidRPr="00025A49">
        <w:rPr>
          <w:rStyle w:val="BodyTextChar1"/>
          <w:rFonts w:ascii="Times New Roman" w:hAnsi="Times New Roman"/>
          <w:sz w:val="24"/>
          <w:szCs w:val="24"/>
        </w:rPr>
        <w:t>» включает:</w:t>
      </w:r>
    </w:p>
    <w:p w:rsidR="00F44E79" w:rsidRPr="00025A49" w:rsidRDefault="00F44E79">
      <w:pPr>
        <w:pStyle w:val="BodyText"/>
        <w:spacing w:line="276"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 использование изучаемого материала при решении учебных задач/проблем, различающихся сложностью предметного со</w:t>
      </w:r>
      <w:r w:rsidRPr="00025A49">
        <w:rPr>
          <w:rStyle w:val="BodyTextChar1"/>
          <w:rFonts w:ascii="Times New Roman" w:hAnsi="Times New Roman"/>
          <w:sz w:val="24"/>
          <w:szCs w:val="24"/>
        </w:rPr>
        <w:softHyphen/>
        <w:t>держания, сочетанием когнитивных операций и универсаль</w:t>
      </w:r>
      <w:r w:rsidRPr="00025A49">
        <w:rPr>
          <w:rStyle w:val="BodyTextChar1"/>
          <w:rFonts w:ascii="Times New Roman" w:hAnsi="Times New Roman"/>
          <w:sz w:val="24"/>
          <w:szCs w:val="24"/>
        </w:rPr>
        <w:softHyphen/>
        <w:t>ных познавательных действий, степенью проработанности в учебном процессе;</w:t>
      </w:r>
    </w:p>
    <w:p w:rsidR="00F44E79" w:rsidRPr="00025A49" w:rsidRDefault="00F44E79">
      <w:pPr>
        <w:pStyle w:val="BodyText"/>
        <w:spacing w:line="276"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 xml:space="preserve">—использование </w:t>
      </w:r>
      <w:r w:rsidRPr="00025A49">
        <w:rPr>
          <w:rStyle w:val="BodyTextChar1"/>
          <w:rFonts w:ascii="Times New Roman" w:hAnsi="Times New Roman"/>
          <w:i/>
          <w:iCs/>
          <w:sz w:val="24"/>
          <w:szCs w:val="24"/>
        </w:rPr>
        <w:t>специфических для предмета способов дей</w:t>
      </w:r>
      <w:r w:rsidRPr="00025A49">
        <w:rPr>
          <w:rStyle w:val="BodyTextChar1"/>
          <w:rFonts w:ascii="Times New Roman" w:hAnsi="Times New Roman"/>
          <w:i/>
          <w:iCs/>
          <w:sz w:val="24"/>
          <w:szCs w:val="24"/>
        </w:rPr>
        <w:softHyphen/>
        <w:t>ствий и видов деятельности</w:t>
      </w:r>
      <w:r w:rsidRPr="00025A49">
        <w:rPr>
          <w:rStyle w:val="BodyTextChar1"/>
          <w:rFonts w:ascii="Times New Roman" w:hAnsi="Times New Roman"/>
          <w:sz w:val="24"/>
          <w:szCs w:val="24"/>
        </w:rPr>
        <w:t xml:space="preserve"> по получению нового знания, его интерпретации, применению и преобразованию при ре</w:t>
      </w:r>
      <w:r w:rsidRPr="00025A49">
        <w:rPr>
          <w:rStyle w:val="BodyTextChar1"/>
          <w:rFonts w:ascii="Times New Roman" w:hAnsi="Times New Roman"/>
          <w:sz w:val="24"/>
          <w:szCs w:val="24"/>
        </w:rPr>
        <w:softHyphen/>
        <w:t>шении учебных задач/проблем, в том числе в ходе поисковой деятельности, учебно-исследовательской и учебно-проектной деятельности.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Обобщенный критерий «</w:t>
      </w:r>
      <w:r w:rsidRPr="00025A49">
        <w:rPr>
          <w:rStyle w:val="BodyTextChar1"/>
          <w:rFonts w:ascii="Times New Roman" w:hAnsi="Times New Roman"/>
          <w:b/>
          <w:bCs/>
          <w:sz w:val="24"/>
          <w:szCs w:val="24"/>
        </w:rPr>
        <w:t>Функциональность</w:t>
      </w:r>
      <w:r w:rsidRPr="00025A49">
        <w:rPr>
          <w:rStyle w:val="BodyTextChar1"/>
          <w:rFonts w:ascii="Times New Roman" w:hAnsi="Times New Roman"/>
          <w:sz w:val="24"/>
          <w:szCs w:val="24"/>
        </w:rPr>
        <w:t>» включает ис</w:t>
      </w:r>
      <w:r w:rsidRPr="00025A49">
        <w:rPr>
          <w:rStyle w:val="BodyTextChar1"/>
          <w:rFonts w:ascii="Times New Roman" w:hAnsi="Times New Roman"/>
          <w:sz w:val="24"/>
          <w:szCs w:val="24"/>
        </w:rPr>
        <w:softHyphen/>
        <w:t xml:space="preserve">пользование </w:t>
      </w:r>
      <w:r w:rsidRPr="00025A49">
        <w:rPr>
          <w:rStyle w:val="BodyTextChar1"/>
          <w:rFonts w:ascii="Times New Roman" w:hAnsi="Times New Roman"/>
          <w:i/>
          <w:iCs/>
          <w:sz w:val="24"/>
          <w:szCs w:val="24"/>
        </w:rPr>
        <w:t>теоретического материала, методологического и процедурного знания</w:t>
      </w:r>
      <w:r w:rsidRPr="00025A49">
        <w:rPr>
          <w:rStyle w:val="BodyTextChar1"/>
          <w:rFonts w:ascii="Times New Roman" w:hAnsi="Times New Roman"/>
          <w:sz w:val="24"/>
          <w:szCs w:val="24"/>
        </w:rPr>
        <w:t xml:space="preserve"> при решении </w:t>
      </w:r>
      <w:r w:rsidRPr="00025A49">
        <w:rPr>
          <w:rStyle w:val="BodyTextChar1"/>
          <w:rFonts w:ascii="Times New Roman" w:hAnsi="Times New Roman"/>
          <w:b/>
          <w:bCs/>
          <w:i/>
          <w:iCs/>
          <w:sz w:val="24"/>
          <w:szCs w:val="24"/>
        </w:rPr>
        <w:t>внеучебных проблем</w:t>
      </w:r>
      <w:r w:rsidRPr="00025A49">
        <w:rPr>
          <w:rStyle w:val="BodyTextChar1"/>
          <w:rFonts w:ascii="Times New Roman" w:hAnsi="Times New Roman"/>
          <w:i/>
          <w:iCs/>
          <w:sz w:val="24"/>
          <w:szCs w:val="24"/>
        </w:rPr>
        <w:t xml:space="preserve">, </w:t>
      </w:r>
      <w:r w:rsidRPr="00025A49">
        <w:rPr>
          <w:rStyle w:val="BodyTextChar1"/>
          <w:rFonts w:ascii="Times New Roman" w:hAnsi="Times New Roman"/>
          <w:sz w:val="24"/>
          <w:szCs w:val="24"/>
        </w:rPr>
        <w:t>различающихся сложностью предметного содержания, чита</w:t>
      </w:r>
      <w:r w:rsidRPr="00025A49">
        <w:rPr>
          <w:rStyle w:val="BodyTextChar1"/>
          <w:rFonts w:ascii="Times New Roman" w:hAnsi="Times New Roman"/>
          <w:sz w:val="24"/>
          <w:szCs w:val="24"/>
        </w:rPr>
        <w:softHyphen/>
        <w:t>тельских умений, контекста, а также сочетанием когнитивных операций.</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В отличие от оценки способности обучающихся к решению учебно-познавательных и учебно-практических задач, основан</w:t>
      </w:r>
      <w:r w:rsidRPr="00025A49">
        <w:rPr>
          <w:rStyle w:val="BodyTextChar1"/>
          <w:rFonts w:ascii="Times New Roman" w:hAnsi="Times New Roman"/>
          <w:sz w:val="24"/>
          <w:szCs w:val="24"/>
        </w:rPr>
        <w:softHyphen/>
        <w:t>ных на изучаемом учебном материале, с использованием кри</w:t>
      </w:r>
      <w:r w:rsidRPr="00025A49">
        <w:rPr>
          <w:rStyle w:val="BodyTextChar1"/>
          <w:rFonts w:ascii="Times New Roman" w:hAnsi="Times New Roman"/>
          <w:sz w:val="24"/>
          <w:szCs w:val="24"/>
        </w:rPr>
        <w:softHyphen/>
        <w:t>териев «знание и понимание» и «применение», оценка функ</w:t>
      </w:r>
      <w:r w:rsidRPr="00025A49">
        <w:rPr>
          <w:rStyle w:val="BodyTextChar1"/>
          <w:rFonts w:ascii="Times New Roman" w:hAnsi="Times New Roman"/>
          <w:sz w:val="24"/>
          <w:szCs w:val="24"/>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При оценке сформированности предметных результатов по критерию «функциональность» разделяют:</w:t>
      </w:r>
    </w:p>
    <w:p w:rsidR="00F44E79" w:rsidRPr="00025A49" w:rsidRDefault="00F44E79">
      <w:pPr>
        <w:pStyle w:val="BodyText"/>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 оценку сформированности отдельных элементов функцио</w:t>
      </w:r>
      <w:r w:rsidRPr="00025A49">
        <w:rPr>
          <w:rStyle w:val="BodyTextChar1"/>
          <w:rFonts w:ascii="Times New Roman" w:hAnsi="Times New Roman"/>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025A49">
        <w:rPr>
          <w:rStyle w:val="BodyTextChar1"/>
          <w:rFonts w:ascii="Times New Roman" w:hAnsi="Times New Roman"/>
          <w:sz w:val="24"/>
          <w:szCs w:val="24"/>
        </w:rPr>
        <w:softHyphen/>
        <w:t>ния; эта оценка осуществляется учителем в рамках форми</w:t>
      </w:r>
      <w:r w:rsidRPr="00025A49">
        <w:rPr>
          <w:rStyle w:val="BodyTextChar1"/>
          <w:rFonts w:ascii="Times New Roman" w:hAnsi="Times New Roman"/>
          <w:sz w:val="24"/>
          <w:szCs w:val="24"/>
        </w:rPr>
        <w:softHyphen/>
        <w:t>рующего оценивания по предложенным критериям;</w:t>
      </w:r>
    </w:p>
    <w:p w:rsidR="00F44E79" w:rsidRPr="00025A49" w:rsidRDefault="00F44E79">
      <w:pPr>
        <w:pStyle w:val="BodyText"/>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—оценку сформированности отдельных элементов функцио</w:t>
      </w:r>
      <w:r w:rsidRPr="00025A49">
        <w:rPr>
          <w:rStyle w:val="BodyTextChar1"/>
          <w:rFonts w:ascii="Times New Roman" w:hAnsi="Times New Roman"/>
          <w:sz w:val="24"/>
          <w:szCs w:val="24"/>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025A49">
        <w:rPr>
          <w:rStyle w:val="BodyTextChar1"/>
          <w:rFonts w:ascii="Times New Roman" w:hAnsi="Times New Roman"/>
          <w:sz w:val="24"/>
          <w:szCs w:val="24"/>
        </w:rPr>
        <w:softHyphen/>
        <w:t>рующего оценивания по предложенным критериям;</w:t>
      </w:r>
    </w:p>
    <w:p w:rsidR="00F44E79" w:rsidRPr="00025A49" w:rsidRDefault="00F44E79">
      <w:pPr>
        <w:pStyle w:val="BodyText"/>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—оценку сформированности собственно функциональной гра</w:t>
      </w:r>
      <w:r w:rsidRPr="00025A49">
        <w:rPr>
          <w:rStyle w:val="BodyTextChar1"/>
          <w:rFonts w:ascii="Times New Roman" w:hAnsi="Times New Roman"/>
          <w:sz w:val="24"/>
          <w:szCs w:val="24"/>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025A49">
        <w:rPr>
          <w:rStyle w:val="BodyTextChar1"/>
          <w:rFonts w:ascii="Times New Roman" w:hAnsi="Times New Roman"/>
          <w:sz w:val="24"/>
          <w:szCs w:val="24"/>
        </w:rPr>
        <w:softHyphen/>
        <w:t>мированных на отдельных предметах, при решении различ</w:t>
      </w:r>
      <w:r w:rsidRPr="00025A49">
        <w:rPr>
          <w:rStyle w:val="BodyTextChar1"/>
          <w:rFonts w:ascii="Times New Roman" w:hAnsi="Times New Roman"/>
          <w:sz w:val="24"/>
          <w:szCs w:val="24"/>
        </w:rPr>
        <w:softHyphen/>
        <w:t>ных задач. Эти процедуры целесообразно проводить в рамках внутришкольного мониторинга.</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025A49">
        <w:rPr>
          <w:rStyle w:val="BodyTextChar1"/>
          <w:rFonts w:ascii="Times New Roman" w:hAnsi="Times New Roman"/>
          <w:sz w:val="24"/>
          <w:szCs w:val="24"/>
        </w:rPr>
        <w:softHyphen/>
        <w:t>ной организации в ходе внутришкольного мониторинга.</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Особенности оценки по отдельному предмету фиксируются в приложении к образовательной программе, которая утвержда</w:t>
      </w:r>
      <w:r w:rsidRPr="00025A49">
        <w:rPr>
          <w:rStyle w:val="BodyTextChar1"/>
          <w:rFonts w:ascii="Times New Roman" w:hAnsi="Times New Roman"/>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44E79" w:rsidRPr="00025A49" w:rsidRDefault="00F44E79">
      <w:pPr>
        <w:pStyle w:val="BodyText"/>
        <w:spacing w:line="269"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 список итоговых планируемых результатов с указанием эта</w:t>
      </w:r>
      <w:r w:rsidRPr="00025A49">
        <w:rPr>
          <w:rStyle w:val="BodyTextChar1"/>
          <w:rFonts w:ascii="Times New Roman" w:hAnsi="Times New Roman"/>
          <w:sz w:val="24"/>
          <w:szCs w:val="24"/>
        </w:rPr>
        <w:softHyphen/>
        <w:t>пов их формирования и способов оценки (например, теку- щая/тематическая; устно/письменно/практика);</w:t>
      </w:r>
    </w:p>
    <w:p w:rsidR="00F44E79" w:rsidRPr="00025A49" w:rsidRDefault="00F44E79">
      <w:pPr>
        <w:pStyle w:val="BodyText"/>
        <w:spacing w:line="269"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—требования к выставлению отметок за промежуточную атте</w:t>
      </w:r>
      <w:r w:rsidRPr="00025A49">
        <w:rPr>
          <w:rStyle w:val="BodyTextChar1"/>
          <w:rFonts w:ascii="Times New Roman" w:hAnsi="Times New Roman"/>
          <w:sz w:val="24"/>
          <w:szCs w:val="24"/>
        </w:rPr>
        <w:softHyphen/>
        <w:t>стацию (при необходимости — с учетом степени значимости отметок за отдельные оценочные процедуры);</w:t>
      </w:r>
    </w:p>
    <w:p w:rsidR="00F44E79" w:rsidRPr="00025A49" w:rsidRDefault="00F44E79">
      <w:pPr>
        <w:pStyle w:val="BodyText"/>
        <w:spacing w:after="140" w:line="269" w:lineRule="auto"/>
        <w:ind w:firstLine="0"/>
        <w:jc w:val="both"/>
        <w:rPr>
          <w:rFonts w:ascii="Times New Roman" w:hAnsi="Times New Roman"/>
          <w:color w:val="auto"/>
          <w:sz w:val="24"/>
          <w:szCs w:val="24"/>
        </w:rPr>
      </w:pPr>
      <w:r w:rsidRPr="00025A49">
        <w:rPr>
          <w:rStyle w:val="BodyTextChar1"/>
          <w:rFonts w:ascii="Times New Roman" w:hAnsi="Times New Roman"/>
          <w:sz w:val="24"/>
          <w:szCs w:val="24"/>
        </w:rPr>
        <w:t>—график контрольных мероприятий.</w:t>
      </w:r>
    </w:p>
    <w:p w:rsidR="00F44E79" w:rsidRPr="00025A49" w:rsidRDefault="00F44E79" w:rsidP="00525EF3">
      <w:pPr>
        <w:pStyle w:val="33"/>
        <w:keepNext/>
        <w:keepLines/>
        <w:numPr>
          <w:ilvl w:val="0"/>
          <w:numId w:val="18"/>
        </w:numPr>
        <w:tabs>
          <w:tab w:val="left" w:pos="649"/>
        </w:tabs>
        <w:spacing w:after="40" w:line="283" w:lineRule="auto"/>
        <w:jc w:val="both"/>
        <w:rPr>
          <w:rFonts w:ascii="Times New Roman" w:hAnsi="Times New Roman"/>
          <w:b w:val="0"/>
          <w:bCs w:val="0"/>
          <w:color w:val="auto"/>
          <w:sz w:val="24"/>
          <w:szCs w:val="24"/>
        </w:rPr>
      </w:pPr>
      <w:bookmarkStart w:id="113" w:name="bookmark138"/>
      <w:bookmarkStart w:id="114" w:name="bookmark136"/>
      <w:bookmarkStart w:id="115" w:name="bookmark137"/>
      <w:bookmarkStart w:id="116" w:name="bookmark139"/>
      <w:bookmarkEnd w:id="113"/>
      <w:r w:rsidRPr="00025A49">
        <w:rPr>
          <w:rStyle w:val="32"/>
          <w:rFonts w:ascii="Times New Roman" w:hAnsi="Times New Roman"/>
          <w:b/>
          <w:sz w:val="24"/>
          <w:szCs w:val="24"/>
        </w:rPr>
        <w:t>Организация и содержание оценочных процедур</w:t>
      </w:r>
      <w:bookmarkEnd w:id="114"/>
      <w:bookmarkEnd w:id="115"/>
      <w:bookmarkEnd w:id="116"/>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Стартовая диагностика </w:t>
      </w:r>
      <w:r w:rsidRPr="00025A49">
        <w:rPr>
          <w:rStyle w:val="BodyTextChar1"/>
          <w:rFonts w:ascii="Times New Roman" w:hAnsi="Times New Roman"/>
          <w:sz w:val="24"/>
          <w:szCs w:val="24"/>
        </w:rPr>
        <w:t>представляет собой процедуру оцен</w:t>
      </w:r>
      <w:r w:rsidRPr="00025A49">
        <w:rPr>
          <w:rStyle w:val="BodyTextChar1"/>
          <w:rFonts w:ascii="Times New Roman" w:hAnsi="Times New Roman"/>
          <w:sz w:val="24"/>
          <w:szCs w:val="24"/>
        </w:rPr>
        <w:softHyphen/>
        <w:t>ки готовности к обучению на данном уровне образования. Про</w:t>
      </w:r>
      <w:r w:rsidRPr="00025A49">
        <w:rPr>
          <w:rStyle w:val="BodyTextChar1"/>
          <w:rFonts w:ascii="Times New Roman" w:hAnsi="Times New Roman"/>
          <w:sz w:val="24"/>
          <w:szCs w:val="24"/>
        </w:rPr>
        <w:softHyphen/>
        <w:t>водится администрацией образовательной организации в нача</w:t>
      </w:r>
      <w:r w:rsidRPr="00025A49">
        <w:rPr>
          <w:rStyle w:val="BodyTextChar1"/>
          <w:rFonts w:ascii="Times New Roman" w:hAnsi="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025A49">
        <w:rPr>
          <w:rStyle w:val="BodyTextChar1"/>
          <w:rFonts w:ascii="Times New Roman" w:hAnsi="Times New Roman"/>
          <w:sz w:val="24"/>
          <w:szCs w:val="24"/>
        </w:rPr>
        <w:softHyphen/>
        <w:t>ляются: структура мотивации, сформированность учебной де</w:t>
      </w:r>
      <w:r w:rsidRPr="00025A49">
        <w:rPr>
          <w:rStyle w:val="BodyTextChar1"/>
          <w:rFonts w:ascii="Times New Roman" w:hAnsi="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025A49">
        <w:rPr>
          <w:rStyle w:val="BodyTextChar1"/>
          <w:rFonts w:ascii="Times New Roman" w:hAnsi="Times New Roman"/>
          <w:sz w:val="24"/>
          <w:szCs w:val="24"/>
        </w:rPr>
        <w:softHyphen/>
        <w:t>волическими средствами, логическими операциями</w:t>
      </w:r>
      <w:r w:rsidRPr="00025A49">
        <w:rPr>
          <w:rStyle w:val="BodyTextChar1"/>
          <w:rFonts w:ascii="Times New Roman" w:hAnsi="Times New Roman"/>
          <w:b/>
          <w:bCs/>
          <w:i/>
          <w:iCs/>
          <w:sz w:val="24"/>
          <w:szCs w:val="24"/>
        </w:rPr>
        <w:t>.</w:t>
      </w:r>
      <w:r w:rsidRPr="00025A49">
        <w:rPr>
          <w:rStyle w:val="BodyTextChar1"/>
          <w:rFonts w:ascii="Times New Roman" w:hAnsi="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w:t>
      </w:r>
      <w:r w:rsidRPr="00025A49">
        <w:rPr>
          <w:rStyle w:val="BodyTextChar1"/>
          <w:rFonts w:ascii="Times New Roman" w:hAnsi="Times New Roman"/>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Текущая оценка </w:t>
      </w:r>
      <w:r w:rsidRPr="00025A49">
        <w:rPr>
          <w:rStyle w:val="BodyTextChar1"/>
          <w:rFonts w:ascii="Times New Roman" w:hAnsi="Times New Roman"/>
          <w:sz w:val="24"/>
          <w:szCs w:val="24"/>
        </w:rPr>
        <w:t>представляет собой процедуру оценки инди</w:t>
      </w:r>
      <w:r w:rsidRPr="00025A49">
        <w:rPr>
          <w:rStyle w:val="BodyTextChar1"/>
          <w:rFonts w:ascii="Times New Roman" w:hAnsi="Times New Roman"/>
          <w:sz w:val="24"/>
          <w:szCs w:val="24"/>
        </w:rPr>
        <w:softHyphen/>
        <w:t>видуального продвижения в освоении программы учебного предмета. Текущая оценка может быть формирующей, т.е. под</w:t>
      </w:r>
      <w:r w:rsidRPr="00025A49">
        <w:rPr>
          <w:rStyle w:val="BodyTextChar1"/>
          <w:rFonts w:ascii="Times New Roman" w:hAnsi="Times New Roman"/>
          <w:sz w:val="24"/>
          <w:szCs w:val="24"/>
        </w:rPr>
        <w:softHyphen/>
        <w:t>держивающей и направляющей усилия учащегося, и диагно</w:t>
      </w:r>
      <w:r w:rsidRPr="00025A49">
        <w:rPr>
          <w:rStyle w:val="BodyTextChar1"/>
          <w:rFonts w:ascii="Times New Roman" w:hAnsi="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025A49">
        <w:rPr>
          <w:rStyle w:val="BodyTextChar1"/>
          <w:rFonts w:ascii="Times New Roman" w:hAnsi="Times New Roman"/>
          <w:sz w:val="24"/>
          <w:szCs w:val="24"/>
        </w:rPr>
        <w:softHyphen/>
        <w:t>кущей оценки являются тематические планируемые результа</w:t>
      </w:r>
      <w:r w:rsidRPr="00025A49">
        <w:rPr>
          <w:rStyle w:val="BodyTextChar1"/>
          <w:rFonts w:ascii="Times New Roman" w:hAnsi="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025A49">
        <w:rPr>
          <w:rStyle w:val="BodyTextChar1"/>
          <w:rFonts w:ascii="Times New Roman" w:hAnsi="Times New Roman"/>
          <w:sz w:val="24"/>
          <w:szCs w:val="24"/>
        </w:rPr>
        <w:softHyphen/>
        <w:t>тические работы, творческие работы, индивидуальные и груп</w:t>
      </w:r>
      <w:r w:rsidRPr="00025A49">
        <w:rPr>
          <w:rStyle w:val="BodyTextChar1"/>
          <w:rFonts w:ascii="Times New Roman" w:hAnsi="Times New Roman"/>
          <w:sz w:val="24"/>
          <w:szCs w:val="24"/>
        </w:rPr>
        <w:softHyphen/>
        <w:t>повые формы, само- и взаимооценка, рефлексия, листы про</w:t>
      </w:r>
      <w:r w:rsidRPr="00025A49">
        <w:rPr>
          <w:rStyle w:val="BodyTextChar1"/>
          <w:rFonts w:ascii="Times New Roman" w:hAnsi="Times New Roman"/>
          <w:sz w:val="24"/>
          <w:szCs w:val="24"/>
        </w:rPr>
        <w:softHyphen/>
        <w:t>движения и др.) с учетом особенностей учебного предмета и особенностей контрольно-оценочной деятельности учителя. Ре</w:t>
      </w:r>
      <w:r w:rsidRPr="00025A49">
        <w:rPr>
          <w:rStyle w:val="BodyTextChar1"/>
          <w:rFonts w:ascii="Times New Roman" w:hAnsi="Times New Roman"/>
          <w:sz w:val="24"/>
          <w:szCs w:val="24"/>
        </w:rPr>
        <w:softHyphen/>
        <w:t>зультаты текущей оценки являются основой для индивидуали</w:t>
      </w:r>
      <w:r w:rsidRPr="00025A49">
        <w:rPr>
          <w:rStyle w:val="BodyTextChar1"/>
          <w:rFonts w:ascii="Times New Roman" w:hAnsi="Times New Roman"/>
          <w:sz w:val="24"/>
          <w:szCs w:val="24"/>
        </w:rPr>
        <w:softHyphen/>
        <w:t>зации учебного процесса; при этом отдельные результаты, сви</w:t>
      </w:r>
      <w:r w:rsidRPr="00025A49">
        <w:rPr>
          <w:rStyle w:val="BodyTextChar1"/>
          <w:rFonts w:ascii="Times New Roman" w:hAnsi="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025A49">
        <w:rPr>
          <w:rStyle w:val="BodyTextChar1"/>
          <w:rFonts w:ascii="Times New Roman" w:hAnsi="Times New Roman"/>
          <w:sz w:val="24"/>
          <w:szCs w:val="24"/>
        </w:rPr>
        <w:softHyphen/>
        <w:t>нируемыми учителем) сроки, могут включаться в систему на</w:t>
      </w:r>
      <w:r w:rsidRPr="00025A49">
        <w:rPr>
          <w:rStyle w:val="BodyTextChar1"/>
          <w:rFonts w:ascii="Times New Roman" w:hAnsi="Times New Roman"/>
          <w:sz w:val="24"/>
          <w:szCs w:val="24"/>
        </w:rPr>
        <w:softHyphen/>
        <w:t>копленной оценки и служить основанием, например, для осво</w:t>
      </w:r>
      <w:r w:rsidRPr="00025A49">
        <w:rPr>
          <w:rStyle w:val="BodyTextChar1"/>
          <w:rFonts w:ascii="Times New Roman" w:hAnsi="Times New Roman"/>
          <w:sz w:val="24"/>
          <w:szCs w:val="24"/>
        </w:rPr>
        <w:softHyphen/>
        <w:t>бождения ученика от необходимости выполнять тематическую проверочную работу.</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Тематическая оценка </w:t>
      </w:r>
      <w:r w:rsidRPr="00025A49">
        <w:rPr>
          <w:rStyle w:val="BodyTextChar1"/>
          <w:rFonts w:ascii="Times New Roman" w:hAnsi="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025A49">
        <w:rPr>
          <w:rStyle w:val="BodyTextChar1"/>
          <w:rFonts w:ascii="Times New Roman" w:hAnsi="Times New Roman"/>
          <w:sz w:val="24"/>
          <w:szCs w:val="24"/>
        </w:rPr>
        <w:softHyphen/>
        <w:t>плектах, рекомендованных Министерством просвещения РФ. По предметам, вводимым образовательной организацией само</w:t>
      </w:r>
      <w:r w:rsidRPr="00025A49">
        <w:rPr>
          <w:rStyle w:val="BodyTextChar1"/>
          <w:rFonts w:ascii="Times New Roman" w:hAnsi="Times New Roman"/>
          <w:sz w:val="24"/>
          <w:szCs w:val="24"/>
        </w:rPr>
        <w:softHyphen/>
        <w:t>стоятельно, тематические планируемые результаты устанавли</w:t>
      </w:r>
      <w:r w:rsidRPr="00025A49">
        <w:rPr>
          <w:rStyle w:val="BodyTextChar1"/>
          <w:rFonts w:ascii="Times New Roman" w:hAnsi="Times New Roman"/>
          <w:sz w:val="24"/>
          <w:szCs w:val="24"/>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025A49">
        <w:rPr>
          <w:rStyle w:val="BodyTextChar1"/>
          <w:rFonts w:ascii="Times New Roman" w:hAnsi="Times New Roman"/>
          <w:sz w:val="24"/>
          <w:szCs w:val="24"/>
        </w:rPr>
        <w:softHyphen/>
        <w:t>зультаты тематической оценки являются основанием для кор</w:t>
      </w:r>
      <w:r w:rsidRPr="00025A49">
        <w:rPr>
          <w:rStyle w:val="BodyTextChar1"/>
          <w:rFonts w:ascii="Times New Roman" w:hAnsi="Times New Roman"/>
          <w:sz w:val="24"/>
          <w:szCs w:val="24"/>
        </w:rPr>
        <w:softHyphen/>
        <w:t>рекции учебного процесса и его индивидуализации.</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b/>
          <w:bCs/>
          <w:sz w:val="24"/>
          <w:szCs w:val="24"/>
        </w:rPr>
        <w:t xml:space="preserve">Портфолио </w:t>
      </w:r>
      <w:r w:rsidRPr="00025A49">
        <w:rPr>
          <w:rStyle w:val="BodyTextChar1"/>
          <w:rFonts w:ascii="Times New Roman" w:hAnsi="Times New Roman"/>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025A49">
        <w:rPr>
          <w:rStyle w:val="BodyTextChar1"/>
          <w:rFonts w:ascii="Times New Roman" w:hAnsi="Times New Roman"/>
          <w:sz w:val="24"/>
          <w:szCs w:val="24"/>
        </w:rPr>
        <w:softHyphen/>
        <w:t>лений творческой инициативы, а также уровня высших дости</w:t>
      </w:r>
      <w:r w:rsidRPr="00025A49">
        <w:rPr>
          <w:rStyle w:val="BodyTextChar1"/>
          <w:rFonts w:ascii="Times New Roman" w:hAnsi="Times New Roman"/>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025A49">
        <w:rPr>
          <w:rStyle w:val="BodyTextChar1"/>
          <w:rFonts w:ascii="Times New Roman" w:hAnsi="Times New Roman"/>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025A49">
        <w:rPr>
          <w:rStyle w:val="BodyTextChar1"/>
          <w:rFonts w:ascii="Times New Roman" w:hAnsi="Times New Roman"/>
          <w:sz w:val="24"/>
          <w:szCs w:val="24"/>
        </w:rPr>
        <w:softHyphen/>
        <w:t>ние всех лет обучения в основной школе. Результаты, представ</w:t>
      </w:r>
      <w:r w:rsidRPr="00025A49">
        <w:rPr>
          <w:rStyle w:val="BodyTextChar1"/>
          <w:rFonts w:ascii="Times New Roman" w:hAnsi="Times New Roman"/>
          <w:sz w:val="24"/>
          <w:szCs w:val="24"/>
        </w:rPr>
        <w:softHyphen/>
      </w:r>
      <w:r w:rsidRPr="00025A49">
        <w:rPr>
          <w:rStyle w:val="BodyTextChar1"/>
          <w:rFonts w:ascii="Times New Roman" w:hAnsi="Times New Roman"/>
          <w:color w:val="000000"/>
          <w:sz w:val="24"/>
          <w:szCs w:val="24"/>
        </w:rPr>
        <w:t>ленные в портфолио, используются при выработке рекоменда</w:t>
      </w:r>
      <w:r w:rsidRPr="00025A49">
        <w:rPr>
          <w:rStyle w:val="BodyTextChar1"/>
          <w:rFonts w:ascii="Times New Roman" w:hAnsi="Times New Roman"/>
          <w:color w:val="000000"/>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025A49">
        <w:rPr>
          <w:rStyle w:val="BodyTextChar1"/>
          <w:rFonts w:ascii="Times New Roman" w:hAnsi="Times New Roman"/>
          <w:color w:val="000000"/>
          <w:sz w:val="24"/>
          <w:szCs w:val="24"/>
        </w:rPr>
        <w:softHyphen/>
        <w:t>рактеристике.</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color w:val="000000"/>
          <w:sz w:val="24"/>
          <w:szCs w:val="24"/>
        </w:rPr>
        <w:t xml:space="preserve">Внутришкольный мониторинг </w:t>
      </w:r>
      <w:r w:rsidRPr="00025A49">
        <w:rPr>
          <w:rStyle w:val="BodyTextChar1"/>
          <w:rFonts w:ascii="Times New Roman" w:hAnsi="Times New Roman"/>
          <w:color w:val="000000"/>
          <w:sz w:val="24"/>
          <w:szCs w:val="24"/>
        </w:rPr>
        <w:t>представляет собой процеду</w:t>
      </w:r>
      <w:r w:rsidRPr="00025A49">
        <w:rPr>
          <w:rStyle w:val="BodyTextChar1"/>
          <w:rFonts w:ascii="Times New Roman" w:hAnsi="Times New Roman"/>
          <w:color w:val="000000"/>
          <w:sz w:val="24"/>
          <w:szCs w:val="24"/>
        </w:rPr>
        <w:softHyphen/>
        <w:t>ры:</w:t>
      </w:r>
    </w:p>
    <w:p w:rsidR="00F44E79" w:rsidRPr="00025A49" w:rsidRDefault="00F44E79" w:rsidP="00525EF3">
      <w:pPr>
        <w:pStyle w:val="BodyText"/>
        <w:numPr>
          <w:ilvl w:val="0"/>
          <w:numId w:val="15"/>
        </w:numPr>
        <w:tabs>
          <w:tab w:val="left" w:pos="207"/>
        </w:tabs>
        <w:spacing w:line="283" w:lineRule="auto"/>
        <w:ind w:left="240" w:hanging="240"/>
        <w:jc w:val="both"/>
        <w:rPr>
          <w:rFonts w:ascii="Times New Roman" w:hAnsi="Times New Roman"/>
          <w:color w:val="auto"/>
          <w:sz w:val="24"/>
          <w:szCs w:val="24"/>
        </w:rPr>
      </w:pPr>
      <w:bookmarkStart w:id="117" w:name="bookmark140"/>
      <w:bookmarkEnd w:id="117"/>
      <w:r w:rsidRPr="00025A49">
        <w:rPr>
          <w:rStyle w:val="BodyTextChar1"/>
          <w:rFonts w:ascii="Times New Roman" w:hAnsi="Times New Roman"/>
          <w:color w:val="000000"/>
          <w:sz w:val="24"/>
          <w:szCs w:val="24"/>
        </w:rPr>
        <w:t>оценки уровня достижения предметных и метапредметных результатов;</w:t>
      </w:r>
    </w:p>
    <w:p w:rsidR="00F44E79" w:rsidRPr="00025A49" w:rsidRDefault="00F44E79" w:rsidP="00525EF3">
      <w:pPr>
        <w:pStyle w:val="BodyText"/>
        <w:numPr>
          <w:ilvl w:val="0"/>
          <w:numId w:val="15"/>
        </w:numPr>
        <w:tabs>
          <w:tab w:val="left" w:pos="207"/>
        </w:tabs>
        <w:spacing w:line="298" w:lineRule="auto"/>
        <w:ind w:left="240" w:hanging="240"/>
        <w:jc w:val="both"/>
        <w:rPr>
          <w:rFonts w:ascii="Times New Roman" w:hAnsi="Times New Roman"/>
          <w:color w:val="auto"/>
          <w:sz w:val="24"/>
          <w:szCs w:val="24"/>
        </w:rPr>
      </w:pPr>
      <w:bookmarkStart w:id="118" w:name="bookmark141"/>
      <w:bookmarkEnd w:id="118"/>
      <w:r w:rsidRPr="00025A49">
        <w:rPr>
          <w:rStyle w:val="BodyTextChar1"/>
          <w:rFonts w:ascii="Times New Roman" w:hAnsi="Times New Roman"/>
          <w:color w:val="000000"/>
          <w:sz w:val="24"/>
          <w:szCs w:val="24"/>
        </w:rPr>
        <w:t>оценки уровня функциональной грамотности;</w:t>
      </w:r>
    </w:p>
    <w:p w:rsidR="00F44E79" w:rsidRPr="00025A49" w:rsidRDefault="00F44E79" w:rsidP="00525EF3">
      <w:pPr>
        <w:pStyle w:val="BodyText"/>
        <w:numPr>
          <w:ilvl w:val="0"/>
          <w:numId w:val="15"/>
        </w:numPr>
        <w:tabs>
          <w:tab w:val="left" w:pos="207"/>
        </w:tabs>
        <w:spacing w:line="276" w:lineRule="auto"/>
        <w:ind w:left="240" w:hanging="240"/>
        <w:jc w:val="both"/>
        <w:rPr>
          <w:rFonts w:ascii="Times New Roman" w:hAnsi="Times New Roman"/>
          <w:color w:val="auto"/>
          <w:sz w:val="24"/>
          <w:szCs w:val="24"/>
        </w:rPr>
      </w:pPr>
      <w:bookmarkStart w:id="119" w:name="bookmark142"/>
      <w:bookmarkEnd w:id="119"/>
      <w:r w:rsidRPr="00025A49">
        <w:rPr>
          <w:rStyle w:val="BodyTextChar1"/>
          <w:rFonts w:ascii="Times New Roman" w:hAnsi="Times New Roman"/>
          <w:color w:val="000000"/>
          <w:sz w:val="24"/>
          <w:szCs w:val="24"/>
        </w:rPr>
        <w:t>оценки уровня профессионального мастерства учителя</w:t>
      </w:r>
      <w:r w:rsidRPr="00025A49">
        <w:rPr>
          <w:rStyle w:val="BodyTextChar1"/>
          <w:rFonts w:ascii="Times New Roman" w:hAnsi="Times New Roman"/>
          <w:i/>
          <w:iCs/>
          <w:color w:val="000000"/>
          <w:sz w:val="24"/>
          <w:szCs w:val="24"/>
        </w:rPr>
        <w:t>,</w:t>
      </w:r>
      <w:r w:rsidRPr="00025A49">
        <w:rPr>
          <w:rStyle w:val="BodyTextChar1"/>
          <w:rFonts w:ascii="Times New Roman" w:hAnsi="Times New Roman"/>
          <w:color w:val="000000"/>
          <w:sz w:val="24"/>
          <w:szCs w:val="24"/>
        </w:rPr>
        <w:t xml:space="preserve"> осу</w:t>
      </w:r>
      <w:r w:rsidRPr="00025A49">
        <w:rPr>
          <w:rStyle w:val="BodyTextChar1"/>
          <w:rFonts w:ascii="Times New Roman" w:hAnsi="Times New Roman"/>
          <w:color w:val="000000"/>
          <w:sz w:val="24"/>
          <w:szCs w:val="24"/>
        </w:rPr>
        <w:softHyphen/>
        <w:t>ществляемого на основе административных проверочных ра</w:t>
      </w:r>
      <w:r w:rsidRPr="00025A49">
        <w:rPr>
          <w:rStyle w:val="BodyTextChar1"/>
          <w:rFonts w:ascii="Times New Roman" w:hAnsi="Times New Roman"/>
          <w:color w:val="000000"/>
          <w:sz w:val="24"/>
          <w:szCs w:val="24"/>
        </w:rPr>
        <w:softHyphen/>
        <w:t>бот, анализа посещенных уроков, анализа качества учебных заданий, предлагаемых учителем обучающимся.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025A49">
        <w:rPr>
          <w:rStyle w:val="BodyTextChar1"/>
          <w:rFonts w:ascii="Times New Roman" w:hAnsi="Times New Roman"/>
          <w:color w:val="000000"/>
          <w:sz w:val="24"/>
          <w:szCs w:val="24"/>
        </w:rPr>
        <w:softHyphen/>
        <w:t>мендаций как для текущей коррекции учебного процесса и его индивидуализации, так и для повышения квалификации учи</w:t>
      </w:r>
      <w:r w:rsidRPr="00025A49">
        <w:rPr>
          <w:rStyle w:val="BodyTextChar1"/>
          <w:rFonts w:ascii="Times New Roman" w:hAnsi="Times New Roman"/>
          <w:color w:val="000000"/>
          <w:sz w:val="24"/>
          <w:szCs w:val="24"/>
        </w:rPr>
        <w:softHyphen/>
        <w:t>теля. Результаты внутришкольного мониторинга в части оцен</w:t>
      </w:r>
      <w:r w:rsidRPr="00025A49">
        <w:rPr>
          <w:rStyle w:val="BodyTextChar1"/>
          <w:rFonts w:ascii="Times New Roman" w:hAnsi="Times New Roman"/>
          <w:color w:val="000000"/>
          <w:sz w:val="24"/>
          <w:szCs w:val="24"/>
        </w:rPr>
        <w:softHyphen/>
        <w:t>ки уровня достижений учащихся обобщаются и отражаются в их характеристиках.</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color w:val="000000"/>
          <w:sz w:val="24"/>
          <w:szCs w:val="24"/>
        </w:rPr>
        <w:t xml:space="preserve">Промежуточная аттестация </w:t>
      </w:r>
      <w:r w:rsidRPr="00025A49">
        <w:rPr>
          <w:rStyle w:val="BodyTextChar1"/>
          <w:rFonts w:ascii="Times New Roman" w:hAnsi="Times New Roman"/>
          <w:color w:val="000000"/>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025A49">
        <w:rPr>
          <w:rStyle w:val="BodyTextChar1"/>
          <w:rFonts w:ascii="Times New Roman" w:hAnsi="Times New Roman"/>
          <w:color w:val="000000"/>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color w:val="000000"/>
          <w:sz w:val="24"/>
          <w:szCs w:val="24"/>
        </w:rPr>
        <w:t>Промежуточная оценка, фиксирующая достижение пред</w:t>
      </w:r>
      <w:r w:rsidRPr="00025A49">
        <w:rPr>
          <w:rStyle w:val="BodyTextChar1"/>
          <w:rFonts w:ascii="Times New Roman" w:hAnsi="Times New Roman"/>
          <w:color w:val="000000"/>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025A49">
        <w:rPr>
          <w:rStyle w:val="BodyTextChar1"/>
          <w:rFonts w:ascii="Times New Roman" w:hAnsi="Times New Roman"/>
          <w:color w:val="000000"/>
          <w:sz w:val="24"/>
          <w:szCs w:val="24"/>
        </w:rPr>
        <w:softHyphen/>
        <w:t>ми.</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b/>
          <w:bCs/>
          <w:color w:val="000000"/>
          <w:sz w:val="24"/>
          <w:szCs w:val="24"/>
        </w:rPr>
        <w:t>Государственная итоговая аттестация</w:t>
      </w:r>
    </w:p>
    <w:p w:rsidR="00F44E79" w:rsidRPr="00025A49" w:rsidRDefault="00F44E79">
      <w:pPr>
        <w:pStyle w:val="BodyText"/>
        <w:jc w:val="both"/>
        <w:rPr>
          <w:rFonts w:ascii="Times New Roman" w:hAnsi="Times New Roman"/>
          <w:color w:val="auto"/>
          <w:sz w:val="24"/>
          <w:szCs w:val="24"/>
        </w:rPr>
      </w:pPr>
      <w:r w:rsidRPr="00025A49">
        <w:rPr>
          <w:rStyle w:val="BodyTextChar1"/>
          <w:rFonts w:ascii="Times New Roman" w:hAnsi="Times New Roman"/>
          <w:color w:val="000000"/>
          <w:sz w:val="24"/>
          <w:szCs w:val="24"/>
        </w:rPr>
        <w:t>В соответствии со статьей 59 Федерального закона «Об об</w:t>
      </w:r>
      <w:r w:rsidRPr="00025A49">
        <w:rPr>
          <w:rStyle w:val="BodyTextChar1"/>
          <w:rFonts w:ascii="Times New Roman" w:hAnsi="Times New Roman"/>
          <w:color w:val="000000"/>
          <w:sz w:val="24"/>
          <w:szCs w:val="24"/>
        </w:rPr>
        <w:softHyphen/>
        <w:t>разовании в Российской Федерации» государственная итого</w:t>
      </w:r>
      <w:r w:rsidRPr="00025A49">
        <w:rPr>
          <w:rStyle w:val="BodyTextChar1"/>
          <w:rFonts w:ascii="Times New Roman" w:hAnsi="Times New Roman"/>
          <w:color w:val="000000"/>
          <w:sz w:val="24"/>
          <w:szCs w:val="24"/>
        </w:rPr>
        <w:softHyphen/>
        <w:t>вая аттестация (далее — ГИА) является обязательной проце</w:t>
      </w:r>
      <w:r w:rsidRPr="00025A49">
        <w:rPr>
          <w:rStyle w:val="BodyTextChar1"/>
          <w:rFonts w:ascii="Times New Roman" w:hAnsi="Times New Roman"/>
          <w:color w:val="000000"/>
          <w:sz w:val="24"/>
          <w:szCs w:val="24"/>
        </w:rPr>
        <w:softHyphen/>
        <w:t>дурой, завершающей освоение основной образовательной программы основного общего образования. Порядок проведе</w:t>
      </w:r>
      <w:r w:rsidRPr="00025A49">
        <w:rPr>
          <w:rStyle w:val="BodyTextChar1"/>
          <w:rFonts w:ascii="Times New Roman" w:hAnsi="Times New Roman"/>
          <w:color w:val="000000"/>
          <w:sz w:val="24"/>
          <w:szCs w:val="24"/>
        </w:rPr>
        <w:softHyphen/>
      </w:r>
      <w:r w:rsidRPr="00025A49">
        <w:rPr>
          <w:rStyle w:val="BodyTextChar1"/>
          <w:rFonts w:ascii="Times New Roman" w:hAnsi="Times New Roman"/>
          <w:sz w:val="24"/>
          <w:szCs w:val="24"/>
        </w:rPr>
        <w:t>ния ГИА регламентируется Законом и иными нормативными актами.</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w:t>
      </w:r>
      <w:r w:rsidRPr="00025A49">
        <w:rPr>
          <w:rStyle w:val="BodyTextChar1"/>
          <w:rFonts w:ascii="Times New Roman" w:hAnsi="Times New Roman"/>
          <w:sz w:val="24"/>
          <w:szCs w:val="24"/>
        </w:rPr>
        <w:softHyphen/>
        <w:t>ных экзамена (по русскому языку и математике). Экзамены по другим учебным предметам обучающиеся сдают на доброволь</w:t>
      </w:r>
      <w:r w:rsidRPr="00025A49">
        <w:rPr>
          <w:rStyle w:val="BodyTextChar1"/>
          <w:rFonts w:ascii="Times New Roman" w:hAnsi="Times New Roman"/>
          <w:sz w:val="24"/>
          <w:szCs w:val="24"/>
        </w:rPr>
        <w:softHyphen/>
        <w:t>ной основе по своему выбору. ГИА проводится в форме основ</w:t>
      </w:r>
      <w:r w:rsidRPr="00025A49">
        <w:rPr>
          <w:rStyle w:val="BodyTextChar1"/>
          <w:rFonts w:ascii="Times New Roman" w:hAnsi="Times New Roman"/>
          <w:sz w:val="24"/>
          <w:szCs w:val="24"/>
        </w:rPr>
        <w:softHyphen/>
        <w:t>ного государственного экзамена (ОГЭ) с использованием кон</w:t>
      </w:r>
      <w:r w:rsidRPr="00025A49">
        <w:rPr>
          <w:rStyle w:val="BodyTextChar1"/>
          <w:rFonts w:ascii="Times New Roman" w:hAnsi="Times New Roman"/>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025A49">
        <w:rPr>
          <w:rStyle w:val="BodyTextChar1"/>
          <w:rFonts w:ascii="Times New Roman" w:hAnsi="Times New Roman"/>
          <w:sz w:val="24"/>
          <w:szCs w:val="24"/>
        </w:rPr>
        <w:softHyphen/>
        <w:t>тов и иных форм по решению образовательной организации (государственный выпускной экзамен — ГВЭ).</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Итоговая оценка (итоговая аттестация) по предмету склады</w:t>
      </w:r>
      <w:r w:rsidRPr="00025A49">
        <w:rPr>
          <w:rStyle w:val="BodyTextChar1"/>
          <w:rFonts w:ascii="Times New Roman" w:hAnsi="Times New Roman"/>
          <w:sz w:val="24"/>
          <w:szCs w:val="24"/>
        </w:rPr>
        <w:softHyphen/>
        <w:t>вается из результатов внутренней и внешней оценки. К резуль</w:t>
      </w:r>
      <w:r w:rsidRPr="00025A49">
        <w:rPr>
          <w:rStyle w:val="BodyTextChar1"/>
          <w:rFonts w:ascii="Times New Roman" w:hAnsi="Times New Roman"/>
          <w:sz w:val="24"/>
          <w:szCs w:val="24"/>
        </w:rPr>
        <w:softHyphen/>
        <w:t>татам внешней оценки относятся результаты ГИА. К результа</w:t>
      </w:r>
      <w:r w:rsidRPr="00025A49">
        <w:rPr>
          <w:rStyle w:val="BodyTextChar1"/>
          <w:rFonts w:ascii="Times New Roman" w:hAnsi="Times New Roman"/>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25A49">
        <w:rPr>
          <w:rStyle w:val="BodyTextChar1"/>
          <w:rFonts w:ascii="Times New Roman" w:hAnsi="Times New Roman"/>
          <w:i/>
          <w:iCs/>
          <w:sz w:val="24"/>
          <w:szCs w:val="24"/>
        </w:rPr>
        <w:t>.</w:t>
      </w:r>
      <w:r w:rsidRPr="00025A49">
        <w:rPr>
          <w:rStyle w:val="BodyTextChar1"/>
          <w:rFonts w:ascii="Times New Roman" w:hAnsi="Times New Roman"/>
          <w:sz w:val="24"/>
          <w:szCs w:val="24"/>
        </w:rPr>
        <w:t xml:space="preserve"> Такой подход позво</w:t>
      </w:r>
      <w:r w:rsidRPr="00025A49">
        <w:rPr>
          <w:rStyle w:val="BodyTextChar1"/>
          <w:rFonts w:ascii="Times New Roman" w:hAnsi="Times New Roman"/>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025A49">
        <w:rPr>
          <w:rStyle w:val="BodyTextChar1"/>
          <w:rFonts w:ascii="Times New Roman" w:hAnsi="Times New Roman"/>
          <w:sz w:val="24"/>
          <w:szCs w:val="24"/>
        </w:rPr>
        <w:softHyphen/>
        <w:t>говая оценка ставится на основе результатов только внутрен</w:t>
      </w:r>
      <w:r w:rsidRPr="00025A49">
        <w:rPr>
          <w:rStyle w:val="BodyTextChar1"/>
          <w:rFonts w:ascii="Times New Roman" w:hAnsi="Times New Roman"/>
          <w:sz w:val="24"/>
          <w:szCs w:val="24"/>
        </w:rPr>
        <w:softHyphen/>
        <w:t>ней оценки.</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Итоговая оценка по междисциплинарным программам ста</w:t>
      </w:r>
      <w:r w:rsidRPr="00025A49">
        <w:rPr>
          <w:rStyle w:val="BodyTextChar1"/>
          <w:rFonts w:ascii="Times New Roman" w:hAnsi="Times New Roman"/>
          <w:sz w:val="24"/>
          <w:szCs w:val="24"/>
        </w:rPr>
        <w:softHyphen/>
        <w:t>вится на основе результатов внутришкольного мониторинга и фиксируется в характеристике учащегося.</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Характеристика готовится на основании:</w:t>
      </w:r>
    </w:p>
    <w:p w:rsidR="00F44E79" w:rsidRPr="00025A49" w:rsidRDefault="00F44E79" w:rsidP="00525EF3">
      <w:pPr>
        <w:pStyle w:val="BodyText"/>
        <w:numPr>
          <w:ilvl w:val="0"/>
          <w:numId w:val="15"/>
        </w:numPr>
        <w:tabs>
          <w:tab w:val="left" w:pos="207"/>
        </w:tabs>
        <w:spacing w:line="310" w:lineRule="auto"/>
        <w:ind w:left="240" w:hanging="240"/>
        <w:jc w:val="both"/>
        <w:rPr>
          <w:rFonts w:ascii="Times New Roman" w:hAnsi="Times New Roman"/>
          <w:color w:val="auto"/>
          <w:sz w:val="24"/>
          <w:szCs w:val="24"/>
        </w:rPr>
      </w:pPr>
      <w:bookmarkStart w:id="120" w:name="bookmark143"/>
      <w:bookmarkEnd w:id="120"/>
      <w:r w:rsidRPr="00025A49">
        <w:rPr>
          <w:rStyle w:val="BodyTextChar1"/>
          <w:rFonts w:ascii="Times New Roman" w:hAnsi="Times New Roman"/>
          <w:sz w:val="24"/>
          <w:szCs w:val="24"/>
        </w:rPr>
        <w:t>объективных показателей образовательных достижений обу</w:t>
      </w:r>
      <w:r w:rsidRPr="00025A49">
        <w:rPr>
          <w:rStyle w:val="BodyTextChar1"/>
          <w:rFonts w:ascii="Times New Roman" w:hAnsi="Times New Roman"/>
          <w:sz w:val="24"/>
          <w:szCs w:val="24"/>
        </w:rPr>
        <w:softHyphen/>
        <w:t>чающегося на уровне основного образования;</w:t>
      </w:r>
    </w:p>
    <w:p w:rsidR="00F44E79" w:rsidRPr="00025A49" w:rsidRDefault="00F44E79" w:rsidP="00525EF3">
      <w:pPr>
        <w:pStyle w:val="BodyText"/>
        <w:numPr>
          <w:ilvl w:val="0"/>
          <w:numId w:val="15"/>
        </w:numPr>
        <w:tabs>
          <w:tab w:val="left" w:pos="207"/>
        </w:tabs>
        <w:spacing w:line="360" w:lineRule="auto"/>
        <w:ind w:firstLine="0"/>
        <w:jc w:val="both"/>
        <w:rPr>
          <w:rFonts w:ascii="Times New Roman" w:hAnsi="Times New Roman"/>
          <w:color w:val="auto"/>
          <w:sz w:val="24"/>
          <w:szCs w:val="24"/>
        </w:rPr>
      </w:pPr>
      <w:bookmarkStart w:id="121" w:name="bookmark144"/>
      <w:bookmarkEnd w:id="121"/>
      <w:r w:rsidRPr="00025A49">
        <w:rPr>
          <w:rStyle w:val="BodyTextChar1"/>
          <w:rFonts w:ascii="Times New Roman" w:hAnsi="Times New Roman"/>
          <w:sz w:val="24"/>
          <w:szCs w:val="24"/>
        </w:rPr>
        <w:t>портфолио выпускника;</w:t>
      </w:r>
    </w:p>
    <w:p w:rsidR="00F44E79" w:rsidRPr="00025A49" w:rsidRDefault="00F44E79" w:rsidP="00525EF3">
      <w:pPr>
        <w:pStyle w:val="BodyText"/>
        <w:numPr>
          <w:ilvl w:val="0"/>
          <w:numId w:val="15"/>
        </w:numPr>
        <w:tabs>
          <w:tab w:val="left" w:pos="207"/>
        </w:tabs>
        <w:spacing w:line="295" w:lineRule="auto"/>
        <w:ind w:left="240" w:hanging="240"/>
        <w:jc w:val="both"/>
        <w:rPr>
          <w:rFonts w:ascii="Times New Roman" w:hAnsi="Times New Roman"/>
          <w:color w:val="auto"/>
          <w:sz w:val="24"/>
          <w:szCs w:val="24"/>
        </w:rPr>
      </w:pPr>
      <w:bookmarkStart w:id="122" w:name="bookmark145"/>
      <w:bookmarkEnd w:id="122"/>
      <w:r w:rsidRPr="00025A49">
        <w:rPr>
          <w:rStyle w:val="BodyTextChar1"/>
          <w:rFonts w:ascii="Times New Roman" w:hAnsi="Times New Roman"/>
          <w:sz w:val="24"/>
          <w:szCs w:val="24"/>
        </w:rPr>
        <w:t>экспертных оценок классного руководителя и учителей, об</w:t>
      </w:r>
      <w:r w:rsidRPr="00025A49">
        <w:rPr>
          <w:rStyle w:val="BodyTextChar1"/>
          <w:rFonts w:ascii="Times New Roman" w:hAnsi="Times New Roman"/>
          <w:sz w:val="24"/>
          <w:szCs w:val="24"/>
        </w:rPr>
        <w:softHyphen/>
        <w:t>учавших данного выпускника на уровне основного общего образования;</w:t>
      </w:r>
    </w:p>
    <w:p w:rsidR="00F44E79" w:rsidRPr="00025A49" w:rsidRDefault="00F44E79">
      <w:pPr>
        <w:pStyle w:val="BodyText"/>
        <w:spacing w:line="269" w:lineRule="auto"/>
        <w:jc w:val="both"/>
        <w:rPr>
          <w:rFonts w:ascii="Times New Roman" w:hAnsi="Times New Roman"/>
          <w:color w:val="auto"/>
          <w:sz w:val="24"/>
          <w:szCs w:val="24"/>
        </w:rPr>
      </w:pPr>
      <w:r w:rsidRPr="00025A49">
        <w:rPr>
          <w:rStyle w:val="BodyTextChar1"/>
          <w:rFonts w:ascii="Times New Roman" w:hAnsi="Times New Roman"/>
          <w:sz w:val="24"/>
          <w:szCs w:val="24"/>
        </w:rPr>
        <w:t>В характеристике выпускника:</w:t>
      </w:r>
    </w:p>
    <w:p w:rsidR="00F44E79" w:rsidRPr="00025A49" w:rsidRDefault="00F44E79" w:rsidP="00525EF3">
      <w:pPr>
        <w:pStyle w:val="BodyText"/>
        <w:numPr>
          <w:ilvl w:val="0"/>
          <w:numId w:val="15"/>
        </w:numPr>
        <w:tabs>
          <w:tab w:val="left" w:pos="207"/>
        </w:tabs>
        <w:spacing w:line="295" w:lineRule="auto"/>
        <w:ind w:left="240" w:hanging="240"/>
        <w:jc w:val="both"/>
        <w:rPr>
          <w:rFonts w:ascii="Times New Roman" w:hAnsi="Times New Roman"/>
          <w:color w:val="auto"/>
          <w:sz w:val="24"/>
          <w:szCs w:val="24"/>
        </w:rPr>
      </w:pPr>
      <w:bookmarkStart w:id="123" w:name="bookmark146"/>
      <w:bookmarkEnd w:id="123"/>
      <w:r w:rsidRPr="00025A49">
        <w:rPr>
          <w:rStyle w:val="BodyTextChar1"/>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w:t>
      </w:r>
      <w:r w:rsidRPr="00025A49">
        <w:rPr>
          <w:rStyle w:val="BodyTextChar1"/>
          <w:rFonts w:ascii="Times New Roman" w:hAnsi="Times New Roman"/>
          <w:sz w:val="24"/>
          <w:szCs w:val="24"/>
        </w:rPr>
        <w:softHyphen/>
        <w:t>зультатов;</w:t>
      </w:r>
    </w:p>
    <w:p w:rsidR="00F44E79" w:rsidRPr="00025A49" w:rsidRDefault="00F44E79">
      <w:pPr>
        <w:pStyle w:val="BodyText"/>
        <w:spacing w:line="266" w:lineRule="auto"/>
        <w:ind w:left="240" w:hanging="240"/>
        <w:jc w:val="both"/>
        <w:rPr>
          <w:rFonts w:ascii="Times New Roman" w:hAnsi="Times New Roman"/>
          <w:color w:val="auto"/>
          <w:sz w:val="24"/>
          <w:szCs w:val="24"/>
        </w:rPr>
      </w:pPr>
      <w:r w:rsidRPr="00025A49">
        <w:rPr>
          <w:rStyle w:val="BodyTextChar1"/>
          <w:rFonts w:ascii="Times New Roman" w:hAnsi="Times New Roman"/>
          <w:sz w:val="24"/>
          <w:szCs w:val="24"/>
        </w:rPr>
        <w:t>■ даются педагогические рекомендации по выбору индивиду</w:t>
      </w:r>
      <w:r w:rsidRPr="00025A49">
        <w:rPr>
          <w:rStyle w:val="BodyTextChar1"/>
          <w:rFonts w:ascii="Times New Roman" w:hAnsi="Times New Roman"/>
          <w:sz w:val="24"/>
          <w:szCs w:val="24"/>
        </w:rPr>
        <w:softHyphen/>
        <w:t>альной образовательной траектории на уровне среднего об</w:t>
      </w:r>
      <w:r w:rsidRPr="00025A49">
        <w:rPr>
          <w:rStyle w:val="BodyTextChar1"/>
          <w:rFonts w:ascii="Times New Roman" w:hAnsi="Times New Roman"/>
          <w:sz w:val="24"/>
          <w:szCs w:val="24"/>
        </w:rPr>
        <w:softHyphen/>
        <w:t>щего образования с учетом выбора учащимся направлений профильного образования, выявленных проблем и отмечен</w:t>
      </w:r>
      <w:r w:rsidRPr="00025A49">
        <w:rPr>
          <w:rStyle w:val="BodyTextChar1"/>
          <w:rFonts w:ascii="Times New Roman" w:hAnsi="Times New Roman"/>
          <w:sz w:val="24"/>
          <w:szCs w:val="24"/>
        </w:rPr>
        <w:softHyphen/>
        <w:t>ных образовательных достижений.</w:t>
      </w:r>
    </w:p>
    <w:p w:rsidR="00F44E79" w:rsidRPr="00025A49" w:rsidRDefault="00F44E79">
      <w:pPr>
        <w:pStyle w:val="BodyText"/>
        <w:spacing w:line="266" w:lineRule="auto"/>
        <w:jc w:val="both"/>
        <w:rPr>
          <w:rFonts w:ascii="Times New Roman" w:hAnsi="Times New Roman"/>
          <w:color w:val="auto"/>
          <w:sz w:val="24"/>
          <w:szCs w:val="24"/>
        </w:rPr>
        <w:sectPr w:rsidR="00F44E79" w:rsidRPr="00025A49">
          <w:pgSz w:w="7824" w:h="12019"/>
          <w:pgMar w:top="555" w:right="704" w:bottom="978" w:left="706" w:header="0" w:footer="3" w:gutter="0"/>
          <w:cols w:space="720"/>
          <w:noEndnote/>
          <w:docGrid w:linePitch="360"/>
        </w:sectPr>
      </w:pPr>
      <w:r w:rsidRPr="00025A49">
        <w:rPr>
          <w:rStyle w:val="BodyTextChar1"/>
          <w:rFonts w:ascii="Times New Roman" w:hAnsi="Times New Roman"/>
          <w:sz w:val="24"/>
          <w:szCs w:val="24"/>
        </w:rPr>
        <w:t>Рекомендации педагогического коллектива по выбору инди</w:t>
      </w:r>
      <w:r w:rsidRPr="00025A49">
        <w:rPr>
          <w:rStyle w:val="BodyTextChar1"/>
          <w:rFonts w:ascii="Times New Roman" w:hAnsi="Times New Roman"/>
          <w:sz w:val="24"/>
          <w:szCs w:val="24"/>
        </w:rPr>
        <w:softHyphen/>
        <w:t>видуальной образовательной траектории доводятся до сведения выпускника и его родителей (законных представителей).</w:t>
      </w:r>
    </w:p>
    <w:p w:rsidR="00F44E79" w:rsidRPr="00025A49" w:rsidRDefault="00F44E79" w:rsidP="00525EF3">
      <w:pPr>
        <w:pStyle w:val="31"/>
        <w:numPr>
          <w:ilvl w:val="0"/>
          <w:numId w:val="14"/>
        </w:numPr>
        <w:pBdr>
          <w:bottom w:val="single" w:sz="4" w:space="0" w:color="auto"/>
        </w:pBdr>
        <w:tabs>
          <w:tab w:val="left" w:pos="317"/>
        </w:tabs>
        <w:spacing w:after="300" w:line="269" w:lineRule="auto"/>
        <w:rPr>
          <w:rFonts w:ascii="Times New Roman" w:hAnsi="Times New Roman"/>
          <w:b w:val="0"/>
          <w:bCs w:val="0"/>
          <w:color w:val="auto"/>
          <w:sz w:val="24"/>
          <w:szCs w:val="24"/>
        </w:rPr>
      </w:pPr>
      <w:bookmarkStart w:id="124" w:name="bookmark147"/>
      <w:bookmarkEnd w:id="124"/>
      <w:r w:rsidRPr="00025A49">
        <w:rPr>
          <w:rStyle w:val="30"/>
          <w:rFonts w:ascii="Times New Roman" w:hAnsi="Times New Roman"/>
          <w:b/>
          <w:sz w:val="24"/>
          <w:szCs w:val="24"/>
        </w:rPr>
        <w:t>СОДЕРЖАТЕЛЬНЫЙ РАЗДЕЛ ПРОГРАММЫ ОСНОВНОГО ОБЩЕГО ОБРАЗОВАНИЯ</w:t>
      </w:r>
    </w:p>
    <w:p w:rsidR="00F44E79" w:rsidRPr="00025A49" w:rsidRDefault="00F44E79" w:rsidP="004117C2">
      <w:pPr>
        <w:pStyle w:val="22"/>
        <w:tabs>
          <w:tab w:val="left" w:pos="499"/>
        </w:tabs>
        <w:spacing w:after="460"/>
        <w:rPr>
          <w:rFonts w:ascii="Times New Roman" w:hAnsi="Times New Roman"/>
          <w:b w:val="0"/>
          <w:bCs w:val="0"/>
          <w:color w:val="auto"/>
          <w:w w:val="100"/>
          <w:sz w:val="24"/>
          <w:szCs w:val="24"/>
        </w:rPr>
      </w:pPr>
      <w:bookmarkStart w:id="125" w:name="bookmark148"/>
      <w:bookmarkEnd w:id="125"/>
      <w:r w:rsidRPr="00025A49">
        <w:rPr>
          <w:rStyle w:val="21"/>
          <w:rFonts w:ascii="Times New Roman" w:hAnsi="Times New Roman"/>
          <w:b/>
          <w:sz w:val="24"/>
          <w:szCs w:val="24"/>
        </w:rPr>
        <w:t>2.1.РАБОЧИЕ ПРОГРАММЫ УЧЕБНЫХ ПРЕДМЕТОВ, УЧЕБНЫХ КУРСОВ (В ТОМ ЧИСЛЕ ВНЕУРОЧНОЙ ДЕЯТЕЛЬНОСТИ), УЧЕБНЫХ МОДУЛЕЙ</w:t>
      </w:r>
    </w:p>
    <w:p w:rsidR="00F44E79" w:rsidRPr="00025A49" w:rsidRDefault="00F44E79" w:rsidP="00525EF3">
      <w:pPr>
        <w:pStyle w:val="33"/>
        <w:keepNext/>
        <w:keepLines/>
        <w:numPr>
          <w:ilvl w:val="0"/>
          <w:numId w:val="19"/>
        </w:numPr>
        <w:pBdr>
          <w:bottom w:val="single" w:sz="4" w:space="0" w:color="auto"/>
        </w:pBdr>
        <w:tabs>
          <w:tab w:val="left" w:pos="634"/>
        </w:tabs>
        <w:spacing w:after="220" w:line="240" w:lineRule="auto"/>
        <w:rPr>
          <w:rFonts w:ascii="Times New Roman" w:hAnsi="Times New Roman"/>
          <w:b w:val="0"/>
          <w:bCs w:val="0"/>
          <w:color w:val="auto"/>
          <w:sz w:val="24"/>
          <w:szCs w:val="24"/>
        </w:rPr>
      </w:pPr>
      <w:bookmarkStart w:id="126" w:name="bookmark151"/>
      <w:bookmarkStart w:id="127" w:name="bookmark149"/>
      <w:bookmarkStart w:id="128" w:name="bookmark150"/>
      <w:bookmarkStart w:id="129" w:name="bookmark152"/>
      <w:bookmarkEnd w:id="126"/>
      <w:r w:rsidRPr="00025A49">
        <w:rPr>
          <w:rStyle w:val="32"/>
          <w:rFonts w:ascii="Times New Roman" w:hAnsi="Times New Roman"/>
          <w:b/>
          <w:sz w:val="24"/>
          <w:szCs w:val="24"/>
        </w:rPr>
        <w:t>РУССКИЙ ЯЗЫК</w:t>
      </w:r>
      <w:bookmarkEnd w:id="127"/>
      <w:bookmarkEnd w:id="128"/>
      <w:bookmarkEnd w:id="129"/>
    </w:p>
    <w:p w:rsidR="00F44E79" w:rsidRPr="00592328" w:rsidRDefault="00F44E79" w:rsidP="00592328">
      <w:pPr>
        <w:shd w:val="clear" w:color="auto" w:fill="FFFFFF"/>
        <w:jc w:val="both"/>
        <w:rPr>
          <w:rFonts w:ascii="Times New Roman" w:hAnsi="Times New Roman" w:cs="Times New Roman"/>
          <w:color w:val="auto"/>
        </w:rPr>
      </w:pPr>
      <w:r w:rsidRPr="00025A49">
        <w:rPr>
          <w:rFonts w:ascii="Times New Roman" w:hAnsi="Times New Roman" w:cs="Times New Roman"/>
        </w:rPr>
        <w:t>Рабочая программа по русскому языку на уров</w:t>
      </w:r>
      <w:r w:rsidRPr="00025A49">
        <w:rPr>
          <w:rFonts w:ascii="Times New Roman" w:hAnsi="Times New Roman" w:cs="Times New Roman"/>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Pr="00025A49">
        <w:rPr>
          <w:rFonts w:ascii="Times New Roman" w:hAnsi="Times New Roman" w:cs="Times New Roman"/>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Pr="00025A49">
        <w:rPr>
          <w:rFonts w:ascii="Times New Roman" w:hAnsi="Times New Roman" w:cs="Times New Roman"/>
        </w:rPr>
        <w:softHyphen/>
        <w:t>ского языка и литературы в Российской Федерации (утверж</w:t>
      </w:r>
      <w:r w:rsidRPr="00025A49">
        <w:rPr>
          <w:rFonts w:ascii="Times New Roman" w:hAnsi="Times New Roman" w:cs="Times New Roman"/>
        </w:rPr>
        <w:softHyphen/>
        <w:t>дена распоряжением Правительства Российской Федерации от 9 апре</w:t>
      </w:r>
      <w:r>
        <w:rPr>
          <w:rFonts w:ascii="Times New Roman" w:hAnsi="Times New Roman" w:cs="Times New Roman"/>
        </w:rPr>
        <w:t>ля 2016 г. № 637-р), П</w:t>
      </w:r>
      <w:r w:rsidRPr="00025A49">
        <w:rPr>
          <w:rFonts w:ascii="Times New Roman" w:hAnsi="Times New Roman" w:cs="Times New Roman"/>
        </w:rPr>
        <w:t>рограммы воспита</w:t>
      </w:r>
      <w:r w:rsidRPr="00025A49">
        <w:rPr>
          <w:rFonts w:ascii="Times New Roman" w:hAnsi="Times New Roman" w:cs="Times New Roman"/>
        </w:rPr>
        <w:softHyphen/>
        <w:t>ния с учётом распределённых по классам проверяемых требо</w:t>
      </w:r>
      <w:r w:rsidRPr="00025A49">
        <w:rPr>
          <w:rFonts w:ascii="Times New Roman" w:hAnsi="Times New Roman" w:cs="Times New Roman"/>
        </w:rPr>
        <w:softHyphen/>
        <w:t>ваний к результатам освоения Основной образовательной про</w:t>
      </w:r>
      <w:r w:rsidRPr="00025A49">
        <w:rPr>
          <w:rFonts w:ascii="Times New Roman" w:hAnsi="Times New Roman" w:cs="Times New Roman"/>
        </w:rPr>
        <w:softHyphen/>
        <w:t>граммы основного общего образования.</w:t>
      </w:r>
      <w:r w:rsidRPr="00592328">
        <w:rPr>
          <w:rFonts w:ascii="Times New Roman" w:hAnsi="Times New Roman" w:cs="Times New Roman"/>
          <w:color w:val="auto"/>
        </w:rPr>
        <w:t xml:space="preserve">Содержание рабочей программы ориентировано на использование УМК </w:t>
      </w:r>
      <w:r w:rsidRPr="00592328">
        <w:rPr>
          <w:rFonts w:ascii="Times New Roman" w:hAnsi="Times New Roman" w:cs="Times New Roman"/>
          <w:shd w:val="clear" w:color="auto" w:fill="FFFFFF"/>
          <w:lang w:eastAsia="en-US"/>
        </w:rPr>
        <w:t>авторов Т.А. Ладыженской, Т.Л. Тростенцовой.</w:t>
      </w:r>
    </w:p>
    <w:p w:rsidR="00F44E79" w:rsidRPr="00592328" w:rsidRDefault="00F44E79" w:rsidP="00592328">
      <w:pPr>
        <w:widowControl/>
        <w:pBdr>
          <w:bottom w:val="single" w:sz="6" w:space="5" w:color="000000"/>
        </w:pBdr>
        <w:shd w:val="clear" w:color="auto" w:fill="FFFFFF"/>
        <w:spacing w:before="100" w:beforeAutospacing="1" w:after="240" w:line="240" w:lineRule="atLeast"/>
        <w:jc w:val="both"/>
        <w:outlineLvl w:val="0"/>
        <w:rPr>
          <w:rFonts w:ascii="Times New Roman" w:hAnsi="Times New Roman" w:cs="Times New Roman"/>
          <w:b/>
          <w:bCs/>
          <w:caps/>
          <w:color w:val="auto"/>
          <w:kern w:val="36"/>
        </w:rPr>
      </w:pPr>
      <w:r w:rsidRPr="00592328">
        <w:rPr>
          <w:rFonts w:ascii="Times New Roman" w:hAnsi="Times New Roman" w:cs="Times New Roman"/>
          <w:b/>
          <w:bCs/>
          <w:caps/>
          <w:color w:val="auto"/>
          <w:kern w:val="36"/>
        </w:rPr>
        <w:t xml:space="preserve"> СОДЕРЖАНИЕ УЧЕБНОГО ПРЕДМЕТА </w:t>
      </w:r>
    </w:p>
    <w:p w:rsidR="00F44E79" w:rsidRPr="00592328" w:rsidRDefault="00F44E79" w:rsidP="00592328">
      <w:pPr>
        <w:widowControl/>
        <w:shd w:val="clear" w:color="auto" w:fill="FFFFFF"/>
        <w:jc w:val="both"/>
        <w:rPr>
          <w:rFonts w:ascii="Times New Roman" w:hAnsi="Times New Roman" w:cs="Times New Roman"/>
          <w:b/>
          <w:bCs/>
          <w:color w:val="auto"/>
        </w:rPr>
      </w:pPr>
      <w:r w:rsidRPr="00592328">
        <w:rPr>
          <w:rFonts w:ascii="Times New Roman" w:hAnsi="Times New Roman" w:cs="Times New Roman"/>
          <w:b/>
          <w:bCs/>
          <w:color w:val="auto"/>
        </w:rPr>
        <w:t>5 класс (204 часа)</w:t>
      </w:r>
    </w:p>
    <w:p w:rsidR="00F44E79" w:rsidRPr="00592328" w:rsidRDefault="00F44E79" w:rsidP="00592328">
      <w:pPr>
        <w:widowControl/>
        <w:shd w:val="clear" w:color="auto" w:fill="FFFFFF"/>
        <w:jc w:val="both"/>
        <w:rPr>
          <w:rFonts w:ascii="Times New Roman" w:hAnsi="Times New Roman" w:cs="Times New Roman"/>
          <w:b/>
          <w:bCs/>
          <w:color w:val="auto"/>
        </w:rPr>
      </w:pP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Общие сведения о языке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Богатство и выразительность русского языка.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Лингвистика как наука о языке.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Основные разделы лингвистики.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Язык и речь</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Язык и речь.</w:t>
      </w:r>
      <w:r w:rsidRPr="00592328">
        <w:rPr>
          <w:rFonts w:ascii="Times New Roman" w:hAnsi="Times New Roman" w:cs="Times New Roman"/>
          <w:b/>
          <w:bCs/>
          <w:color w:val="auto"/>
        </w:rPr>
        <w:t> </w:t>
      </w:r>
      <w:r w:rsidRPr="00592328">
        <w:rPr>
          <w:rFonts w:ascii="Times New Roman" w:hAnsi="Times New Roman" w:cs="Times New Roman"/>
          <w:color w:val="auto"/>
        </w:rPr>
        <w:t>Речь устная и письменная, монологическая и диалогическая, полилог.</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речевой деятельности (говорение, слушание, чтение, письмо), их особенности.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Устный пересказ прочитанного или прослушанного текста, в том числе с изменением лица рассказчика.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Участие в диалоге на лингвистические темы (в рамках изученного) и темы на основе жизненных наблюдений.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Речевые формулы приветствия, прощания, просьбы, благодарности.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Сочинения различных видов с опорой на жизненный и читательский опыт, сюжетную картину (в том числе сочинения-миниатюры).</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аудирования: выборочное, ознакомительное, детальное.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чтения: изучающее, ознакомительное, просмотровое, поисковое.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Текст</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Текст и его основные признаки. Тема и главная мысль текста. Микротема текста. Ключевые слова.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Функционально-смысловые типы речи: описание, повествование, рассуждение; их особенности.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Композиционная структура текста. Абзац как средство членения текста на композиционно-смысловые части.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Средства связи предложений и частей текста: формы слова, однокоренные слова, синонимы, антонимы, личные местоимения, повтор слова.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Повествование как тип речи. Рассказ.</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Информационная переработка текста: простой и сложный план текста.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F44E79" w:rsidRPr="00592328" w:rsidRDefault="00F44E79" w:rsidP="00592328">
      <w:pPr>
        <w:widowControl/>
        <w:shd w:val="clear" w:color="auto" w:fill="FFFFFF"/>
        <w:jc w:val="both"/>
        <w:rPr>
          <w:rFonts w:ascii="Times New Roman" w:hAnsi="Times New Roman" w:cs="Times New Roman"/>
          <w:color w:val="auto"/>
        </w:rPr>
      </w:pP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СИСТЕМА ЯЗЫКА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Фонетика. Графика. Орфоэпия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Фонетика и графика как разделы лингвистики.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Звук как единица языка. Смыслоразличительная роль звука.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Система гласных звуков.</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Система согласных звуков.</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Изменение звуков в речевом потоке. Элементы фонетической транскрипции.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Слог. Ударение. Свойства русского ударения.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Соотношение звуков и букв.</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Фонетический анализ слова.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Способы обозначения [й’], мягкости согласных.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Основные выразительные средства фонетики.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Прописные и строчные буквы.</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Интонация, её функции. Основные элементы интонации.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Орфография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Орфография как раздел лингвистики.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Понятие «орфограмма». Буквенные и небуквенные орфограммы.</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разделительных </w:t>
      </w:r>
      <w:r w:rsidRPr="00592328">
        <w:rPr>
          <w:rFonts w:ascii="Times New Roman" w:hAnsi="Times New Roman" w:cs="Times New Roman"/>
          <w:b/>
          <w:bCs/>
          <w:i/>
          <w:iCs/>
          <w:color w:val="auto"/>
        </w:rPr>
        <w:t>ъ</w:t>
      </w:r>
      <w:r w:rsidRPr="00592328">
        <w:rPr>
          <w:rFonts w:ascii="Times New Roman" w:hAnsi="Times New Roman" w:cs="Times New Roman"/>
          <w:color w:val="auto"/>
        </w:rPr>
        <w:t> и </w:t>
      </w:r>
      <w:r w:rsidRPr="00592328">
        <w:rPr>
          <w:rFonts w:ascii="Times New Roman" w:hAnsi="Times New Roman" w:cs="Times New Roman"/>
          <w:b/>
          <w:bCs/>
          <w:i/>
          <w:iCs/>
          <w:color w:val="auto"/>
        </w:rPr>
        <w:t>ь</w:t>
      </w:r>
      <w:r w:rsidRPr="00592328">
        <w:rPr>
          <w:rFonts w:ascii="Times New Roman" w:hAnsi="Times New Roman" w:cs="Times New Roman"/>
          <w:color w:val="auto"/>
        </w:rPr>
        <w:t>.</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Лексикология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Лексикология как раздел лингвистики.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Синонимы. Антонимы. Омонимы. Паронимы.</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Лексический анализ слов (в рамках изученного).</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Морфемика. Орфография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Морфемика как раздел лингвистики.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Морфема как минимальная значимая единица языка. Основа слова. Виды морфем (корень, приставка, суффикс, окончание).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Чередование звуков в морфемах (в том числе чередование гласных с нулём звука).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Морфемный анализ слов.</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Уместное использование слов с суффиксами оценки в собственной речи.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корней с безударными проверяемыми, непроверяемыми гласными (в рамках изученного).</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 xml:space="preserve">Правописание корней с проверяемыми, непроверяемыми, </w:t>
      </w:r>
      <w:r w:rsidRPr="00592328">
        <w:rPr>
          <w:rFonts w:ascii="Times New Roman" w:hAnsi="Times New Roman" w:cs="Times New Roman"/>
          <w:color w:val="auto"/>
        </w:rPr>
        <w:softHyphen/>
        <w:t>непроизносимыми согласными (в рамках изученного).</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неизменяемых на письме приставок и приставок на </w:t>
      </w:r>
      <w:r w:rsidRPr="00592328">
        <w:rPr>
          <w:rFonts w:ascii="Times New Roman" w:hAnsi="Times New Roman" w:cs="Times New Roman"/>
          <w:b/>
          <w:bCs/>
          <w:i/>
          <w:iCs/>
          <w:color w:val="auto"/>
        </w:rPr>
        <w:t>-з</w:t>
      </w:r>
      <w:r w:rsidRPr="00592328">
        <w:rPr>
          <w:rFonts w:ascii="Times New Roman" w:hAnsi="Times New Roman" w:cs="Times New Roman"/>
          <w:color w:val="auto"/>
        </w:rPr>
        <w:t> (-</w:t>
      </w:r>
      <w:r w:rsidRPr="00592328">
        <w:rPr>
          <w:rFonts w:ascii="Times New Roman" w:hAnsi="Times New Roman" w:cs="Times New Roman"/>
          <w:b/>
          <w:bCs/>
          <w:i/>
          <w:iCs/>
          <w:color w:val="auto"/>
        </w:rPr>
        <w:t>с</w:t>
      </w:r>
      <w:r w:rsidRPr="00592328">
        <w:rPr>
          <w:rFonts w:ascii="Times New Roman" w:hAnsi="Times New Roman" w:cs="Times New Roman"/>
          <w:color w:val="auto"/>
        </w:rPr>
        <w:t>).     Правописание корней с чередованием </w:t>
      </w:r>
      <w:r w:rsidRPr="00592328">
        <w:rPr>
          <w:rFonts w:ascii="Times New Roman" w:hAnsi="Times New Roman" w:cs="Times New Roman"/>
          <w:b/>
          <w:bCs/>
          <w:i/>
          <w:iCs/>
          <w:color w:val="auto"/>
        </w:rPr>
        <w:t>а</w:t>
      </w:r>
      <w:r w:rsidRPr="00592328">
        <w:rPr>
          <w:rFonts w:ascii="Times New Roman" w:hAnsi="Times New Roman" w:cs="Times New Roman"/>
          <w:color w:val="auto"/>
        </w:rPr>
        <w:t> // </w:t>
      </w:r>
      <w:r w:rsidRPr="00592328">
        <w:rPr>
          <w:rFonts w:ascii="Times New Roman" w:hAnsi="Times New Roman" w:cs="Times New Roman"/>
          <w:b/>
          <w:bCs/>
          <w:i/>
          <w:iCs/>
          <w:color w:val="auto"/>
        </w:rPr>
        <w:t>о</w:t>
      </w:r>
      <w:r w:rsidRPr="00592328">
        <w:rPr>
          <w:rFonts w:ascii="Times New Roman" w:hAnsi="Times New Roman" w:cs="Times New Roman"/>
          <w:color w:val="auto"/>
        </w:rPr>
        <w:t>: -</w:t>
      </w:r>
      <w:r w:rsidRPr="00592328">
        <w:rPr>
          <w:rFonts w:ascii="Times New Roman" w:hAnsi="Times New Roman" w:cs="Times New Roman"/>
          <w:b/>
          <w:bCs/>
          <w:i/>
          <w:iCs/>
          <w:color w:val="auto"/>
        </w:rPr>
        <w:t>лаг</w:t>
      </w:r>
      <w:r w:rsidRPr="00592328">
        <w:rPr>
          <w:rFonts w:ascii="Times New Roman" w:hAnsi="Times New Roman" w:cs="Times New Roman"/>
          <w:color w:val="auto"/>
        </w:rPr>
        <w:t>- — -</w:t>
      </w:r>
      <w:r w:rsidRPr="00592328">
        <w:rPr>
          <w:rFonts w:ascii="Times New Roman" w:hAnsi="Times New Roman" w:cs="Times New Roman"/>
          <w:b/>
          <w:bCs/>
          <w:i/>
          <w:iCs/>
          <w:color w:val="auto"/>
        </w:rPr>
        <w:t>лож</w:t>
      </w:r>
      <w:r w:rsidRPr="00592328">
        <w:rPr>
          <w:rFonts w:ascii="Times New Roman" w:hAnsi="Times New Roman" w:cs="Times New Roman"/>
          <w:color w:val="auto"/>
        </w:rPr>
        <w:t>-; -</w:t>
      </w:r>
      <w:r w:rsidRPr="00592328">
        <w:rPr>
          <w:rFonts w:ascii="Times New Roman" w:hAnsi="Times New Roman" w:cs="Times New Roman"/>
          <w:b/>
          <w:bCs/>
          <w:i/>
          <w:iCs/>
          <w:color w:val="auto"/>
        </w:rPr>
        <w:t>раст</w:t>
      </w:r>
      <w:r w:rsidRPr="00592328">
        <w:rPr>
          <w:rFonts w:ascii="Times New Roman" w:hAnsi="Times New Roman" w:cs="Times New Roman"/>
          <w:color w:val="auto"/>
        </w:rPr>
        <w:t>- — -</w:t>
      </w:r>
      <w:r w:rsidRPr="00592328">
        <w:rPr>
          <w:rFonts w:ascii="Times New Roman" w:hAnsi="Times New Roman" w:cs="Times New Roman"/>
          <w:b/>
          <w:bCs/>
          <w:i/>
          <w:iCs/>
          <w:color w:val="auto"/>
        </w:rPr>
        <w:t>ращ</w:t>
      </w:r>
      <w:r w:rsidRPr="00592328">
        <w:rPr>
          <w:rFonts w:ascii="Times New Roman" w:hAnsi="Times New Roman" w:cs="Times New Roman"/>
          <w:color w:val="auto"/>
        </w:rPr>
        <w:t>- — -</w:t>
      </w:r>
      <w:r w:rsidRPr="00592328">
        <w:rPr>
          <w:rFonts w:ascii="Times New Roman" w:hAnsi="Times New Roman" w:cs="Times New Roman"/>
          <w:b/>
          <w:bCs/>
          <w:i/>
          <w:iCs/>
          <w:color w:val="auto"/>
        </w:rPr>
        <w:t>рос</w:t>
      </w:r>
      <w:r w:rsidRPr="00592328">
        <w:rPr>
          <w:rFonts w:ascii="Times New Roman" w:hAnsi="Times New Roman" w:cs="Times New Roman"/>
          <w:color w:val="auto"/>
        </w:rPr>
        <w:t xml:space="preserve"> </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w:t>
      </w:r>
      <w:r w:rsidRPr="00592328">
        <w:rPr>
          <w:rFonts w:ascii="Times New Roman" w:hAnsi="Times New Roman" w:cs="Times New Roman"/>
          <w:b/>
          <w:bCs/>
          <w:i/>
          <w:iCs/>
          <w:color w:val="auto"/>
        </w:rPr>
        <w:t>ё</w:t>
      </w:r>
      <w:r w:rsidRPr="00592328">
        <w:rPr>
          <w:rFonts w:ascii="Times New Roman" w:hAnsi="Times New Roman" w:cs="Times New Roman"/>
          <w:color w:val="auto"/>
        </w:rPr>
        <w:t> — </w:t>
      </w:r>
      <w:r w:rsidRPr="00592328">
        <w:rPr>
          <w:rFonts w:ascii="Times New Roman" w:hAnsi="Times New Roman" w:cs="Times New Roman"/>
          <w:b/>
          <w:bCs/>
          <w:i/>
          <w:iCs/>
          <w:color w:val="auto"/>
        </w:rPr>
        <w:t>о</w:t>
      </w:r>
      <w:r w:rsidRPr="00592328">
        <w:rPr>
          <w:rFonts w:ascii="Times New Roman" w:hAnsi="Times New Roman" w:cs="Times New Roman"/>
          <w:color w:val="auto"/>
        </w:rPr>
        <w:t> после шипящих в корне слова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 xml:space="preserve">   Правописание </w:t>
      </w:r>
      <w:r w:rsidRPr="00592328">
        <w:rPr>
          <w:rFonts w:ascii="Times New Roman" w:hAnsi="Times New Roman" w:cs="Times New Roman"/>
          <w:b/>
          <w:bCs/>
          <w:i/>
          <w:iCs/>
          <w:color w:val="auto"/>
        </w:rPr>
        <w:t>ы</w:t>
      </w:r>
      <w:r w:rsidRPr="00592328">
        <w:rPr>
          <w:rFonts w:ascii="Times New Roman" w:hAnsi="Times New Roman" w:cs="Times New Roman"/>
          <w:color w:val="auto"/>
        </w:rPr>
        <w:t> — </w:t>
      </w:r>
      <w:r w:rsidRPr="00592328">
        <w:rPr>
          <w:rFonts w:ascii="Times New Roman" w:hAnsi="Times New Roman" w:cs="Times New Roman"/>
          <w:b/>
          <w:bCs/>
          <w:i/>
          <w:iCs/>
          <w:color w:val="auto"/>
        </w:rPr>
        <w:t>и</w:t>
      </w:r>
      <w:r w:rsidRPr="00592328">
        <w:rPr>
          <w:rFonts w:ascii="Times New Roman" w:hAnsi="Times New Roman" w:cs="Times New Roman"/>
          <w:color w:val="auto"/>
        </w:rPr>
        <w:t> после </w:t>
      </w:r>
      <w:r w:rsidRPr="00592328">
        <w:rPr>
          <w:rFonts w:ascii="Times New Roman" w:hAnsi="Times New Roman" w:cs="Times New Roman"/>
          <w:b/>
          <w:bCs/>
          <w:i/>
          <w:iCs/>
          <w:color w:val="auto"/>
        </w:rPr>
        <w:t>ц</w:t>
      </w:r>
      <w:r w:rsidRPr="00592328">
        <w:rPr>
          <w:rFonts w:ascii="Times New Roman" w:hAnsi="Times New Roman" w:cs="Times New Roman"/>
          <w:color w:val="auto"/>
        </w:rPr>
        <w:t>.</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Морфология. Культура речи. Орфография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Морфология как раздел грамматики. Грамматическое значение слова.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Части речи как лексико-грамматические разряды слов. Система частей речи в русском языке. Самостоятельные и служебные части речи.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Имя существительное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Род, число, падеж имени существительного.</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Имена существительные общего рода.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Имена существительные, имеющие форму только единственного или только множественного числа.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Типы склонения имён существительных. Морфологический анализ имён существительных.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Нормы произношения, нормы постановки ударения, нормы словоизменения имён существительных.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собственных имён существительных.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w:t>
      </w:r>
      <w:r w:rsidRPr="00592328">
        <w:rPr>
          <w:rFonts w:ascii="Times New Roman" w:hAnsi="Times New Roman" w:cs="Times New Roman"/>
          <w:b/>
          <w:bCs/>
          <w:i/>
          <w:iCs/>
          <w:color w:val="auto"/>
        </w:rPr>
        <w:t>ь</w:t>
      </w:r>
      <w:r w:rsidRPr="00592328">
        <w:rPr>
          <w:rFonts w:ascii="Times New Roman" w:hAnsi="Times New Roman" w:cs="Times New Roman"/>
          <w:color w:val="auto"/>
        </w:rPr>
        <w:t> на конце имён существительных после шипящих.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безударных окончаний имён существительных.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w:t>
      </w:r>
      <w:r w:rsidRPr="00592328">
        <w:rPr>
          <w:rFonts w:ascii="Times New Roman" w:hAnsi="Times New Roman" w:cs="Times New Roman"/>
          <w:b/>
          <w:bCs/>
          <w:i/>
          <w:iCs/>
          <w:color w:val="auto"/>
        </w:rPr>
        <w:t>о</w:t>
      </w:r>
      <w:r w:rsidRPr="00592328">
        <w:rPr>
          <w:rFonts w:ascii="Times New Roman" w:hAnsi="Times New Roman" w:cs="Times New Roman"/>
          <w:color w:val="auto"/>
        </w:rPr>
        <w:t> — </w:t>
      </w:r>
      <w:r w:rsidRPr="00592328">
        <w:rPr>
          <w:rFonts w:ascii="Times New Roman" w:hAnsi="Times New Roman" w:cs="Times New Roman"/>
          <w:b/>
          <w:bCs/>
          <w:i/>
          <w:iCs/>
          <w:color w:val="auto"/>
        </w:rPr>
        <w:t>е</w:t>
      </w:r>
      <w:r w:rsidRPr="00592328">
        <w:rPr>
          <w:rFonts w:ascii="Times New Roman" w:hAnsi="Times New Roman" w:cs="Times New Roman"/>
          <w:color w:val="auto"/>
        </w:rPr>
        <w:t> (</w:t>
      </w:r>
      <w:r w:rsidRPr="00592328">
        <w:rPr>
          <w:rFonts w:ascii="Times New Roman" w:hAnsi="Times New Roman" w:cs="Times New Roman"/>
          <w:b/>
          <w:bCs/>
          <w:i/>
          <w:iCs/>
          <w:color w:val="auto"/>
        </w:rPr>
        <w:t>ё</w:t>
      </w:r>
      <w:r w:rsidRPr="00592328">
        <w:rPr>
          <w:rFonts w:ascii="Times New Roman" w:hAnsi="Times New Roman" w:cs="Times New Roman"/>
          <w:color w:val="auto"/>
        </w:rPr>
        <w:t>) после шипящих и </w:t>
      </w:r>
      <w:r w:rsidRPr="00592328">
        <w:rPr>
          <w:rFonts w:ascii="Times New Roman" w:hAnsi="Times New Roman" w:cs="Times New Roman"/>
          <w:b/>
          <w:bCs/>
          <w:i/>
          <w:iCs/>
          <w:color w:val="auto"/>
        </w:rPr>
        <w:t>ц</w:t>
      </w:r>
      <w:r w:rsidRPr="00592328">
        <w:rPr>
          <w:rFonts w:ascii="Times New Roman" w:hAnsi="Times New Roman" w:cs="Times New Roman"/>
          <w:color w:val="auto"/>
        </w:rPr>
        <w:t> в суффиксах и окончаниях имён существительных.</w:t>
      </w:r>
    </w:p>
    <w:p w:rsidR="00F44E79" w:rsidRPr="00592328" w:rsidRDefault="00F44E79" w:rsidP="00592328">
      <w:pPr>
        <w:widowControl/>
        <w:shd w:val="clear" w:color="auto" w:fill="FFFFFF"/>
        <w:jc w:val="both"/>
        <w:rPr>
          <w:rFonts w:ascii="Times New Roman" w:hAnsi="Times New Roman" w:cs="Times New Roman"/>
          <w:color w:val="auto"/>
        </w:rPr>
      </w:pP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Имя прилагательное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Имена прилагательные полные и краткие, их синтаксические функции.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Склонение имён прилагательных. </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Морфологический анализ имён прилагательных.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Нормы словоизменения, произношения имён прилагательных, постановки ударения (в рамках изученного).</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безударных окончаний имён прилагательных.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w:t>
      </w:r>
      <w:r w:rsidRPr="00592328">
        <w:rPr>
          <w:rFonts w:ascii="Times New Roman" w:hAnsi="Times New Roman" w:cs="Times New Roman"/>
          <w:b/>
          <w:bCs/>
          <w:i/>
          <w:iCs/>
          <w:color w:val="auto"/>
        </w:rPr>
        <w:t>о</w:t>
      </w:r>
      <w:r w:rsidRPr="00592328">
        <w:rPr>
          <w:rFonts w:ascii="Times New Roman" w:hAnsi="Times New Roman" w:cs="Times New Roman"/>
          <w:color w:val="auto"/>
        </w:rPr>
        <w:t> — </w:t>
      </w:r>
      <w:r w:rsidRPr="00592328">
        <w:rPr>
          <w:rFonts w:ascii="Times New Roman" w:hAnsi="Times New Roman" w:cs="Times New Roman"/>
          <w:b/>
          <w:bCs/>
          <w:i/>
          <w:iCs/>
          <w:color w:val="auto"/>
        </w:rPr>
        <w:t>е</w:t>
      </w:r>
      <w:r w:rsidRPr="00592328">
        <w:rPr>
          <w:rFonts w:ascii="Times New Roman" w:hAnsi="Times New Roman" w:cs="Times New Roman"/>
          <w:color w:val="auto"/>
        </w:rPr>
        <w:t> после шипящих и </w:t>
      </w:r>
      <w:r w:rsidRPr="00592328">
        <w:rPr>
          <w:rFonts w:ascii="Times New Roman" w:hAnsi="Times New Roman" w:cs="Times New Roman"/>
          <w:b/>
          <w:bCs/>
          <w:i/>
          <w:iCs/>
          <w:color w:val="auto"/>
        </w:rPr>
        <w:t>ц</w:t>
      </w:r>
      <w:r w:rsidRPr="00592328">
        <w:rPr>
          <w:rFonts w:ascii="Times New Roman" w:hAnsi="Times New Roman" w:cs="Times New Roman"/>
          <w:color w:val="auto"/>
        </w:rPr>
        <w:t> в суффиксах и окончаниях имён прилагательных.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кратких форм имён прилагательных с основой на шипящий.</w:t>
      </w:r>
    </w:p>
    <w:p w:rsidR="00F44E79" w:rsidRPr="00592328" w:rsidRDefault="00F44E79" w:rsidP="00592328">
      <w:pPr>
        <w:widowControl/>
        <w:shd w:val="clear" w:color="auto" w:fill="FFFFFF"/>
        <w:jc w:val="both"/>
        <w:rPr>
          <w:rFonts w:ascii="Times New Roman" w:hAnsi="Times New Roman" w:cs="Times New Roman"/>
          <w:color w:val="auto"/>
        </w:rPr>
      </w:pP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Глагол</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Глаголы совершенного и несовершенного вида, возвратные и невозвратные. Время глагола: настоящее, будущее, прошедшее.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Инфинитив и его грамматические свойства. Основа инфинитива, основа настоящего (будущего простого) времени глагола.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Спряжение глагола.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Нормы словоизменения глаголов, постановки ударения в глагольных формах (в рамках изученного).</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корней с чередованием </w:t>
      </w:r>
      <w:r w:rsidRPr="00592328">
        <w:rPr>
          <w:rFonts w:ascii="Times New Roman" w:hAnsi="Times New Roman" w:cs="Times New Roman"/>
          <w:b/>
          <w:bCs/>
          <w:i/>
          <w:iCs/>
          <w:color w:val="auto"/>
        </w:rPr>
        <w:t>е</w:t>
      </w:r>
      <w:r w:rsidRPr="00592328">
        <w:rPr>
          <w:rFonts w:ascii="Times New Roman" w:hAnsi="Times New Roman" w:cs="Times New Roman"/>
          <w:color w:val="auto"/>
        </w:rPr>
        <w:t> // </w:t>
      </w:r>
      <w:r w:rsidRPr="00592328">
        <w:rPr>
          <w:rFonts w:ascii="Times New Roman" w:hAnsi="Times New Roman" w:cs="Times New Roman"/>
          <w:b/>
          <w:bCs/>
          <w:i/>
          <w:iCs/>
          <w:color w:val="auto"/>
        </w:rPr>
        <w:t>и</w:t>
      </w:r>
      <w:r w:rsidRPr="00592328">
        <w:rPr>
          <w:rFonts w:ascii="Times New Roman" w:hAnsi="Times New Roman" w:cs="Times New Roman"/>
          <w:b/>
          <w:bCs/>
          <w:color w:val="auto"/>
        </w:rPr>
        <w:t>:</w:t>
      </w:r>
      <w:r w:rsidRPr="00592328">
        <w:rPr>
          <w:rFonts w:ascii="Times New Roman" w:hAnsi="Times New Roman" w:cs="Times New Roman"/>
          <w:color w:val="auto"/>
        </w:rPr>
        <w:t> -</w:t>
      </w:r>
      <w:r w:rsidRPr="00592328">
        <w:rPr>
          <w:rFonts w:ascii="Times New Roman" w:hAnsi="Times New Roman" w:cs="Times New Roman"/>
          <w:b/>
          <w:bCs/>
          <w:i/>
          <w:iCs/>
          <w:color w:val="auto"/>
        </w:rPr>
        <w:t>бер</w:t>
      </w:r>
      <w:r w:rsidRPr="00592328">
        <w:rPr>
          <w:rFonts w:ascii="Times New Roman" w:hAnsi="Times New Roman" w:cs="Times New Roman"/>
          <w:color w:val="auto"/>
        </w:rPr>
        <w:t>- — -</w:t>
      </w:r>
      <w:r w:rsidRPr="00592328">
        <w:rPr>
          <w:rFonts w:ascii="Times New Roman" w:hAnsi="Times New Roman" w:cs="Times New Roman"/>
          <w:b/>
          <w:bCs/>
          <w:i/>
          <w:iCs/>
          <w:color w:val="auto"/>
        </w:rPr>
        <w:t>бир</w:t>
      </w:r>
      <w:r w:rsidRPr="00592328">
        <w:rPr>
          <w:rFonts w:ascii="Times New Roman" w:hAnsi="Times New Roman" w:cs="Times New Roman"/>
          <w:color w:val="auto"/>
        </w:rPr>
        <w:t>-, -</w:t>
      </w:r>
      <w:r w:rsidRPr="00592328">
        <w:rPr>
          <w:rFonts w:ascii="Times New Roman" w:hAnsi="Times New Roman" w:cs="Times New Roman"/>
          <w:b/>
          <w:bCs/>
          <w:i/>
          <w:iCs/>
          <w:color w:val="auto"/>
        </w:rPr>
        <w:t>блест</w:t>
      </w:r>
      <w:r w:rsidRPr="00592328">
        <w:rPr>
          <w:rFonts w:ascii="Times New Roman" w:hAnsi="Times New Roman" w:cs="Times New Roman"/>
          <w:color w:val="auto"/>
        </w:rPr>
        <w:t>- — -</w:t>
      </w:r>
      <w:r w:rsidRPr="00592328">
        <w:rPr>
          <w:rFonts w:ascii="Times New Roman" w:hAnsi="Times New Roman" w:cs="Times New Roman"/>
          <w:b/>
          <w:bCs/>
          <w:i/>
          <w:iCs/>
          <w:color w:val="auto"/>
        </w:rPr>
        <w:t>блист</w:t>
      </w:r>
      <w:r w:rsidRPr="00592328">
        <w:rPr>
          <w:rFonts w:ascii="Times New Roman" w:hAnsi="Times New Roman" w:cs="Times New Roman"/>
          <w:color w:val="auto"/>
        </w:rPr>
        <w:t>-, -</w:t>
      </w:r>
      <w:r w:rsidRPr="00592328">
        <w:rPr>
          <w:rFonts w:ascii="Times New Roman" w:hAnsi="Times New Roman" w:cs="Times New Roman"/>
          <w:b/>
          <w:bCs/>
          <w:i/>
          <w:iCs/>
          <w:color w:val="auto"/>
        </w:rPr>
        <w:t>дер</w:t>
      </w:r>
      <w:r w:rsidRPr="00592328">
        <w:rPr>
          <w:rFonts w:ascii="Times New Roman" w:hAnsi="Times New Roman" w:cs="Times New Roman"/>
          <w:color w:val="auto"/>
        </w:rPr>
        <w:t>- — -</w:t>
      </w:r>
      <w:r w:rsidRPr="00592328">
        <w:rPr>
          <w:rFonts w:ascii="Times New Roman" w:hAnsi="Times New Roman" w:cs="Times New Roman"/>
          <w:b/>
          <w:bCs/>
          <w:i/>
          <w:iCs/>
          <w:color w:val="auto"/>
        </w:rPr>
        <w:t>дир</w:t>
      </w:r>
      <w:r w:rsidRPr="00592328">
        <w:rPr>
          <w:rFonts w:ascii="Times New Roman" w:hAnsi="Times New Roman" w:cs="Times New Roman"/>
          <w:color w:val="auto"/>
        </w:rPr>
        <w:t>-, -</w:t>
      </w:r>
      <w:r w:rsidRPr="00592328">
        <w:rPr>
          <w:rFonts w:ascii="Times New Roman" w:hAnsi="Times New Roman" w:cs="Times New Roman"/>
          <w:b/>
          <w:bCs/>
          <w:i/>
          <w:iCs/>
          <w:color w:val="auto"/>
        </w:rPr>
        <w:t>жег</w:t>
      </w:r>
      <w:r w:rsidRPr="00592328">
        <w:rPr>
          <w:rFonts w:ascii="Times New Roman" w:hAnsi="Times New Roman" w:cs="Times New Roman"/>
          <w:color w:val="auto"/>
        </w:rPr>
        <w:t>- — -</w:t>
      </w:r>
      <w:r w:rsidRPr="00592328">
        <w:rPr>
          <w:rFonts w:ascii="Times New Roman" w:hAnsi="Times New Roman" w:cs="Times New Roman"/>
          <w:b/>
          <w:bCs/>
          <w:i/>
          <w:iCs/>
          <w:color w:val="auto"/>
        </w:rPr>
        <w:t>жиг</w:t>
      </w:r>
      <w:r w:rsidRPr="00592328">
        <w:rPr>
          <w:rFonts w:ascii="Times New Roman" w:hAnsi="Times New Roman" w:cs="Times New Roman"/>
          <w:color w:val="auto"/>
        </w:rPr>
        <w:t>-, -</w:t>
      </w:r>
      <w:r w:rsidRPr="00592328">
        <w:rPr>
          <w:rFonts w:ascii="Times New Roman" w:hAnsi="Times New Roman" w:cs="Times New Roman"/>
          <w:b/>
          <w:bCs/>
          <w:i/>
          <w:iCs/>
          <w:color w:val="auto"/>
        </w:rPr>
        <w:t>мер</w:t>
      </w:r>
      <w:r w:rsidRPr="00592328">
        <w:rPr>
          <w:rFonts w:ascii="Times New Roman" w:hAnsi="Times New Roman" w:cs="Times New Roman"/>
          <w:color w:val="auto"/>
        </w:rPr>
        <w:t>- — -</w:t>
      </w:r>
      <w:r w:rsidRPr="00592328">
        <w:rPr>
          <w:rFonts w:ascii="Times New Roman" w:hAnsi="Times New Roman" w:cs="Times New Roman"/>
          <w:b/>
          <w:bCs/>
          <w:i/>
          <w:iCs/>
          <w:color w:val="auto"/>
        </w:rPr>
        <w:t>мир</w:t>
      </w:r>
      <w:r w:rsidRPr="00592328">
        <w:rPr>
          <w:rFonts w:ascii="Times New Roman" w:hAnsi="Times New Roman" w:cs="Times New Roman"/>
          <w:color w:val="auto"/>
        </w:rPr>
        <w:t>-, -</w:t>
      </w:r>
      <w:r w:rsidRPr="00592328">
        <w:rPr>
          <w:rFonts w:ascii="Times New Roman" w:hAnsi="Times New Roman" w:cs="Times New Roman"/>
          <w:b/>
          <w:bCs/>
          <w:i/>
          <w:iCs/>
          <w:color w:val="auto"/>
        </w:rPr>
        <w:t>пер</w:t>
      </w:r>
      <w:r w:rsidRPr="00592328">
        <w:rPr>
          <w:rFonts w:ascii="Times New Roman" w:hAnsi="Times New Roman" w:cs="Times New Roman"/>
          <w:color w:val="auto"/>
        </w:rPr>
        <w:t>- — -</w:t>
      </w:r>
      <w:r w:rsidRPr="00592328">
        <w:rPr>
          <w:rFonts w:ascii="Times New Roman" w:hAnsi="Times New Roman" w:cs="Times New Roman"/>
          <w:b/>
          <w:bCs/>
          <w:i/>
          <w:iCs/>
          <w:color w:val="auto"/>
        </w:rPr>
        <w:t>пир</w:t>
      </w:r>
      <w:r w:rsidRPr="00592328">
        <w:rPr>
          <w:rFonts w:ascii="Times New Roman" w:hAnsi="Times New Roman" w:cs="Times New Roman"/>
          <w:color w:val="auto"/>
        </w:rPr>
        <w:t>-, -</w:t>
      </w:r>
      <w:r w:rsidRPr="00592328">
        <w:rPr>
          <w:rFonts w:ascii="Times New Roman" w:hAnsi="Times New Roman" w:cs="Times New Roman"/>
          <w:b/>
          <w:bCs/>
          <w:i/>
          <w:iCs/>
          <w:color w:val="auto"/>
        </w:rPr>
        <w:t>стел</w:t>
      </w:r>
      <w:r w:rsidRPr="00592328">
        <w:rPr>
          <w:rFonts w:ascii="Times New Roman" w:hAnsi="Times New Roman" w:cs="Times New Roman"/>
          <w:color w:val="auto"/>
        </w:rPr>
        <w:t>- — -</w:t>
      </w:r>
      <w:r w:rsidRPr="00592328">
        <w:rPr>
          <w:rFonts w:ascii="Times New Roman" w:hAnsi="Times New Roman" w:cs="Times New Roman"/>
          <w:b/>
          <w:bCs/>
          <w:i/>
          <w:iCs/>
          <w:color w:val="auto"/>
        </w:rPr>
        <w:t>стил</w:t>
      </w:r>
      <w:r w:rsidRPr="00592328">
        <w:rPr>
          <w:rFonts w:ascii="Times New Roman" w:hAnsi="Times New Roman" w:cs="Times New Roman"/>
          <w:color w:val="auto"/>
        </w:rPr>
        <w:t>-, -</w:t>
      </w:r>
      <w:r w:rsidRPr="00592328">
        <w:rPr>
          <w:rFonts w:ascii="Times New Roman" w:hAnsi="Times New Roman" w:cs="Times New Roman"/>
          <w:b/>
          <w:bCs/>
          <w:i/>
          <w:iCs/>
          <w:color w:val="auto"/>
        </w:rPr>
        <w:t>тер</w:t>
      </w:r>
      <w:r w:rsidRPr="00592328">
        <w:rPr>
          <w:rFonts w:ascii="Times New Roman" w:hAnsi="Times New Roman" w:cs="Times New Roman"/>
          <w:color w:val="auto"/>
        </w:rPr>
        <w:t>- — -</w:t>
      </w:r>
      <w:r w:rsidRPr="00592328">
        <w:rPr>
          <w:rFonts w:ascii="Times New Roman" w:hAnsi="Times New Roman" w:cs="Times New Roman"/>
          <w:b/>
          <w:bCs/>
          <w:i/>
          <w:iCs/>
          <w:color w:val="auto"/>
        </w:rPr>
        <w:t>тир</w:t>
      </w:r>
      <w:r w:rsidRPr="00592328">
        <w:rPr>
          <w:rFonts w:ascii="Times New Roman" w:hAnsi="Times New Roman" w:cs="Times New Roman"/>
          <w:color w:val="auto"/>
        </w:rPr>
        <w:t>-.</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Использование </w:t>
      </w:r>
      <w:r w:rsidRPr="00592328">
        <w:rPr>
          <w:rFonts w:ascii="Times New Roman" w:hAnsi="Times New Roman" w:cs="Times New Roman"/>
          <w:b/>
          <w:bCs/>
          <w:i/>
          <w:iCs/>
          <w:color w:val="auto"/>
        </w:rPr>
        <w:t>ь</w:t>
      </w:r>
      <w:r w:rsidRPr="00592328">
        <w:rPr>
          <w:rFonts w:ascii="Times New Roman" w:hAnsi="Times New Roman" w:cs="Times New Roman"/>
          <w:color w:val="auto"/>
        </w:rPr>
        <w:t> как показателя грамматической формы в инфинитиве, в форме 2-го лица единственного числа после шипящих.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w:t>
      </w:r>
      <w:r w:rsidRPr="00592328">
        <w:rPr>
          <w:rFonts w:ascii="Times New Roman" w:hAnsi="Times New Roman" w:cs="Times New Roman"/>
          <w:b/>
          <w:bCs/>
          <w:i/>
          <w:iCs/>
          <w:color w:val="auto"/>
        </w:rPr>
        <w:t>-тся</w:t>
      </w:r>
      <w:r w:rsidRPr="00592328">
        <w:rPr>
          <w:rFonts w:ascii="Times New Roman" w:hAnsi="Times New Roman" w:cs="Times New Roman"/>
          <w:color w:val="auto"/>
        </w:rPr>
        <w:t> и </w:t>
      </w:r>
      <w:r w:rsidRPr="00592328">
        <w:rPr>
          <w:rFonts w:ascii="Times New Roman" w:hAnsi="Times New Roman" w:cs="Times New Roman"/>
          <w:b/>
          <w:bCs/>
          <w:i/>
          <w:iCs/>
          <w:color w:val="auto"/>
        </w:rPr>
        <w:t>-ться</w:t>
      </w:r>
      <w:r w:rsidRPr="00592328">
        <w:rPr>
          <w:rFonts w:ascii="Times New Roman" w:hAnsi="Times New Roman" w:cs="Times New Roman"/>
          <w:color w:val="auto"/>
        </w:rPr>
        <w:t> в глаголах.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безударных личных окончаний глагола.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Правописание гласной перед суффиксом </w:t>
      </w:r>
      <w:r w:rsidRPr="00592328">
        <w:rPr>
          <w:rFonts w:ascii="Times New Roman" w:hAnsi="Times New Roman" w:cs="Times New Roman"/>
          <w:b/>
          <w:bCs/>
          <w:i/>
          <w:iCs/>
          <w:color w:val="auto"/>
        </w:rPr>
        <w:t>-л-</w:t>
      </w:r>
      <w:r w:rsidRPr="00592328">
        <w:rPr>
          <w:rFonts w:ascii="Times New Roman" w:hAnsi="Times New Roman" w:cs="Times New Roman"/>
          <w:color w:val="auto"/>
        </w:rPr>
        <w:t> в формах прошедшего времени глагола.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Синтаксис. Культура речи. Пунктуация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Синтаксис как раздел грамматики. Словосочетание и предложение как единицы синтаксиса.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Синтаксический анализ словосочетания.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Тире между подлежащим и сказуемым.</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92328">
        <w:rPr>
          <w:rFonts w:ascii="Times New Roman" w:hAnsi="Times New Roman" w:cs="Times New Roman"/>
          <w:b/>
          <w:bCs/>
          <w:i/>
          <w:iCs/>
          <w:color w:val="auto"/>
        </w:rPr>
        <w:t>и</w:t>
      </w:r>
      <w:r w:rsidRPr="00592328">
        <w:rPr>
          <w:rFonts w:ascii="Times New Roman" w:hAnsi="Times New Roman" w:cs="Times New Roman"/>
          <w:color w:val="auto"/>
        </w:rPr>
        <w:t>, союзами </w:t>
      </w:r>
      <w:r w:rsidRPr="00592328">
        <w:rPr>
          <w:rFonts w:ascii="Times New Roman" w:hAnsi="Times New Roman" w:cs="Times New Roman"/>
          <w:b/>
          <w:bCs/>
          <w:i/>
          <w:iCs/>
          <w:color w:val="auto"/>
        </w:rPr>
        <w:t>а</w:t>
      </w:r>
      <w:r w:rsidRPr="00592328">
        <w:rPr>
          <w:rFonts w:ascii="Times New Roman" w:hAnsi="Times New Roman" w:cs="Times New Roman"/>
          <w:color w:val="auto"/>
        </w:rPr>
        <w:t>, </w:t>
      </w:r>
      <w:r w:rsidRPr="00592328">
        <w:rPr>
          <w:rFonts w:ascii="Times New Roman" w:hAnsi="Times New Roman" w:cs="Times New Roman"/>
          <w:b/>
          <w:bCs/>
          <w:i/>
          <w:iCs/>
          <w:color w:val="auto"/>
        </w:rPr>
        <w:t>но</w:t>
      </w:r>
      <w:r w:rsidRPr="00592328">
        <w:rPr>
          <w:rFonts w:ascii="Times New Roman" w:hAnsi="Times New Roman" w:cs="Times New Roman"/>
          <w:color w:val="auto"/>
        </w:rPr>
        <w:t>, </w:t>
      </w:r>
      <w:r w:rsidRPr="00592328">
        <w:rPr>
          <w:rFonts w:ascii="Times New Roman" w:hAnsi="Times New Roman" w:cs="Times New Roman"/>
          <w:b/>
          <w:bCs/>
          <w:i/>
          <w:iCs/>
          <w:color w:val="auto"/>
        </w:rPr>
        <w:t>однако</w:t>
      </w:r>
      <w:r w:rsidRPr="00592328">
        <w:rPr>
          <w:rFonts w:ascii="Times New Roman" w:hAnsi="Times New Roman" w:cs="Times New Roman"/>
          <w:color w:val="auto"/>
        </w:rPr>
        <w:t>, </w:t>
      </w:r>
      <w:r w:rsidRPr="00592328">
        <w:rPr>
          <w:rFonts w:ascii="Times New Roman" w:hAnsi="Times New Roman" w:cs="Times New Roman"/>
          <w:b/>
          <w:bCs/>
          <w:i/>
          <w:iCs/>
          <w:color w:val="auto"/>
        </w:rPr>
        <w:t>зато</w:t>
      </w:r>
      <w:r w:rsidRPr="00592328">
        <w:rPr>
          <w:rFonts w:ascii="Times New Roman" w:hAnsi="Times New Roman" w:cs="Times New Roman"/>
          <w:color w:val="auto"/>
        </w:rPr>
        <w:t>, </w:t>
      </w:r>
      <w:r w:rsidRPr="00592328">
        <w:rPr>
          <w:rFonts w:ascii="Times New Roman" w:hAnsi="Times New Roman" w:cs="Times New Roman"/>
          <w:b/>
          <w:bCs/>
          <w:i/>
          <w:iCs/>
          <w:color w:val="auto"/>
        </w:rPr>
        <w:t>да</w:t>
      </w:r>
      <w:r w:rsidRPr="00592328">
        <w:rPr>
          <w:rFonts w:ascii="Times New Roman" w:hAnsi="Times New Roman" w:cs="Times New Roman"/>
          <w:color w:val="auto"/>
        </w:rPr>
        <w:t> (в значении </w:t>
      </w:r>
      <w:r w:rsidRPr="00592328">
        <w:rPr>
          <w:rFonts w:ascii="Times New Roman" w:hAnsi="Times New Roman" w:cs="Times New Roman"/>
          <w:b/>
          <w:bCs/>
          <w:i/>
          <w:iCs/>
          <w:color w:val="auto"/>
        </w:rPr>
        <w:t>и</w:t>
      </w:r>
      <w:r w:rsidRPr="00592328">
        <w:rPr>
          <w:rFonts w:ascii="Times New Roman" w:hAnsi="Times New Roman" w:cs="Times New Roman"/>
          <w:color w:val="auto"/>
        </w:rPr>
        <w:t>), </w:t>
      </w:r>
      <w:r w:rsidRPr="00592328">
        <w:rPr>
          <w:rFonts w:ascii="Times New Roman" w:hAnsi="Times New Roman" w:cs="Times New Roman"/>
          <w:b/>
          <w:bCs/>
          <w:i/>
          <w:iCs/>
          <w:color w:val="auto"/>
        </w:rPr>
        <w:t>да</w:t>
      </w:r>
      <w:r w:rsidRPr="00592328">
        <w:rPr>
          <w:rFonts w:ascii="Times New Roman" w:hAnsi="Times New Roman" w:cs="Times New Roman"/>
          <w:color w:val="auto"/>
        </w:rPr>
        <w:t> (в значении </w:t>
      </w:r>
      <w:r w:rsidRPr="00592328">
        <w:rPr>
          <w:rFonts w:ascii="Times New Roman" w:hAnsi="Times New Roman" w:cs="Times New Roman"/>
          <w:b/>
          <w:bCs/>
          <w:i/>
          <w:iCs/>
          <w:color w:val="auto"/>
        </w:rPr>
        <w:t>но</w:t>
      </w:r>
      <w:r w:rsidRPr="00592328">
        <w:rPr>
          <w:rFonts w:ascii="Times New Roman" w:hAnsi="Times New Roman" w:cs="Times New Roman"/>
          <w:color w:val="auto"/>
        </w:rPr>
        <w:t>). Предложения с обобщающим словом при однородных членах.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Предложения с обращением, особенности интонации. Обращение и средства его выражения.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Синтаксический анализ простого и простого осложнённого предложений.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Пунктуационное оформление предложений, осложнённых однородными членами, связанными бессоюзной связью, одиночным союзом </w:t>
      </w:r>
      <w:r w:rsidRPr="00592328">
        <w:rPr>
          <w:rFonts w:ascii="Times New Roman" w:hAnsi="Times New Roman" w:cs="Times New Roman"/>
          <w:b/>
          <w:bCs/>
          <w:i/>
          <w:iCs/>
          <w:color w:val="auto"/>
        </w:rPr>
        <w:t>и</w:t>
      </w:r>
      <w:r w:rsidRPr="00592328">
        <w:rPr>
          <w:rFonts w:ascii="Times New Roman" w:hAnsi="Times New Roman" w:cs="Times New Roman"/>
          <w:color w:val="auto"/>
        </w:rPr>
        <w:t>, союзами </w:t>
      </w:r>
      <w:r w:rsidRPr="00592328">
        <w:rPr>
          <w:rFonts w:ascii="Times New Roman" w:hAnsi="Times New Roman" w:cs="Times New Roman"/>
          <w:b/>
          <w:bCs/>
          <w:i/>
          <w:iCs/>
          <w:color w:val="auto"/>
        </w:rPr>
        <w:t>а</w:t>
      </w:r>
      <w:r w:rsidRPr="00592328">
        <w:rPr>
          <w:rFonts w:ascii="Times New Roman" w:hAnsi="Times New Roman" w:cs="Times New Roman"/>
          <w:color w:val="auto"/>
        </w:rPr>
        <w:t>, </w:t>
      </w:r>
      <w:r w:rsidRPr="00592328">
        <w:rPr>
          <w:rFonts w:ascii="Times New Roman" w:hAnsi="Times New Roman" w:cs="Times New Roman"/>
          <w:b/>
          <w:bCs/>
          <w:i/>
          <w:iCs/>
          <w:color w:val="auto"/>
        </w:rPr>
        <w:t>но</w:t>
      </w:r>
      <w:r w:rsidRPr="00592328">
        <w:rPr>
          <w:rFonts w:ascii="Times New Roman" w:hAnsi="Times New Roman" w:cs="Times New Roman"/>
          <w:color w:val="auto"/>
        </w:rPr>
        <w:t>, </w:t>
      </w:r>
      <w:r w:rsidRPr="00592328">
        <w:rPr>
          <w:rFonts w:ascii="Times New Roman" w:hAnsi="Times New Roman" w:cs="Times New Roman"/>
          <w:b/>
          <w:bCs/>
          <w:i/>
          <w:iCs/>
          <w:color w:val="auto"/>
        </w:rPr>
        <w:t>однако</w:t>
      </w:r>
      <w:r w:rsidRPr="00592328">
        <w:rPr>
          <w:rFonts w:ascii="Times New Roman" w:hAnsi="Times New Roman" w:cs="Times New Roman"/>
          <w:color w:val="auto"/>
        </w:rPr>
        <w:t>, </w:t>
      </w:r>
      <w:r w:rsidRPr="00592328">
        <w:rPr>
          <w:rFonts w:ascii="Times New Roman" w:hAnsi="Times New Roman" w:cs="Times New Roman"/>
          <w:b/>
          <w:bCs/>
          <w:i/>
          <w:iCs/>
          <w:color w:val="auto"/>
        </w:rPr>
        <w:t>зато</w:t>
      </w:r>
      <w:r w:rsidRPr="00592328">
        <w:rPr>
          <w:rFonts w:ascii="Times New Roman" w:hAnsi="Times New Roman" w:cs="Times New Roman"/>
          <w:color w:val="auto"/>
        </w:rPr>
        <w:t>, </w:t>
      </w:r>
      <w:r w:rsidRPr="00592328">
        <w:rPr>
          <w:rFonts w:ascii="Times New Roman" w:hAnsi="Times New Roman" w:cs="Times New Roman"/>
          <w:b/>
          <w:bCs/>
          <w:i/>
          <w:iCs/>
          <w:color w:val="auto"/>
        </w:rPr>
        <w:t>да</w:t>
      </w:r>
      <w:r w:rsidRPr="00592328">
        <w:rPr>
          <w:rFonts w:ascii="Times New Roman" w:hAnsi="Times New Roman" w:cs="Times New Roman"/>
          <w:color w:val="auto"/>
        </w:rPr>
        <w:t> (в значении </w:t>
      </w:r>
      <w:r w:rsidRPr="00592328">
        <w:rPr>
          <w:rFonts w:ascii="Times New Roman" w:hAnsi="Times New Roman" w:cs="Times New Roman"/>
          <w:b/>
          <w:bCs/>
          <w:i/>
          <w:iCs/>
          <w:color w:val="auto"/>
        </w:rPr>
        <w:t>и</w:t>
      </w:r>
      <w:r w:rsidRPr="00592328">
        <w:rPr>
          <w:rFonts w:ascii="Times New Roman" w:hAnsi="Times New Roman" w:cs="Times New Roman"/>
          <w:color w:val="auto"/>
        </w:rPr>
        <w:t>), </w:t>
      </w:r>
      <w:r w:rsidRPr="00592328">
        <w:rPr>
          <w:rFonts w:ascii="Times New Roman" w:hAnsi="Times New Roman" w:cs="Times New Roman"/>
          <w:b/>
          <w:bCs/>
          <w:i/>
          <w:iCs/>
          <w:color w:val="auto"/>
        </w:rPr>
        <w:t>да</w:t>
      </w:r>
      <w:r w:rsidRPr="00592328">
        <w:rPr>
          <w:rFonts w:ascii="Times New Roman" w:hAnsi="Times New Roman" w:cs="Times New Roman"/>
          <w:color w:val="auto"/>
        </w:rPr>
        <w:t> (в значении </w:t>
      </w:r>
      <w:r w:rsidRPr="00592328">
        <w:rPr>
          <w:rFonts w:ascii="Times New Roman" w:hAnsi="Times New Roman" w:cs="Times New Roman"/>
          <w:b/>
          <w:bCs/>
          <w:i/>
          <w:iCs/>
          <w:color w:val="auto"/>
        </w:rPr>
        <w:t>но</w:t>
      </w:r>
      <w:r w:rsidRPr="00592328">
        <w:rPr>
          <w:rFonts w:ascii="Times New Roman" w:hAnsi="Times New Roman" w:cs="Times New Roman"/>
          <w:color w:val="auto"/>
        </w:rPr>
        <w:t>).</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Пунктуационное оформление сложных предложений, состоящих из частей, связанных бессоюзной связью и союзами </w:t>
      </w:r>
      <w:r w:rsidRPr="00592328">
        <w:rPr>
          <w:rFonts w:ascii="Times New Roman" w:hAnsi="Times New Roman" w:cs="Times New Roman"/>
          <w:b/>
          <w:bCs/>
          <w:i/>
          <w:iCs/>
          <w:color w:val="auto"/>
        </w:rPr>
        <w:t>и</w:t>
      </w:r>
      <w:r w:rsidRPr="00592328">
        <w:rPr>
          <w:rFonts w:ascii="Times New Roman" w:hAnsi="Times New Roman" w:cs="Times New Roman"/>
          <w:color w:val="auto"/>
        </w:rPr>
        <w:t>, </w:t>
      </w:r>
      <w:r w:rsidRPr="00592328">
        <w:rPr>
          <w:rFonts w:ascii="Times New Roman" w:hAnsi="Times New Roman" w:cs="Times New Roman"/>
          <w:b/>
          <w:bCs/>
          <w:i/>
          <w:iCs/>
          <w:color w:val="auto"/>
        </w:rPr>
        <w:t>но</w:t>
      </w:r>
      <w:r w:rsidRPr="00592328">
        <w:rPr>
          <w:rFonts w:ascii="Times New Roman" w:hAnsi="Times New Roman" w:cs="Times New Roman"/>
          <w:color w:val="auto"/>
        </w:rPr>
        <w:t>, </w:t>
      </w:r>
      <w:r w:rsidRPr="00592328">
        <w:rPr>
          <w:rFonts w:ascii="Times New Roman" w:hAnsi="Times New Roman" w:cs="Times New Roman"/>
          <w:b/>
          <w:bCs/>
          <w:i/>
          <w:iCs/>
          <w:color w:val="auto"/>
        </w:rPr>
        <w:t>а</w:t>
      </w:r>
      <w:r w:rsidRPr="00592328">
        <w:rPr>
          <w:rFonts w:ascii="Times New Roman" w:hAnsi="Times New Roman" w:cs="Times New Roman"/>
          <w:color w:val="auto"/>
        </w:rPr>
        <w:t>, </w:t>
      </w:r>
      <w:r w:rsidRPr="00592328">
        <w:rPr>
          <w:rFonts w:ascii="Times New Roman" w:hAnsi="Times New Roman" w:cs="Times New Roman"/>
          <w:b/>
          <w:bCs/>
          <w:i/>
          <w:iCs/>
          <w:color w:val="auto"/>
        </w:rPr>
        <w:t>однако</w:t>
      </w:r>
      <w:r w:rsidRPr="00592328">
        <w:rPr>
          <w:rFonts w:ascii="Times New Roman" w:hAnsi="Times New Roman" w:cs="Times New Roman"/>
          <w:color w:val="auto"/>
        </w:rPr>
        <w:t>, </w:t>
      </w:r>
      <w:r w:rsidRPr="00592328">
        <w:rPr>
          <w:rFonts w:ascii="Times New Roman" w:hAnsi="Times New Roman" w:cs="Times New Roman"/>
          <w:b/>
          <w:bCs/>
          <w:i/>
          <w:iCs/>
          <w:color w:val="auto"/>
        </w:rPr>
        <w:t>зато</w:t>
      </w:r>
      <w:r w:rsidRPr="00592328">
        <w:rPr>
          <w:rFonts w:ascii="Times New Roman" w:hAnsi="Times New Roman" w:cs="Times New Roman"/>
          <w:color w:val="auto"/>
        </w:rPr>
        <w:t>, </w:t>
      </w:r>
      <w:r w:rsidRPr="00592328">
        <w:rPr>
          <w:rFonts w:ascii="Times New Roman" w:hAnsi="Times New Roman" w:cs="Times New Roman"/>
          <w:b/>
          <w:bCs/>
          <w:i/>
          <w:iCs/>
          <w:color w:val="auto"/>
        </w:rPr>
        <w:t>да</w:t>
      </w:r>
      <w:r w:rsidRPr="00592328">
        <w:rPr>
          <w:rFonts w:ascii="Times New Roman" w:hAnsi="Times New Roman" w:cs="Times New Roman"/>
          <w:color w:val="auto"/>
        </w:rPr>
        <w:t>.</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Предложения с прямой речью.</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Пунктуационное оформление предложений с прямой речью.</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Диалог.</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Пунктуационное оформление диалога на письме.</w:t>
      </w:r>
    </w:p>
    <w:p w:rsidR="00F44E79" w:rsidRPr="00592328" w:rsidRDefault="00F44E79" w:rsidP="00592328">
      <w:pPr>
        <w:widowControl/>
        <w:shd w:val="clear" w:color="auto" w:fill="FFFFFF"/>
        <w:spacing w:after="160"/>
        <w:jc w:val="both"/>
        <w:rPr>
          <w:rFonts w:ascii="Times New Roman" w:hAnsi="Times New Roman" w:cs="Times New Roman"/>
          <w:color w:val="auto"/>
        </w:rPr>
      </w:pPr>
      <w:r w:rsidRPr="00592328">
        <w:rPr>
          <w:rFonts w:ascii="Times New Roman" w:hAnsi="Times New Roman" w:cs="Times New Roman"/>
          <w:color w:val="auto"/>
        </w:rPr>
        <w:t xml:space="preserve">Пунктуация как раздел лингвистики. </w:t>
      </w:r>
    </w:p>
    <w:p w:rsidR="00F44E79" w:rsidRPr="00592328" w:rsidRDefault="00F44E79" w:rsidP="00592328">
      <w:pPr>
        <w:widowControl/>
        <w:shd w:val="clear" w:color="auto" w:fill="FFFFFF"/>
        <w:spacing w:after="160"/>
        <w:jc w:val="both"/>
        <w:rPr>
          <w:rFonts w:ascii="Times New Roman" w:hAnsi="Times New Roman" w:cs="Times New Roman"/>
          <w:b/>
          <w:bCs/>
          <w:color w:val="auto"/>
        </w:rPr>
      </w:pPr>
      <w:r w:rsidRPr="00592328">
        <w:rPr>
          <w:rFonts w:ascii="Times New Roman" w:hAnsi="Times New Roman" w:cs="Times New Roman"/>
          <w:b/>
          <w:bCs/>
          <w:color w:val="auto"/>
        </w:rPr>
        <w:t>6 класс (204 часа)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Русский язык — государственный язык Российской Федерации и язык межнационального общения.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Понятие о литературном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Монолог-описание, монолог-повествование, монолог-рассуждение; сообщение на лингвистическую тему.</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диалога: побуждение к действию, обмен мнениями.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Информационная переработка текста. План текста (простой, сложный; назывной, вопросный); главная и второстепенная </w:t>
      </w:r>
      <w:r w:rsidRPr="00592328">
        <w:rPr>
          <w:rFonts w:ascii="Times New Roman" w:hAnsi="Times New Roman" w:cs="Times New Roman"/>
        </w:rPr>
        <w:softHyphen/>
        <w:t>информация текста; пересказ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Описание как тип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Описание внешности человека.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Описание помещения.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Описание природы.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Описание местности.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Описание действий.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Официально-деловой стиль. Заявление. Расписка. Научный стиль. Словарная статья. Научное сообщение.</w:t>
      </w:r>
    </w:p>
    <w:p w:rsidR="00F44E79" w:rsidRPr="00592328" w:rsidRDefault="00F44E79" w:rsidP="00592328">
      <w:pPr>
        <w:widowControl/>
        <w:shd w:val="clear" w:color="auto" w:fill="FFFFFF"/>
        <w:jc w:val="both"/>
        <w:rPr>
          <w:rFonts w:ascii="Times New Roman" w:hAnsi="Times New Roman" w:cs="Times New Roman"/>
          <w:b/>
          <w:bCs/>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Лексикология. Культура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Лексика русского языка с точки зрения её происхождения: исконно русские и заимствованные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sidRPr="00592328">
        <w:rPr>
          <w:rFonts w:ascii="Times New Roman" w:hAnsi="Times New Roman" w:cs="Times New Roman"/>
        </w:rPr>
        <w:softHyphen/>
        <w:t>низмы).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Стилистические пласты лексики: стилистически нейтральная, высокая и сниженная лексика.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Лексический анализ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Фразеологизмы. Их признаки и значение.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лексических средств в соответствии с ситуацией общения.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Оценка своей и чужой речи с точки зрения точного, уместного и выразительного словоупотребления.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Эпитеты, метафоры, олицетворения.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Лексические словари.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Словообразование. Культура речи. Орфография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Формообразующие и словообразующие морфемы.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Производящая основа.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Морфемный и словообразовательный анализ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сложных и сложносокращённых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корней с чередованием</w:t>
      </w:r>
      <w:r w:rsidRPr="00592328">
        <w:rPr>
          <w:rFonts w:ascii="Times New Roman" w:hAnsi="Times New Roman" w:cs="Times New Roman"/>
          <w:b/>
          <w:bCs/>
          <w:i/>
          <w:iCs/>
        </w:rPr>
        <w:t xml:space="preserve"> а</w:t>
      </w:r>
      <w:r w:rsidRPr="00592328">
        <w:rPr>
          <w:rFonts w:ascii="Times New Roman" w:hAnsi="Times New Roman" w:cs="Times New Roman"/>
        </w:rPr>
        <w:t> // </w:t>
      </w:r>
      <w:r w:rsidRPr="00592328">
        <w:rPr>
          <w:rFonts w:ascii="Times New Roman" w:hAnsi="Times New Roman" w:cs="Times New Roman"/>
          <w:b/>
          <w:bCs/>
          <w:i/>
          <w:iCs/>
        </w:rPr>
        <w:t>о  в корнях гар-гор,  зар-зор,  клан-клон, скак-скоч,</w:t>
      </w:r>
      <w:r w:rsidRPr="00592328">
        <w:rPr>
          <w:rFonts w:ascii="Times New Roman" w:hAnsi="Times New Roman" w:cs="Times New Roman"/>
        </w:rPr>
        <w:t xml:space="preserve"> </w:t>
      </w:r>
      <w:r w:rsidRPr="00592328">
        <w:rPr>
          <w:rFonts w:ascii="Times New Roman" w:hAnsi="Times New Roman" w:cs="Times New Roman"/>
          <w:b/>
          <w:bCs/>
          <w:i/>
          <w:iCs/>
        </w:rPr>
        <w:t>кас</w:t>
      </w:r>
      <w:r w:rsidRPr="00592328">
        <w:rPr>
          <w:rFonts w:ascii="Times New Roman" w:hAnsi="Times New Roman" w:cs="Times New Roman"/>
        </w:rPr>
        <w:t>-</w:t>
      </w:r>
      <w:r w:rsidRPr="00592328">
        <w:rPr>
          <w:rFonts w:ascii="Times New Roman" w:hAnsi="Times New Roman" w:cs="Times New Roman"/>
          <w:b/>
          <w:bCs/>
          <w:i/>
          <w:iCs/>
        </w:rPr>
        <w:t>кос</w:t>
      </w:r>
      <w:r w:rsidRPr="00592328">
        <w:rPr>
          <w:rFonts w:ascii="Times New Roman" w:hAnsi="Times New Roman" w:cs="Times New Roman"/>
        </w:rPr>
        <w:t>- с чередованием </w:t>
      </w:r>
      <w:r w:rsidRPr="00592328">
        <w:rPr>
          <w:rFonts w:ascii="Times New Roman" w:hAnsi="Times New Roman" w:cs="Times New Roman"/>
          <w:b/>
          <w:bCs/>
          <w:i/>
          <w:iCs/>
        </w:rPr>
        <w:t>а</w:t>
      </w:r>
      <w:r w:rsidRPr="00592328">
        <w:rPr>
          <w:rFonts w:ascii="Times New Roman" w:hAnsi="Times New Roman" w:cs="Times New Roman"/>
        </w:rPr>
        <w:t> // </w:t>
      </w:r>
      <w:r w:rsidRPr="00592328">
        <w:rPr>
          <w:rFonts w:ascii="Times New Roman" w:hAnsi="Times New Roman" w:cs="Times New Roman"/>
          <w:b/>
          <w:bCs/>
          <w:i/>
          <w:iCs/>
        </w:rPr>
        <w:t>о</w:t>
      </w:r>
      <w:r w:rsidRPr="00592328">
        <w:rPr>
          <w:rFonts w:ascii="Times New Roman" w:hAnsi="Times New Roman" w:cs="Times New Roman"/>
        </w:rPr>
        <w:t>, гласных в приставках </w:t>
      </w:r>
      <w:r w:rsidRPr="00592328">
        <w:rPr>
          <w:rFonts w:ascii="Times New Roman" w:hAnsi="Times New Roman" w:cs="Times New Roman"/>
          <w:b/>
          <w:bCs/>
          <w:i/>
          <w:iCs/>
        </w:rPr>
        <w:t>пре</w:t>
      </w:r>
      <w:r w:rsidRPr="00592328">
        <w:rPr>
          <w:rFonts w:ascii="Times New Roman" w:hAnsi="Times New Roman" w:cs="Times New Roman"/>
        </w:rPr>
        <w:t>- и </w:t>
      </w:r>
      <w:r w:rsidRPr="00592328">
        <w:rPr>
          <w:rFonts w:ascii="Times New Roman" w:hAnsi="Times New Roman" w:cs="Times New Roman"/>
          <w:b/>
          <w:bCs/>
          <w:i/>
          <w:iCs/>
        </w:rPr>
        <w:t>при</w:t>
      </w:r>
      <w:r w:rsidRPr="00592328">
        <w:rPr>
          <w:rFonts w:ascii="Times New Roman" w:hAnsi="Times New Roman" w:cs="Times New Roman"/>
        </w:rPr>
        <w:t xml:space="preserve">-.Правописание </w:t>
      </w:r>
      <w:r w:rsidRPr="00592328">
        <w:rPr>
          <w:rFonts w:ascii="Times New Roman" w:hAnsi="Times New Roman" w:cs="Times New Roman"/>
          <w:b/>
          <w:bCs/>
        </w:rPr>
        <w:t>ы-и</w:t>
      </w:r>
      <w:r w:rsidRPr="00592328">
        <w:rPr>
          <w:rFonts w:ascii="Times New Roman" w:hAnsi="Times New Roman" w:cs="Times New Roman"/>
        </w:rPr>
        <w:t xml:space="preserve"> после приставок.</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Морфология. Культура речи. Орфография</w:t>
      </w:r>
    </w:p>
    <w:p w:rsidR="00F44E79" w:rsidRPr="00592328" w:rsidRDefault="00F44E79" w:rsidP="00592328">
      <w:pPr>
        <w:widowControl/>
        <w:shd w:val="clear" w:color="auto" w:fill="FFFFFF"/>
        <w:jc w:val="both"/>
        <w:rPr>
          <w:rFonts w:ascii="Times New Roman" w:hAnsi="Times New Roman" w:cs="Times New Roman"/>
          <w:b/>
          <w:bCs/>
        </w:rPr>
      </w:pPr>
      <w:r w:rsidRPr="00592328">
        <w:rPr>
          <w:rFonts w:ascii="Times New Roman" w:hAnsi="Times New Roman" w:cs="Times New Roman"/>
          <w:b/>
          <w:bCs/>
        </w:rPr>
        <w:t>Имя существительное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Разносклоняемые и несклоняемые имена существительные.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Особенности словообразования.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произношения имён существительных, нормы постановки ударения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словоизменения имён существительных.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Правописание </w:t>
      </w:r>
      <w:r w:rsidRPr="00592328">
        <w:rPr>
          <w:rFonts w:ascii="Times New Roman" w:hAnsi="Times New Roman" w:cs="Times New Roman"/>
          <w:b/>
          <w:bCs/>
        </w:rPr>
        <w:t>о-е</w:t>
      </w:r>
      <w:r w:rsidRPr="00592328">
        <w:rPr>
          <w:rFonts w:ascii="Times New Roman" w:hAnsi="Times New Roman" w:cs="Times New Roman"/>
        </w:rPr>
        <w:t xml:space="preserve">  после шипящих и </w:t>
      </w:r>
      <w:r w:rsidRPr="00592328">
        <w:rPr>
          <w:rFonts w:ascii="Times New Roman" w:hAnsi="Times New Roman" w:cs="Times New Roman"/>
          <w:b/>
          <w:bCs/>
        </w:rPr>
        <w:t>ц</w:t>
      </w:r>
      <w:r w:rsidRPr="00592328">
        <w:rPr>
          <w:rFonts w:ascii="Times New Roman" w:hAnsi="Times New Roman" w:cs="Times New Roman"/>
        </w:rPr>
        <w:t xml:space="preserve"> в суффиксах имен существительных.  </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суффиксов -</w:t>
      </w:r>
      <w:r w:rsidRPr="00592328">
        <w:rPr>
          <w:rFonts w:ascii="Times New Roman" w:hAnsi="Times New Roman" w:cs="Times New Roman"/>
          <w:b/>
          <w:bCs/>
        </w:rPr>
        <w:t>чик – щик-, -ек – ик-</w:t>
      </w:r>
      <w:r w:rsidRPr="00592328">
        <w:rPr>
          <w:rFonts w:ascii="Times New Roman" w:hAnsi="Times New Roman" w:cs="Times New Roman"/>
        </w:rPr>
        <w:t>. Нормы слитного и дефисного написания </w:t>
      </w:r>
      <w:r w:rsidRPr="00592328">
        <w:rPr>
          <w:rFonts w:ascii="Times New Roman" w:hAnsi="Times New Roman" w:cs="Times New Roman"/>
          <w:b/>
          <w:bCs/>
          <w:i/>
          <w:iCs/>
        </w:rPr>
        <w:t>пол</w:t>
      </w:r>
      <w:r w:rsidRPr="00592328">
        <w:rPr>
          <w:rFonts w:ascii="Times New Roman" w:hAnsi="Times New Roman" w:cs="Times New Roman"/>
        </w:rPr>
        <w:t>- и </w:t>
      </w:r>
      <w:r w:rsidRPr="00592328">
        <w:rPr>
          <w:rFonts w:ascii="Times New Roman" w:hAnsi="Times New Roman" w:cs="Times New Roman"/>
          <w:b/>
          <w:bCs/>
          <w:i/>
          <w:iCs/>
        </w:rPr>
        <w:t>полу</w:t>
      </w:r>
      <w:r w:rsidRPr="00592328">
        <w:rPr>
          <w:rFonts w:ascii="Times New Roman" w:hAnsi="Times New Roman" w:cs="Times New Roman"/>
        </w:rPr>
        <w:t xml:space="preserve">- со словами. Слитное и раздельное написание </w:t>
      </w:r>
      <w:r w:rsidRPr="00592328">
        <w:rPr>
          <w:rFonts w:ascii="Times New Roman" w:hAnsi="Times New Roman" w:cs="Times New Roman"/>
          <w:b/>
          <w:bCs/>
        </w:rPr>
        <w:t>не</w:t>
      </w:r>
      <w:r w:rsidRPr="00592328">
        <w:rPr>
          <w:rFonts w:ascii="Times New Roman" w:hAnsi="Times New Roman" w:cs="Times New Roman"/>
        </w:rPr>
        <w:t xml:space="preserve"> с именами существительными.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Имя прилагательное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Качественные, относительные и притяжательные имена прилагательные.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Степени сравнения качественных имён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Словообразование имён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имён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Правописание </w:t>
      </w:r>
      <w:r w:rsidRPr="00592328">
        <w:rPr>
          <w:rFonts w:ascii="Times New Roman" w:hAnsi="Times New Roman" w:cs="Times New Roman"/>
          <w:b/>
          <w:bCs/>
        </w:rPr>
        <w:t>о-е</w:t>
      </w:r>
      <w:r w:rsidRPr="00592328">
        <w:rPr>
          <w:rFonts w:ascii="Times New Roman" w:hAnsi="Times New Roman" w:cs="Times New Roman"/>
        </w:rPr>
        <w:t xml:space="preserve">  после шипящих и </w:t>
      </w:r>
      <w:r w:rsidRPr="00592328">
        <w:rPr>
          <w:rFonts w:ascii="Times New Roman" w:hAnsi="Times New Roman" w:cs="Times New Roman"/>
          <w:b/>
          <w:bCs/>
        </w:rPr>
        <w:t>ц</w:t>
      </w:r>
      <w:r w:rsidRPr="00592328">
        <w:rPr>
          <w:rFonts w:ascii="Times New Roman" w:hAnsi="Times New Roman" w:cs="Times New Roman"/>
        </w:rPr>
        <w:t xml:space="preserve"> в суффиксах имен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w:t>
      </w:r>
      <w:r w:rsidRPr="00592328">
        <w:rPr>
          <w:rFonts w:ascii="Times New Roman" w:hAnsi="Times New Roman" w:cs="Times New Roman"/>
          <w:b/>
          <w:bCs/>
          <w:i/>
          <w:iCs/>
        </w:rPr>
        <w:t>н</w:t>
      </w:r>
      <w:r w:rsidRPr="00592328">
        <w:rPr>
          <w:rFonts w:ascii="Times New Roman" w:hAnsi="Times New Roman" w:cs="Times New Roman"/>
        </w:rPr>
        <w:t> и </w:t>
      </w:r>
      <w:r w:rsidRPr="00592328">
        <w:rPr>
          <w:rFonts w:ascii="Times New Roman" w:hAnsi="Times New Roman" w:cs="Times New Roman"/>
          <w:b/>
          <w:bCs/>
          <w:i/>
          <w:iCs/>
        </w:rPr>
        <w:t>нн</w:t>
      </w:r>
      <w:r w:rsidRPr="00592328">
        <w:rPr>
          <w:rFonts w:ascii="Times New Roman" w:hAnsi="Times New Roman" w:cs="Times New Roman"/>
        </w:rPr>
        <w:t> в именах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суффиксов -</w:t>
      </w:r>
      <w:r w:rsidRPr="00592328">
        <w:rPr>
          <w:rFonts w:ascii="Times New Roman" w:hAnsi="Times New Roman" w:cs="Times New Roman"/>
          <w:b/>
          <w:bCs/>
          <w:i/>
          <w:iCs/>
        </w:rPr>
        <w:t>к</w:t>
      </w:r>
      <w:r w:rsidRPr="00592328">
        <w:rPr>
          <w:rFonts w:ascii="Times New Roman" w:hAnsi="Times New Roman" w:cs="Times New Roman"/>
        </w:rPr>
        <w:t>- и -</w:t>
      </w:r>
      <w:r w:rsidRPr="00592328">
        <w:rPr>
          <w:rFonts w:ascii="Times New Roman" w:hAnsi="Times New Roman" w:cs="Times New Roman"/>
          <w:b/>
          <w:bCs/>
          <w:i/>
          <w:iCs/>
        </w:rPr>
        <w:t>ск</w:t>
      </w:r>
      <w:r w:rsidRPr="00592328">
        <w:rPr>
          <w:rFonts w:ascii="Times New Roman" w:hAnsi="Times New Roman" w:cs="Times New Roman"/>
        </w:rPr>
        <w:t>- имён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Правописание сложных имён прилагательных. Слитное и раздельное написание </w:t>
      </w:r>
      <w:r w:rsidRPr="00592328">
        <w:rPr>
          <w:rFonts w:ascii="Times New Roman" w:hAnsi="Times New Roman" w:cs="Times New Roman"/>
          <w:b/>
          <w:bCs/>
        </w:rPr>
        <w:t>не</w:t>
      </w:r>
      <w:r w:rsidRPr="00592328">
        <w:rPr>
          <w:rFonts w:ascii="Times New Roman" w:hAnsi="Times New Roman" w:cs="Times New Roman"/>
        </w:rPr>
        <w:t xml:space="preserve"> с именами прилагательными.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      Нормы произношения имён прилагательных, нормы ударения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Имя числительное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Общее грамматическое значение имени числительного. Синтаксические функции имён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имён числительных по строению: простые, сложные, составные числительные.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Словообразование имён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Склонение количественных и порядковых имён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Правильное образование форм имён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Правильное употребление собирательных имён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имён числительных в научных текстах, деловой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имён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правописания имён числительных: написание </w:t>
      </w:r>
      <w:r w:rsidRPr="00592328">
        <w:rPr>
          <w:rFonts w:ascii="Times New Roman" w:hAnsi="Times New Roman" w:cs="Times New Roman"/>
          <w:b/>
          <w:bCs/>
          <w:i/>
          <w:iCs/>
        </w:rPr>
        <w:t>ь</w:t>
      </w:r>
      <w:r w:rsidRPr="00592328">
        <w:rPr>
          <w:rFonts w:ascii="Times New Roman" w:hAnsi="Times New Roman" w:cs="Times New Roman"/>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Местоимение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Общее грамматическое значение местоимения. Синтаксические функции местоимений.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Склонение местоимений.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Словообразование местоимений.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местоимений.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правописания местоимений: правописание место</w:t>
      </w:r>
      <w:r w:rsidRPr="00592328">
        <w:rPr>
          <w:rFonts w:ascii="Times New Roman" w:hAnsi="Times New Roman" w:cs="Times New Roman"/>
        </w:rPr>
        <w:softHyphen/>
        <w:t>имений с </w:t>
      </w:r>
      <w:r w:rsidRPr="00592328">
        <w:rPr>
          <w:rFonts w:ascii="Times New Roman" w:hAnsi="Times New Roman" w:cs="Times New Roman"/>
          <w:b/>
          <w:bCs/>
          <w:i/>
          <w:iCs/>
        </w:rPr>
        <w:t>не</w:t>
      </w:r>
      <w:r w:rsidRPr="00592328">
        <w:rPr>
          <w:rFonts w:ascii="Times New Roman" w:hAnsi="Times New Roman" w:cs="Times New Roman"/>
        </w:rPr>
        <w:t> и </w:t>
      </w:r>
      <w:r w:rsidRPr="00592328">
        <w:rPr>
          <w:rFonts w:ascii="Times New Roman" w:hAnsi="Times New Roman" w:cs="Times New Roman"/>
          <w:b/>
          <w:bCs/>
          <w:i/>
          <w:iCs/>
        </w:rPr>
        <w:t>ни</w:t>
      </w:r>
      <w:r w:rsidRPr="00592328">
        <w:rPr>
          <w:rFonts w:ascii="Times New Roman" w:hAnsi="Times New Roman" w:cs="Times New Roman"/>
        </w:rPr>
        <w:t>; слитное, раздельное и дефисное написание местоимений.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Глагол</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Переходные и непереходные глаголы.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Разноспрягаемые глаголы.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Безличные глаголы. Использование личных глаголов в безличном значении.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Изъявительное, условное и повелительное наклонения глагола.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ударения в глагольных формах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словоизменения глаголов.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Видо-временная соотнесённость глагольных форм в тексте.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глаголов.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суффиксов -</w:t>
      </w:r>
      <w:r w:rsidRPr="00592328">
        <w:rPr>
          <w:rFonts w:ascii="Times New Roman" w:hAnsi="Times New Roman" w:cs="Times New Roman"/>
          <w:b/>
          <w:bCs/>
        </w:rPr>
        <w:t>ова – ева-, -ыва –  ива</w:t>
      </w:r>
      <w:r w:rsidRPr="00592328">
        <w:rPr>
          <w:rFonts w:ascii="Times New Roman" w:hAnsi="Times New Roman" w:cs="Times New Roman"/>
        </w:rPr>
        <w:t>-.</w:t>
      </w:r>
    </w:p>
    <w:p w:rsidR="00F44E79" w:rsidRPr="00592328" w:rsidRDefault="00F44E79" w:rsidP="00592328">
      <w:pPr>
        <w:widowControl/>
        <w:shd w:val="clear" w:color="auto" w:fill="FFFFFF"/>
        <w:spacing w:after="160"/>
        <w:jc w:val="both"/>
        <w:rPr>
          <w:rFonts w:ascii="Times New Roman" w:hAnsi="Times New Roman" w:cs="Times New Roman"/>
        </w:rPr>
      </w:pPr>
      <w:r w:rsidRPr="00592328">
        <w:rPr>
          <w:rFonts w:ascii="Times New Roman" w:hAnsi="Times New Roman" w:cs="Times New Roman"/>
        </w:rPr>
        <w:t>Использование </w:t>
      </w:r>
      <w:r w:rsidRPr="00592328">
        <w:rPr>
          <w:rFonts w:ascii="Times New Roman" w:hAnsi="Times New Roman" w:cs="Times New Roman"/>
          <w:b/>
          <w:bCs/>
          <w:i/>
          <w:iCs/>
        </w:rPr>
        <w:t>ь</w:t>
      </w:r>
      <w:r w:rsidRPr="00592328">
        <w:rPr>
          <w:rFonts w:ascii="Times New Roman" w:hAnsi="Times New Roman" w:cs="Times New Roman"/>
        </w:rPr>
        <w:t> как показателя грамматической формы в повелительном наклонении глагола.</w:t>
      </w:r>
    </w:p>
    <w:p w:rsidR="00F44E79" w:rsidRPr="00592328" w:rsidRDefault="00F44E79" w:rsidP="00592328">
      <w:pPr>
        <w:widowControl/>
        <w:shd w:val="clear" w:color="auto" w:fill="FFFFFF"/>
        <w:spacing w:after="160"/>
        <w:jc w:val="both"/>
        <w:rPr>
          <w:rFonts w:ascii="Times New Roman" w:hAnsi="Times New Roman" w:cs="Times New Roman"/>
          <w:b/>
          <w:bCs/>
          <w:color w:val="auto"/>
        </w:rPr>
      </w:pPr>
      <w:r w:rsidRPr="00592328">
        <w:rPr>
          <w:rFonts w:ascii="Times New Roman" w:hAnsi="Times New Roman" w:cs="Times New Roman"/>
          <w:b/>
          <w:bCs/>
          <w:color w:val="auto"/>
        </w:rPr>
        <w:t>7 класс (136 часов)</w:t>
      </w:r>
    </w:p>
    <w:p w:rsidR="00F44E79" w:rsidRPr="00592328" w:rsidRDefault="00F44E79" w:rsidP="00592328">
      <w:pPr>
        <w:widowControl/>
        <w:shd w:val="clear" w:color="auto" w:fill="FFFFFF"/>
        <w:spacing w:line="259" w:lineRule="auto"/>
        <w:jc w:val="both"/>
        <w:rPr>
          <w:rFonts w:ascii="Times New Roman" w:hAnsi="Times New Roman" w:cs="Times New Roman"/>
        </w:rPr>
      </w:pP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Русский язык как развивающееся явление. Взаимосвязь </w:t>
      </w:r>
      <w:r w:rsidRPr="00592328">
        <w:rPr>
          <w:rFonts w:ascii="Times New Roman" w:hAnsi="Times New Roman" w:cs="Times New Roman"/>
        </w:rPr>
        <w:softHyphen/>
        <w:t>языка, культуры и истории народа.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Монолог-описание, монолог-рассуждение, монолог-повествование.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диалога: побуждение к действию, обмен мнениями, запрос информации, сообщение информации.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Текст как речевое произведение. Основные признаки текста (обобщение).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Структура текста. Абзац.</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Способы и средства связи предложений в тексте (обобщение).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Рассуждение как функционально-смысловой тип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Структурные особенности текста-рассуждения.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Публицистический стиль. Сфера употребления, функции, языковые особенности.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Жанры публицистического стиля (репортаж, заметка, интервью).</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языковых средств выразительности в текстах публицистического стиля.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Официально-деловой стиль. Сфера употребления, функции, языковые особенности. Инструкция.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Морфология. Культура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Морфология как раздел науки о языке (обобщение).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Причастие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Причастия как особая группа слов. Признаки глагола и имени прилагательного в причастии.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Причастие в составе словосочетаний. Причастный оборот.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причастий.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причастия в речи. Созвучные причастия и имена прилагательные (</w:t>
      </w:r>
      <w:r w:rsidRPr="00592328">
        <w:rPr>
          <w:rFonts w:ascii="Times New Roman" w:hAnsi="Times New Roman" w:cs="Times New Roman"/>
          <w:b/>
          <w:bCs/>
          <w:i/>
          <w:iCs/>
        </w:rPr>
        <w:t>висящий</w:t>
      </w:r>
      <w:r w:rsidRPr="00592328">
        <w:rPr>
          <w:rFonts w:ascii="Times New Roman" w:hAnsi="Times New Roman" w:cs="Times New Roman"/>
        </w:rPr>
        <w:t> — </w:t>
      </w:r>
      <w:r w:rsidRPr="00592328">
        <w:rPr>
          <w:rFonts w:ascii="Times New Roman" w:hAnsi="Times New Roman" w:cs="Times New Roman"/>
          <w:b/>
          <w:bCs/>
          <w:i/>
          <w:iCs/>
        </w:rPr>
        <w:t>висячий</w:t>
      </w:r>
      <w:r w:rsidRPr="00592328">
        <w:rPr>
          <w:rFonts w:ascii="Times New Roman" w:hAnsi="Times New Roman" w:cs="Times New Roman"/>
        </w:rPr>
        <w:t>, </w:t>
      </w:r>
      <w:r w:rsidRPr="00592328">
        <w:rPr>
          <w:rFonts w:ascii="Times New Roman" w:hAnsi="Times New Roman" w:cs="Times New Roman"/>
          <w:b/>
          <w:bCs/>
          <w:i/>
          <w:iCs/>
        </w:rPr>
        <w:t>горящий</w:t>
      </w:r>
      <w:r w:rsidRPr="00592328">
        <w:rPr>
          <w:rFonts w:ascii="Times New Roman" w:hAnsi="Times New Roman" w:cs="Times New Roman"/>
        </w:rPr>
        <w:t> — </w:t>
      </w:r>
      <w:r w:rsidRPr="00592328">
        <w:rPr>
          <w:rFonts w:ascii="Times New Roman" w:hAnsi="Times New Roman" w:cs="Times New Roman"/>
          <w:b/>
          <w:bCs/>
          <w:i/>
          <w:iCs/>
        </w:rPr>
        <w:t>горячий</w:t>
      </w:r>
      <w:r w:rsidRPr="00592328">
        <w:rPr>
          <w:rFonts w:ascii="Times New Roman" w:hAnsi="Times New Roman" w:cs="Times New Roman"/>
        </w:rPr>
        <w:t>). Употребление причастий с суффиксом -</w:t>
      </w:r>
      <w:r w:rsidRPr="00592328">
        <w:rPr>
          <w:rFonts w:ascii="Times New Roman" w:hAnsi="Times New Roman" w:cs="Times New Roman"/>
          <w:b/>
          <w:bCs/>
          <w:i/>
          <w:iCs/>
        </w:rPr>
        <w:t>ся</w:t>
      </w:r>
      <w:r w:rsidRPr="00592328">
        <w:rPr>
          <w:rFonts w:ascii="Times New Roman" w:hAnsi="Times New Roman" w:cs="Times New Roman"/>
        </w:rPr>
        <w:t>. Согласование причастий в словосочетаниях типа </w:t>
      </w:r>
      <w:r w:rsidRPr="00592328">
        <w:rPr>
          <w:rFonts w:ascii="Times New Roman" w:hAnsi="Times New Roman" w:cs="Times New Roman"/>
          <w:i/>
          <w:iCs/>
        </w:rPr>
        <w:t>прич</w:t>
      </w:r>
      <w:r w:rsidRPr="00592328">
        <w:rPr>
          <w:rFonts w:ascii="Times New Roman" w:hAnsi="Times New Roman" w:cs="Times New Roman"/>
        </w:rPr>
        <w:t>. + </w:t>
      </w:r>
      <w:r w:rsidRPr="00592328">
        <w:rPr>
          <w:rFonts w:ascii="Times New Roman" w:hAnsi="Times New Roman" w:cs="Times New Roman"/>
          <w:i/>
          <w:iCs/>
        </w:rPr>
        <w:t>сущ</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Ударение в некоторых формах причастий.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падежных окончаний причастий. Правописание гласных в суффиксах причастий. Правописание </w:t>
      </w:r>
      <w:r w:rsidRPr="00592328">
        <w:rPr>
          <w:rFonts w:ascii="Times New Roman" w:hAnsi="Times New Roman" w:cs="Times New Roman"/>
          <w:b/>
          <w:bCs/>
          <w:i/>
          <w:iCs/>
        </w:rPr>
        <w:t>н</w:t>
      </w:r>
      <w:r w:rsidRPr="00592328">
        <w:rPr>
          <w:rFonts w:ascii="Times New Roman" w:hAnsi="Times New Roman" w:cs="Times New Roman"/>
        </w:rPr>
        <w:t> и </w:t>
      </w:r>
      <w:r w:rsidRPr="00592328">
        <w:rPr>
          <w:rFonts w:ascii="Times New Roman" w:hAnsi="Times New Roman" w:cs="Times New Roman"/>
          <w:b/>
          <w:bCs/>
          <w:i/>
          <w:iCs/>
        </w:rPr>
        <w:t>нн</w:t>
      </w:r>
      <w:r w:rsidRPr="00592328">
        <w:rPr>
          <w:rFonts w:ascii="Times New Roman" w:hAnsi="Times New Roman" w:cs="Times New Roman"/>
        </w:rPr>
        <w:t> в суффиксах причастий и отглагольных имён прилагательных. Правописание окончаний причастий. Слитное и раздельное написание </w:t>
      </w:r>
      <w:r w:rsidRPr="00592328">
        <w:rPr>
          <w:rFonts w:ascii="Times New Roman" w:hAnsi="Times New Roman" w:cs="Times New Roman"/>
          <w:b/>
          <w:bCs/>
          <w:i/>
          <w:iCs/>
        </w:rPr>
        <w:t>не </w:t>
      </w:r>
      <w:r w:rsidRPr="00592328">
        <w:rPr>
          <w:rFonts w:ascii="Times New Roman" w:hAnsi="Times New Roman" w:cs="Times New Roman"/>
        </w:rPr>
        <w:t>с причастиями.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Знаки препинания в предложениях с причастным оборотом.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Деепричастие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Деепричастия совершенного и несовершенного вида.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Деепричастие в составе словосочетаний. Деепричастный оборот.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деепричастий.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Постановка ударения в деепричастиях.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гласных в суффиксах деепричастий. Слитное и раздельное написание </w:t>
      </w:r>
      <w:r w:rsidRPr="00592328">
        <w:rPr>
          <w:rFonts w:ascii="Times New Roman" w:hAnsi="Times New Roman" w:cs="Times New Roman"/>
          <w:b/>
          <w:bCs/>
          <w:i/>
          <w:iCs/>
        </w:rPr>
        <w:t>не</w:t>
      </w:r>
      <w:r w:rsidRPr="00592328">
        <w:rPr>
          <w:rFonts w:ascii="Times New Roman" w:hAnsi="Times New Roman" w:cs="Times New Roman"/>
        </w:rPr>
        <w:t> с деепричастиями.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Правильное построение предложений с одиночными деепричастиями и деепричастными оборотами.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Знаки препинания в предложениях с одиночным деепричастием и деепричастным оборотом.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Наречие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Общее грамматическое значение наречий.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Словообразование наречий.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Синтаксические свойства наречий.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наречий.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постановки ударения в наречиях, нормы произношения наречий. Нормы образования степеней сравнения наречий.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Роль наречий в тексте.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наречий: слитное, раздельное, дефисное написание; слитное и раздельное написание </w:t>
      </w:r>
      <w:r w:rsidRPr="00592328">
        <w:rPr>
          <w:rFonts w:ascii="Times New Roman" w:hAnsi="Times New Roman" w:cs="Times New Roman"/>
          <w:b/>
          <w:bCs/>
          <w:i/>
          <w:iCs/>
        </w:rPr>
        <w:t>не</w:t>
      </w:r>
      <w:r w:rsidRPr="00592328">
        <w:rPr>
          <w:rFonts w:ascii="Times New Roman" w:hAnsi="Times New Roman" w:cs="Times New Roman"/>
        </w:rPr>
        <w:t> с наречиями; </w:t>
      </w:r>
      <w:r w:rsidRPr="00592328">
        <w:rPr>
          <w:rFonts w:ascii="Times New Roman" w:hAnsi="Times New Roman" w:cs="Times New Roman"/>
          <w:b/>
          <w:bCs/>
          <w:i/>
          <w:iCs/>
        </w:rPr>
        <w:t>н</w:t>
      </w:r>
      <w:r w:rsidRPr="00592328">
        <w:rPr>
          <w:rFonts w:ascii="Times New Roman" w:hAnsi="Times New Roman" w:cs="Times New Roman"/>
        </w:rPr>
        <w:t> и </w:t>
      </w:r>
      <w:r w:rsidRPr="00592328">
        <w:rPr>
          <w:rFonts w:ascii="Times New Roman" w:hAnsi="Times New Roman" w:cs="Times New Roman"/>
          <w:b/>
          <w:bCs/>
          <w:i/>
          <w:iCs/>
        </w:rPr>
        <w:t>нн</w:t>
      </w:r>
      <w:r w:rsidRPr="00592328">
        <w:rPr>
          <w:rFonts w:ascii="Times New Roman" w:hAnsi="Times New Roman" w:cs="Times New Roman"/>
        </w:rPr>
        <w:t> в наречиях на -</w:t>
      </w:r>
      <w:r w:rsidRPr="00592328">
        <w:rPr>
          <w:rFonts w:ascii="Times New Roman" w:hAnsi="Times New Roman" w:cs="Times New Roman"/>
          <w:b/>
          <w:bCs/>
          <w:i/>
          <w:iCs/>
        </w:rPr>
        <w:t>о </w:t>
      </w:r>
      <w:r w:rsidRPr="00592328">
        <w:rPr>
          <w:rFonts w:ascii="Times New Roman" w:hAnsi="Times New Roman" w:cs="Times New Roman"/>
        </w:rPr>
        <w:t>(-</w:t>
      </w:r>
      <w:r w:rsidRPr="00592328">
        <w:rPr>
          <w:rFonts w:ascii="Times New Roman" w:hAnsi="Times New Roman" w:cs="Times New Roman"/>
          <w:b/>
          <w:bCs/>
          <w:i/>
          <w:iCs/>
        </w:rPr>
        <w:t>е</w:t>
      </w:r>
      <w:r w:rsidRPr="00592328">
        <w:rPr>
          <w:rFonts w:ascii="Times New Roman" w:hAnsi="Times New Roman" w:cs="Times New Roman"/>
        </w:rPr>
        <w:t>); правописание суффиксов -</w:t>
      </w:r>
      <w:r w:rsidRPr="00592328">
        <w:rPr>
          <w:rFonts w:ascii="Times New Roman" w:hAnsi="Times New Roman" w:cs="Times New Roman"/>
          <w:b/>
          <w:bCs/>
          <w:i/>
          <w:iCs/>
        </w:rPr>
        <w:t>а</w:t>
      </w:r>
      <w:r w:rsidRPr="00592328">
        <w:rPr>
          <w:rFonts w:ascii="Times New Roman" w:hAnsi="Times New Roman" w:cs="Times New Roman"/>
        </w:rPr>
        <w:t> и -</w:t>
      </w:r>
      <w:r w:rsidRPr="00592328">
        <w:rPr>
          <w:rFonts w:ascii="Times New Roman" w:hAnsi="Times New Roman" w:cs="Times New Roman"/>
          <w:b/>
          <w:bCs/>
          <w:i/>
          <w:iCs/>
        </w:rPr>
        <w:t>о</w:t>
      </w:r>
      <w:r w:rsidRPr="00592328">
        <w:rPr>
          <w:rFonts w:ascii="Times New Roman" w:hAnsi="Times New Roman" w:cs="Times New Roman"/>
        </w:rPr>
        <w:t> наречий с приставками </w:t>
      </w:r>
      <w:r w:rsidRPr="00592328">
        <w:rPr>
          <w:rFonts w:ascii="Times New Roman" w:hAnsi="Times New Roman" w:cs="Times New Roman"/>
          <w:b/>
          <w:bCs/>
          <w:i/>
          <w:iCs/>
        </w:rPr>
        <w:t>из-</w:t>
      </w:r>
      <w:r w:rsidRPr="00592328">
        <w:rPr>
          <w:rFonts w:ascii="Times New Roman" w:hAnsi="Times New Roman" w:cs="Times New Roman"/>
        </w:rPr>
        <w:t>,</w:t>
      </w:r>
      <w:r w:rsidRPr="00592328">
        <w:rPr>
          <w:rFonts w:ascii="Times New Roman" w:hAnsi="Times New Roman" w:cs="Times New Roman"/>
          <w:b/>
          <w:bCs/>
          <w:i/>
          <w:iCs/>
        </w:rPr>
        <w:t> до-</w:t>
      </w:r>
      <w:r w:rsidRPr="00592328">
        <w:rPr>
          <w:rFonts w:ascii="Times New Roman" w:hAnsi="Times New Roman" w:cs="Times New Roman"/>
        </w:rPr>
        <w:t>,</w:t>
      </w:r>
      <w:r w:rsidRPr="00592328">
        <w:rPr>
          <w:rFonts w:ascii="Times New Roman" w:hAnsi="Times New Roman" w:cs="Times New Roman"/>
          <w:b/>
          <w:bCs/>
          <w:i/>
          <w:iCs/>
        </w:rPr>
        <w:t> с-</w:t>
      </w:r>
      <w:r w:rsidRPr="00592328">
        <w:rPr>
          <w:rFonts w:ascii="Times New Roman" w:hAnsi="Times New Roman" w:cs="Times New Roman"/>
        </w:rPr>
        <w:t>,</w:t>
      </w:r>
      <w:r w:rsidRPr="00592328">
        <w:rPr>
          <w:rFonts w:ascii="Times New Roman" w:hAnsi="Times New Roman" w:cs="Times New Roman"/>
          <w:b/>
          <w:bCs/>
          <w:i/>
          <w:iCs/>
        </w:rPr>
        <w:t> в-</w:t>
      </w:r>
      <w:r w:rsidRPr="00592328">
        <w:rPr>
          <w:rFonts w:ascii="Times New Roman" w:hAnsi="Times New Roman" w:cs="Times New Roman"/>
        </w:rPr>
        <w:t>,</w:t>
      </w:r>
      <w:r w:rsidRPr="00592328">
        <w:rPr>
          <w:rFonts w:ascii="Times New Roman" w:hAnsi="Times New Roman" w:cs="Times New Roman"/>
          <w:b/>
          <w:bCs/>
          <w:i/>
          <w:iCs/>
        </w:rPr>
        <w:t> на-</w:t>
      </w:r>
      <w:r w:rsidRPr="00592328">
        <w:rPr>
          <w:rFonts w:ascii="Times New Roman" w:hAnsi="Times New Roman" w:cs="Times New Roman"/>
        </w:rPr>
        <w:t>,</w:t>
      </w:r>
      <w:r w:rsidRPr="00592328">
        <w:rPr>
          <w:rFonts w:ascii="Times New Roman" w:hAnsi="Times New Roman" w:cs="Times New Roman"/>
          <w:b/>
          <w:bCs/>
          <w:i/>
          <w:iCs/>
        </w:rPr>
        <w:t> за-</w:t>
      </w:r>
      <w:r w:rsidRPr="00592328">
        <w:rPr>
          <w:rFonts w:ascii="Times New Roman" w:hAnsi="Times New Roman" w:cs="Times New Roman"/>
        </w:rPr>
        <w:t>; употребление </w:t>
      </w:r>
      <w:r w:rsidRPr="00592328">
        <w:rPr>
          <w:rFonts w:ascii="Times New Roman" w:hAnsi="Times New Roman" w:cs="Times New Roman"/>
          <w:b/>
          <w:bCs/>
          <w:i/>
          <w:iCs/>
        </w:rPr>
        <w:t>ь</w:t>
      </w:r>
      <w:r w:rsidRPr="00592328">
        <w:rPr>
          <w:rFonts w:ascii="Times New Roman" w:hAnsi="Times New Roman" w:cs="Times New Roman"/>
        </w:rPr>
        <w:t> после шипящих на конце наречий; правописание суффиксов наречий -</w:t>
      </w:r>
      <w:r w:rsidRPr="00592328">
        <w:rPr>
          <w:rFonts w:ascii="Times New Roman" w:hAnsi="Times New Roman" w:cs="Times New Roman"/>
          <w:b/>
          <w:bCs/>
          <w:i/>
          <w:iCs/>
        </w:rPr>
        <w:t>о</w:t>
      </w:r>
      <w:r w:rsidRPr="00592328">
        <w:rPr>
          <w:rFonts w:ascii="Times New Roman" w:hAnsi="Times New Roman" w:cs="Times New Roman"/>
        </w:rPr>
        <w:t> и -</w:t>
      </w:r>
      <w:r w:rsidRPr="00592328">
        <w:rPr>
          <w:rFonts w:ascii="Times New Roman" w:hAnsi="Times New Roman" w:cs="Times New Roman"/>
          <w:b/>
          <w:bCs/>
          <w:i/>
          <w:iCs/>
        </w:rPr>
        <w:t>е</w:t>
      </w:r>
      <w:r w:rsidRPr="00592328">
        <w:rPr>
          <w:rFonts w:ascii="Times New Roman" w:hAnsi="Times New Roman" w:cs="Times New Roman"/>
        </w:rPr>
        <w:t> после шипящих.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Слова категории состояния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Служебные части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Общая характеристика служебных частей речи. Отличие самостоятельных частей речи от служебных.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Предлог</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Предлог как служебная часть речи. Грамматические функции предлогов.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предлогов по происхождению: предлоги производ</w:t>
      </w:r>
      <w:r w:rsidRPr="00592328">
        <w:rPr>
          <w:rFonts w:ascii="Times New Roman" w:hAnsi="Times New Roman" w:cs="Times New Roman"/>
        </w:rPr>
        <w:softHyphen/>
        <w:t>ные и непроизводные. Разряды предлогов по строению: предлоги простые и составные.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предлогов.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предлогов в речи в соответствии с их значением и стилистическими особенностями.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употребления имён существительных и местоимений с предлогами. Правильное использование предлогов </w:t>
      </w:r>
      <w:r w:rsidRPr="00592328">
        <w:rPr>
          <w:rFonts w:ascii="Times New Roman" w:hAnsi="Times New Roman" w:cs="Times New Roman"/>
          <w:b/>
          <w:bCs/>
          <w:i/>
          <w:iCs/>
        </w:rPr>
        <w:t>из</w:t>
      </w:r>
      <w:r w:rsidRPr="00592328">
        <w:rPr>
          <w:rFonts w:ascii="Times New Roman" w:hAnsi="Times New Roman" w:cs="Times New Roman"/>
        </w:rPr>
        <w:t> — </w:t>
      </w:r>
      <w:r w:rsidRPr="00592328">
        <w:rPr>
          <w:rFonts w:ascii="Times New Roman" w:hAnsi="Times New Roman" w:cs="Times New Roman"/>
          <w:b/>
          <w:bCs/>
          <w:i/>
          <w:iCs/>
        </w:rPr>
        <w:t>с</w:t>
      </w:r>
      <w:r w:rsidRPr="00592328">
        <w:rPr>
          <w:rFonts w:ascii="Times New Roman" w:hAnsi="Times New Roman" w:cs="Times New Roman"/>
        </w:rPr>
        <w:t>, </w:t>
      </w:r>
      <w:r w:rsidRPr="00592328">
        <w:rPr>
          <w:rFonts w:ascii="Times New Roman" w:hAnsi="Times New Roman" w:cs="Times New Roman"/>
          <w:b/>
          <w:bCs/>
          <w:i/>
          <w:iCs/>
        </w:rPr>
        <w:t>в</w:t>
      </w:r>
      <w:r w:rsidRPr="00592328">
        <w:rPr>
          <w:rFonts w:ascii="Times New Roman" w:hAnsi="Times New Roman" w:cs="Times New Roman"/>
        </w:rPr>
        <w:t> — </w:t>
      </w:r>
      <w:r w:rsidRPr="00592328">
        <w:rPr>
          <w:rFonts w:ascii="Times New Roman" w:hAnsi="Times New Roman" w:cs="Times New Roman"/>
          <w:b/>
          <w:bCs/>
          <w:i/>
          <w:iCs/>
        </w:rPr>
        <w:t>на</w:t>
      </w:r>
      <w:r w:rsidRPr="00592328">
        <w:rPr>
          <w:rFonts w:ascii="Times New Roman" w:hAnsi="Times New Roman" w:cs="Times New Roman"/>
        </w:rPr>
        <w:t>. Правильное образование предложно-падежных форм с предлогами </w:t>
      </w:r>
      <w:r w:rsidRPr="00592328">
        <w:rPr>
          <w:rFonts w:ascii="Times New Roman" w:hAnsi="Times New Roman" w:cs="Times New Roman"/>
          <w:b/>
          <w:bCs/>
          <w:i/>
          <w:iCs/>
        </w:rPr>
        <w:t>по</w:t>
      </w:r>
      <w:r w:rsidRPr="00592328">
        <w:rPr>
          <w:rFonts w:ascii="Times New Roman" w:hAnsi="Times New Roman" w:cs="Times New Roman"/>
        </w:rPr>
        <w:t>, </w:t>
      </w:r>
      <w:r w:rsidRPr="00592328">
        <w:rPr>
          <w:rFonts w:ascii="Times New Roman" w:hAnsi="Times New Roman" w:cs="Times New Roman"/>
          <w:b/>
          <w:bCs/>
          <w:i/>
          <w:iCs/>
        </w:rPr>
        <w:t>благодаря</w:t>
      </w:r>
      <w:r w:rsidRPr="00592328">
        <w:rPr>
          <w:rFonts w:ascii="Times New Roman" w:hAnsi="Times New Roman" w:cs="Times New Roman"/>
        </w:rPr>
        <w:t>, </w:t>
      </w:r>
      <w:r w:rsidRPr="00592328">
        <w:rPr>
          <w:rFonts w:ascii="Times New Roman" w:hAnsi="Times New Roman" w:cs="Times New Roman"/>
          <w:b/>
          <w:bCs/>
          <w:i/>
          <w:iCs/>
        </w:rPr>
        <w:t>согласно</w:t>
      </w:r>
      <w:r w:rsidRPr="00592328">
        <w:rPr>
          <w:rFonts w:ascii="Times New Roman" w:hAnsi="Times New Roman" w:cs="Times New Roman"/>
        </w:rPr>
        <w:t>, </w:t>
      </w:r>
      <w:r w:rsidRPr="00592328">
        <w:rPr>
          <w:rFonts w:ascii="Times New Roman" w:hAnsi="Times New Roman" w:cs="Times New Roman"/>
          <w:b/>
          <w:bCs/>
          <w:i/>
          <w:iCs/>
        </w:rPr>
        <w:t>вопреки</w:t>
      </w:r>
      <w:r w:rsidRPr="00592328">
        <w:rPr>
          <w:rFonts w:ascii="Times New Roman" w:hAnsi="Times New Roman" w:cs="Times New Roman"/>
        </w:rPr>
        <w:t>, </w:t>
      </w:r>
      <w:r w:rsidRPr="00592328">
        <w:rPr>
          <w:rFonts w:ascii="Times New Roman" w:hAnsi="Times New Roman" w:cs="Times New Roman"/>
          <w:b/>
          <w:bCs/>
          <w:i/>
          <w:iCs/>
        </w:rPr>
        <w:t>наперерез</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производных предлогов.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Союз</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союзов.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Правописание союзов.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Знаки препинания в сложных союзных предложениях. Знаки препинания в предложениях с союзом </w:t>
      </w:r>
      <w:r w:rsidRPr="00592328">
        <w:rPr>
          <w:rFonts w:ascii="Times New Roman" w:hAnsi="Times New Roman" w:cs="Times New Roman"/>
          <w:b/>
          <w:bCs/>
          <w:i/>
          <w:iCs/>
        </w:rPr>
        <w:t>и</w:t>
      </w:r>
      <w:r w:rsidRPr="00592328">
        <w:rPr>
          <w:rFonts w:ascii="Times New Roman" w:hAnsi="Times New Roman" w:cs="Times New Roman"/>
        </w:rPr>
        <w:t>, связывающим однородные члены и части сложного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Частица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Частица как служебная часть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частиц по значению и употреблению: формообразующие, отрицательные, модальные.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частиц.</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Смысловые различия частиц </w:t>
      </w:r>
      <w:r w:rsidRPr="00592328">
        <w:rPr>
          <w:rFonts w:ascii="Times New Roman" w:hAnsi="Times New Roman" w:cs="Times New Roman"/>
          <w:b/>
          <w:bCs/>
          <w:i/>
          <w:iCs/>
        </w:rPr>
        <w:t>не</w:t>
      </w:r>
      <w:r w:rsidRPr="00592328">
        <w:rPr>
          <w:rFonts w:ascii="Times New Roman" w:hAnsi="Times New Roman" w:cs="Times New Roman"/>
        </w:rPr>
        <w:t> и </w:t>
      </w:r>
      <w:r w:rsidRPr="00592328">
        <w:rPr>
          <w:rFonts w:ascii="Times New Roman" w:hAnsi="Times New Roman" w:cs="Times New Roman"/>
          <w:b/>
          <w:bCs/>
          <w:i/>
          <w:iCs/>
        </w:rPr>
        <w:t>ни</w:t>
      </w:r>
      <w:r w:rsidRPr="00592328">
        <w:rPr>
          <w:rFonts w:ascii="Times New Roman" w:hAnsi="Times New Roman" w:cs="Times New Roman"/>
        </w:rPr>
        <w:t>. Использование частиц </w:t>
      </w:r>
      <w:r w:rsidRPr="00592328">
        <w:rPr>
          <w:rFonts w:ascii="Times New Roman" w:hAnsi="Times New Roman" w:cs="Times New Roman"/>
          <w:b/>
          <w:bCs/>
          <w:i/>
          <w:iCs/>
        </w:rPr>
        <w:t>не</w:t>
      </w:r>
      <w:r w:rsidRPr="00592328">
        <w:rPr>
          <w:rFonts w:ascii="Times New Roman" w:hAnsi="Times New Roman" w:cs="Times New Roman"/>
        </w:rPr>
        <w:t> и </w:t>
      </w:r>
      <w:r w:rsidRPr="00592328">
        <w:rPr>
          <w:rFonts w:ascii="Times New Roman" w:hAnsi="Times New Roman" w:cs="Times New Roman"/>
          <w:b/>
          <w:bCs/>
          <w:i/>
          <w:iCs/>
        </w:rPr>
        <w:t>ни</w:t>
      </w:r>
      <w:r w:rsidRPr="00592328">
        <w:rPr>
          <w:rFonts w:ascii="Times New Roman" w:hAnsi="Times New Roman" w:cs="Times New Roman"/>
        </w:rPr>
        <w:t> в письменной речи. Различение приставки </w:t>
      </w:r>
      <w:r w:rsidRPr="00592328">
        <w:rPr>
          <w:rFonts w:ascii="Times New Roman" w:hAnsi="Times New Roman" w:cs="Times New Roman"/>
          <w:b/>
          <w:bCs/>
          <w:i/>
          <w:iCs/>
        </w:rPr>
        <w:t>не</w:t>
      </w:r>
      <w:r w:rsidRPr="00592328">
        <w:rPr>
          <w:rFonts w:ascii="Times New Roman" w:hAnsi="Times New Roman" w:cs="Times New Roman"/>
        </w:rPr>
        <w:t>- и частицы </w:t>
      </w:r>
      <w:r w:rsidRPr="00592328">
        <w:rPr>
          <w:rFonts w:ascii="Times New Roman" w:hAnsi="Times New Roman" w:cs="Times New Roman"/>
          <w:b/>
          <w:bCs/>
          <w:i/>
          <w:iCs/>
        </w:rPr>
        <w:t>не</w:t>
      </w:r>
      <w:r w:rsidRPr="00592328">
        <w:rPr>
          <w:rFonts w:ascii="Times New Roman" w:hAnsi="Times New Roman" w:cs="Times New Roman"/>
        </w:rPr>
        <w:t>. Слитное и раздельное написание </w:t>
      </w:r>
      <w:r w:rsidRPr="00592328">
        <w:rPr>
          <w:rFonts w:ascii="Times New Roman" w:hAnsi="Times New Roman" w:cs="Times New Roman"/>
          <w:b/>
          <w:bCs/>
          <w:i/>
          <w:iCs/>
        </w:rPr>
        <w:t>не</w:t>
      </w:r>
      <w:r w:rsidRPr="00592328">
        <w:rPr>
          <w:rFonts w:ascii="Times New Roman" w:hAnsi="Times New Roman" w:cs="Times New Roman"/>
        </w:rPr>
        <w:t> с разными частями речи (обобщение). Правописание частиц </w:t>
      </w:r>
      <w:r w:rsidRPr="00592328">
        <w:rPr>
          <w:rFonts w:ascii="Times New Roman" w:hAnsi="Times New Roman" w:cs="Times New Roman"/>
          <w:b/>
          <w:bCs/>
          <w:i/>
          <w:iCs/>
        </w:rPr>
        <w:t>бы</w:t>
      </w:r>
      <w:r w:rsidRPr="00592328">
        <w:rPr>
          <w:rFonts w:ascii="Times New Roman" w:hAnsi="Times New Roman" w:cs="Times New Roman"/>
        </w:rPr>
        <w:t>, </w:t>
      </w:r>
      <w:r w:rsidRPr="00592328">
        <w:rPr>
          <w:rFonts w:ascii="Times New Roman" w:hAnsi="Times New Roman" w:cs="Times New Roman"/>
          <w:b/>
          <w:bCs/>
          <w:i/>
          <w:iCs/>
        </w:rPr>
        <w:t>ли</w:t>
      </w:r>
      <w:r w:rsidRPr="00592328">
        <w:rPr>
          <w:rFonts w:ascii="Times New Roman" w:hAnsi="Times New Roman" w:cs="Times New Roman"/>
        </w:rPr>
        <w:t>, </w:t>
      </w:r>
      <w:r w:rsidRPr="00592328">
        <w:rPr>
          <w:rFonts w:ascii="Times New Roman" w:hAnsi="Times New Roman" w:cs="Times New Roman"/>
          <w:b/>
          <w:bCs/>
          <w:i/>
          <w:iCs/>
        </w:rPr>
        <w:t>же</w:t>
      </w:r>
      <w:r w:rsidRPr="00592328">
        <w:rPr>
          <w:rFonts w:ascii="Times New Roman" w:hAnsi="Times New Roman" w:cs="Times New Roman"/>
        </w:rPr>
        <w:t> с другими словами. Дефисное написание частиц -</w:t>
      </w:r>
      <w:r w:rsidRPr="00592328">
        <w:rPr>
          <w:rFonts w:ascii="Times New Roman" w:hAnsi="Times New Roman" w:cs="Times New Roman"/>
          <w:b/>
          <w:bCs/>
          <w:i/>
          <w:iCs/>
        </w:rPr>
        <w:t>то</w:t>
      </w:r>
      <w:r w:rsidRPr="00592328">
        <w:rPr>
          <w:rFonts w:ascii="Times New Roman" w:hAnsi="Times New Roman" w:cs="Times New Roman"/>
        </w:rPr>
        <w:t>, -</w:t>
      </w:r>
      <w:r w:rsidRPr="00592328">
        <w:rPr>
          <w:rFonts w:ascii="Times New Roman" w:hAnsi="Times New Roman" w:cs="Times New Roman"/>
          <w:b/>
          <w:bCs/>
          <w:i/>
          <w:iCs/>
        </w:rPr>
        <w:t>таки</w:t>
      </w:r>
      <w:r w:rsidRPr="00592328">
        <w:rPr>
          <w:rFonts w:ascii="Times New Roman" w:hAnsi="Times New Roman" w:cs="Times New Roman"/>
        </w:rPr>
        <w:t>, -</w:t>
      </w:r>
      <w:r w:rsidRPr="00592328">
        <w:rPr>
          <w:rFonts w:ascii="Times New Roman" w:hAnsi="Times New Roman" w:cs="Times New Roman"/>
          <w:b/>
          <w:bCs/>
          <w:i/>
          <w:iCs/>
        </w:rPr>
        <w:t>ка</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Междометия и звукоподражательные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Междометия как особая группа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Морфологический анализ междометий.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Звукоподражательные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44E79" w:rsidRPr="00592328" w:rsidRDefault="00F44E79" w:rsidP="00592328">
      <w:pPr>
        <w:widowControl/>
        <w:shd w:val="clear" w:color="auto" w:fill="FFFFFF"/>
        <w:spacing w:after="160"/>
        <w:jc w:val="both"/>
        <w:rPr>
          <w:rFonts w:ascii="Times New Roman" w:hAnsi="Times New Roman" w:cs="Times New Roman"/>
        </w:rPr>
      </w:pPr>
      <w:r w:rsidRPr="00592328">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F44E79" w:rsidRPr="00592328" w:rsidRDefault="00F44E79" w:rsidP="00592328">
      <w:pPr>
        <w:widowControl/>
        <w:shd w:val="clear" w:color="auto" w:fill="FFFFFF"/>
        <w:spacing w:after="160"/>
        <w:jc w:val="both"/>
        <w:rPr>
          <w:rFonts w:ascii="Times New Roman" w:hAnsi="Times New Roman" w:cs="Times New Roman"/>
          <w:b/>
          <w:bCs/>
          <w:color w:val="auto"/>
        </w:rPr>
      </w:pPr>
      <w:r w:rsidRPr="00592328">
        <w:rPr>
          <w:rFonts w:ascii="Times New Roman" w:hAnsi="Times New Roman" w:cs="Times New Roman"/>
          <w:b/>
          <w:bCs/>
          <w:color w:val="auto"/>
        </w:rPr>
        <w:t>8 класс (102 часа)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Русский язык в кругу других славянских языков.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Монолог-описание, монолог-рассуждение, монолог-повествование; выступление с научным сообщением.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Диалог.</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Текст и его основные признаки.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Особенности функционально-смысловых типов речи (повествование, описание, рассуждение).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Официально-деловой стиль. Сфера употребления, функции, языковые особенности.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Научный стиль. Сфера употребления, функции, языковые особенности.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Синтаксис. Культура речи. Пунктуация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Синтаксис как раздел лингвистики.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Словосочетание и предложение как единицы синтаксиса.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Пунктуация. Функции знаков препинания.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Словосочетание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Основные признаки словосочетания.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словосочетаний по морфологическим свойствам главного слова: глагольные, именные, наречные.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Типы подчинительной связи слов в словосочетании: согласование, управление, примыкание.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Синтаксический анализ словосочетаний.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Грамматическая синонимия словосочетаний.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построения словосочетаний.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языковых форм выражения побуждения в побудительных предложениях.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предложений по количеству грамматических основ (простые, сложные).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простых предложений по наличию главных членов (двусоставные, односоставные).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предложений по наличию второстепенных членов (распространённые, нераспространённые).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Предложения полные и неполные.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Грамматические, интонационные и пунктуационные особенности предложений со словами </w:t>
      </w:r>
      <w:r w:rsidRPr="00592328">
        <w:rPr>
          <w:rFonts w:ascii="Times New Roman" w:hAnsi="Times New Roman" w:cs="Times New Roman"/>
          <w:b/>
          <w:bCs/>
          <w:i/>
          <w:iCs/>
        </w:rPr>
        <w:t>да</w:t>
      </w:r>
      <w:r w:rsidRPr="00592328">
        <w:rPr>
          <w:rFonts w:ascii="Times New Roman" w:hAnsi="Times New Roman" w:cs="Times New Roman"/>
        </w:rPr>
        <w:t>, </w:t>
      </w:r>
      <w:r w:rsidRPr="00592328">
        <w:rPr>
          <w:rFonts w:ascii="Times New Roman" w:hAnsi="Times New Roman" w:cs="Times New Roman"/>
          <w:b/>
          <w:bCs/>
          <w:i/>
          <w:iCs/>
        </w:rPr>
        <w:t>нет</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построения простого предложения, использования инверсии.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Двусоставное 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Главные члены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Подлежащее и сказуемое как главные члены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Способы выражения подлежащего.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Тире между подлежащим и сказуемым.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w:t>
      </w:r>
      <w:r w:rsidRPr="00592328">
        <w:rPr>
          <w:rFonts w:ascii="Times New Roman" w:hAnsi="Times New Roman" w:cs="Times New Roman"/>
          <w:b/>
          <w:bCs/>
          <w:i/>
          <w:iCs/>
        </w:rPr>
        <w:t>большинство</w:t>
      </w:r>
      <w:r w:rsidRPr="00592328">
        <w:rPr>
          <w:rFonts w:ascii="Times New Roman" w:hAnsi="Times New Roman" w:cs="Times New Roman"/>
        </w:rPr>
        <w:t> — </w:t>
      </w:r>
      <w:r w:rsidRPr="00592328">
        <w:rPr>
          <w:rFonts w:ascii="Times New Roman" w:hAnsi="Times New Roman" w:cs="Times New Roman"/>
          <w:b/>
          <w:bCs/>
          <w:i/>
          <w:iCs/>
        </w:rPr>
        <w:t>меньшинство</w:t>
      </w:r>
      <w:r w:rsidRPr="00592328">
        <w:rPr>
          <w:rFonts w:ascii="Times New Roman" w:hAnsi="Times New Roman" w:cs="Times New Roman"/>
        </w:rPr>
        <w:t>, количественными сочетаниями.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Второстепенные члены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Второстепенные члены предложения, их виды.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Определение как второстепенный член предложения. Определения согласованные и несогласованные.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Приложение как особый вид определения.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Дополнение как второстепенный член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Дополнения прямые и косвенные.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Односоставные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Односоставные предложения, их грамматические признаки.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Грамматические различия односоставных предложений и двусоставных неполных предложений.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Синтаксическая синонимия односоставных и двусоставных предложений.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Употребление односоставных предложений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Простое осложнённое 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Предложения с однородными членами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Однородные члены предложения, их признаки, средства связи. Союзная и бессоюзная связь однородных членов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Однородные и неоднородные определения.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Предложения с обобщающими словами при однородных членах.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построения предложений с однородными членами, связанными двойными союзами </w:t>
      </w:r>
      <w:r w:rsidRPr="00592328">
        <w:rPr>
          <w:rFonts w:ascii="Times New Roman" w:hAnsi="Times New Roman" w:cs="Times New Roman"/>
          <w:b/>
          <w:bCs/>
          <w:i/>
          <w:iCs/>
        </w:rPr>
        <w:t>не только…</w:t>
      </w:r>
      <w:r w:rsidRPr="00592328">
        <w:rPr>
          <w:rFonts w:ascii="Times New Roman" w:hAnsi="Times New Roman" w:cs="Times New Roman"/>
          <w:b/>
          <w:bCs/>
        </w:rPr>
        <w:t> </w:t>
      </w:r>
      <w:r w:rsidRPr="00592328">
        <w:rPr>
          <w:rFonts w:ascii="Times New Roman" w:hAnsi="Times New Roman" w:cs="Times New Roman"/>
          <w:b/>
          <w:bCs/>
          <w:i/>
          <w:iCs/>
        </w:rPr>
        <w:t>но и</w:t>
      </w:r>
      <w:r w:rsidRPr="00592328">
        <w:rPr>
          <w:rFonts w:ascii="Times New Roman" w:hAnsi="Times New Roman" w:cs="Times New Roman"/>
        </w:rPr>
        <w:t>, </w:t>
      </w:r>
      <w:r w:rsidRPr="00592328">
        <w:rPr>
          <w:rFonts w:ascii="Times New Roman" w:hAnsi="Times New Roman" w:cs="Times New Roman"/>
          <w:b/>
          <w:bCs/>
          <w:i/>
          <w:iCs/>
        </w:rPr>
        <w:t>как… так 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w:t>
      </w:r>
      <w:r w:rsidRPr="00592328">
        <w:rPr>
          <w:rFonts w:ascii="Times New Roman" w:hAnsi="Times New Roman" w:cs="Times New Roman"/>
          <w:b/>
          <w:bCs/>
          <w:i/>
          <w:iCs/>
        </w:rPr>
        <w:t>и... и</w:t>
      </w:r>
      <w:r w:rsidRPr="00592328">
        <w:rPr>
          <w:rFonts w:ascii="Times New Roman" w:hAnsi="Times New Roman" w:cs="Times New Roman"/>
        </w:rPr>
        <w:t>, </w:t>
      </w:r>
      <w:r w:rsidRPr="00592328">
        <w:rPr>
          <w:rFonts w:ascii="Times New Roman" w:hAnsi="Times New Roman" w:cs="Times New Roman"/>
          <w:b/>
          <w:bCs/>
          <w:i/>
          <w:iCs/>
        </w:rPr>
        <w:t>или... или</w:t>
      </w:r>
      <w:r w:rsidRPr="00592328">
        <w:rPr>
          <w:rFonts w:ascii="Times New Roman" w:hAnsi="Times New Roman" w:cs="Times New Roman"/>
        </w:rPr>
        <w:t>, </w:t>
      </w:r>
      <w:r w:rsidRPr="00592328">
        <w:rPr>
          <w:rFonts w:ascii="Times New Roman" w:hAnsi="Times New Roman" w:cs="Times New Roman"/>
          <w:b/>
          <w:bCs/>
          <w:i/>
          <w:iCs/>
        </w:rPr>
        <w:t>либo... либo</w:t>
      </w:r>
      <w:r w:rsidRPr="00592328">
        <w:rPr>
          <w:rFonts w:ascii="Times New Roman" w:hAnsi="Times New Roman" w:cs="Times New Roman"/>
        </w:rPr>
        <w:t>, </w:t>
      </w:r>
      <w:r w:rsidRPr="00592328">
        <w:rPr>
          <w:rFonts w:ascii="Times New Roman" w:hAnsi="Times New Roman" w:cs="Times New Roman"/>
          <w:b/>
          <w:bCs/>
          <w:i/>
          <w:iCs/>
        </w:rPr>
        <w:t>ни... ни</w:t>
      </w:r>
      <w:r w:rsidRPr="00592328">
        <w:rPr>
          <w:rFonts w:ascii="Times New Roman" w:hAnsi="Times New Roman" w:cs="Times New Roman"/>
        </w:rPr>
        <w:t>, </w:t>
      </w:r>
      <w:r w:rsidRPr="00592328">
        <w:rPr>
          <w:rFonts w:ascii="Times New Roman" w:hAnsi="Times New Roman" w:cs="Times New Roman"/>
          <w:b/>
          <w:bCs/>
          <w:i/>
          <w:iCs/>
        </w:rPr>
        <w:t>тo... тo</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постановки знаков препинания в предложениях с обобщающими словами при однородных членах.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постановки знаков препинания в простом и сложном предложениях с союзом </w:t>
      </w:r>
      <w:r w:rsidRPr="00592328">
        <w:rPr>
          <w:rFonts w:ascii="Times New Roman" w:hAnsi="Times New Roman" w:cs="Times New Roman"/>
          <w:b/>
          <w:bCs/>
          <w:i/>
          <w:iCs/>
        </w:rPr>
        <w:t>и</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Предложения с обособленными членами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Уточняющие члены предложения, пояснительные и при</w:t>
      </w:r>
      <w:r w:rsidRPr="00592328">
        <w:rPr>
          <w:rFonts w:ascii="Times New Roman" w:hAnsi="Times New Roman" w:cs="Times New Roman"/>
        </w:rPr>
        <w:softHyphen/>
        <w:t>соединительные конструкции. </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Предложения с обращениями, вводными и вставными конструкциями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Обращение. Основные функции обращения. Распространённое и нераспространённое обращение.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Вводные конструкции.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Вставные конструкции.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Омонимия членов предложения и вводных слов, словосочетаний и предложений.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44E79" w:rsidRPr="00592328" w:rsidRDefault="00F44E79" w:rsidP="00592328">
      <w:pPr>
        <w:widowControl/>
        <w:shd w:val="clear" w:color="auto" w:fill="FFFFFF"/>
        <w:spacing w:after="160"/>
        <w:jc w:val="both"/>
        <w:rPr>
          <w:rFonts w:ascii="Times New Roman" w:hAnsi="Times New Roman" w:cs="Times New Roman"/>
        </w:rPr>
      </w:pPr>
      <w:r w:rsidRPr="00592328">
        <w:rPr>
          <w:rFonts w:ascii="Times New Roman" w:hAnsi="Times New Roman" w:cs="Times New Roman"/>
        </w:rPr>
        <w:t xml:space="preserve">Нормы постановки знаков препинания в предложениях с вводными и вставными конструкциями, обращениями и междометиями. </w:t>
      </w:r>
    </w:p>
    <w:p w:rsidR="00F44E79" w:rsidRPr="00592328" w:rsidRDefault="00F44E79" w:rsidP="00592328">
      <w:pPr>
        <w:widowControl/>
        <w:shd w:val="clear" w:color="auto" w:fill="FFFFFF"/>
        <w:spacing w:after="160"/>
        <w:jc w:val="both"/>
        <w:rPr>
          <w:rFonts w:ascii="Times New Roman" w:hAnsi="Times New Roman" w:cs="Times New Roman"/>
          <w:b/>
          <w:bCs/>
        </w:rPr>
      </w:pPr>
      <w:r w:rsidRPr="00592328">
        <w:rPr>
          <w:rFonts w:ascii="Times New Roman" w:hAnsi="Times New Roman" w:cs="Times New Roman"/>
          <w:b/>
          <w:bCs/>
        </w:rPr>
        <w:t xml:space="preserve">9 класс (102 часа) </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Общие сведения о языке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Роль русского языка в Российской Федерации.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Русский язык в современном мире.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Язык и речь</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Речь устная и письменная, монологическая и диалогическая, полилог (повторение).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речевой деятельности: говорение, письмо, аудирование, чтение (повторение).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аудирования: выборочное, ознакомительное, детальное.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чтения: изучающее, ознакомительное, просмотровое, поисковое.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Подробное, сжатое, выборочное изложение прочитанного или прослушанного текста.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Соблюдение языковых норм (орфоэпических, лексических, грамматических, стилистических, орфографических, пунктуа</w:t>
      </w:r>
      <w:r w:rsidRPr="00592328">
        <w:rPr>
          <w:rFonts w:ascii="Times New Roman" w:hAnsi="Times New Roman" w:cs="Times New Roman"/>
          <w:color w:val="auto"/>
        </w:rPr>
        <w:softHyphen/>
        <w:t>ционных) русского литературного языка в речевой практике при создании устных и письменных высказываний.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Приёмы работы с учебной книгой, лингвистическими словарями, справочной литературой.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Текст</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Особенности употребления языковых средств выразительности в текстах, принадлежащих к различным функционально-смысловым типам речи.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Информационная переработка текста.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Синтаксис. Культура речи. Пунктуация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Сложное предложение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Понятие о сложном предложении (повторение).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Классификация сложных предложений. </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Смысловое, структурное и интонационное единство частей сложного предложения.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Сложносочинённое предложение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Понятие о сложносочинённом предложении, его строении.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сложносочинённых предложений. Средства связи частей сложносочинённого предложения.  </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Интонационные особенности сложносочинённых предложений с разными смысловыми отношениями между частями.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Нормы построения сложносочинённого предложения; нормы постановки знаков препинания в сложных предложениях (обобщение).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Синтаксический и пунктуационный анализ сложносочинённых предложений.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Сложноподчинённое предложение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Понятие о сложноподчинённом предложении. Главная и придаточная части предложения.</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Союзы и союзные слова. Различия подчинительных союзов и союзных слов.</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Грамматическая синонимия сложноподчинённых предложений и простых предложений с обособленными членами.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w:t>
      </w:r>
      <w:r w:rsidRPr="00592328">
        <w:rPr>
          <w:rFonts w:ascii="Times New Roman" w:hAnsi="Times New Roman" w:cs="Times New Roman"/>
          <w:color w:val="auto"/>
        </w:rPr>
        <w:softHyphen/>
        <w:t>ными.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92328">
        <w:rPr>
          <w:rFonts w:ascii="Times New Roman" w:hAnsi="Times New Roman" w:cs="Times New Roman"/>
          <w:b/>
          <w:bCs/>
          <w:i/>
          <w:iCs/>
          <w:color w:val="auto"/>
        </w:rPr>
        <w:t>чтобы</w:t>
      </w:r>
      <w:r w:rsidRPr="00592328">
        <w:rPr>
          <w:rFonts w:ascii="Times New Roman" w:hAnsi="Times New Roman" w:cs="Times New Roman"/>
          <w:color w:val="auto"/>
        </w:rPr>
        <w:t>, союзными словами </w:t>
      </w:r>
      <w:r w:rsidRPr="00592328">
        <w:rPr>
          <w:rFonts w:ascii="Times New Roman" w:hAnsi="Times New Roman" w:cs="Times New Roman"/>
          <w:b/>
          <w:bCs/>
          <w:i/>
          <w:iCs/>
          <w:color w:val="auto"/>
        </w:rPr>
        <w:t>какой</w:t>
      </w:r>
      <w:r w:rsidRPr="00592328">
        <w:rPr>
          <w:rFonts w:ascii="Times New Roman" w:hAnsi="Times New Roman" w:cs="Times New Roman"/>
          <w:color w:val="auto"/>
        </w:rPr>
        <w:t>, </w:t>
      </w:r>
      <w:r w:rsidRPr="00592328">
        <w:rPr>
          <w:rFonts w:ascii="Times New Roman" w:hAnsi="Times New Roman" w:cs="Times New Roman"/>
          <w:b/>
          <w:bCs/>
          <w:i/>
          <w:iCs/>
          <w:color w:val="auto"/>
        </w:rPr>
        <w:t>который</w:t>
      </w:r>
      <w:r w:rsidRPr="00592328">
        <w:rPr>
          <w:rFonts w:ascii="Times New Roman" w:hAnsi="Times New Roman" w:cs="Times New Roman"/>
          <w:color w:val="auto"/>
        </w:rPr>
        <w:t>. Типичные грамматические ошибки при построении сложноподчинённых предложений.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Нормы постановки знаков препинания в сложноподчинённых предложениях.</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Синтаксический и пунктуационный анализ сложноподчинённых предложений.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Бессоюзное сложное предложение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Понятие о бессоюзном сложном предложении.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Бессоюзные сложные предложения со значением перечисления. Запятая и точка с запятой в бессоюзном сложном предложении.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Бессоюзные сложные предложения со значением причины, пояснения, дополнения. Двоеточие в бессоюзном сложном предложении.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Синтаксический и пунктуационный анализ бессоюзных сложных предложений.</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Сложные предложения с разными видами союзной и бессоюзной связи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Типы сложных предложений с разными видами связи.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Синтаксический и пунктуационный анализ сложных предложений с разными видами союзной и бессоюзной связи.</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b/>
          <w:bCs/>
          <w:color w:val="auto"/>
        </w:rPr>
        <w:t>Прямая и косвенная речь</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Прямая и косвенная речь. Синонимия предложений с прямой и косвенной речью.</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Цитирование. Способы включения цитат в высказывание.</w:t>
      </w:r>
    </w:p>
    <w:p w:rsidR="00F44E79" w:rsidRPr="00592328" w:rsidRDefault="00F44E79" w:rsidP="00592328">
      <w:pPr>
        <w:widowControl/>
        <w:shd w:val="clear" w:color="auto" w:fill="FFFFFF"/>
        <w:jc w:val="both"/>
        <w:rPr>
          <w:rFonts w:ascii="Times New Roman" w:hAnsi="Times New Roman" w:cs="Times New Roman"/>
          <w:color w:val="auto"/>
        </w:rPr>
      </w:pPr>
      <w:r w:rsidRPr="00592328">
        <w:rPr>
          <w:rFonts w:ascii="Times New Roman" w:hAnsi="Times New Roman" w:cs="Times New Roman"/>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44E79" w:rsidRPr="00592328" w:rsidRDefault="00F44E79" w:rsidP="00592328">
      <w:pPr>
        <w:widowControl/>
        <w:shd w:val="clear" w:color="auto" w:fill="FFFFFF"/>
        <w:spacing w:after="160"/>
        <w:jc w:val="both"/>
        <w:rPr>
          <w:rFonts w:ascii="Times New Roman" w:hAnsi="Times New Roman" w:cs="Times New Roman"/>
          <w:color w:val="auto"/>
        </w:rPr>
      </w:pPr>
      <w:r w:rsidRPr="00592328">
        <w:rPr>
          <w:rFonts w:ascii="Times New Roman" w:hAnsi="Times New Roman" w:cs="Times New Roman"/>
          <w:color w:val="auto"/>
        </w:rPr>
        <w:t>Применение знаний по синтаксису и пунктуации в практике правописания.</w:t>
      </w:r>
    </w:p>
    <w:p w:rsidR="00F44E79" w:rsidRPr="00592328" w:rsidRDefault="00F44E79" w:rsidP="00592328">
      <w:pPr>
        <w:widowControl/>
        <w:pBdr>
          <w:bottom w:val="single" w:sz="6" w:space="5" w:color="000000"/>
        </w:pBdr>
        <w:shd w:val="clear" w:color="auto" w:fill="FFFFFF"/>
        <w:spacing w:before="100" w:beforeAutospacing="1" w:after="240" w:line="240" w:lineRule="atLeast"/>
        <w:jc w:val="both"/>
        <w:outlineLvl w:val="0"/>
        <w:rPr>
          <w:rFonts w:ascii="Times New Roman" w:hAnsi="Times New Roman" w:cs="Times New Roman"/>
          <w:b/>
          <w:bCs/>
          <w:caps/>
          <w:kern w:val="36"/>
        </w:rPr>
      </w:pPr>
      <w:r w:rsidRPr="00592328">
        <w:rPr>
          <w:rFonts w:ascii="Times New Roman" w:hAnsi="Times New Roman" w:cs="Times New Roman"/>
          <w:b/>
          <w:bCs/>
          <w:caps/>
          <w:kern w:val="36"/>
        </w:rPr>
        <w:t xml:space="preserve"> ПЛАНИРУЕМЫЕ ОБРАЗОВАТЕЛЬНЫЕ РЕЗУЛЬТАТЫ</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ЛИЧНОСТНЫЕ РЕЗУЛЬТАТЫ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Гражданского воспитания: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Патриотического воспитания: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Духовно-нравственного воспитания: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Эстетического воспитания: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Физического воспитания, формирования культуры здоровья и эмоционального благополучия: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w:t>
      </w:r>
      <w:r w:rsidRPr="00592328">
        <w:rPr>
          <w:rFonts w:ascii="Times New Roman" w:hAnsi="Times New Roman" w:cs="Times New Roman"/>
        </w:rPr>
        <w:softHyphen/>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умение принимать себя и других, не осуждая;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Трудового воспитания: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интерес к практическому изучению профессий и труда </w:t>
      </w:r>
      <w:r w:rsidRPr="00592328">
        <w:rPr>
          <w:rFonts w:ascii="Times New Roman" w:hAnsi="Times New Roman" w:cs="Times New Roman"/>
        </w:rPr>
        <w:softHyphen/>
        <w:t>раз</w:t>
      </w:r>
      <w:r w:rsidRPr="00592328">
        <w:rPr>
          <w:rFonts w:ascii="Times New Roman" w:hAnsi="Times New Roman" w:cs="Times New Roman"/>
        </w:rPr>
        <w:softHyphen/>
        <w:t>личного рода, в том числе на основе применения изучае</w:t>
      </w:r>
      <w:r w:rsidRPr="00592328">
        <w:rPr>
          <w:rFonts w:ascii="Times New Roman" w:hAnsi="Times New Roman" w:cs="Times New Roman"/>
        </w:rPr>
        <w:softHyphen/>
        <w:t>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Экологического воспитания: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Ценности научного познания: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w:t>
      </w:r>
      <w:r w:rsidRPr="00592328">
        <w:rPr>
          <w:rFonts w:ascii="Times New Roman" w:hAnsi="Times New Roman" w:cs="Times New Roman"/>
        </w:rPr>
        <w:softHyphen/>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w:t>
      </w:r>
      <w:r w:rsidRPr="00592328">
        <w:rPr>
          <w:rFonts w:ascii="Times New Roman" w:hAnsi="Times New Roman" w:cs="Times New Roman"/>
        </w:rPr>
        <w:softHyphen/>
        <w:t>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592328">
        <w:rPr>
          <w:rFonts w:ascii="Times New Roman" w:hAnsi="Times New Roman" w:cs="Times New Roman"/>
        </w:rPr>
        <w:softHyphen/>
        <w:t>получия.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Адаптации обучающегося к изменяющимся условиям социальной и природной среды: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МЕТАПРЕДМЕТНЫЕ РЕЗУЛЬТАТЫ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1. Овладение универсальными учебными познавательными действиями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Базовые логические действия: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дефицит информации текста, необходимой для решения поставленной учебной задачи;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w:t>
      </w:r>
      <w:r w:rsidRPr="00592328">
        <w:rPr>
          <w:rFonts w:ascii="Times New Roman" w:hAnsi="Times New Roman" w:cs="Times New Roman"/>
        </w:rPr>
        <w:softHyphen/>
        <w:t>ный вариант с учётом самостоятельно выделенных критериев.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Базовые исследовательские действия: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вопросы как исследовательский инструмент познания в языковом образовании;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составлять алгоритм действий и использовать его для решения учебных задач;</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Работа с информацией: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w:t>
      </w:r>
      <w:r w:rsidRPr="00592328">
        <w:rPr>
          <w:rFonts w:ascii="Times New Roman" w:hAnsi="Times New Roman" w:cs="Times New Roman"/>
        </w:rPr>
        <w:softHyphen/>
        <w:t>лицах, схемах;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оценивать надёжность информации по критериям, пред</w:t>
      </w:r>
      <w:r w:rsidRPr="00592328">
        <w:rPr>
          <w:rFonts w:ascii="Times New Roman" w:hAnsi="Times New Roman" w:cs="Times New Roman"/>
        </w:rPr>
        <w:softHyphen/>
        <w:t>ложенным учителем или сформулированным самостоятельно;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эффективно запоминать и систематизировать информацию.</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2. Овладение универсальными учебными коммуникативными действиями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Общение: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невербальные средства общения, понимать значение социальных знаков;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знать и распознавать предпосылки конфликтных ситуаций и смягчать конфликты, вести переговоры;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Совместная деятельность: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и использовать преимущества командной и ин</w:t>
      </w:r>
      <w:r w:rsidRPr="00592328">
        <w:rPr>
          <w:rFonts w:ascii="Times New Roman" w:hAnsi="Times New Roman" w:cs="Times New Roman"/>
        </w:rPr>
        <w:softHyphen/>
        <w:t xml:space="preserve">дивидуальной работы при решении конкретной проблемы, </w:t>
      </w:r>
      <w:r w:rsidRPr="00592328">
        <w:rPr>
          <w:rFonts w:ascii="Times New Roman" w:hAnsi="Times New Roman" w:cs="Times New Roman"/>
        </w:rPr>
        <w:softHyphen/>
        <w:t xml:space="preserve">обосновывать необходимость применения групповых форм </w:t>
      </w:r>
      <w:r w:rsidRPr="00592328">
        <w:rPr>
          <w:rFonts w:ascii="Times New Roman" w:hAnsi="Times New Roman" w:cs="Times New Roman"/>
        </w:rPr>
        <w:softHyphen/>
        <w:t>взаимодействия при решении поставленной задачи;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592328">
        <w:rPr>
          <w:rFonts w:ascii="Times New Roman" w:hAnsi="Times New Roman" w:cs="Times New Roman"/>
        </w:rPr>
        <w:softHyphen/>
        <w:t>ной работы; уметь обобщать мнения нескольких людей, проявлять готовность руководить, выполнять поручения, подчиняться;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3. Овладение универсальными учебными регулятивными действиями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Самоорганизация: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проблемы для решения в учебных и жизненных ситуациях;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самостоятельно составлять план действий, вносить необходимые коррективы в ходе его реализации;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делать выбор и брать ответственность за решение.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Самоконтроль: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разными способами самоконтроля (в том числе речевого), самомотивации и рефлексии;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давать адекватную оценку учебной ситуации и предлагать план её изменения;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объяснять причины достижения (недостижения) результата дея</w:t>
      </w:r>
      <w:r w:rsidRPr="00592328">
        <w:rPr>
          <w:rFonts w:ascii="Times New Roman" w:hAnsi="Times New Roman" w:cs="Times New Roman"/>
        </w:rPr>
        <w:softHyphen/>
        <w:t>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Эмоциональный интеллект: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развивать способность управлять собственными эмоциями и эмоциями других;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i/>
          <w:iCs/>
        </w:rPr>
        <w:t>Принятие себя и других: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осознанно относиться к другому человеку и его мнению;</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признавать своё и чужое право на ошибку;</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принимать себя и других, не осуждая;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проявлять открытость;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осознавать невозможность контролировать всё вокруг.</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ПРЕДМЕТНЫЕ РЕЗУЛЬТАТЫ</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5 класс</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Владеть различными видами аудирования: выборочным, </w:t>
      </w:r>
      <w:r w:rsidRPr="00592328">
        <w:rPr>
          <w:rFonts w:ascii="Times New Roman" w:hAnsi="Times New Roman" w:cs="Times New Roman"/>
        </w:rPr>
        <w:softHyphen/>
        <w:t>ознакомительным, детальным — научно-учебных и художественных текстов различных функционально-смысловых типов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чтения: просмотровым, ознакомительным, изучающим, поисковым.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Устно пересказывать прочитанный или прослушанный текст объёмом не менее 100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592328">
        <w:rPr>
          <w:rFonts w:ascii="Times New Roman" w:hAnsi="Times New Roman" w:cs="Times New Roman"/>
        </w:rPr>
        <w:softHyphen/>
        <w:t>ционально-смысловому типу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знание основных признаков текста (повествование) в практике его создания.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Восстанавливать деформированный текст; осуществлять корректировку восстановленного текста с опорой на образец. </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сообщение на заданную тему в виде презентации.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F44E79" w:rsidRPr="00592328" w:rsidRDefault="00F44E79" w:rsidP="00592328">
      <w:pPr>
        <w:widowControl/>
        <w:shd w:val="clear" w:color="auto" w:fill="FFFFFF"/>
        <w:jc w:val="both"/>
        <w:rPr>
          <w:rFonts w:ascii="Times New Roman" w:hAnsi="Times New Roman" w:cs="Times New Roman"/>
          <w:b/>
          <w:bCs/>
        </w:rPr>
      </w:pPr>
    </w:p>
    <w:p w:rsidR="00F44E79" w:rsidRPr="00592328" w:rsidRDefault="00F44E79" w:rsidP="00592328">
      <w:pPr>
        <w:widowControl/>
        <w:shd w:val="clear" w:color="auto" w:fill="FFFFFF"/>
        <w:jc w:val="both"/>
        <w:rPr>
          <w:rFonts w:ascii="Times New Roman" w:hAnsi="Times New Roman" w:cs="Times New Roman"/>
          <w:b/>
          <w:bCs/>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Фонетика. Графика. Орфоэпия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звуки; понимать различие между звуком и буквой, характеризовать систему звуков.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фонетический анализ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Орфография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изученные орфограммы.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w:t>
      </w:r>
      <w:r w:rsidRPr="00592328">
        <w:rPr>
          <w:rFonts w:ascii="Times New Roman" w:hAnsi="Times New Roman" w:cs="Times New Roman"/>
          <w:b/>
          <w:bCs/>
          <w:i/>
          <w:iCs/>
        </w:rPr>
        <w:t>ъ</w:t>
      </w:r>
      <w:r w:rsidRPr="00592328">
        <w:rPr>
          <w:rFonts w:ascii="Times New Roman" w:hAnsi="Times New Roman" w:cs="Times New Roman"/>
        </w:rPr>
        <w:t> и </w:t>
      </w:r>
      <w:r w:rsidRPr="00592328">
        <w:rPr>
          <w:rFonts w:ascii="Times New Roman" w:hAnsi="Times New Roman" w:cs="Times New Roman"/>
          <w:b/>
          <w:bCs/>
          <w:i/>
          <w:iCs/>
        </w:rPr>
        <w:t>ь</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Лексикология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однозначные и многозначные слова, различать прямое и переносное значения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синонимы, антонимы, омонимы; различать многозначные слова и омонимы; уметь правильно употреблять слова-паронимы.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тематические группы слов, родовые и видовые понятия.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лексический анализ слов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Уметь пользоваться лексическими словарями (толковым словарём, словарями синонимов, антонимов, омонимов, паро</w:t>
      </w:r>
      <w:r w:rsidRPr="00592328">
        <w:rPr>
          <w:rFonts w:ascii="Times New Roman" w:hAnsi="Times New Roman" w:cs="Times New Roman"/>
        </w:rPr>
        <w:softHyphen/>
        <w:t>нимов).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Морфемика. Орфография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морфему как минимальную значимую единицу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морфемы в слове (корень, приставку, суффикс, окончание), выделять основу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Находить чередование звуков в морфемах (в том числе чередование гласных с нулём звука).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морфемный анализ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592328">
        <w:rPr>
          <w:rFonts w:ascii="Times New Roman" w:hAnsi="Times New Roman" w:cs="Times New Roman"/>
          <w:b/>
          <w:bCs/>
          <w:i/>
          <w:iCs/>
        </w:rPr>
        <w:t>ы</w:t>
      </w:r>
      <w:r w:rsidRPr="00592328">
        <w:rPr>
          <w:rFonts w:ascii="Times New Roman" w:hAnsi="Times New Roman" w:cs="Times New Roman"/>
        </w:rPr>
        <w:t> — </w:t>
      </w:r>
      <w:r w:rsidRPr="00592328">
        <w:rPr>
          <w:rFonts w:ascii="Times New Roman" w:hAnsi="Times New Roman" w:cs="Times New Roman"/>
          <w:b/>
          <w:bCs/>
          <w:i/>
          <w:iCs/>
        </w:rPr>
        <w:t>и</w:t>
      </w:r>
      <w:r w:rsidRPr="00592328">
        <w:rPr>
          <w:rFonts w:ascii="Times New Roman" w:hAnsi="Times New Roman" w:cs="Times New Roman"/>
        </w:rPr>
        <w:t> после </w:t>
      </w:r>
      <w:r w:rsidRPr="00592328">
        <w:rPr>
          <w:rFonts w:ascii="Times New Roman" w:hAnsi="Times New Roman" w:cs="Times New Roman"/>
          <w:b/>
          <w:bCs/>
          <w:i/>
          <w:iCs/>
        </w:rPr>
        <w:t>ц</w:t>
      </w:r>
      <w:r w:rsidRPr="00592328">
        <w:rPr>
          <w:rFonts w:ascii="Times New Roman" w:hAnsi="Times New Roman" w:cs="Times New Roman"/>
        </w:rPr>
        <w:t>.</w:t>
      </w:r>
      <w:r w:rsidRPr="00592328">
        <w:rPr>
          <w:rFonts w:ascii="Times New Roman" w:hAnsi="Times New Roman" w:cs="Times New Roman"/>
          <w:b/>
          <w:bCs/>
          <w:i/>
          <w:iCs/>
        </w:rPr>
        <w:t xml:space="preserve"> а </w:t>
      </w:r>
      <w:r w:rsidRPr="00592328">
        <w:rPr>
          <w:rFonts w:ascii="Times New Roman" w:hAnsi="Times New Roman" w:cs="Times New Roman"/>
        </w:rPr>
        <w:t>//</w:t>
      </w:r>
      <w:r w:rsidRPr="00592328">
        <w:rPr>
          <w:rFonts w:ascii="Times New Roman" w:hAnsi="Times New Roman" w:cs="Times New Roman"/>
          <w:b/>
          <w:bCs/>
          <w:i/>
          <w:iCs/>
        </w:rPr>
        <w:t> о</w:t>
      </w:r>
      <w:r w:rsidRPr="00592328">
        <w:rPr>
          <w:rFonts w:ascii="Times New Roman" w:hAnsi="Times New Roman" w:cs="Times New Roman"/>
        </w:rPr>
        <w:t>: </w:t>
      </w:r>
      <w:r w:rsidRPr="00592328">
        <w:rPr>
          <w:rFonts w:ascii="Times New Roman" w:hAnsi="Times New Roman" w:cs="Times New Roman"/>
          <w:b/>
          <w:bCs/>
        </w:rPr>
        <w:t>-</w:t>
      </w:r>
      <w:r w:rsidRPr="00592328">
        <w:rPr>
          <w:rFonts w:ascii="Times New Roman" w:hAnsi="Times New Roman" w:cs="Times New Roman"/>
          <w:b/>
          <w:bCs/>
          <w:i/>
          <w:iCs/>
        </w:rPr>
        <w:t>лаг</w:t>
      </w:r>
      <w:r w:rsidRPr="00592328">
        <w:rPr>
          <w:rFonts w:ascii="Times New Roman" w:hAnsi="Times New Roman" w:cs="Times New Roman"/>
          <w:b/>
          <w:bCs/>
        </w:rPr>
        <w:t>-</w:t>
      </w:r>
      <w:r w:rsidRPr="00592328">
        <w:rPr>
          <w:rFonts w:ascii="Times New Roman" w:hAnsi="Times New Roman" w:cs="Times New Roman"/>
          <w:b/>
          <w:bCs/>
          <w:i/>
          <w:iCs/>
        </w:rPr>
        <w:t> </w:t>
      </w:r>
      <w:r w:rsidRPr="00592328">
        <w:rPr>
          <w:rFonts w:ascii="Times New Roman" w:hAnsi="Times New Roman" w:cs="Times New Roman"/>
        </w:rPr>
        <w:t>—</w:t>
      </w:r>
      <w:r w:rsidRPr="00592328">
        <w:rPr>
          <w:rFonts w:ascii="Times New Roman" w:hAnsi="Times New Roman" w:cs="Times New Roman"/>
          <w:b/>
          <w:bCs/>
          <w:i/>
          <w:iCs/>
        </w:rPr>
        <w:t> </w:t>
      </w:r>
      <w:r w:rsidRPr="00592328">
        <w:rPr>
          <w:rFonts w:ascii="Times New Roman" w:hAnsi="Times New Roman" w:cs="Times New Roman"/>
          <w:b/>
          <w:bCs/>
        </w:rPr>
        <w:t>-</w:t>
      </w:r>
      <w:r w:rsidRPr="00592328">
        <w:rPr>
          <w:rFonts w:ascii="Times New Roman" w:hAnsi="Times New Roman" w:cs="Times New Roman"/>
          <w:b/>
          <w:bCs/>
          <w:i/>
          <w:iCs/>
        </w:rPr>
        <w:t>лож</w:t>
      </w:r>
      <w:r w:rsidRPr="00592328">
        <w:rPr>
          <w:rFonts w:ascii="Times New Roman" w:hAnsi="Times New Roman" w:cs="Times New Roman"/>
          <w:b/>
          <w:bCs/>
        </w:rPr>
        <w:t>-</w:t>
      </w:r>
      <w:r w:rsidRPr="00592328">
        <w:rPr>
          <w:rFonts w:ascii="Times New Roman" w:hAnsi="Times New Roman" w:cs="Times New Roman"/>
        </w:rPr>
        <w:t>; </w:t>
      </w:r>
      <w:r w:rsidRPr="00592328">
        <w:rPr>
          <w:rFonts w:ascii="Times New Roman" w:hAnsi="Times New Roman" w:cs="Times New Roman"/>
          <w:b/>
          <w:bCs/>
        </w:rPr>
        <w:t>-</w:t>
      </w:r>
      <w:r w:rsidRPr="00592328">
        <w:rPr>
          <w:rFonts w:ascii="Times New Roman" w:hAnsi="Times New Roman" w:cs="Times New Roman"/>
          <w:b/>
          <w:bCs/>
          <w:i/>
          <w:iCs/>
        </w:rPr>
        <w:t>раст</w:t>
      </w:r>
      <w:r w:rsidRPr="00592328">
        <w:rPr>
          <w:rFonts w:ascii="Times New Roman" w:hAnsi="Times New Roman" w:cs="Times New Roman"/>
          <w:b/>
          <w:bCs/>
        </w:rPr>
        <w:t>-</w:t>
      </w:r>
      <w:r w:rsidRPr="00592328">
        <w:rPr>
          <w:rFonts w:ascii="Times New Roman" w:hAnsi="Times New Roman" w:cs="Times New Roman"/>
          <w:b/>
          <w:bCs/>
          <w:i/>
          <w:iCs/>
        </w:rPr>
        <w:t> </w:t>
      </w:r>
      <w:r w:rsidRPr="00592328">
        <w:rPr>
          <w:rFonts w:ascii="Times New Roman" w:hAnsi="Times New Roman" w:cs="Times New Roman"/>
        </w:rPr>
        <w:t>—</w:t>
      </w:r>
      <w:r w:rsidRPr="00592328">
        <w:rPr>
          <w:rFonts w:ascii="Times New Roman" w:hAnsi="Times New Roman" w:cs="Times New Roman"/>
          <w:b/>
          <w:bCs/>
          <w:i/>
          <w:iCs/>
        </w:rPr>
        <w:t> </w:t>
      </w:r>
      <w:r w:rsidRPr="00592328">
        <w:rPr>
          <w:rFonts w:ascii="Times New Roman" w:hAnsi="Times New Roman" w:cs="Times New Roman"/>
          <w:b/>
          <w:bCs/>
        </w:rPr>
        <w:t>-</w:t>
      </w:r>
      <w:r w:rsidRPr="00592328">
        <w:rPr>
          <w:rFonts w:ascii="Times New Roman" w:hAnsi="Times New Roman" w:cs="Times New Roman"/>
          <w:b/>
          <w:bCs/>
          <w:i/>
          <w:iCs/>
        </w:rPr>
        <w:t>ращ</w:t>
      </w:r>
      <w:r w:rsidRPr="00592328">
        <w:rPr>
          <w:rFonts w:ascii="Times New Roman" w:hAnsi="Times New Roman" w:cs="Times New Roman"/>
          <w:b/>
          <w:bCs/>
        </w:rPr>
        <w:t>-</w:t>
      </w:r>
      <w:r w:rsidRPr="00592328">
        <w:rPr>
          <w:rFonts w:ascii="Times New Roman" w:hAnsi="Times New Roman" w:cs="Times New Roman"/>
          <w:b/>
          <w:bCs/>
          <w:i/>
          <w:iCs/>
        </w:rPr>
        <w:t> </w:t>
      </w:r>
      <w:r w:rsidRPr="00592328">
        <w:rPr>
          <w:rFonts w:ascii="Times New Roman" w:hAnsi="Times New Roman" w:cs="Times New Roman"/>
        </w:rPr>
        <w:t>—</w:t>
      </w:r>
      <w:r w:rsidRPr="00592328">
        <w:rPr>
          <w:rFonts w:ascii="Times New Roman" w:hAnsi="Times New Roman" w:cs="Times New Roman"/>
          <w:b/>
          <w:bCs/>
          <w:i/>
          <w:iCs/>
        </w:rPr>
        <w:t> </w:t>
      </w:r>
      <w:r w:rsidRPr="00592328">
        <w:rPr>
          <w:rFonts w:ascii="Times New Roman" w:hAnsi="Times New Roman" w:cs="Times New Roman"/>
          <w:b/>
          <w:bCs/>
        </w:rPr>
        <w:t>-</w:t>
      </w:r>
      <w:r w:rsidRPr="00592328">
        <w:rPr>
          <w:rFonts w:ascii="Times New Roman" w:hAnsi="Times New Roman" w:cs="Times New Roman"/>
          <w:b/>
          <w:bCs/>
          <w:i/>
          <w:iCs/>
        </w:rPr>
        <w:t>рос</w:t>
      </w:r>
      <w:r w:rsidRPr="00592328">
        <w:rPr>
          <w:rFonts w:ascii="Times New Roman" w:hAnsi="Times New Roman" w:cs="Times New Roman"/>
          <w:b/>
          <w:bCs/>
        </w:rPr>
        <w:t>-</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Уместно использовать слова с суффиксами оценки в собственной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Морфология. Культура речи. Орфография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w:t>
      </w:r>
      <w:r w:rsidRPr="00592328">
        <w:rPr>
          <w:rFonts w:ascii="Times New Roman" w:hAnsi="Times New Roman" w:cs="Times New Roman"/>
        </w:rPr>
        <w:softHyphen/>
        <w:t>теме частей речи в русском языке для решения практико-ориентированных учебных задач.</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имена существительные, имена прилагательные, глаголы.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Имя существительное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Определять лексико-грамматические разряды имён существительных.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типы склонения имён существительных.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имён существительных.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правописания имён существительных: безударных окончаний; </w:t>
      </w:r>
      <w:r w:rsidRPr="00592328">
        <w:rPr>
          <w:rFonts w:ascii="Times New Roman" w:hAnsi="Times New Roman" w:cs="Times New Roman"/>
          <w:b/>
          <w:bCs/>
          <w:i/>
          <w:iCs/>
        </w:rPr>
        <w:t>о</w:t>
      </w:r>
      <w:r w:rsidRPr="00592328">
        <w:rPr>
          <w:rFonts w:ascii="Times New Roman" w:hAnsi="Times New Roman" w:cs="Times New Roman"/>
        </w:rPr>
        <w:t> — </w:t>
      </w:r>
      <w:r w:rsidRPr="00592328">
        <w:rPr>
          <w:rFonts w:ascii="Times New Roman" w:hAnsi="Times New Roman" w:cs="Times New Roman"/>
          <w:b/>
          <w:bCs/>
          <w:i/>
          <w:iCs/>
        </w:rPr>
        <w:t>е</w:t>
      </w:r>
      <w:r w:rsidRPr="00592328">
        <w:rPr>
          <w:rFonts w:ascii="Times New Roman" w:hAnsi="Times New Roman" w:cs="Times New Roman"/>
        </w:rPr>
        <w:t> (</w:t>
      </w:r>
      <w:r w:rsidRPr="00592328">
        <w:rPr>
          <w:rFonts w:ascii="Times New Roman" w:hAnsi="Times New Roman" w:cs="Times New Roman"/>
          <w:b/>
          <w:bCs/>
          <w:i/>
          <w:iCs/>
        </w:rPr>
        <w:t>ё</w:t>
      </w:r>
      <w:r w:rsidRPr="00592328">
        <w:rPr>
          <w:rFonts w:ascii="Times New Roman" w:hAnsi="Times New Roman" w:cs="Times New Roman"/>
        </w:rPr>
        <w:t>) после шипящих и ц в окончаниях; употребления/неупотребления </w:t>
      </w:r>
      <w:r w:rsidRPr="00592328">
        <w:rPr>
          <w:rFonts w:ascii="Times New Roman" w:hAnsi="Times New Roman" w:cs="Times New Roman"/>
          <w:b/>
          <w:bCs/>
          <w:i/>
          <w:iCs/>
        </w:rPr>
        <w:t>ь </w:t>
      </w:r>
      <w:r w:rsidRPr="00592328">
        <w:rPr>
          <w:rFonts w:ascii="Times New Roman" w:hAnsi="Times New Roman" w:cs="Times New Roman"/>
        </w:rPr>
        <w:t>на конце имён существительных после шипящих; правописание собственных имён существительных.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Имя прилагательное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частичный морфологический анализ имён прилагательных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w:t>
      </w:r>
      <w:r w:rsidRPr="00592328">
        <w:rPr>
          <w:rFonts w:ascii="Times New Roman" w:hAnsi="Times New Roman" w:cs="Times New Roman"/>
        </w:rPr>
        <w:softHyphen/>
        <w:t>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правописания имён прилагательных: безударных окончаний; </w:t>
      </w:r>
      <w:r w:rsidRPr="00592328">
        <w:rPr>
          <w:rFonts w:ascii="Times New Roman" w:hAnsi="Times New Roman" w:cs="Times New Roman"/>
          <w:b/>
          <w:bCs/>
          <w:i/>
          <w:iCs/>
        </w:rPr>
        <w:t>о</w:t>
      </w:r>
      <w:r w:rsidRPr="00592328">
        <w:rPr>
          <w:rFonts w:ascii="Times New Roman" w:hAnsi="Times New Roman" w:cs="Times New Roman"/>
        </w:rPr>
        <w:t> — </w:t>
      </w:r>
      <w:r w:rsidRPr="00592328">
        <w:rPr>
          <w:rFonts w:ascii="Times New Roman" w:hAnsi="Times New Roman" w:cs="Times New Roman"/>
          <w:b/>
          <w:bCs/>
          <w:i/>
          <w:iCs/>
        </w:rPr>
        <w:t>е</w:t>
      </w:r>
      <w:r w:rsidRPr="00592328">
        <w:rPr>
          <w:rFonts w:ascii="Times New Roman" w:hAnsi="Times New Roman" w:cs="Times New Roman"/>
        </w:rPr>
        <w:t> после шипящих и </w:t>
      </w:r>
      <w:r w:rsidRPr="00592328">
        <w:rPr>
          <w:rFonts w:ascii="Times New Roman" w:hAnsi="Times New Roman" w:cs="Times New Roman"/>
          <w:b/>
          <w:bCs/>
          <w:i/>
          <w:iCs/>
        </w:rPr>
        <w:t>ц</w:t>
      </w:r>
      <w:r w:rsidRPr="00592328">
        <w:rPr>
          <w:rFonts w:ascii="Times New Roman" w:hAnsi="Times New Roman" w:cs="Times New Roman"/>
        </w:rPr>
        <w:t> в  окончаниях; кратких форм имён прилагательных с основой на шипящие.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Глагол</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глаголы совершенного и несовершенного вида, возвратные и невозвратные, определять время глагола.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Определять спряжение глагола, уметь спрягать глаголы.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частичный морфологический анализ глаголов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правописания глаголов: корней с чередованием </w:t>
      </w:r>
      <w:r w:rsidRPr="00592328">
        <w:rPr>
          <w:rFonts w:ascii="Times New Roman" w:hAnsi="Times New Roman" w:cs="Times New Roman"/>
          <w:b/>
          <w:bCs/>
          <w:i/>
          <w:iCs/>
        </w:rPr>
        <w:t>е</w:t>
      </w:r>
      <w:r w:rsidRPr="00592328">
        <w:rPr>
          <w:rFonts w:ascii="Times New Roman" w:hAnsi="Times New Roman" w:cs="Times New Roman"/>
          <w:b/>
          <w:bCs/>
        </w:rPr>
        <w:t> </w:t>
      </w:r>
      <w:r w:rsidRPr="00592328">
        <w:rPr>
          <w:rFonts w:ascii="Times New Roman" w:hAnsi="Times New Roman" w:cs="Times New Roman"/>
        </w:rPr>
        <w:t>// </w:t>
      </w:r>
      <w:r w:rsidRPr="00592328">
        <w:rPr>
          <w:rFonts w:ascii="Times New Roman" w:hAnsi="Times New Roman" w:cs="Times New Roman"/>
          <w:b/>
          <w:bCs/>
          <w:i/>
          <w:iCs/>
        </w:rPr>
        <w:t>и</w:t>
      </w:r>
      <w:r w:rsidRPr="00592328">
        <w:rPr>
          <w:rFonts w:ascii="Times New Roman" w:hAnsi="Times New Roman" w:cs="Times New Roman"/>
        </w:rPr>
        <w:t>; использования </w:t>
      </w:r>
      <w:r w:rsidRPr="00592328">
        <w:rPr>
          <w:rFonts w:ascii="Times New Roman" w:hAnsi="Times New Roman" w:cs="Times New Roman"/>
          <w:b/>
          <w:bCs/>
          <w:i/>
          <w:iCs/>
        </w:rPr>
        <w:t>ь </w:t>
      </w:r>
      <w:r w:rsidRPr="00592328">
        <w:rPr>
          <w:rFonts w:ascii="Times New Roman" w:hAnsi="Times New Roman" w:cs="Times New Roman"/>
        </w:rPr>
        <w:t>после шипящих как показателя грамматической формы в инфинитиве, в форме 2-го лица единственного числа; </w:t>
      </w:r>
      <w:r w:rsidRPr="00592328">
        <w:rPr>
          <w:rFonts w:ascii="Times New Roman" w:hAnsi="Times New Roman" w:cs="Times New Roman"/>
          <w:b/>
          <w:bCs/>
          <w:i/>
          <w:iCs/>
        </w:rPr>
        <w:t>-тся</w:t>
      </w:r>
      <w:r w:rsidRPr="00592328">
        <w:rPr>
          <w:rFonts w:ascii="Times New Roman" w:hAnsi="Times New Roman" w:cs="Times New Roman"/>
        </w:rPr>
        <w:t> и </w:t>
      </w:r>
      <w:r w:rsidRPr="00592328">
        <w:rPr>
          <w:rFonts w:ascii="Times New Roman" w:hAnsi="Times New Roman" w:cs="Times New Roman"/>
          <w:b/>
          <w:bCs/>
          <w:i/>
          <w:iCs/>
        </w:rPr>
        <w:t>-ться</w:t>
      </w:r>
      <w:r w:rsidRPr="00592328">
        <w:rPr>
          <w:rFonts w:ascii="Times New Roman" w:hAnsi="Times New Roman" w:cs="Times New Roman"/>
        </w:rPr>
        <w:t> в глаголах; суффиксов ; личных окончаний глагола, гласной перед суффиксом </w:t>
      </w:r>
      <w:r w:rsidRPr="00592328">
        <w:rPr>
          <w:rFonts w:ascii="Times New Roman" w:hAnsi="Times New Roman" w:cs="Times New Roman"/>
          <w:b/>
          <w:bCs/>
          <w:i/>
          <w:iCs/>
        </w:rPr>
        <w:t>-л-</w:t>
      </w:r>
      <w:r w:rsidRPr="00592328">
        <w:rPr>
          <w:rFonts w:ascii="Times New Roman" w:hAnsi="Times New Roman" w:cs="Times New Roman"/>
        </w:rPr>
        <w:t xml:space="preserve"> в формах прошедшего времени глагола, </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Синтаксис. Культура речи. Пунктуация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w:t>
      </w:r>
      <w:r w:rsidRPr="00592328">
        <w:rPr>
          <w:rFonts w:ascii="Times New Roman" w:hAnsi="Times New Roman" w:cs="Times New Roman"/>
        </w:rPr>
        <w:softHyphen/>
        <w:t>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92328">
        <w:rPr>
          <w:rFonts w:ascii="Times New Roman" w:hAnsi="Times New Roman" w:cs="Times New Roman"/>
          <w:b/>
          <w:bCs/>
          <w:i/>
          <w:iCs/>
        </w:rPr>
        <w:t>и</w:t>
      </w:r>
      <w:r w:rsidRPr="00592328">
        <w:rPr>
          <w:rFonts w:ascii="Times New Roman" w:hAnsi="Times New Roman" w:cs="Times New Roman"/>
        </w:rPr>
        <w:t>, союзами </w:t>
      </w:r>
      <w:r w:rsidRPr="00592328">
        <w:rPr>
          <w:rFonts w:ascii="Times New Roman" w:hAnsi="Times New Roman" w:cs="Times New Roman"/>
          <w:b/>
          <w:bCs/>
          <w:i/>
          <w:iCs/>
        </w:rPr>
        <w:t>а</w:t>
      </w:r>
      <w:r w:rsidRPr="00592328">
        <w:rPr>
          <w:rFonts w:ascii="Times New Roman" w:hAnsi="Times New Roman" w:cs="Times New Roman"/>
        </w:rPr>
        <w:t>, </w:t>
      </w:r>
      <w:r w:rsidRPr="00592328">
        <w:rPr>
          <w:rFonts w:ascii="Times New Roman" w:hAnsi="Times New Roman" w:cs="Times New Roman"/>
          <w:b/>
          <w:bCs/>
          <w:i/>
          <w:iCs/>
        </w:rPr>
        <w:t>но</w:t>
      </w:r>
      <w:r w:rsidRPr="00592328">
        <w:rPr>
          <w:rFonts w:ascii="Times New Roman" w:hAnsi="Times New Roman" w:cs="Times New Roman"/>
        </w:rPr>
        <w:t>, </w:t>
      </w:r>
      <w:r w:rsidRPr="00592328">
        <w:rPr>
          <w:rFonts w:ascii="Times New Roman" w:hAnsi="Times New Roman" w:cs="Times New Roman"/>
          <w:b/>
          <w:bCs/>
          <w:i/>
          <w:iCs/>
        </w:rPr>
        <w:t>однако</w:t>
      </w:r>
      <w:r w:rsidRPr="00592328">
        <w:rPr>
          <w:rFonts w:ascii="Times New Roman" w:hAnsi="Times New Roman" w:cs="Times New Roman"/>
        </w:rPr>
        <w:t>, </w:t>
      </w:r>
      <w:r w:rsidRPr="00592328">
        <w:rPr>
          <w:rFonts w:ascii="Times New Roman" w:hAnsi="Times New Roman" w:cs="Times New Roman"/>
          <w:b/>
          <w:bCs/>
          <w:i/>
          <w:iCs/>
        </w:rPr>
        <w:t>зато</w:t>
      </w:r>
      <w:r w:rsidRPr="00592328">
        <w:rPr>
          <w:rFonts w:ascii="Times New Roman" w:hAnsi="Times New Roman" w:cs="Times New Roman"/>
        </w:rPr>
        <w:t>, </w:t>
      </w:r>
      <w:r w:rsidRPr="00592328">
        <w:rPr>
          <w:rFonts w:ascii="Times New Roman" w:hAnsi="Times New Roman" w:cs="Times New Roman"/>
          <w:b/>
          <w:bCs/>
          <w:i/>
          <w:iCs/>
        </w:rPr>
        <w:t>да</w:t>
      </w:r>
      <w:r w:rsidRPr="00592328">
        <w:rPr>
          <w:rFonts w:ascii="Times New Roman" w:hAnsi="Times New Roman" w:cs="Times New Roman"/>
        </w:rPr>
        <w:t> (в значении </w:t>
      </w:r>
      <w:r w:rsidRPr="00592328">
        <w:rPr>
          <w:rFonts w:ascii="Times New Roman" w:hAnsi="Times New Roman" w:cs="Times New Roman"/>
          <w:b/>
          <w:bCs/>
          <w:i/>
          <w:iCs/>
        </w:rPr>
        <w:t>и</w:t>
      </w:r>
      <w:r w:rsidRPr="00592328">
        <w:rPr>
          <w:rFonts w:ascii="Times New Roman" w:hAnsi="Times New Roman" w:cs="Times New Roman"/>
        </w:rPr>
        <w:t>), </w:t>
      </w:r>
      <w:r w:rsidRPr="00592328">
        <w:rPr>
          <w:rFonts w:ascii="Times New Roman" w:hAnsi="Times New Roman" w:cs="Times New Roman"/>
          <w:b/>
          <w:bCs/>
          <w:i/>
          <w:iCs/>
        </w:rPr>
        <w:t>да</w:t>
      </w:r>
      <w:r w:rsidRPr="00592328">
        <w:rPr>
          <w:rFonts w:ascii="Times New Roman" w:hAnsi="Times New Roman" w:cs="Times New Roman"/>
        </w:rPr>
        <w:t> (в значении </w:t>
      </w:r>
      <w:r w:rsidRPr="00592328">
        <w:rPr>
          <w:rFonts w:ascii="Times New Roman" w:hAnsi="Times New Roman" w:cs="Times New Roman"/>
          <w:b/>
          <w:bCs/>
          <w:i/>
          <w:iCs/>
        </w:rPr>
        <w:t>но</w:t>
      </w:r>
      <w:r w:rsidRPr="00592328">
        <w:rPr>
          <w:rFonts w:ascii="Times New Roman" w:hAnsi="Times New Roman" w:cs="Times New Roman"/>
        </w:rPr>
        <w:t>);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92328">
        <w:rPr>
          <w:rFonts w:ascii="Times New Roman" w:hAnsi="Times New Roman" w:cs="Times New Roman"/>
          <w:b/>
          <w:bCs/>
          <w:i/>
          <w:iCs/>
        </w:rPr>
        <w:t>и</w:t>
      </w:r>
      <w:r w:rsidRPr="00592328">
        <w:rPr>
          <w:rFonts w:ascii="Times New Roman" w:hAnsi="Times New Roman" w:cs="Times New Roman"/>
        </w:rPr>
        <w:t>, </w:t>
      </w:r>
      <w:r w:rsidRPr="00592328">
        <w:rPr>
          <w:rFonts w:ascii="Times New Roman" w:hAnsi="Times New Roman" w:cs="Times New Roman"/>
          <w:b/>
          <w:bCs/>
          <w:i/>
          <w:iCs/>
        </w:rPr>
        <w:t>но</w:t>
      </w:r>
      <w:r w:rsidRPr="00592328">
        <w:rPr>
          <w:rFonts w:ascii="Times New Roman" w:hAnsi="Times New Roman" w:cs="Times New Roman"/>
        </w:rPr>
        <w:t>, </w:t>
      </w:r>
      <w:r w:rsidRPr="00592328">
        <w:rPr>
          <w:rFonts w:ascii="Times New Roman" w:hAnsi="Times New Roman" w:cs="Times New Roman"/>
          <w:b/>
          <w:bCs/>
          <w:i/>
          <w:iCs/>
        </w:rPr>
        <w:t>а</w:t>
      </w:r>
      <w:r w:rsidRPr="00592328">
        <w:rPr>
          <w:rFonts w:ascii="Times New Roman" w:hAnsi="Times New Roman" w:cs="Times New Roman"/>
        </w:rPr>
        <w:t>, </w:t>
      </w:r>
      <w:r w:rsidRPr="00592328">
        <w:rPr>
          <w:rFonts w:ascii="Times New Roman" w:hAnsi="Times New Roman" w:cs="Times New Roman"/>
          <w:b/>
          <w:bCs/>
          <w:i/>
          <w:iCs/>
        </w:rPr>
        <w:t>однако</w:t>
      </w:r>
      <w:r w:rsidRPr="00592328">
        <w:rPr>
          <w:rFonts w:ascii="Times New Roman" w:hAnsi="Times New Roman" w:cs="Times New Roman"/>
        </w:rPr>
        <w:t>, </w:t>
      </w:r>
      <w:r w:rsidRPr="00592328">
        <w:rPr>
          <w:rFonts w:ascii="Times New Roman" w:hAnsi="Times New Roman" w:cs="Times New Roman"/>
          <w:b/>
          <w:bCs/>
          <w:i/>
          <w:iCs/>
        </w:rPr>
        <w:t>зато</w:t>
      </w:r>
      <w:r w:rsidRPr="00592328">
        <w:rPr>
          <w:rFonts w:ascii="Times New Roman" w:hAnsi="Times New Roman" w:cs="Times New Roman"/>
        </w:rPr>
        <w:t>, </w:t>
      </w:r>
      <w:r w:rsidRPr="00592328">
        <w:rPr>
          <w:rFonts w:ascii="Times New Roman" w:hAnsi="Times New Roman" w:cs="Times New Roman"/>
          <w:b/>
          <w:bCs/>
          <w:i/>
          <w:iCs/>
        </w:rPr>
        <w:t>да</w:t>
      </w:r>
      <w:r w:rsidRPr="00592328">
        <w:rPr>
          <w:rFonts w:ascii="Times New Roman" w:hAnsi="Times New Roman" w:cs="Times New Roman"/>
        </w:rPr>
        <w:t>; оформлять на письме диалог.</w:t>
      </w: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 xml:space="preserve"> </w:t>
      </w:r>
    </w:p>
    <w:p w:rsidR="00F44E79" w:rsidRPr="00592328" w:rsidRDefault="00F44E79" w:rsidP="00592328">
      <w:pPr>
        <w:widowControl/>
        <w:shd w:val="clear" w:color="auto" w:fill="FFFFFF"/>
        <w:spacing w:after="160"/>
        <w:jc w:val="both"/>
        <w:rPr>
          <w:rFonts w:ascii="Times New Roman" w:hAnsi="Times New Roman" w:cs="Times New Roman"/>
        </w:rPr>
      </w:pP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6 класс</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Иметь представление о русском литературном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Участвовать в диалоге (побуждение к действию, обмен мнениями) объёмом не менее 4 реплик.</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чтения: просмотровым, ознакомительным, изучающим, поисковым.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Устно пересказывать прочитанный или прослушанный текст объёмом не менее 110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w:t>
      </w:r>
      <w:r w:rsidRPr="00592328">
        <w:rPr>
          <w:rFonts w:ascii="Times New Roman" w:hAnsi="Times New Roman" w:cs="Times New Roman"/>
        </w:rPr>
        <w:softHyphen/>
        <w:t>ционально-смысловому типу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сообщение на заданную тему в виде презентации.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Редактировать собственные тексты с опорой на знание норм современного русского литературного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F44E79" w:rsidRPr="00592328" w:rsidRDefault="00F44E79" w:rsidP="00592328">
      <w:pPr>
        <w:widowControl/>
        <w:shd w:val="clear" w:color="auto" w:fill="FFFFFF"/>
        <w:jc w:val="both"/>
        <w:rPr>
          <w:rFonts w:ascii="Times New Roman" w:hAnsi="Times New Roman" w:cs="Times New Roman"/>
          <w:b/>
          <w:bCs/>
        </w:rPr>
      </w:pPr>
    </w:p>
    <w:p w:rsidR="00F44E79" w:rsidRPr="00592328" w:rsidRDefault="00F44E79" w:rsidP="00592328">
      <w:pPr>
        <w:widowControl/>
        <w:shd w:val="clear" w:color="auto" w:fill="FFFFFF"/>
        <w:jc w:val="both"/>
        <w:rPr>
          <w:rFonts w:ascii="Times New Roman" w:hAnsi="Times New Roman" w:cs="Times New Roman"/>
          <w:b/>
          <w:bCs/>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Лексикология. Культура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в тексте фразеологизмы, уметь определять их значения; характеризовать ситуацию употреб</w:t>
      </w:r>
      <w:r w:rsidRPr="00592328">
        <w:rPr>
          <w:rFonts w:ascii="Times New Roman" w:hAnsi="Times New Roman" w:cs="Times New Roman"/>
        </w:rPr>
        <w:softHyphen/>
        <w:t>ления фра</w:t>
      </w:r>
      <w:r w:rsidRPr="00592328">
        <w:rPr>
          <w:rFonts w:ascii="Times New Roman" w:hAnsi="Times New Roman" w:cs="Times New Roman"/>
        </w:rPr>
        <w:softHyphen/>
        <w:t>зеологизма.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Словообразование. Культура речи. Орфография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формообразующие и словообразующие морфемы в слове; выделять производящую основу.</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словообразования имён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правописания сложных и сложносокращённых слов; нормы правописания корней</w:t>
      </w:r>
      <w:r w:rsidRPr="00592328">
        <w:rPr>
          <w:rFonts w:ascii="Times New Roman" w:hAnsi="Times New Roman" w:cs="Times New Roman"/>
          <w:b/>
          <w:bCs/>
          <w:i/>
          <w:iCs/>
        </w:rPr>
        <w:t xml:space="preserve">  гар-гор,  зар-зор,  клан-клон, скак-скоч,</w:t>
      </w:r>
      <w:r w:rsidRPr="00592328">
        <w:rPr>
          <w:rFonts w:ascii="Times New Roman" w:hAnsi="Times New Roman" w:cs="Times New Roman"/>
        </w:rPr>
        <w:t xml:space="preserve"> </w:t>
      </w:r>
      <w:r w:rsidRPr="00592328">
        <w:rPr>
          <w:rFonts w:ascii="Times New Roman" w:hAnsi="Times New Roman" w:cs="Times New Roman"/>
          <w:b/>
          <w:bCs/>
          <w:i/>
          <w:iCs/>
        </w:rPr>
        <w:t>кас</w:t>
      </w:r>
      <w:r w:rsidRPr="00592328">
        <w:rPr>
          <w:rFonts w:ascii="Times New Roman" w:hAnsi="Times New Roman" w:cs="Times New Roman"/>
        </w:rPr>
        <w:t>-</w:t>
      </w:r>
      <w:r w:rsidRPr="00592328">
        <w:rPr>
          <w:rFonts w:ascii="Times New Roman" w:hAnsi="Times New Roman" w:cs="Times New Roman"/>
          <w:b/>
          <w:bCs/>
          <w:i/>
          <w:iCs/>
        </w:rPr>
        <w:t>кос</w:t>
      </w:r>
      <w:r w:rsidRPr="00592328">
        <w:rPr>
          <w:rFonts w:ascii="Times New Roman" w:hAnsi="Times New Roman" w:cs="Times New Roman"/>
        </w:rPr>
        <w:t>- с чередованием </w:t>
      </w:r>
      <w:r w:rsidRPr="00592328">
        <w:rPr>
          <w:rFonts w:ascii="Times New Roman" w:hAnsi="Times New Roman" w:cs="Times New Roman"/>
          <w:b/>
          <w:bCs/>
          <w:i/>
          <w:iCs/>
        </w:rPr>
        <w:t>а</w:t>
      </w:r>
      <w:r w:rsidRPr="00592328">
        <w:rPr>
          <w:rFonts w:ascii="Times New Roman" w:hAnsi="Times New Roman" w:cs="Times New Roman"/>
        </w:rPr>
        <w:t> // </w:t>
      </w:r>
      <w:r w:rsidRPr="00592328">
        <w:rPr>
          <w:rFonts w:ascii="Times New Roman" w:hAnsi="Times New Roman" w:cs="Times New Roman"/>
          <w:b/>
          <w:bCs/>
          <w:i/>
          <w:iCs/>
        </w:rPr>
        <w:t>о</w:t>
      </w:r>
      <w:r w:rsidRPr="00592328">
        <w:rPr>
          <w:rFonts w:ascii="Times New Roman" w:hAnsi="Times New Roman" w:cs="Times New Roman"/>
        </w:rPr>
        <w:t>, гласных в приставках </w:t>
      </w:r>
      <w:r w:rsidRPr="00592328">
        <w:rPr>
          <w:rFonts w:ascii="Times New Roman" w:hAnsi="Times New Roman" w:cs="Times New Roman"/>
          <w:b/>
          <w:bCs/>
          <w:i/>
          <w:iCs/>
        </w:rPr>
        <w:t>пре</w:t>
      </w:r>
      <w:r w:rsidRPr="00592328">
        <w:rPr>
          <w:rFonts w:ascii="Times New Roman" w:hAnsi="Times New Roman" w:cs="Times New Roman"/>
        </w:rPr>
        <w:t>- и </w:t>
      </w:r>
      <w:r w:rsidRPr="00592328">
        <w:rPr>
          <w:rFonts w:ascii="Times New Roman" w:hAnsi="Times New Roman" w:cs="Times New Roman"/>
          <w:b/>
          <w:bCs/>
          <w:i/>
          <w:iCs/>
        </w:rPr>
        <w:t>при</w:t>
      </w:r>
      <w:r w:rsidRPr="00592328">
        <w:rPr>
          <w:rFonts w:ascii="Times New Roman" w:hAnsi="Times New Roman" w:cs="Times New Roman"/>
        </w:rPr>
        <w:t xml:space="preserve">-.Правописание </w:t>
      </w:r>
      <w:r w:rsidRPr="00592328">
        <w:rPr>
          <w:rFonts w:ascii="Times New Roman" w:hAnsi="Times New Roman" w:cs="Times New Roman"/>
          <w:b/>
          <w:bCs/>
        </w:rPr>
        <w:t>ы-и</w:t>
      </w:r>
      <w:r w:rsidRPr="00592328">
        <w:rPr>
          <w:rFonts w:ascii="Times New Roman" w:hAnsi="Times New Roman" w:cs="Times New Roman"/>
        </w:rPr>
        <w:t xml:space="preserve"> после приставок.</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Морфология. Культура речи. Орфография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Опознавать разносклоняемые и несклоняемые имена существительные. Характеризовать особенности словообразования имён существительных.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слитного и дефисного написания </w:t>
      </w:r>
      <w:r w:rsidRPr="00592328">
        <w:rPr>
          <w:rFonts w:ascii="Times New Roman" w:hAnsi="Times New Roman" w:cs="Times New Roman"/>
          <w:b/>
          <w:bCs/>
          <w:i/>
          <w:iCs/>
        </w:rPr>
        <w:t>пол-</w:t>
      </w:r>
      <w:r w:rsidRPr="00592328">
        <w:rPr>
          <w:rFonts w:ascii="Times New Roman" w:hAnsi="Times New Roman" w:cs="Times New Roman"/>
        </w:rPr>
        <w:t> и </w:t>
      </w:r>
      <w:r w:rsidRPr="00592328">
        <w:rPr>
          <w:rFonts w:ascii="Times New Roman" w:hAnsi="Times New Roman" w:cs="Times New Roman"/>
          <w:b/>
          <w:bCs/>
          <w:i/>
          <w:iCs/>
        </w:rPr>
        <w:t>полу-</w:t>
      </w:r>
      <w:r w:rsidRPr="00592328">
        <w:rPr>
          <w:rFonts w:ascii="Times New Roman" w:hAnsi="Times New Roman" w:cs="Times New Roman"/>
        </w:rPr>
        <w:t xml:space="preserve"> со словами, правописания </w:t>
      </w:r>
      <w:r w:rsidRPr="00592328">
        <w:rPr>
          <w:rFonts w:ascii="Times New Roman" w:hAnsi="Times New Roman" w:cs="Times New Roman"/>
          <w:b/>
          <w:bCs/>
        </w:rPr>
        <w:t>о-е</w:t>
      </w:r>
      <w:r w:rsidRPr="00592328">
        <w:rPr>
          <w:rFonts w:ascii="Times New Roman" w:hAnsi="Times New Roman" w:cs="Times New Roman"/>
        </w:rPr>
        <w:t xml:space="preserve"> после шипящих и </w:t>
      </w:r>
      <w:r w:rsidRPr="00592328">
        <w:rPr>
          <w:rFonts w:ascii="Times New Roman" w:hAnsi="Times New Roman" w:cs="Times New Roman"/>
          <w:b/>
          <w:bCs/>
        </w:rPr>
        <w:t>ц</w:t>
      </w:r>
      <w:r w:rsidRPr="00592328">
        <w:rPr>
          <w:rFonts w:ascii="Times New Roman" w:hAnsi="Times New Roman" w:cs="Times New Roman"/>
        </w:rPr>
        <w:t xml:space="preserve"> в суффиксах имен существительных, правописания суффиксов -</w:t>
      </w:r>
      <w:r w:rsidRPr="00592328">
        <w:rPr>
          <w:rFonts w:ascii="Times New Roman" w:hAnsi="Times New Roman" w:cs="Times New Roman"/>
          <w:b/>
          <w:bCs/>
        </w:rPr>
        <w:t>чик – щик-, -ек – ик-</w:t>
      </w:r>
      <w:r w:rsidRPr="00592328">
        <w:rPr>
          <w:rFonts w:ascii="Times New Roman" w:hAnsi="Times New Roman" w:cs="Times New Roman"/>
        </w:rPr>
        <w:t xml:space="preserve">. Соблюдать нормы слитного и раздельного написания </w:t>
      </w:r>
      <w:r w:rsidRPr="00592328">
        <w:rPr>
          <w:rFonts w:ascii="Times New Roman" w:hAnsi="Times New Roman" w:cs="Times New Roman"/>
          <w:b/>
          <w:bCs/>
        </w:rPr>
        <w:t>не</w:t>
      </w:r>
      <w:r w:rsidRPr="00592328">
        <w:rPr>
          <w:rFonts w:ascii="Times New Roman" w:hAnsi="Times New Roman" w:cs="Times New Roman"/>
        </w:rPr>
        <w:t xml:space="preserve"> с именами существительными.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92328">
        <w:rPr>
          <w:rFonts w:ascii="Times New Roman" w:hAnsi="Times New Roman" w:cs="Times New Roman"/>
          <w:b/>
          <w:bCs/>
        </w:rPr>
        <w:t>о-е</w:t>
      </w:r>
      <w:r w:rsidRPr="00592328">
        <w:rPr>
          <w:rFonts w:ascii="Times New Roman" w:hAnsi="Times New Roman" w:cs="Times New Roman"/>
        </w:rPr>
        <w:t xml:space="preserve"> после шипящих и </w:t>
      </w:r>
      <w:r w:rsidRPr="00592328">
        <w:rPr>
          <w:rFonts w:ascii="Times New Roman" w:hAnsi="Times New Roman" w:cs="Times New Roman"/>
          <w:b/>
          <w:bCs/>
        </w:rPr>
        <w:t>ц</w:t>
      </w:r>
      <w:r w:rsidRPr="00592328">
        <w:rPr>
          <w:rFonts w:ascii="Times New Roman" w:hAnsi="Times New Roman" w:cs="Times New Roman"/>
        </w:rPr>
        <w:t>, </w:t>
      </w:r>
      <w:r w:rsidRPr="00592328">
        <w:rPr>
          <w:rFonts w:ascii="Times New Roman" w:hAnsi="Times New Roman" w:cs="Times New Roman"/>
          <w:b/>
          <w:bCs/>
          <w:i/>
          <w:iCs/>
        </w:rPr>
        <w:t>н</w:t>
      </w:r>
      <w:r w:rsidRPr="00592328">
        <w:rPr>
          <w:rFonts w:ascii="Times New Roman" w:hAnsi="Times New Roman" w:cs="Times New Roman"/>
        </w:rPr>
        <w:t> и </w:t>
      </w:r>
      <w:r w:rsidRPr="00592328">
        <w:rPr>
          <w:rFonts w:ascii="Times New Roman" w:hAnsi="Times New Roman" w:cs="Times New Roman"/>
          <w:b/>
          <w:bCs/>
          <w:i/>
          <w:iCs/>
        </w:rPr>
        <w:t>нн</w:t>
      </w:r>
      <w:r w:rsidRPr="00592328">
        <w:rPr>
          <w:rFonts w:ascii="Times New Roman" w:hAnsi="Times New Roman" w:cs="Times New Roman"/>
        </w:rPr>
        <w:t> в суффиксах имен  прилагательных, суффиксов </w:t>
      </w:r>
      <w:r w:rsidRPr="00592328">
        <w:rPr>
          <w:rFonts w:ascii="Times New Roman" w:hAnsi="Times New Roman" w:cs="Times New Roman"/>
          <w:b/>
          <w:bCs/>
          <w:i/>
          <w:iCs/>
        </w:rPr>
        <w:t>-к-</w:t>
      </w:r>
      <w:r w:rsidRPr="00592328">
        <w:rPr>
          <w:rFonts w:ascii="Times New Roman" w:hAnsi="Times New Roman" w:cs="Times New Roman"/>
        </w:rPr>
        <w:t> и </w:t>
      </w:r>
      <w:r w:rsidRPr="00592328">
        <w:rPr>
          <w:rFonts w:ascii="Times New Roman" w:hAnsi="Times New Roman" w:cs="Times New Roman"/>
          <w:b/>
          <w:bCs/>
          <w:i/>
          <w:iCs/>
        </w:rPr>
        <w:t>-ск-</w:t>
      </w:r>
      <w:r w:rsidRPr="00592328">
        <w:rPr>
          <w:rFonts w:ascii="Times New Roman" w:hAnsi="Times New Roman" w:cs="Times New Roman"/>
        </w:rPr>
        <w:t xml:space="preserve"> имён прилагательных, сложных имён прилагательных, слитного и раздельного написания </w:t>
      </w:r>
      <w:r w:rsidRPr="00592328">
        <w:rPr>
          <w:rFonts w:ascii="Times New Roman" w:hAnsi="Times New Roman" w:cs="Times New Roman"/>
          <w:b/>
          <w:bCs/>
        </w:rPr>
        <w:t>не</w:t>
      </w:r>
      <w:r w:rsidRPr="00592328">
        <w:rPr>
          <w:rFonts w:ascii="Times New Roman" w:hAnsi="Times New Roman" w:cs="Times New Roman"/>
        </w:rPr>
        <w:t xml:space="preserve"> с именами прилагательными.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 употреблять собирательные имена числительные; соблюдать нормы правописания имён числительных, в том числе написание </w:t>
      </w:r>
      <w:r w:rsidRPr="00592328">
        <w:rPr>
          <w:rFonts w:ascii="Times New Roman" w:hAnsi="Times New Roman" w:cs="Times New Roman"/>
          <w:b/>
          <w:bCs/>
          <w:i/>
          <w:iCs/>
        </w:rPr>
        <w:t>ь</w:t>
      </w:r>
      <w:r w:rsidRPr="00592328">
        <w:rPr>
          <w:rFonts w:ascii="Times New Roman" w:hAnsi="Times New Roman" w:cs="Times New Roman"/>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92328">
        <w:rPr>
          <w:rFonts w:ascii="Times New Roman" w:hAnsi="Times New Roman" w:cs="Times New Roman"/>
          <w:b/>
          <w:bCs/>
          <w:i/>
          <w:iCs/>
        </w:rPr>
        <w:t>не</w:t>
      </w:r>
      <w:r w:rsidRPr="00592328">
        <w:rPr>
          <w:rFonts w:ascii="Times New Roman" w:hAnsi="Times New Roman" w:cs="Times New Roman"/>
        </w:rPr>
        <w:t> и </w:t>
      </w:r>
      <w:r w:rsidRPr="00592328">
        <w:rPr>
          <w:rFonts w:ascii="Times New Roman" w:hAnsi="Times New Roman" w:cs="Times New Roman"/>
          <w:b/>
          <w:bCs/>
          <w:i/>
          <w:iCs/>
        </w:rPr>
        <w:t>ни</w:t>
      </w:r>
      <w:r w:rsidRPr="00592328">
        <w:rPr>
          <w:rFonts w:ascii="Times New Roman" w:hAnsi="Times New Roman" w:cs="Times New Roman"/>
        </w:rPr>
        <w:t>, слитного, раздельного и дефисного написания местоимений.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правописания суффиксов –</w:t>
      </w:r>
      <w:r w:rsidRPr="00592328">
        <w:rPr>
          <w:rFonts w:ascii="Times New Roman" w:hAnsi="Times New Roman" w:cs="Times New Roman"/>
          <w:b/>
          <w:bCs/>
        </w:rPr>
        <w:t>ова–ева-, -ива–ыва</w:t>
      </w:r>
      <w:r w:rsidRPr="00592328">
        <w:rPr>
          <w:rFonts w:ascii="Times New Roman" w:hAnsi="Times New Roman" w:cs="Times New Roman"/>
        </w:rPr>
        <w:t>-, </w:t>
      </w:r>
      <w:r w:rsidRPr="00592328">
        <w:rPr>
          <w:rFonts w:ascii="Times New Roman" w:hAnsi="Times New Roman" w:cs="Times New Roman"/>
          <w:b/>
          <w:bCs/>
          <w:i/>
          <w:iCs/>
        </w:rPr>
        <w:t>ь</w:t>
      </w:r>
      <w:r w:rsidRPr="00592328">
        <w:rPr>
          <w:rFonts w:ascii="Times New Roman" w:hAnsi="Times New Roman" w:cs="Times New Roman"/>
        </w:rPr>
        <w:t> в формах глагола повелительного наклонения.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F44E79" w:rsidRPr="00592328" w:rsidRDefault="00F44E79" w:rsidP="00592328">
      <w:pPr>
        <w:widowControl/>
        <w:shd w:val="clear" w:color="auto" w:fill="FFFFFF"/>
        <w:spacing w:line="259" w:lineRule="auto"/>
        <w:jc w:val="both"/>
        <w:rPr>
          <w:rFonts w:ascii="Times New Roman" w:hAnsi="Times New Roman" w:cs="Times New Roman"/>
        </w:rPr>
      </w:pPr>
      <w:r w:rsidRPr="00592328">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44E79" w:rsidRPr="00592328" w:rsidRDefault="00F44E79" w:rsidP="00592328">
      <w:pPr>
        <w:widowControl/>
        <w:shd w:val="clear" w:color="auto" w:fill="FFFFFF"/>
        <w:spacing w:line="259" w:lineRule="auto"/>
        <w:jc w:val="both"/>
        <w:rPr>
          <w:rFonts w:ascii="Times New Roman" w:hAnsi="Times New Roman" w:cs="Times New Roman"/>
        </w:rPr>
      </w:pPr>
    </w:p>
    <w:p w:rsidR="00F44E79" w:rsidRPr="00592328" w:rsidRDefault="00F44E79" w:rsidP="00592328">
      <w:pPr>
        <w:widowControl/>
        <w:shd w:val="clear" w:color="auto" w:fill="FFFFFF"/>
        <w:spacing w:line="259" w:lineRule="auto"/>
        <w:jc w:val="both"/>
        <w:rPr>
          <w:rFonts w:ascii="Times New Roman" w:hAnsi="Times New Roman" w:cs="Times New Roman"/>
          <w:b/>
          <w:bCs/>
        </w:rPr>
      </w:pPr>
      <w:r w:rsidRPr="00592328">
        <w:rPr>
          <w:rFonts w:ascii="Times New Roman" w:hAnsi="Times New Roman" w:cs="Times New Roman"/>
          <w:b/>
          <w:bCs/>
        </w:rPr>
        <w:t>7 класс</w:t>
      </w:r>
    </w:p>
    <w:p w:rsidR="00F44E79" w:rsidRPr="00592328" w:rsidRDefault="00F44E79" w:rsidP="00592328">
      <w:pPr>
        <w:widowControl/>
        <w:shd w:val="clear" w:color="auto" w:fill="FFFFFF"/>
        <w:spacing w:line="259" w:lineRule="auto"/>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Иметь представление о языке как развивающемся явлении.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Осознавать взаимосвязь языка, культуры и истории народа (приводить примеры).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592328">
        <w:rPr>
          <w:rFonts w:ascii="Times New Roman" w:hAnsi="Times New Roman" w:cs="Times New Roman"/>
        </w:rPr>
        <w:softHyphen/>
        <w:t xml:space="preserve"> по</w:t>
      </w:r>
      <w:r w:rsidRPr="00592328">
        <w:rPr>
          <w:rFonts w:ascii="Times New Roman" w:hAnsi="Times New Roman" w:cs="Times New Roman"/>
        </w:rPr>
        <w:softHyphen/>
        <w:t>пулярной литературы (монолог-описание, монолог-рассуждение, монолог-повествование); выступать с научным сообщением.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диалога: диалог — запрос информации, диалог — сообщение информации.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чтения: просмотровым, ознакомительным, изучающим, поисковым.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Устно пересказывать прослушанный или прочитанный текст объёмом не менее 120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Осуществлять адекватный выбор языковых средств для со</w:t>
      </w:r>
      <w:r w:rsidRPr="00592328">
        <w:rPr>
          <w:rFonts w:ascii="Times New Roman" w:hAnsi="Times New Roman" w:cs="Times New Roman"/>
        </w:rPr>
        <w:softHyphen/>
        <w:t>здания высказывания в соответствии с целью, темой и коммуникативным замыслом.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592328">
        <w:rPr>
          <w:rFonts w:ascii="Times New Roman" w:hAnsi="Times New Roman" w:cs="Times New Roman"/>
        </w:rPr>
        <w:softHyphen/>
        <w:t>вила речевого этикета.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Анализировать текст с точки зрения его соответствия ос</w:t>
      </w:r>
      <w:r w:rsidRPr="00592328">
        <w:rPr>
          <w:rFonts w:ascii="Times New Roman" w:hAnsi="Times New Roman" w:cs="Times New Roman"/>
        </w:rPr>
        <w:softHyphen/>
        <w:t>новным признакам; выявлять его структуру, особенности абзац</w:t>
      </w:r>
      <w:r w:rsidRPr="00592328">
        <w:rPr>
          <w:rFonts w:ascii="Times New Roman" w:hAnsi="Times New Roman" w:cs="Times New Roman"/>
        </w:rPr>
        <w:softHyphen/>
        <w:t>ного членения, языковые средства выразительности в тексте: фонетические (звукопись), словообразовательные, лексические.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лексические и грамматические средства связи предложений и частей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Создавать тексты различных функционально-смысловых </w:t>
      </w:r>
      <w:r w:rsidRPr="00592328">
        <w:rPr>
          <w:rFonts w:ascii="Times New Roman" w:hAnsi="Times New Roman" w:cs="Times New Roman"/>
        </w:rPr>
        <w:softHyphen/>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сообщение на заданную тему в виде презентации.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нормами построения текстов публицистического стиля.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слово с точки зрения сферы его употреб</w:t>
      </w:r>
      <w:r w:rsidRPr="00592328">
        <w:rPr>
          <w:rFonts w:ascii="Times New Roman" w:hAnsi="Times New Roman" w:cs="Times New Roman"/>
        </w:rPr>
        <w:softHyphen/>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грамматические словари и справочники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Морфология. Культура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Причастие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причастия как особую группу слов. Опре</w:t>
      </w:r>
      <w:r w:rsidRPr="00592328">
        <w:rPr>
          <w:rFonts w:ascii="Times New Roman" w:hAnsi="Times New Roman" w:cs="Times New Roman"/>
        </w:rPr>
        <w:softHyphen/>
        <w:t>делять признаки глагола и имени прилагательного в причас</w:t>
      </w:r>
      <w:r w:rsidRPr="00592328">
        <w:rPr>
          <w:rFonts w:ascii="Times New Roman" w:hAnsi="Times New Roman" w:cs="Times New Roman"/>
        </w:rPr>
        <w:softHyphen/>
        <w:t>тии.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причастий, применять это умение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Уместно использовать причастия в речи. Различать созвучные причастия и имена прилагательные (</w:t>
      </w:r>
      <w:r w:rsidRPr="00592328">
        <w:rPr>
          <w:rFonts w:ascii="Times New Roman" w:hAnsi="Times New Roman" w:cs="Times New Roman"/>
          <w:b/>
          <w:bCs/>
          <w:i/>
          <w:iCs/>
        </w:rPr>
        <w:t>висящий</w:t>
      </w:r>
      <w:r w:rsidRPr="00592328">
        <w:rPr>
          <w:rFonts w:ascii="Times New Roman" w:hAnsi="Times New Roman" w:cs="Times New Roman"/>
          <w:i/>
          <w:iCs/>
        </w:rPr>
        <w:t> — </w:t>
      </w:r>
      <w:r w:rsidRPr="00592328">
        <w:rPr>
          <w:rFonts w:ascii="Times New Roman" w:hAnsi="Times New Roman" w:cs="Times New Roman"/>
          <w:b/>
          <w:bCs/>
          <w:i/>
          <w:iCs/>
        </w:rPr>
        <w:t>висячий</w:t>
      </w:r>
      <w:r w:rsidRPr="00592328">
        <w:rPr>
          <w:rFonts w:ascii="Times New Roman" w:hAnsi="Times New Roman" w:cs="Times New Roman"/>
          <w:i/>
          <w:iCs/>
        </w:rPr>
        <w:t>, </w:t>
      </w:r>
      <w:r w:rsidRPr="00592328">
        <w:rPr>
          <w:rFonts w:ascii="Times New Roman" w:hAnsi="Times New Roman" w:cs="Times New Roman"/>
          <w:b/>
          <w:bCs/>
          <w:i/>
          <w:iCs/>
        </w:rPr>
        <w:t>горящий</w:t>
      </w:r>
      <w:r w:rsidRPr="00592328">
        <w:rPr>
          <w:rFonts w:ascii="Times New Roman" w:hAnsi="Times New Roman" w:cs="Times New Roman"/>
          <w:i/>
          <w:iCs/>
        </w:rPr>
        <w:t> — </w:t>
      </w:r>
      <w:r w:rsidRPr="00592328">
        <w:rPr>
          <w:rFonts w:ascii="Times New Roman" w:hAnsi="Times New Roman" w:cs="Times New Roman"/>
          <w:b/>
          <w:bCs/>
          <w:i/>
          <w:iCs/>
        </w:rPr>
        <w:t>горячий</w:t>
      </w:r>
      <w:r w:rsidRPr="00592328">
        <w:rPr>
          <w:rFonts w:ascii="Times New Roman" w:hAnsi="Times New Roman" w:cs="Times New Roman"/>
        </w:rPr>
        <w:t>). Правильно употреблять причастия с суффиксом </w:t>
      </w:r>
      <w:r w:rsidRPr="00592328">
        <w:rPr>
          <w:rFonts w:ascii="Times New Roman" w:hAnsi="Times New Roman" w:cs="Times New Roman"/>
          <w:b/>
          <w:bCs/>
          <w:i/>
          <w:iCs/>
        </w:rPr>
        <w:t>-ся</w:t>
      </w:r>
      <w:r w:rsidRPr="00592328">
        <w:rPr>
          <w:rFonts w:ascii="Times New Roman" w:hAnsi="Times New Roman" w:cs="Times New Roman"/>
        </w:rPr>
        <w:t>. Правильно устанавливать согласование в словосочетаниях типа </w:t>
      </w:r>
      <w:r w:rsidRPr="00592328">
        <w:rPr>
          <w:rFonts w:ascii="Times New Roman" w:hAnsi="Times New Roman" w:cs="Times New Roman"/>
          <w:i/>
          <w:iCs/>
        </w:rPr>
        <w:t>прич. + сущ</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 ставить ударение в некоторых формах причастий.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правила правописания падежных окончаний и суффиксов причастий;</w:t>
      </w:r>
      <w:r w:rsidRPr="00592328">
        <w:rPr>
          <w:rFonts w:ascii="Times New Roman" w:hAnsi="Times New Roman" w:cs="Times New Roman"/>
          <w:i/>
          <w:iCs/>
        </w:rPr>
        <w:t> </w:t>
      </w:r>
      <w:r w:rsidRPr="00592328">
        <w:rPr>
          <w:rFonts w:ascii="Times New Roman" w:hAnsi="Times New Roman" w:cs="Times New Roman"/>
          <w:b/>
          <w:bCs/>
          <w:i/>
          <w:iCs/>
        </w:rPr>
        <w:t>н</w:t>
      </w:r>
      <w:r w:rsidRPr="00592328">
        <w:rPr>
          <w:rFonts w:ascii="Times New Roman" w:hAnsi="Times New Roman" w:cs="Times New Roman"/>
        </w:rPr>
        <w:t> и</w:t>
      </w:r>
      <w:r w:rsidRPr="00592328">
        <w:rPr>
          <w:rFonts w:ascii="Times New Roman" w:hAnsi="Times New Roman" w:cs="Times New Roman"/>
          <w:i/>
          <w:iCs/>
        </w:rPr>
        <w:t> </w:t>
      </w:r>
      <w:r w:rsidRPr="00592328">
        <w:rPr>
          <w:rFonts w:ascii="Times New Roman" w:hAnsi="Times New Roman" w:cs="Times New Roman"/>
          <w:b/>
          <w:bCs/>
          <w:i/>
          <w:iCs/>
        </w:rPr>
        <w:t>нн</w:t>
      </w:r>
      <w:r w:rsidRPr="00592328">
        <w:rPr>
          <w:rFonts w:ascii="Times New Roman" w:hAnsi="Times New Roman" w:cs="Times New Roman"/>
          <w:b/>
          <w:bCs/>
        </w:rPr>
        <w:t> </w:t>
      </w:r>
      <w:r w:rsidRPr="00592328">
        <w:rPr>
          <w:rFonts w:ascii="Times New Roman" w:hAnsi="Times New Roman" w:cs="Times New Roman"/>
        </w:rPr>
        <w:t>в причастиях и отглагольных именах прилагательных; написания гласной перед суффиксом </w:t>
      </w:r>
      <w:r w:rsidRPr="00592328">
        <w:rPr>
          <w:rFonts w:ascii="Times New Roman" w:hAnsi="Times New Roman" w:cs="Times New Roman"/>
          <w:b/>
          <w:bCs/>
          <w:i/>
          <w:iCs/>
        </w:rPr>
        <w:t>-вш-</w:t>
      </w:r>
      <w:r w:rsidRPr="00592328">
        <w:rPr>
          <w:rFonts w:ascii="Times New Roman" w:hAnsi="Times New Roman" w:cs="Times New Roman"/>
        </w:rPr>
        <w:t> действительных причастий прошедшего времени, перед суффиксом </w:t>
      </w:r>
      <w:r w:rsidRPr="00592328">
        <w:rPr>
          <w:rFonts w:ascii="Times New Roman" w:hAnsi="Times New Roman" w:cs="Times New Roman"/>
          <w:b/>
          <w:bCs/>
          <w:i/>
          <w:iCs/>
        </w:rPr>
        <w:t>-нн-</w:t>
      </w:r>
      <w:r w:rsidRPr="00592328">
        <w:rPr>
          <w:rFonts w:ascii="Times New Roman" w:hAnsi="Times New Roman" w:cs="Times New Roman"/>
        </w:rPr>
        <w:t> страдательных причастий прошедшего времени; написания </w:t>
      </w:r>
      <w:r w:rsidRPr="00592328">
        <w:rPr>
          <w:rFonts w:ascii="Times New Roman" w:hAnsi="Times New Roman" w:cs="Times New Roman"/>
          <w:b/>
          <w:bCs/>
          <w:i/>
          <w:iCs/>
        </w:rPr>
        <w:t>не</w:t>
      </w:r>
      <w:r w:rsidRPr="00592328">
        <w:rPr>
          <w:rFonts w:ascii="Times New Roman" w:hAnsi="Times New Roman" w:cs="Times New Roman"/>
          <w:b/>
          <w:bCs/>
        </w:rPr>
        <w:t> </w:t>
      </w:r>
      <w:r w:rsidRPr="00592328">
        <w:rPr>
          <w:rFonts w:ascii="Times New Roman" w:hAnsi="Times New Roman" w:cs="Times New Roman"/>
        </w:rPr>
        <w:t>с причастиями.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 расставлять знаки препинания в предложениях с причастным оборотом.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Деепричастие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деепричастия как особую группу слов. Определять признаки глагола и наречия в деепричастии.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деепричастия совершенного и несовершенного вида.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деепричастий, применять это умение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Конструировать деепричастный оборот. Определять роль дее</w:t>
      </w:r>
      <w:r w:rsidRPr="00592328">
        <w:rPr>
          <w:rFonts w:ascii="Times New Roman" w:hAnsi="Times New Roman" w:cs="Times New Roman"/>
        </w:rPr>
        <w:softHyphen/>
        <w:t>причастия в предложении.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Уместно использовать деепричастия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 ставить ударение в деепричастиях.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правила написания гласных в суффиксах деепричастий; правила слитного и раздельного написания </w:t>
      </w:r>
      <w:r w:rsidRPr="00592328">
        <w:rPr>
          <w:rFonts w:ascii="Times New Roman" w:hAnsi="Times New Roman" w:cs="Times New Roman"/>
          <w:b/>
          <w:bCs/>
          <w:i/>
          <w:iCs/>
        </w:rPr>
        <w:t>не</w:t>
      </w:r>
      <w:r w:rsidRPr="00592328">
        <w:rPr>
          <w:rFonts w:ascii="Times New Roman" w:hAnsi="Times New Roman" w:cs="Times New Roman"/>
        </w:rPr>
        <w:t> с деепричастиями.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 строить предложения с одиночными деепричастиями и деепричастными оборотами.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Наречие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наречий, применять это умение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правила слитного, раздельного и дефисного написания наречий; написания </w:t>
      </w:r>
      <w:r w:rsidRPr="00592328">
        <w:rPr>
          <w:rFonts w:ascii="Times New Roman" w:hAnsi="Times New Roman" w:cs="Times New Roman"/>
          <w:b/>
          <w:bCs/>
          <w:i/>
          <w:iCs/>
        </w:rPr>
        <w:t>н</w:t>
      </w:r>
      <w:r w:rsidRPr="00592328">
        <w:rPr>
          <w:rFonts w:ascii="Times New Roman" w:hAnsi="Times New Roman" w:cs="Times New Roman"/>
          <w:b/>
          <w:bCs/>
        </w:rPr>
        <w:t> </w:t>
      </w:r>
      <w:r w:rsidRPr="00592328">
        <w:rPr>
          <w:rFonts w:ascii="Times New Roman" w:hAnsi="Times New Roman" w:cs="Times New Roman"/>
        </w:rPr>
        <w:t>и </w:t>
      </w:r>
      <w:r w:rsidRPr="00592328">
        <w:rPr>
          <w:rFonts w:ascii="Times New Roman" w:hAnsi="Times New Roman" w:cs="Times New Roman"/>
          <w:b/>
          <w:bCs/>
          <w:i/>
          <w:iCs/>
        </w:rPr>
        <w:t>нн</w:t>
      </w:r>
      <w:r w:rsidRPr="00592328">
        <w:rPr>
          <w:rFonts w:ascii="Times New Roman" w:hAnsi="Times New Roman" w:cs="Times New Roman"/>
        </w:rPr>
        <w:t> в наречиях на </w:t>
      </w:r>
      <w:r w:rsidRPr="00592328">
        <w:rPr>
          <w:rFonts w:ascii="Times New Roman" w:hAnsi="Times New Roman" w:cs="Times New Roman"/>
          <w:b/>
          <w:bCs/>
          <w:i/>
          <w:iCs/>
        </w:rPr>
        <w:t>-о</w:t>
      </w:r>
      <w:r w:rsidRPr="00592328">
        <w:rPr>
          <w:rFonts w:ascii="Times New Roman" w:hAnsi="Times New Roman" w:cs="Times New Roman"/>
        </w:rPr>
        <w:t> и </w:t>
      </w:r>
      <w:r w:rsidRPr="00592328">
        <w:rPr>
          <w:rFonts w:ascii="Times New Roman" w:hAnsi="Times New Roman" w:cs="Times New Roman"/>
          <w:b/>
          <w:bCs/>
          <w:i/>
          <w:iCs/>
        </w:rPr>
        <w:t>-е</w:t>
      </w:r>
      <w:r w:rsidRPr="00592328">
        <w:rPr>
          <w:rFonts w:ascii="Times New Roman" w:hAnsi="Times New Roman" w:cs="Times New Roman"/>
        </w:rPr>
        <w:t>; написания суффиксов </w:t>
      </w:r>
      <w:r w:rsidRPr="00592328">
        <w:rPr>
          <w:rFonts w:ascii="Times New Roman" w:hAnsi="Times New Roman" w:cs="Times New Roman"/>
          <w:b/>
          <w:bCs/>
        </w:rPr>
        <w:t>-</w:t>
      </w:r>
      <w:r w:rsidRPr="00592328">
        <w:rPr>
          <w:rFonts w:ascii="Times New Roman" w:hAnsi="Times New Roman" w:cs="Times New Roman"/>
          <w:b/>
          <w:bCs/>
          <w:i/>
          <w:iCs/>
        </w:rPr>
        <w:t>а </w:t>
      </w:r>
      <w:r w:rsidRPr="00592328">
        <w:rPr>
          <w:rFonts w:ascii="Times New Roman" w:hAnsi="Times New Roman" w:cs="Times New Roman"/>
        </w:rPr>
        <w:t>и</w:t>
      </w:r>
      <w:r w:rsidRPr="00592328">
        <w:rPr>
          <w:rFonts w:ascii="Times New Roman" w:hAnsi="Times New Roman" w:cs="Times New Roman"/>
          <w:b/>
          <w:bCs/>
          <w:i/>
          <w:iCs/>
        </w:rPr>
        <w:t> -о</w:t>
      </w:r>
      <w:r w:rsidRPr="00592328">
        <w:rPr>
          <w:rFonts w:ascii="Times New Roman" w:hAnsi="Times New Roman" w:cs="Times New Roman"/>
        </w:rPr>
        <w:t> наречий с приставками </w:t>
      </w:r>
      <w:r w:rsidRPr="00592328">
        <w:rPr>
          <w:rFonts w:ascii="Times New Roman" w:hAnsi="Times New Roman" w:cs="Times New Roman"/>
          <w:b/>
          <w:bCs/>
          <w:i/>
          <w:iCs/>
        </w:rPr>
        <w:t>из-</w:t>
      </w:r>
      <w:r w:rsidRPr="00592328">
        <w:rPr>
          <w:rFonts w:ascii="Times New Roman" w:hAnsi="Times New Roman" w:cs="Times New Roman"/>
          <w:i/>
          <w:iCs/>
        </w:rPr>
        <w:t>, </w:t>
      </w:r>
      <w:r w:rsidRPr="00592328">
        <w:rPr>
          <w:rFonts w:ascii="Times New Roman" w:hAnsi="Times New Roman" w:cs="Times New Roman"/>
          <w:b/>
          <w:bCs/>
          <w:i/>
          <w:iCs/>
        </w:rPr>
        <w:t>до-</w:t>
      </w:r>
      <w:r w:rsidRPr="00592328">
        <w:rPr>
          <w:rFonts w:ascii="Times New Roman" w:hAnsi="Times New Roman" w:cs="Times New Roman"/>
          <w:i/>
          <w:iCs/>
        </w:rPr>
        <w:t>, </w:t>
      </w:r>
      <w:r w:rsidRPr="00592328">
        <w:rPr>
          <w:rFonts w:ascii="Times New Roman" w:hAnsi="Times New Roman" w:cs="Times New Roman"/>
          <w:b/>
          <w:bCs/>
          <w:i/>
          <w:iCs/>
        </w:rPr>
        <w:t>с-</w:t>
      </w:r>
      <w:r w:rsidRPr="00592328">
        <w:rPr>
          <w:rFonts w:ascii="Times New Roman" w:hAnsi="Times New Roman" w:cs="Times New Roman"/>
          <w:i/>
          <w:iCs/>
        </w:rPr>
        <w:t>, </w:t>
      </w:r>
      <w:r w:rsidRPr="00592328">
        <w:rPr>
          <w:rFonts w:ascii="Times New Roman" w:hAnsi="Times New Roman" w:cs="Times New Roman"/>
          <w:b/>
          <w:bCs/>
          <w:i/>
          <w:iCs/>
        </w:rPr>
        <w:t>в-</w:t>
      </w:r>
      <w:r w:rsidRPr="00592328">
        <w:rPr>
          <w:rFonts w:ascii="Times New Roman" w:hAnsi="Times New Roman" w:cs="Times New Roman"/>
          <w:i/>
          <w:iCs/>
        </w:rPr>
        <w:t>, </w:t>
      </w:r>
      <w:r w:rsidRPr="00592328">
        <w:rPr>
          <w:rFonts w:ascii="Times New Roman" w:hAnsi="Times New Roman" w:cs="Times New Roman"/>
          <w:b/>
          <w:bCs/>
          <w:i/>
          <w:iCs/>
        </w:rPr>
        <w:t>на-</w:t>
      </w:r>
      <w:r w:rsidRPr="00592328">
        <w:rPr>
          <w:rFonts w:ascii="Times New Roman" w:hAnsi="Times New Roman" w:cs="Times New Roman"/>
          <w:i/>
          <w:iCs/>
        </w:rPr>
        <w:t>, </w:t>
      </w:r>
      <w:r w:rsidRPr="00592328">
        <w:rPr>
          <w:rFonts w:ascii="Times New Roman" w:hAnsi="Times New Roman" w:cs="Times New Roman"/>
          <w:b/>
          <w:bCs/>
          <w:i/>
          <w:iCs/>
        </w:rPr>
        <w:t>за-</w:t>
      </w:r>
      <w:r w:rsidRPr="00592328">
        <w:rPr>
          <w:rFonts w:ascii="Times New Roman" w:hAnsi="Times New Roman" w:cs="Times New Roman"/>
        </w:rPr>
        <w:t>; употребления </w:t>
      </w:r>
      <w:r w:rsidRPr="00592328">
        <w:rPr>
          <w:rFonts w:ascii="Times New Roman" w:hAnsi="Times New Roman" w:cs="Times New Roman"/>
          <w:b/>
          <w:bCs/>
          <w:i/>
          <w:iCs/>
        </w:rPr>
        <w:t>ь</w:t>
      </w:r>
      <w:r w:rsidRPr="00592328">
        <w:rPr>
          <w:rFonts w:ascii="Times New Roman" w:hAnsi="Times New Roman" w:cs="Times New Roman"/>
          <w:b/>
          <w:bCs/>
        </w:rPr>
        <w:t> </w:t>
      </w:r>
      <w:r w:rsidRPr="00592328">
        <w:rPr>
          <w:rFonts w:ascii="Times New Roman" w:hAnsi="Times New Roman" w:cs="Times New Roman"/>
        </w:rPr>
        <w:t>на конце наречий после шипящих; написания суффиксов наречий -</w:t>
      </w:r>
      <w:r w:rsidRPr="00592328">
        <w:rPr>
          <w:rFonts w:ascii="Times New Roman" w:hAnsi="Times New Roman" w:cs="Times New Roman"/>
          <w:b/>
          <w:bCs/>
          <w:i/>
          <w:iCs/>
        </w:rPr>
        <w:t>о</w:t>
      </w:r>
      <w:r w:rsidRPr="00592328">
        <w:rPr>
          <w:rFonts w:ascii="Times New Roman" w:hAnsi="Times New Roman" w:cs="Times New Roman"/>
          <w:i/>
          <w:iCs/>
        </w:rPr>
        <w:t> </w:t>
      </w:r>
      <w:r w:rsidRPr="00592328">
        <w:rPr>
          <w:rFonts w:ascii="Times New Roman" w:hAnsi="Times New Roman" w:cs="Times New Roman"/>
        </w:rPr>
        <w:t>и</w:t>
      </w:r>
      <w:r w:rsidRPr="00592328">
        <w:rPr>
          <w:rFonts w:ascii="Times New Roman" w:hAnsi="Times New Roman" w:cs="Times New Roman"/>
          <w:i/>
          <w:iCs/>
        </w:rPr>
        <w:t> -</w:t>
      </w:r>
      <w:r w:rsidRPr="00592328">
        <w:rPr>
          <w:rFonts w:ascii="Times New Roman" w:hAnsi="Times New Roman" w:cs="Times New Roman"/>
          <w:b/>
          <w:bCs/>
          <w:i/>
          <w:iCs/>
        </w:rPr>
        <w:t>е</w:t>
      </w:r>
      <w:r w:rsidRPr="00592328">
        <w:rPr>
          <w:rFonts w:ascii="Times New Roman" w:hAnsi="Times New Roman" w:cs="Times New Roman"/>
        </w:rPr>
        <w:t> после шипящих; написания </w:t>
      </w:r>
      <w:r w:rsidRPr="00592328">
        <w:rPr>
          <w:rFonts w:ascii="Times New Roman" w:hAnsi="Times New Roman" w:cs="Times New Roman"/>
          <w:b/>
          <w:bCs/>
          <w:i/>
          <w:iCs/>
        </w:rPr>
        <w:t>е</w:t>
      </w:r>
      <w:r w:rsidRPr="00592328">
        <w:rPr>
          <w:rFonts w:ascii="Times New Roman" w:hAnsi="Times New Roman" w:cs="Times New Roman"/>
        </w:rPr>
        <w:t> и </w:t>
      </w:r>
      <w:r w:rsidRPr="00592328">
        <w:rPr>
          <w:rFonts w:ascii="Times New Roman" w:hAnsi="Times New Roman" w:cs="Times New Roman"/>
          <w:b/>
          <w:bCs/>
          <w:i/>
          <w:iCs/>
        </w:rPr>
        <w:t>и</w:t>
      </w:r>
      <w:r w:rsidRPr="00592328">
        <w:rPr>
          <w:rFonts w:ascii="Times New Roman" w:hAnsi="Times New Roman" w:cs="Times New Roman"/>
        </w:rPr>
        <w:t> в приставках </w:t>
      </w:r>
      <w:r w:rsidRPr="00592328">
        <w:rPr>
          <w:rFonts w:ascii="Times New Roman" w:hAnsi="Times New Roman" w:cs="Times New Roman"/>
          <w:b/>
          <w:bCs/>
          <w:i/>
          <w:iCs/>
        </w:rPr>
        <w:t>не-</w:t>
      </w:r>
      <w:r w:rsidRPr="00592328">
        <w:rPr>
          <w:rFonts w:ascii="Times New Roman" w:hAnsi="Times New Roman" w:cs="Times New Roman"/>
        </w:rPr>
        <w:t> и </w:t>
      </w:r>
      <w:r w:rsidRPr="00592328">
        <w:rPr>
          <w:rFonts w:ascii="Times New Roman" w:hAnsi="Times New Roman" w:cs="Times New Roman"/>
          <w:b/>
          <w:bCs/>
          <w:i/>
          <w:iCs/>
        </w:rPr>
        <w:t>ни- </w:t>
      </w:r>
      <w:r w:rsidRPr="00592328">
        <w:rPr>
          <w:rFonts w:ascii="Times New Roman" w:hAnsi="Times New Roman" w:cs="Times New Roman"/>
        </w:rPr>
        <w:t>наречий; слитного и раздельного написания </w:t>
      </w:r>
      <w:r w:rsidRPr="00592328">
        <w:rPr>
          <w:rFonts w:ascii="Times New Roman" w:hAnsi="Times New Roman" w:cs="Times New Roman"/>
          <w:b/>
          <w:bCs/>
          <w:i/>
          <w:iCs/>
        </w:rPr>
        <w:t>не</w:t>
      </w:r>
      <w:r w:rsidRPr="00592328">
        <w:rPr>
          <w:rFonts w:ascii="Times New Roman" w:hAnsi="Times New Roman" w:cs="Times New Roman"/>
          <w:b/>
          <w:bCs/>
        </w:rPr>
        <w:t> </w:t>
      </w:r>
      <w:r w:rsidRPr="00592328">
        <w:rPr>
          <w:rFonts w:ascii="Times New Roman" w:hAnsi="Times New Roman" w:cs="Times New Roman"/>
        </w:rPr>
        <w:t>с наречиями.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Слова категории состояния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Служебные части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Предлог</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нормы употребления имён существительных и местоимений с предлогами, предлогов </w:t>
      </w:r>
      <w:r w:rsidRPr="00592328">
        <w:rPr>
          <w:rFonts w:ascii="Times New Roman" w:hAnsi="Times New Roman" w:cs="Times New Roman"/>
          <w:b/>
          <w:bCs/>
          <w:i/>
          <w:iCs/>
        </w:rPr>
        <w:t>из</w:t>
      </w:r>
      <w:r w:rsidRPr="00592328">
        <w:rPr>
          <w:rFonts w:ascii="Times New Roman" w:hAnsi="Times New Roman" w:cs="Times New Roman"/>
          <w:i/>
          <w:iCs/>
        </w:rPr>
        <w:t> — </w:t>
      </w:r>
      <w:r w:rsidRPr="00592328">
        <w:rPr>
          <w:rFonts w:ascii="Times New Roman" w:hAnsi="Times New Roman" w:cs="Times New Roman"/>
          <w:b/>
          <w:bCs/>
          <w:i/>
          <w:iCs/>
        </w:rPr>
        <w:t>с</w:t>
      </w:r>
      <w:r w:rsidRPr="00592328">
        <w:rPr>
          <w:rFonts w:ascii="Times New Roman" w:hAnsi="Times New Roman" w:cs="Times New Roman"/>
        </w:rPr>
        <w:t>,</w:t>
      </w:r>
      <w:r w:rsidRPr="00592328">
        <w:rPr>
          <w:rFonts w:ascii="Times New Roman" w:hAnsi="Times New Roman" w:cs="Times New Roman"/>
          <w:i/>
          <w:iCs/>
        </w:rPr>
        <w:t> </w:t>
      </w:r>
      <w:r w:rsidRPr="00592328">
        <w:rPr>
          <w:rFonts w:ascii="Times New Roman" w:hAnsi="Times New Roman" w:cs="Times New Roman"/>
          <w:b/>
          <w:bCs/>
          <w:i/>
          <w:iCs/>
        </w:rPr>
        <w:t>в</w:t>
      </w:r>
      <w:r w:rsidRPr="00592328">
        <w:rPr>
          <w:rFonts w:ascii="Times New Roman" w:hAnsi="Times New Roman" w:cs="Times New Roman"/>
          <w:i/>
          <w:iCs/>
        </w:rPr>
        <w:t> — </w:t>
      </w:r>
      <w:r w:rsidRPr="00592328">
        <w:rPr>
          <w:rFonts w:ascii="Times New Roman" w:hAnsi="Times New Roman" w:cs="Times New Roman"/>
          <w:b/>
          <w:bCs/>
          <w:i/>
          <w:iCs/>
        </w:rPr>
        <w:t>на</w:t>
      </w:r>
      <w:r w:rsidRPr="00592328">
        <w:rPr>
          <w:rFonts w:ascii="Times New Roman" w:hAnsi="Times New Roman" w:cs="Times New Roman"/>
        </w:rPr>
        <w:t> в составе словосочетаний; правила правописания производных предлогов.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 xml:space="preserve">Проводить морфологический анализ предлогов, применять это умение при выполнении языкового анализа различных </w:t>
      </w:r>
      <w:r w:rsidRPr="00592328">
        <w:rPr>
          <w:rFonts w:ascii="Times New Roman" w:hAnsi="Times New Roman" w:cs="Times New Roman"/>
        </w:rPr>
        <w:softHyphen/>
        <w:t>видов 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Союз</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w:t>
      </w:r>
      <w:r w:rsidRPr="00592328">
        <w:rPr>
          <w:rFonts w:ascii="Times New Roman" w:hAnsi="Times New Roman" w:cs="Times New Roman"/>
        </w:rPr>
        <w:softHyphen/>
        <w:t>зов в тексте, в том числе как средств связи однородных членов предложения и частей сложного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592328">
        <w:rPr>
          <w:rFonts w:ascii="Times New Roman" w:hAnsi="Times New Roman" w:cs="Times New Roman"/>
          <w:b/>
          <w:bCs/>
          <w:i/>
          <w:iCs/>
        </w:rPr>
        <w:t>и</w:t>
      </w:r>
      <w:r w:rsidRPr="00592328">
        <w:rPr>
          <w:rFonts w:ascii="Times New Roman" w:hAnsi="Times New Roman" w:cs="Times New Roman"/>
          <w:i/>
          <w:iCs/>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союзов, применять это умение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Частица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Употреблять частицы в речи в соответствии с их значением и стилистической окраской; соблюдать нормы правописания частиц.</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частиц, применять это умение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Междометия и звукоподражательные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морфологический анализ междометий; применять это умение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пунктуационные нормы оформления предложений с междометиями.</w:t>
      </w:r>
    </w:p>
    <w:p w:rsidR="00F44E79" w:rsidRPr="00592328" w:rsidRDefault="00F44E79" w:rsidP="00592328">
      <w:pPr>
        <w:widowControl/>
        <w:shd w:val="clear" w:color="auto" w:fill="FFFFFF"/>
        <w:spacing w:after="160"/>
        <w:jc w:val="both"/>
        <w:rPr>
          <w:rFonts w:ascii="Times New Roman" w:hAnsi="Times New Roman" w:cs="Times New Roman"/>
        </w:rPr>
      </w:pPr>
      <w:r w:rsidRPr="00592328">
        <w:rPr>
          <w:rFonts w:ascii="Times New Roman" w:hAnsi="Times New Roman" w:cs="Times New Roman"/>
        </w:rPr>
        <w:t>Различать грамматические омонимы.</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8 класс</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rPr>
      </w:pPr>
      <w:r w:rsidRPr="00592328">
        <w:rPr>
          <w:rFonts w:ascii="Times New Roman" w:hAnsi="Times New Roman" w:cs="Times New Roman"/>
          <w:b/>
          <w:bCs/>
          <w:caps/>
        </w:rPr>
        <w:t xml:space="preserve">    </w:t>
      </w: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Иметь представление о русском языке как одном из славянских языков.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аудирования: выборочным, ознакомительным, детальным — научно-учебных, художест</w:t>
      </w:r>
      <w:r w:rsidRPr="00592328">
        <w:rPr>
          <w:rFonts w:ascii="Times New Roman" w:hAnsi="Times New Roman" w:cs="Times New Roman"/>
        </w:rPr>
        <w:softHyphen/>
        <w:t>венных, публицистических текстов различных функционально-смысловых типов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чтения: просмотровым, ознакомительным, изучающим, поисковым.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Устно пересказывать прочитанный или прослушанный текст объёмом не менее 140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умениями информационной переработки текста: со</w:t>
      </w:r>
      <w:r w:rsidRPr="00592328">
        <w:rPr>
          <w:rFonts w:ascii="Times New Roman" w:hAnsi="Times New Roman" w:cs="Times New Roman"/>
        </w:rPr>
        <w:softHyphen/>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сообщение на заданную тему в виде презентации.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b/>
          <w:bCs/>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Cинтаксис. Культура речи. Пунктуация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Иметь представление о синтаксисе как разделе лингвистики.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словосочетание и предложение как единицы синтаксиса.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функции знаков препинания.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Словосочетание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нормы построения словосочетаний.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92328">
        <w:rPr>
          <w:rFonts w:ascii="Times New Roman" w:hAnsi="Times New Roman" w:cs="Times New Roman"/>
          <w:b/>
          <w:bCs/>
          <w:i/>
          <w:iCs/>
        </w:rPr>
        <w:t>большинство</w:t>
      </w:r>
      <w:r w:rsidRPr="00592328">
        <w:rPr>
          <w:rFonts w:ascii="Times New Roman" w:hAnsi="Times New Roman" w:cs="Times New Roman"/>
          <w:i/>
          <w:iCs/>
        </w:rPr>
        <w:t> </w:t>
      </w:r>
      <w:r w:rsidRPr="00592328">
        <w:rPr>
          <w:rFonts w:ascii="Times New Roman" w:hAnsi="Times New Roman" w:cs="Times New Roman"/>
        </w:rPr>
        <w:t>—</w:t>
      </w:r>
      <w:r w:rsidRPr="00592328">
        <w:rPr>
          <w:rFonts w:ascii="Times New Roman" w:hAnsi="Times New Roman" w:cs="Times New Roman"/>
          <w:i/>
          <w:iCs/>
        </w:rPr>
        <w:t> </w:t>
      </w:r>
      <w:r w:rsidRPr="00592328">
        <w:rPr>
          <w:rFonts w:ascii="Times New Roman" w:hAnsi="Times New Roman" w:cs="Times New Roman"/>
          <w:b/>
          <w:bCs/>
          <w:i/>
          <w:iCs/>
        </w:rPr>
        <w:t>меньшинство</w:t>
      </w:r>
      <w:r w:rsidRPr="00592328">
        <w:rPr>
          <w:rFonts w:ascii="Times New Roman" w:hAnsi="Times New Roman" w:cs="Times New Roman"/>
        </w:rPr>
        <w:t>, количественными сочетаниями. Применять нормы постановки тире между подлежащим и сказуемым.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92328">
        <w:rPr>
          <w:rFonts w:ascii="Times New Roman" w:hAnsi="Times New Roman" w:cs="Times New Roman"/>
          <w:b/>
          <w:bCs/>
          <w:i/>
          <w:iCs/>
        </w:rPr>
        <w:t>да</w:t>
      </w:r>
      <w:r w:rsidRPr="00592328">
        <w:rPr>
          <w:rFonts w:ascii="Times New Roman" w:hAnsi="Times New Roman" w:cs="Times New Roman"/>
          <w:i/>
          <w:iCs/>
        </w:rPr>
        <w:t>, </w:t>
      </w:r>
      <w:r w:rsidRPr="00592328">
        <w:rPr>
          <w:rFonts w:ascii="Times New Roman" w:hAnsi="Times New Roman" w:cs="Times New Roman"/>
          <w:b/>
          <w:bCs/>
          <w:i/>
          <w:iCs/>
        </w:rPr>
        <w:t>нет</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w:t>
      </w:r>
      <w:r w:rsidRPr="00592328">
        <w:rPr>
          <w:rFonts w:ascii="Times New Roman" w:hAnsi="Times New Roman" w:cs="Times New Roman"/>
        </w:rPr>
        <w:softHyphen/>
        <w:t>ления в речи сочетаний однородных членов разных типов.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нормы построения предложений с однородными членами, связанными двойными союзами </w:t>
      </w:r>
      <w:r w:rsidRPr="00592328">
        <w:rPr>
          <w:rFonts w:ascii="Times New Roman" w:hAnsi="Times New Roman" w:cs="Times New Roman"/>
          <w:b/>
          <w:bCs/>
          <w:i/>
          <w:iCs/>
        </w:rPr>
        <w:t>не только… но и</w:t>
      </w:r>
      <w:r w:rsidRPr="00592328">
        <w:rPr>
          <w:rFonts w:ascii="Times New Roman" w:hAnsi="Times New Roman" w:cs="Times New Roman"/>
          <w:i/>
          <w:iCs/>
        </w:rPr>
        <w:t>, </w:t>
      </w:r>
      <w:r w:rsidRPr="00592328">
        <w:rPr>
          <w:rFonts w:ascii="Times New Roman" w:hAnsi="Times New Roman" w:cs="Times New Roman"/>
          <w:b/>
          <w:bCs/>
          <w:i/>
          <w:iCs/>
        </w:rPr>
        <w:t>как… так и</w:t>
      </w:r>
      <w:r w:rsidRPr="00592328">
        <w:rPr>
          <w:rFonts w:ascii="Times New Roman" w:hAnsi="Times New Roman" w:cs="Times New Roman"/>
        </w:rPr>
        <w:t>.</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592328">
        <w:rPr>
          <w:rFonts w:ascii="Times New Roman" w:hAnsi="Times New Roman" w:cs="Times New Roman"/>
          <w:b/>
          <w:bCs/>
          <w:i/>
          <w:iCs/>
        </w:rPr>
        <w:t>и... и, или... или, либo... либo, ни... ни, тo... тo</w:t>
      </w:r>
      <w:r w:rsidRPr="00592328">
        <w:rPr>
          <w:rFonts w:ascii="Times New Roman" w:hAnsi="Times New Roman" w:cs="Times New Roman"/>
        </w:rPr>
        <w:t>); нормы постановки знаков препинания в предложениях с обобщающим словом при однородных членах.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w:t>
      </w:r>
      <w:r w:rsidRPr="00592328">
        <w:rPr>
          <w:rFonts w:ascii="Times New Roman" w:hAnsi="Times New Roman" w:cs="Times New Roman"/>
        </w:rPr>
        <w:softHyphen/>
        <w:t>ными и вставными конструкциями, обращениями и междометиями.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группы вводных слов по значению, различать ввод</w:t>
      </w:r>
      <w:r w:rsidRPr="00592328">
        <w:rPr>
          <w:rFonts w:ascii="Times New Roman" w:hAnsi="Times New Roman" w:cs="Times New Roman"/>
        </w:rPr>
        <w:softHyphen/>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сложные предложения, конструкции с чужой речью (в рамках изученного).</w:t>
      </w:r>
    </w:p>
    <w:p w:rsidR="00F44E79" w:rsidRPr="00592328" w:rsidRDefault="00F44E79" w:rsidP="00592328">
      <w:pPr>
        <w:widowControl/>
        <w:shd w:val="clear" w:color="auto" w:fill="FFFFFF"/>
        <w:spacing w:after="160"/>
        <w:jc w:val="both"/>
        <w:rPr>
          <w:rFonts w:ascii="Times New Roman" w:hAnsi="Times New Roman" w:cs="Times New Roman"/>
        </w:rPr>
      </w:pPr>
      <w:r w:rsidRPr="00592328">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 xml:space="preserve">  9  класс </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rPr>
      </w:pPr>
      <w:r w:rsidRPr="00592328">
        <w:rPr>
          <w:rFonts w:ascii="Times New Roman" w:hAnsi="Times New Roman" w:cs="Times New Roman"/>
          <w:b/>
          <w:bCs/>
        </w:rPr>
        <w:t>Общие сведения о языке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Язык и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различными видами чтения: просмотровым, ознакомительным, изучающим, поисковым.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Устно пересказывать прочитанный или прослушанный текст объёмом не менее 150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Устанавливать принадлежность текста к функционально-смысловому типу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Прогнозировать содержание текста по заголовку, ключевым словам, зачину или концовке.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отличительные признаки текстов разных жанров.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сообщение на заданную тему в виде презентации.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Функциональные разновидности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Составлять тезисы, конспект, писать рецензию, реферат.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44E79" w:rsidRPr="00592328" w:rsidRDefault="00F44E79" w:rsidP="00592328">
      <w:pPr>
        <w:widowControl/>
        <w:shd w:val="clear" w:color="auto" w:fill="FFFFFF"/>
        <w:jc w:val="both"/>
        <w:rPr>
          <w:rFonts w:ascii="Times New Roman" w:hAnsi="Times New Roman" w:cs="Times New Roman"/>
          <w:b/>
          <w:bCs/>
        </w:rPr>
      </w:pPr>
    </w:p>
    <w:p w:rsidR="00F44E79" w:rsidRPr="00592328" w:rsidRDefault="00F44E79" w:rsidP="00592328">
      <w:pPr>
        <w:widowControl/>
        <w:shd w:val="clear" w:color="auto" w:fill="FFFFFF"/>
        <w:jc w:val="both"/>
        <w:rPr>
          <w:rFonts w:ascii="Times New Roman" w:hAnsi="Times New Roman" w:cs="Times New Roman"/>
          <w:b/>
          <w:bCs/>
        </w:rPr>
      </w:pPr>
      <w:r w:rsidRPr="00592328">
        <w:rPr>
          <w:rFonts w:ascii="Times New Roman" w:hAnsi="Times New Roman" w:cs="Times New Roman"/>
          <w:b/>
          <w:bCs/>
        </w:rPr>
        <w:t>Система языка</w:t>
      </w:r>
    </w:p>
    <w:p w:rsidR="00F44E79" w:rsidRPr="00592328" w:rsidRDefault="00F44E79" w:rsidP="00592328">
      <w:pPr>
        <w:widowControl/>
        <w:shd w:val="clear" w:color="auto" w:fill="FFFFFF"/>
        <w:jc w:val="both"/>
        <w:rPr>
          <w:rFonts w:ascii="Times New Roman" w:hAnsi="Times New Roman" w:cs="Times New Roman"/>
          <w:b/>
          <w:bCs/>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Cинтаксис.  Культура речи. Пунктуация</w:t>
      </w:r>
    </w:p>
    <w:p w:rsidR="00F44E79" w:rsidRPr="00592328" w:rsidRDefault="00F44E79" w:rsidP="00592328">
      <w:pPr>
        <w:widowControl/>
        <w:shd w:val="clear" w:color="auto" w:fill="FFFFFF"/>
        <w:jc w:val="both"/>
        <w:rPr>
          <w:rFonts w:ascii="Times New Roman" w:hAnsi="Times New Roman" w:cs="Times New Roman"/>
          <w:b/>
          <w:bCs/>
        </w:rPr>
      </w:pP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Сложносочинённое 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основные средства синтаксической связи между частями сложного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особенности употребления сложносочинённых предложений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основные нормы построения сложносочинённого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явления грамматической синонимии сложно</w:t>
      </w:r>
      <w:r w:rsidRPr="00592328">
        <w:rPr>
          <w:rFonts w:ascii="Times New Roman" w:hAnsi="Times New Roman" w:cs="Times New Roman"/>
        </w:rPr>
        <w:softHyphen/>
        <w:t>сочинённых предложений и простых предложений с однородными членами; использовать соответствующие конструкции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синтаксический и пунктуационный анализ сложносочинённых предложений.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нормы постановки знаков препинания в сложносочинённых предложениях.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Сложноподчинённое 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подчинительные союзы и союзные слова.</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однородное, неоднородное и последовательное подчинение придаточных частей.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синтаксический и пунктуационный анализ сложноподчинённых предложений.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нормы построения сложноподчинённых предложений и постановки знаков препинания в них.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Бессоюзное сложное предложение</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синтаксический и пунктуационный анализ бессоюзных сложных предложений.</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w:t>
      </w:r>
      <w:r w:rsidRPr="00592328">
        <w:rPr>
          <w:rFonts w:ascii="Times New Roman" w:hAnsi="Times New Roman" w:cs="Times New Roman"/>
        </w:rPr>
        <w:softHyphen/>
        <w:t>ниях.</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Сложные предложения с разными видами союзной и бессоюзной связи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типы сложных предложений с разными видами связи.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Понимать основные нормы построения сложных предложений с разными видами связи.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Употреблять сложные предложения с разными видами связи в речи.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Проводить синтаксический и пунктуационный анализ сложных предложений с разными видами связи.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Применять правила постановки знаков препинания в сложных предложениях с разными видами связи.</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b/>
          <w:bCs/>
        </w:rPr>
        <w:t>Прямая и косвенная речь</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F44E79" w:rsidRPr="00592328" w:rsidRDefault="00F44E79" w:rsidP="00592328">
      <w:pPr>
        <w:widowControl/>
        <w:shd w:val="clear" w:color="auto" w:fill="FFFFFF"/>
        <w:jc w:val="both"/>
        <w:rPr>
          <w:rFonts w:ascii="Times New Roman" w:hAnsi="Times New Roman" w:cs="Times New Roman"/>
        </w:rPr>
      </w:pPr>
      <w:r w:rsidRPr="00592328">
        <w:rPr>
          <w:rFonts w:ascii="Times New Roman" w:hAnsi="Times New Roman" w:cs="Times New Roman"/>
        </w:rPr>
        <w:t>Уметь цитировать и применять разные способы включения цитат в высказывание.</w:t>
      </w:r>
    </w:p>
    <w:p w:rsidR="00F44E79" w:rsidRPr="00592328" w:rsidRDefault="00F44E79" w:rsidP="00592328">
      <w:pPr>
        <w:widowControl/>
        <w:shd w:val="clear" w:color="auto" w:fill="FFFFFF"/>
        <w:spacing w:after="160"/>
        <w:jc w:val="both"/>
        <w:rPr>
          <w:rFonts w:ascii="Times New Roman" w:hAnsi="Times New Roman" w:cs="Times New Roman"/>
        </w:rPr>
      </w:pPr>
      <w:r w:rsidRPr="00592328">
        <w:rPr>
          <w:rFonts w:ascii="Times New Roman" w:hAnsi="Times New Roman" w:cs="Times New Roman"/>
        </w:rPr>
        <w:t>Применять правила построения предложений с прямой и косвенной речью, при цитировании.</w:t>
      </w:r>
    </w:p>
    <w:p w:rsidR="00F44E79" w:rsidRPr="00592328" w:rsidRDefault="00F44E79" w:rsidP="00592328">
      <w:pPr>
        <w:widowControl/>
        <w:shd w:val="clear" w:color="auto" w:fill="FFFFFF"/>
        <w:spacing w:after="160"/>
        <w:jc w:val="both"/>
        <w:rPr>
          <w:rFonts w:ascii="Times New Roman" w:hAnsi="Times New Roman" w:cs="Times New Roman"/>
        </w:rPr>
      </w:pP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 xml:space="preserve"> </w:t>
      </w: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sectPr w:rsidR="00F44E79" w:rsidRPr="00592328" w:rsidSect="00592328">
          <w:headerReference w:type="default" r:id="rId11"/>
          <w:pgSz w:w="11906" w:h="16838"/>
          <w:pgMar w:top="1134" w:right="850" w:bottom="1134" w:left="1701" w:header="708" w:footer="708" w:gutter="0"/>
          <w:cols w:space="708"/>
          <w:docGrid w:linePitch="360"/>
        </w:sectPr>
      </w:pPr>
    </w:p>
    <w:p w:rsidR="00F44E79" w:rsidRPr="00592328" w:rsidRDefault="00F44E79" w:rsidP="00592328">
      <w:pPr>
        <w:widowControl/>
        <w:shd w:val="clear" w:color="auto" w:fill="FFFFFF"/>
        <w:spacing w:before="240" w:after="120" w:line="240" w:lineRule="atLeast"/>
        <w:jc w:val="both"/>
        <w:outlineLvl w:val="1"/>
        <w:rPr>
          <w:rFonts w:ascii="Times New Roman" w:hAnsi="Times New Roman" w:cs="Times New Roman"/>
          <w:b/>
          <w:bCs/>
          <w:caps/>
        </w:rPr>
      </w:pPr>
      <w:r w:rsidRPr="00592328">
        <w:rPr>
          <w:rFonts w:ascii="Times New Roman" w:hAnsi="Times New Roman" w:cs="Times New Roman"/>
          <w:b/>
          <w:bCs/>
          <w:caps/>
        </w:rPr>
        <w:t xml:space="preserve"> Тематическое планирование</w:t>
      </w:r>
    </w:p>
    <w:p w:rsidR="00F44E79" w:rsidRPr="00592328" w:rsidRDefault="00F44E79" w:rsidP="00592328">
      <w:pPr>
        <w:widowControl/>
        <w:shd w:val="clear" w:color="auto" w:fill="FFFFFF"/>
        <w:spacing w:after="160"/>
        <w:jc w:val="both"/>
        <w:rPr>
          <w:rFonts w:ascii="Times New Roman" w:hAnsi="Times New Roman" w:cs="Times New Roman"/>
        </w:rPr>
      </w:pPr>
    </w:p>
    <w:p w:rsidR="00F44E79" w:rsidRPr="00592328" w:rsidRDefault="00F44E79" w:rsidP="00592328">
      <w:pPr>
        <w:widowControl/>
        <w:spacing w:after="160" w:line="259" w:lineRule="auto"/>
        <w:jc w:val="both"/>
        <w:rPr>
          <w:rFonts w:ascii="Times New Roman" w:hAnsi="Times New Roman" w:cs="Times New Roman"/>
          <w:b/>
          <w:bCs/>
          <w:color w:val="auto"/>
          <w:lang w:eastAsia="en-US"/>
        </w:rPr>
      </w:pPr>
      <w:r w:rsidRPr="00592328">
        <w:rPr>
          <w:rFonts w:ascii="Times New Roman" w:hAnsi="Times New Roman" w:cs="Times New Roman"/>
        </w:rPr>
        <w:t xml:space="preserve">                         </w:t>
      </w:r>
      <w:r w:rsidRPr="00592328">
        <w:rPr>
          <w:rFonts w:ascii="Times New Roman" w:hAnsi="Times New Roman" w:cs="Times New Roman"/>
          <w:b/>
          <w:bCs/>
          <w:color w:val="auto"/>
          <w:lang w:eastAsia="en-US"/>
        </w:rPr>
        <w:t>Тематическое планирование по русскому языку</w:t>
      </w:r>
    </w:p>
    <w:p w:rsidR="00F44E79" w:rsidRPr="00592328" w:rsidRDefault="00F44E79" w:rsidP="00592328">
      <w:pPr>
        <w:widowControl/>
        <w:spacing w:after="160" w:line="259" w:lineRule="auto"/>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5 класс. 204 часа</w:t>
      </w: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2"/>
        <w:gridCol w:w="6818"/>
        <w:gridCol w:w="2520"/>
        <w:gridCol w:w="4238"/>
      </w:tblGrid>
      <w:tr w:rsidR="00F44E79" w:rsidRPr="00592328" w:rsidTr="00592328">
        <w:tc>
          <w:tcPr>
            <w:tcW w:w="1102"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w:t>
            </w:r>
          </w:p>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урока</w:t>
            </w:r>
          </w:p>
        </w:tc>
        <w:tc>
          <w:tcPr>
            <w:tcW w:w="6818"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 xml:space="preserve">Тема </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Кол-во часов</w:t>
            </w:r>
          </w:p>
        </w:tc>
        <w:tc>
          <w:tcPr>
            <w:tcW w:w="4238"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Электронные образовательные ресурсы</w:t>
            </w: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 xml:space="preserve">                      Язык и общение  </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3</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Язык и человек. Общение устное и письменное.</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12"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13"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Читаем и слушаем на уроке.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4" w:history="1">
              <w:r w:rsidRPr="00592328">
                <w:rPr>
                  <w:rFonts w:ascii="Times New Roman" w:hAnsi="Times New Roman" w:cs="Times New Roman"/>
                  <w:color w:val="0563C1"/>
                  <w:u w:val="single"/>
                </w:rPr>
                <w:t>http://school-collection.edu.ru/catalog/</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Стили речи.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5" w:history="1">
              <w:r w:rsidRPr="00592328">
                <w:rPr>
                  <w:rFonts w:ascii="Times New Roman" w:hAnsi="Times New Roman" w:cs="Times New Roman"/>
                  <w:color w:val="0563C1"/>
                  <w:u w:val="single"/>
                </w:rPr>
                <w:t>http://gramma.ru/RUS/</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Повторение изученного в начальных классах </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Звуки и буквы. Произношение и правописание. Орфограмма.</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16" w:history="1">
              <w:r w:rsidRPr="00592328">
                <w:rPr>
                  <w:rFonts w:ascii="Times New Roman" w:hAnsi="Times New Roman" w:cs="Times New Roman"/>
                  <w:color w:val="0563C1"/>
                  <w:u w:val="single"/>
                </w:rPr>
                <w:t>http://orthographia.ru/</w:t>
              </w:r>
            </w:hyperlink>
          </w:p>
          <w:p w:rsidR="00F44E79" w:rsidRPr="00592328" w:rsidRDefault="00F44E79" w:rsidP="00592328">
            <w:pPr>
              <w:widowControl/>
              <w:jc w:val="both"/>
              <w:rPr>
                <w:rFonts w:ascii="Times New Roman" w:hAnsi="Times New Roman" w:cs="Times New Roman"/>
                <w:color w:val="auto"/>
                <w:lang w:eastAsia="en-US"/>
              </w:rPr>
            </w:pPr>
            <w:hyperlink r:id="rId17" w:history="1">
              <w:r w:rsidRPr="00592328">
                <w:rPr>
                  <w:rFonts w:ascii="Times New Roman" w:hAnsi="Times New Roman" w:cs="Times New Roman"/>
                  <w:color w:val="0563C1"/>
                  <w:u w:val="single"/>
                  <w:lang w:eastAsia="en-US"/>
                </w:rPr>
                <w:t>https://resh.edu.ru/subject/13/</w:t>
              </w:r>
            </w:hyperlink>
          </w:p>
        </w:tc>
      </w:tr>
      <w:tr w:rsidR="00F44E79" w:rsidRPr="00FD4913"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Правописание проверяемых безударных гласных в корне слова.</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lang w:val="en-US"/>
              </w:rPr>
            </w:pPr>
            <w:r w:rsidRPr="00592328">
              <w:rPr>
                <w:rFonts w:ascii="Times New Roman" w:hAnsi="Times New Roman" w:cs="Times New Roman"/>
                <w:color w:val="0563C1"/>
                <w:u w:val="single"/>
                <w:lang w:val="en-US" w:eastAsia="en-US"/>
              </w:rPr>
              <w:fldChar w:fldCharType="begin"/>
            </w:r>
            <w:r w:rsidRPr="00592328">
              <w:rPr>
                <w:rFonts w:ascii="Times New Roman" w:hAnsi="Times New Roman" w:cs="Times New Roman"/>
                <w:color w:val="0563C1"/>
                <w:u w:val="single"/>
                <w:lang w:val="en-US" w:eastAsia="en-US"/>
              </w:rPr>
              <w:instrText xml:space="preserve"> HYPERLINK "https://resh.edu.ru/subject/13/" </w:instrText>
            </w:r>
            <w:r w:rsidRPr="00C02DC4">
              <w:rPr>
                <w:rFonts w:ascii="Times New Roman" w:hAnsi="Times New Roman" w:cs="Times New Roman"/>
                <w:color w:val="0563C1"/>
                <w:u w:val="single"/>
                <w:lang w:val="en-US" w:eastAsia="en-US"/>
              </w:rPr>
            </w:r>
            <w:r w:rsidRPr="00592328">
              <w:rPr>
                <w:rFonts w:ascii="Times New Roman" w:hAnsi="Times New Roman" w:cs="Times New Roman"/>
                <w:color w:val="0563C1"/>
                <w:u w:val="single"/>
                <w:lang w:val="en-US" w:eastAsia="en-US"/>
              </w:rPr>
              <w:fldChar w:fldCharType="separate"/>
            </w:r>
            <w:r w:rsidRPr="00592328">
              <w:rPr>
                <w:rFonts w:ascii="Times New Roman" w:hAnsi="Times New Roman" w:cs="Times New Roman"/>
                <w:color w:val="0563C1"/>
                <w:u w:val="single"/>
                <w:lang w:val="en-US" w:eastAsia="en-US"/>
              </w:rPr>
              <w:t>h</w:t>
            </w:r>
            <w:hyperlink r:id="rId18" w:history="1">
              <w:r w:rsidRPr="00592328">
                <w:rPr>
                  <w:rFonts w:ascii="Times New Roman" w:hAnsi="Times New Roman" w:cs="Times New Roman"/>
                  <w:color w:val="0563C1"/>
                  <w:u w:val="single"/>
                  <w:lang w:val="en-US"/>
                </w:rPr>
                <w:t>http://orthographia.ru/</w:t>
              </w:r>
            </w:hyperlink>
          </w:p>
          <w:p w:rsidR="00F44E79" w:rsidRPr="00592328" w:rsidRDefault="00F44E79" w:rsidP="00592328">
            <w:pPr>
              <w:widowControl/>
              <w:jc w:val="both"/>
              <w:rPr>
                <w:rFonts w:ascii="Times New Roman" w:hAnsi="Times New Roman" w:cs="Times New Roman"/>
                <w:color w:val="auto"/>
                <w:lang w:val="en-US" w:eastAsia="en-US"/>
              </w:rPr>
            </w:pPr>
            <w:r w:rsidRPr="00592328">
              <w:rPr>
                <w:rFonts w:ascii="Times New Roman" w:hAnsi="Times New Roman" w:cs="Times New Roman"/>
                <w:color w:val="0563C1"/>
                <w:u w:val="single"/>
                <w:lang w:val="en-US" w:eastAsia="en-US"/>
              </w:rPr>
              <w:t>ttps://resh.edu.ru/subject/13/</w:t>
            </w:r>
            <w:r w:rsidRPr="00592328">
              <w:rPr>
                <w:rFonts w:ascii="Times New Roman" w:hAnsi="Times New Roman" w:cs="Times New Roman"/>
                <w:color w:val="0563C1"/>
                <w:u w:val="single"/>
                <w:lang w:val="en-US" w:eastAsia="en-US"/>
              </w:rPr>
              <w:fldChar w:fldCharType="end"/>
            </w: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Правописание проверяемых согласных в корне слова.</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color w:val="0563C1"/>
                <w:u w:val="single"/>
                <w:lang w:eastAsia="en-US"/>
              </w:rPr>
            </w:pPr>
            <w:r w:rsidRPr="00592328">
              <w:rPr>
                <w:rFonts w:ascii="Times New Roman" w:hAnsi="Times New Roman" w:cs="Times New Roman"/>
                <w:color w:val="0563C1"/>
                <w:u w:val="single"/>
                <w:lang w:eastAsia="en-US"/>
              </w:rPr>
              <w:t>h</w:t>
            </w:r>
            <w:hyperlink r:id="rId19" w:history="1">
              <w:r w:rsidRPr="00592328">
                <w:rPr>
                  <w:rFonts w:ascii="Times New Roman" w:hAnsi="Times New Roman" w:cs="Times New Roman"/>
                  <w:color w:val="0563C1"/>
                  <w:u w:val="single"/>
                  <w:lang w:eastAsia="en-US"/>
                </w:rPr>
                <w:t>http://orthographia.ru/</w:t>
              </w:r>
            </w:hyperlink>
          </w:p>
          <w:p w:rsidR="00F44E79" w:rsidRPr="00592328" w:rsidRDefault="00F44E79" w:rsidP="00592328">
            <w:pPr>
              <w:widowControl/>
              <w:jc w:val="both"/>
              <w:rPr>
                <w:rFonts w:ascii="Times New Roman" w:hAnsi="Times New Roman" w:cs="Times New Roman"/>
                <w:color w:val="auto"/>
                <w:lang w:eastAsia="en-US"/>
              </w:rPr>
            </w:pPr>
            <w:hyperlink r:id="rId2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Правописание непроизносимых согласных в корне слова</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color w:val="0563C1"/>
                <w:u w:val="single"/>
                <w:lang w:eastAsia="en-US"/>
              </w:rPr>
            </w:pPr>
            <w:r w:rsidRPr="00592328">
              <w:rPr>
                <w:rFonts w:ascii="Times New Roman" w:hAnsi="Times New Roman" w:cs="Times New Roman"/>
                <w:color w:val="0563C1"/>
                <w:u w:val="single"/>
                <w:lang w:eastAsia="en-US"/>
              </w:rPr>
              <w:t>h</w:t>
            </w:r>
            <w:hyperlink r:id="rId21" w:history="1">
              <w:r w:rsidRPr="00592328">
                <w:rPr>
                  <w:rFonts w:ascii="Times New Roman" w:hAnsi="Times New Roman" w:cs="Times New Roman"/>
                  <w:color w:val="0563C1"/>
                  <w:u w:val="single"/>
                  <w:lang w:eastAsia="en-US"/>
                </w:rPr>
                <w:t>http://orthographia.ru/</w:t>
              </w:r>
            </w:hyperlink>
          </w:p>
          <w:p w:rsidR="00F44E79" w:rsidRPr="00592328" w:rsidRDefault="00F44E79" w:rsidP="00592328">
            <w:pPr>
              <w:widowControl/>
              <w:jc w:val="both"/>
              <w:rPr>
                <w:rFonts w:ascii="Times New Roman" w:hAnsi="Times New Roman" w:cs="Times New Roman"/>
                <w:color w:val="auto"/>
                <w:lang w:eastAsia="en-US"/>
              </w:rPr>
            </w:pPr>
            <w:hyperlink r:id="rId2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Буквы </w:t>
            </w:r>
            <w:r w:rsidRPr="00592328">
              <w:rPr>
                <w:rFonts w:ascii="Times New Roman" w:hAnsi="Times New Roman" w:cs="Times New Roman"/>
                <w:b/>
                <w:bCs/>
                <w:color w:val="auto"/>
                <w:lang w:eastAsia="en-US"/>
              </w:rPr>
              <w:t>И, У, А</w:t>
            </w:r>
            <w:r w:rsidRPr="00592328">
              <w:rPr>
                <w:rFonts w:ascii="Times New Roman" w:hAnsi="Times New Roman" w:cs="Times New Roman"/>
                <w:color w:val="auto"/>
                <w:lang w:eastAsia="en-US"/>
              </w:rPr>
              <w:t xml:space="preserve"> после шипящих.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2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Разделительные </w:t>
            </w:r>
            <w:r w:rsidRPr="00592328">
              <w:rPr>
                <w:rFonts w:ascii="Times New Roman" w:hAnsi="Times New Roman" w:cs="Times New Roman"/>
                <w:b/>
                <w:bCs/>
                <w:color w:val="auto"/>
                <w:lang w:eastAsia="en-US"/>
              </w:rPr>
              <w:t>Ъ</w:t>
            </w:r>
            <w:r w:rsidRPr="00592328">
              <w:rPr>
                <w:rFonts w:ascii="Times New Roman" w:hAnsi="Times New Roman" w:cs="Times New Roman"/>
                <w:color w:val="auto"/>
                <w:lang w:eastAsia="en-US"/>
              </w:rPr>
              <w:t xml:space="preserve"> и </w:t>
            </w:r>
            <w:r w:rsidRPr="00592328">
              <w:rPr>
                <w:rFonts w:ascii="Times New Roman" w:hAnsi="Times New Roman" w:cs="Times New Roman"/>
                <w:b/>
                <w:bCs/>
                <w:color w:val="auto"/>
                <w:lang w:eastAsia="en-US"/>
              </w:rPr>
              <w:t>Ь</w:t>
            </w:r>
            <w:r w:rsidRPr="00592328">
              <w:rPr>
                <w:rFonts w:ascii="Times New Roman" w:hAnsi="Times New Roman" w:cs="Times New Roman"/>
                <w:color w:val="auto"/>
                <w:lang w:eastAsia="en-US"/>
              </w:rPr>
              <w:t>.</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24" w:history="1">
              <w:r w:rsidRPr="00592328">
                <w:rPr>
                  <w:rFonts w:ascii="Times New Roman" w:hAnsi="Times New Roman" w:cs="Times New Roman"/>
                  <w:color w:val="0563C1"/>
                  <w:u w:val="single"/>
                  <w:lang w:eastAsia="en-US"/>
                </w:rPr>
                <w:t>https://resh.edu.ru/subject/13/</w:t>
              </w:r>
            </w:hyperlink>
          </w:p>
        </w:tc>
      </w:tr>
      <w:tr w:rsidR="00F44E79" w:rsidRPr="00FD4913"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Раздельное написание предлогов с другими словами.</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color w:val="0563C1"/>
                <w:u w:val="single"/>
                <w:lang w:val="en-US" w:eastAsia="en-US"/>
              </w:rPr>
            </w:pPr>
            <w:r w:rsidRPr="00592328">
              <w:rPr>
                <w:rFonts w:ascii="Times New Roman" w:hAnsi="Times New Roman" w:cs="Times New Roman"/>
                <w:color w:val="0563C1"/>
                <w:u w:val="single"/>
                <w:lang w:val="en-US" w:eastAsia="en-US"/>
              </w:rPr>
              <w:fldChar w:fldCharType="begin"/>
            </w:r>
            <w:r w:rsidRPr="00592328">
              <w:rPr>
                <w:rFonts w:ascii="Times New Roman" w:hAnsi="Times New Roman" w:cs="Times New Roman"/>
                <w:color w:val="0563C1"/>
                <w:u w:val="single"/>
                <w:lang w:val="en-US" w:eastAsia="en-US"/>
              </w:rPr>
              <w:instrText xml:space="preserve"> HYPERLINK "https://resh.edu.ru/subject/13/" </w:instrText>
            </w:r>
            <w:r w:rsidRPr="00C02DC4">
              <w:rPr>
                <w:rFonts w:ascii="Times New Roman" w:hAnsi="Times New Roman" w:cs="Times New Roman"/>
                <w:color w:val="0563C1"/>
                <w:u w:val="single"/>
                <w:lang w:val="en-US" w:eastAsia="en-US"/>
              </w:rPr>
            </w:r>
            <w:r w:rsidRPr="00592328">
              <w:rPr>
                <w:rFonts w:ascii="Times New Roman" w:hAnsi="Times New Roman" w:cs="Times New Roman"/>
                <w:color w:val="0563C1"/>
                <w:u w:val="single"/>
                <w:lang w:val="en-US" w:eastAsia="en-US"/>
              </w:rPr>
              <w:fldChar w:fldCharType="separate"/>
            </w:r>
            <w:r w:rsidRPr="00592328">
              <w:rPr>
                <w:rFonts w:ascii="Times New Roman" w:hAnsi="Times New Roman" w:cs="Times New Roman"/>
                <w:color w:val="0563C1"/>
                <w:u w:val="single"/>
                <w:lang w:val="en-US" w:eastAsia="en-US"/>
              </w:rPr>
              <w:t>h h</w:t>
            </w:r>
            <w:hyperlink r:id="rId25" w:history="1">
              <w:r w:rsidRPr="00592328">
                <w:rPr>
                  <w:rFonts w:ascii="Times New Roman" w:hAnsi="Times New Roman" w:cs="Times New Roman"/>
                  <w:color w:val="0563C1"/>
                  <w:u w:val="single"/>
                  <w:lang w:val="en-US" w:eastAsia="en-US"/>
                </w:rPr>
                <w:t>http://orthographia.ru/</w:t>
              </w:r>
            </w:hyperlink>
          </w:p>
          <w:p w:rsidR="00F44E79" w:rsidRPr="00592328" w:rsidRDefault="00F44E79" w:rsidP="00592328">
            <w:pPr>
              <w:widowControl/>
              <w:jc w:val="both"/>
              <w:rPr>
                <w:rFonts w:ascii="Times New Roman" w:hAnsi="Times New Roman" w:cs="Times New Roman"/>
                <w:color w:val="auto"/>
                <w:lang w:val="en-US" w:eastAsia="en-US"/>
              </w:rPr>
            </w:pPr>
            <w:r w:rsidRPr="00592328">
              <w:rPr>
                <w:rFonts w:ascii="Times New Roman" w:hAnsi="Times New Roman" w:cs="Times New Roman"/>
                <w:color w:val="0563C1"/>
                <w:u w:val="single"/>
                <w:lang w:val="en-US" w:eastAsia="en-US"/>
              </w:rPr>
              <w:t>ttps://resh.edu.ru/subject/13/</w:t>
            </w:r>
            <w:r w:rsidRPr="00592328">
              <w:rPr>
                <w:rFonts w:ascii="Times New Roman" w:hAnsi="Times New Roman" w:cs="Times New Roman"/>
                <w:color w:val="0563C1"/>
                <w:u w:val="single"/>
                <w:lang w:val="en-US" w:eastAsia="en-US"/>
              </w:rPr>
              <w:fldChar w:fldCharType="end"/>
            </w: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Текст. Средства связи предложений в тексте. </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26" w:history="1">
              <w:r w:rsidRPr="00592328">
                <w:rPr>
                  <w:rFonts w:ascii="Times New Roman" w:hAnsi="Times New Roman" w:cs="Times New Roman"/>
                  <w:color w:val="0563C1"/>
                  <w:u w:val="single"/>
                </w:rPr>
                <w:t>http://gramma.ru/RUS/</w:t>
              </w:r>
            </w:hyperlink>
          </w:p>
          <w:p w:rsidR="00F44E79" w:rsidRPr="00592328" w:rsidRDefault="00F44E79" w:rsidP="00592328">
            <w:pPr>
              <w:widowControl/>
              <w:jc w:val="both"/>
              <w:rPr>
                <w:rFonts w:ascii="Times New Roman" w:hAnsi="Times New Roman" w:cs="Times New Roman"/>
                <w:color w:val="auto"/>
                <w:lang w:eastAsia="en-US"/>
              </w:rPr>
            </w:pPr>
            <w:hyperlink r:id="rId2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w:t>
            </w:r>
          </w:p>
        </w:tc>
        <w:tc>
          <w:tcPr>
            <w:tcW w:w="6818"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Обучающее изложение по тексту Г.А. Скребицкого.</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28"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Части речи. </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29"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30"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Глагол.</w:t>
            </w:r>
            <w:r w:rsidRPr="00592328">
              <w:rPr>
                <w:rFonts w:ascii="Times New Roman" w:hAnsi="Times New Roman" w:cs="Times New Roman"/>
                <w:b/>
                <w:bCs/>
                <w:color w:val="auto"/>
                <w:lang w:eastAsia="en-US"/>
              </w:rPr>
              <w:t xml:space="preserve"> ТСЯ</w:t>
            </w:r>
            <w:r w:rsidRPr="00592328">
              <w:rPr>
                <w:rFonts w:ascii="Times New Roman" w:hAnsi="Times New Roman" w:cs="Times New Roman"/>
                <w:color w:val="auto"/>
                <w:lang w:eastAsia="en-US"/>
              </w:rPr>
              <w:t xml:space="preserve"> и </w:t>
            </w:r>
            <w:r w:rsidRPr="00592328">
              <w:rPr>
                <w:rFonts w:ascii="Times New Roman" w:hAnsi="Times New Roman" w:cs="Times New Roman"/>
                <w:b/>
                <w:bCs/>
                <w:color w:val="auto"/>
                <w:lang w:eastAsia="en-US"/>
              </w:rPr>
              <w:t>ТЬСЯ</w:t>
            </w:r>
            <w:r w:rsidRPr="00592328">
              <w:rPr>
                <w:rFonts w:ascii="Times New Roman" w:hAnsi="Times New Roman" w:cs="Times New Roman"/>
                <w:color w:val="auto"/>
                <w:lang w:eastAsia="en-US"/>
              </w:rPr>
              <w:t xml:space="preserve"> в глаголах.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3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w:t>
            </w:r>
          </w:p>
        </w:tc>
        <w:tc>
          <w:tcPr>
            <w:tcW w:w="6818"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Тема</w:t>
            </w:r>
            <w:r w:rsidRPr="00592328">
              <w:rPr>
                <w:rFonts w:ascii="Times New Roman" w:hAnsi="Times New Roman" w:cs="Times New Roman"/>
                <w:b/>
                <w:bCs/>
                <w:color w:val="auto"/>
                <w:lang w:eastAsia="en-US"/>
              </w:rPr>
              <w:t xml:space="preserve"> </w:t>
            </w:r>
            <w:r w:rsidRPr="00592328">
              <w:rPr>
                <w:rFonts w:ascii="Times New Roman" w:hAnsi="Times New Roman" w:cs="Times New Roman"/>
                <w:color w:val="auto"/>
                <w:lang w:eastAsia="en-US"/>
              </w:rPr>
              <w:t>текста.  Микротемы текста.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3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Личные окончания глаголов. </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33"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34"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Имя существительное.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3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Имя прилагательное.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3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19</w:t>
            </w:r>
          </w:p>
        </w:tc>
        <w:tc>
          <w:tcPr>
            <w:tcW w:w="6818" w:type="dxa"/>
          </w:tcPr>
          <w:p w:rsidR="00F44E79" w:rsidRPr="00592328" w:rsidRDefault="00F44E79" w:rsidP="00592328">
            <w:pPr>
              <w:widowControl/>
              <w:jc w:val="both"/>
              <w:rPr>
                <w:rFonts w:ascii="Times New Roman" w:hAnsi="Times New Roman" w:cs="Times New Roman"/>
                <w:b/>
                <w:bCs/>
                <w:color w:val="auto"/>
                <w:lang w:eastAsia="en-US"/>
              </w:rPr>
            </w:pPr>
            <w:r w:rsidRPr="00592328">
              <w:rPr>
                <w:rFonts w:ascii="Times New Roman" w:hAnsi="Times New Roman" w:cs="Times New Roman"/>
                <w:color w:val="auto"/>
                <w:lang w:eastAsia="en-US"/>
              </w:rPr>
              <w:t>Местоимение.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3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Основная мысль текста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38"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39"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Контрольное работа по теме «Повторение изученного в начальных классах» (диктант с грамматическим заданием)</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rPr>
            </w:pPr>
            <w:r w:rsidRPr="00592328">
              <w:rPr>
                <w:rFonts w:ascii="Times New Roman" w:hAnsi="Times New Roman" w:cs="Times New Roman"/>
                <w:color w:val="auto"/>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Синтаксис. Пунктуация. Культура речи.</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Синтаксис. Пунктуация</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40" w:history="1">
              <w:r w:rsidRPr="00592328">
                <w:rPr>
                  <w:rFonts w:ascii="Times New Roman" w:hAnsi="Times New Roman" w:cs="Times New Roman"/>
                  <w:color w:val="0563C1"/>
                  <w:u w:val="single"/>
                </w:rPr>
                <w:t>http://gramma.ru/RUS/</w:t>
              </w:r>
            </w:hyperlink>
          </w:p>
          <w:p w:rsidR="00F44E79" w:rsidRPr="00592328" w:rsidRDefault="00F44E79" w:rsidP="00592328">
            <w:pPr>
              <w:widowControl/>
              <w:jc w:val="both"/>
              <w:rPr>
                <w:rFonts w:ascii="Times New Roman" w:hAnsi="Times New Roman" w:cs="Times New Roman"/>
                <w:color w:val="auto"/>
                <w:lang w:eastAsia="en-US"/>
              </w:rPr>
            </w:pPr>
            <w:hyperlink r:id="rId4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23-24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Словосочетание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4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Разбор словосочетания.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4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Предложение.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4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 xml:space="preserve"> Сжатое изложение по тексту В.П. Катаева.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4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Виды предложений по цели высказывания.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4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Восклицательные предложения.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47" w:history="1">
              <w:r w:rsidRPr="00592328">
                <w:rPr>
                  <w:rFonts w:ascii="Times New Roman" w:hAnsi="Times New Roman" w:cs="Times New Roman"/>
                  <w:color w:val="0563C1"/>
                  <w:u w:val="single"/>
                  <w:lang w:eastAsia="en-US"/>
                </w:rPr>
                <w:t>https://resh.edu.ru/subject/13/</w:t>
              </w:r>
            </w:hyperlink>
          </w:p>
        </w:tc>
      </w:tr>
      <w:tr w:rsidR="00F44E79" w:rsidRPr="00FD4913"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Члены предложения. Главные члены предложения. Подлежащее.</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lang w:val="en-US"/>
              </w:rPr>
            </w:pPr>
            <w:r w:rsidRPr="00592328">
              <w:rPr>
                <w:rFonts w:ascii="Times New Roman" w:hAnsi="Times New Roman" w:cs="Times New Roman"/>
                <w:color w:val="0563C1"/>
                <w:u w:val="single"/>
                <w:lang w:val="en-US" w:eastAsia="en-US"/>
              </w:rPr>
              <w:fldChar w:fldCharType="begin"/>
            </w:r>
            <w:r w:rsidRPr="00592328">
              <w:rPr>
                <w:rFonts w:ascii="Times New Roman" w:hAnsi="Times New Roman" w:cs="Times New Roman"/>
                <w:color w:val="0563C1"/>
                <w:u w:val="single"/>
                <w:lang w:val="en-US" w:eastAsia="en-US"/>
              </w:rPr>
              <w:instrText xml:space="preserve"> HYPERLINK "https://resh.edu.ru/subject/13/" </w:instrText>
            </w:r>
            <w:r w:rsidRPr="00C02DC4">
              <w:rPr>
                <w:rFonts w:ascii="Times New Roman" w:hAnsi="Times New Roman" w:cs="Times New Roman"/>
                <w:color w:val="0563C1"/>
                <w:u w:val="single"/>
                <w:lang w:val="en-US" w:eastAsia="en-US"/>
              </w:rPr>
            </w:r>
            <w:r w:rsidRPr="00592328">
              <w:rPr>
                <w:rFonts w:ascii="Times New Roman" w:hAnsi="Times New Roman" w:cs="Times New Roman"/>
                <w:color w:val="0563C1"/>
                <w:u w:val="single"/>
                <w:lang w:val="en-US" w:eastAsia="en-US"/>
              </w:rPr>
              <w:fldChar w:fldCharType="separate"/>
            </w:r>
            <w:r w:rsidRPr="00592328">
              <w:rPr>
                <w:rFonts w:ascii="Times New Roman" w:hAnsi="Times New Roman" w:cs="Times New Roman"/>
                <w:color w:val="0563C1"/>
                <w:u w:val="single"/>
                <w:lang w:val="en-US" w:eastAsia="en-US"/>
              </w:rPr>
              <w:t>h</w:t>
            </w:r>
            <w:hyperlink r:id="rId48" w:history="1">
              <w:r w:rsidRPr="00592328">
                <w:rPr>
                  <w:rFonts w:ascii="Times New Roman" w:hAnsi="Times New Roman" w:cs="Times New Roman"/>
                  <w:color w:val="0563C1"/>
                  <w:u w:val="single"/>
                  <w:lang w:val="en-US"/>
                </w:rPr>
                <w:t>http://school-collection.edu.ru/catalog/</w:t>
              </w:r>
            </w:hyperlink>
          </w:p>
          <w:p w:rsidR="00F44E79" w:rsidRPr="00592328" w:rsidRDefault="00F44E79" w:rsidP="00592328">
            <w:pPr>
              <w:widowControl/>
              <w:jc w:val="both"/>
              <w:rPr>
                <w:rFonts w:ascii="Times New Roman" w:hAnsi="Times New Roman" w:cs="Times New Roman"/>
                <w:color w:val="auto"/>
                <w:lang w:val="en-US" w:eastAsia="en-US"/>
              </w:rPr>
            </w:pPr>
            <w:r w:rsidRPr="00592328">
              <w:rPr>
                <w:rFonts w:ascii="Times New Roman" w:hAnsi="Times New Roman" w:cs="Times New Roman"/>
                <w:color w:val="0563C1"/>
                <w:u w:val="single"/>
                <w:lang w:val="en-US" w:eastAsia="en-US"/>
              </w:rPr>
              <w:t>ttps://resh.edu.ru/subject/13/</w:t>
            </w:r>
            <w:r w:rsidRPr="00592328">
              <w:rPr>
                <w:rFonts w:ascii="Times New Roman" w:hAnsi="Times New Roman" w:cs="Times New Roman"/>
                <w:color w:val="0563C1"/>
                <w:u w:val="single"/>
                <w:lang w:val="en-US" w:eastAsia="en-US"/>
              </w:rPr>
              <w:fldChar w:fldCharType="end"/>
            </w: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31-32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Сказуемое.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4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Тире между подлежащим и сказуемым.</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5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Нераспространенные и распространенные предложения. </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51"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5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Второстепенные члены предложения. Дополнение.</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53" w:history="1">
              <w:r w:rsidRPr="00592328">
                <w:rPr>
                  <w:rFonts w:ascii="Times New Roman" w:hAnsi="Times New Roman" w:cs="Times New Roman"/>
                  <w:color w:val="0563C1"/>
                  <w:u w:val="single"/>
                </w:rPr>
                <w:t>http://gramma.ru/RUS/</w:t>
              </w:r>
            </w:hyperlink>
          </w:p>
          <w:p w:rsidR="00F44E79" w:rsidRPr="00592328" w:rsidRDefault="00F44E79" w:rsidP="00592328">
            <w:pPr>
              <w:widowControl/>
              <w:spacing w:after="150"/>
              <w:jc w:val="both"/>
              <w:rPr>
                <w:rFonts w:ascii="Times New Roman" w:hAnsi="Times New Roman" w:cs="Times New Roman"/>
              </w:rPr>
            </w:pPr>
            <w:hyperlink r:id="rId54"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55"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Определение.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5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37-38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Обстоятельство.</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5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39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Предложения с однородными членами.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58" w:history="1">
              <w:r w:rsidRPr="00592328">
                <w:rPr>
                  <w:rFonts w:ascii="Times New Roman" w:hAnsi="Times New Roman" w:cs="Times New Roman"/>
                  <w:color w:val="0563C1"/>
                  <w:u w:val="single"/>
                  <w:lang w:eastAsia="en-US"/>
                </w:rPr>
                <w:t>https://resh.edu.ru/subject/13/</w:t>
              </w:r>
            </w:hyperlink>
          </w:p>
        </w:tc>
      </w:tr>
      <w:tr w:rsidR="00F44E79" w:rsidRPr="00FD4913"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40-41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Знаки препинания в предложениях с однородными членами.</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spacing w:after="150"/>
              <w:jc w:val="both"/>
              <w:rPr>
                <w:rFonts w:ascii="Times New Roman" w:hAnsi="Times New Roman" w:cs="Times New Roman"/>
              </w:rPr>
            </w:pPr>
            <w:r w:rsidRPr="00592328">
              <w:rPr>
                <w:rFonts w:ascii="Times New Roman" w:hAnsi="Times New Roman" w:cs="Times New Roman"/>
                <w:color w:val="0563C1"/>
                <w:u w:val="single"/>
                <w:lang w:eastAsia="en-US"/>
              </w:rPr>
              <w:t>https://resh.edu.ru/subject/13</w:t>
            </w:r>
            <w:r w:rsidRPr="00592328">
              <w:rPr>
                <w:rFonts w:ascii="Times New Roman" w:hAnsi="Times New Roman" w:cs="Times New Roman"/>
                <w:color w:val="0563C1"/>
                <w:u w:val="single"/>
                <w:lang w:eastAsia="en-US"/>
              </w:rPr>
              <w:fldChar w:fldCharType="begin"/>
            </w:r>
            <w:r w:rsidRPr="00592328">
              <w:rPr>
                <w:rFonts w:ascii="Times New Roman" w:hAnsi="Times New Roman" w:cs="Times New Roman"/>
                <w:color w:val="0563C1"/>
                <w:u w:val="single"/>
                <w:lang w:eastAsia="en-US"/>
              </w:rPr>
              <w:instrText xml:space="preserve"> </w:instrText>
            </w:r>
            <w:r w:rsidRPr="00592328">
              <w:rPr>
                <w:rFonts w:ascii="Times New Roman" w:hAnsi="Times New Roman" w:cs="Times New Roman"/>
                <w:color w:val="0563C1"/>
                <w:u w:val="single"/>
                <w:lang w:val="en-US" w:eastAsia="en-US"/>
              </w:rPr>
              <w:instrText>HYPERLINK</w:instrText>
            </w:r>
            <w:r w:rsidRPr="00592328">
              <w:rPr>
                <w:rFonts w:ascii="Times New Roman" w:hAnsi="Times New Roman" w:cs="Times New Roman"/>
                <w:color w:val="0563C1"/>
                <w:u w:val="single"/>
                <w:lang w:eastAsia="en-US"/>
              </w:rPr>
              <w:instrText xml:space="preserve"> "</w:instrText>
            </w:r>
            <w:r w:rsidRPr="00592328">
              <w:rPr>
                <w:rFonts w:ascii="Times New Roman" w:hAnsi="Times New Roman" w:cs="Times New Roman"/>
                <w:color w:val="0563C1"/>
                <w:u w:val="single"/>
                <w:lang w:val="en-US" w:eastAsia="en-US"/>
              </w:rPr>
              <w:instrText>https</w:instrText>
            </w:r>
            <w:r w:rsidRPr="00592328">
              <w:rPr>
                <w:rFonts w:ascii="Times New Roman" w:hAnsi="Times New Roman" w:cs="Times New Roman"/>
                <w:color w:val="0563C1"/>
                <w:u w:val="single"/>
                <w:lang w:eastAsia="en-US"/>
              </w:rPr>
              <w:instrText>://</w:instrText>
            </w:r>
            <w:r w:rsidRPr="00592328">
              <w:rPr>
                <w:rFonts w:ascii="Times New Roman" w:hAnsi="Times New Roman" w:cs="Times New Roman"/>
                <w:color w:val="0563C1"/>
                <w:u w:val="single"/>
                <w:lang w:val="en-US" w:eastAsia="en-US"/>
              </w:rPr>
              <w:instrText>resh</w:instrText>
            </w:r>
            <w:r w:rsidRPr="00592328">
              <w:rPr>
                <w:rFonts w:ascii="Times New Roman" w:hAnsi="Times New Roman" w:cs="Times New Roman"/>
                <w:color w:val="0563C1"/>
                <w:u w:val="single"/>
                <w:lang w:eastAsia="en-US"/>
              </w:rPr>
              <w:instrText>.</w:instrText>
            </w:r>
            <w:r w:rsidRPr="00592328">
              <w:rPr>
                <w:rFonts w:ascii="Times New Roman" w:hAnsi="Times New Roman" w:cs="Times New Roman"/>
                <w:color w:val="0563C1"/>
                <w:u w:val="single"/>
                <w:lang w:val="en-US" w:eastAsia="en-US"/>
              </w:rPr>
              <w:instrText>edu</w:instrText>
            </w:r>
            <w:r w:rsidRPr="00592328">
              <w:rPr>
                <w:rFonts w:ascii="Times New Roman" w:hAnsi="Times New Roman" w:cs="Times New Roman"/>
                <w:color w:val="0563C1"/>
                <w:u w:val="single"/>
                <w:lang w:eastAsia="en-US"/>
              </w:rPr>
              <w:instrText>.</w:instrText>
            </w:r>
            <w:r w:rsidRPr="00592328">
              <w:rPr>
                <w:rFonts w:ascii="Times New Roman" w:hAnsi="Times New Roman" w:cs="Times New Roman"/>
                <w:color w:val="0563C1"/>
                <w:u w:val="single"/>
                <w:lang w:val="en-US" w:eastAsia="en-US"/>
              </w:rPr>
              <w:instrText>ru</w:instrText>
            </w:r>
            <w:r w:rsidRPr="00592328">
              <w:rPr>
                <w:rFonts w:ascii="Times New Roman" w:hAnsi="Times New Roman" w:cs="Times New Roman"/>
                <w:color w:val="0563C1"/>
                <w:u w:val="single"/>
                <w:lang w:eastAsia="en-US"/>
              </w:rPr>
              <w:instrText>/</w:instrText>
            </w:r>
            <w:r w:rsidRPr="00592328">
              <w:rPr>
                <w:rFonts w:ascii="Times New Roman" w:hAnsi="Times New Roman" w:cs="Times New Roman"/>
                <w:color w:val="0563C1"/>
                <w:u w:val="single"/>
                <w:lang w:val="en-US" w:eastAsia="en-US"/>
              </w:rPr>
              <w:instrText>subject</w:instrText>
            </w:r>
            <w:r w:rsidRPr="00592328">
              <w:rPr>
                <w:rFonts w:ascii="Times New Roman" w:hAnsi="Times New Roman" w:cs="Times New Roman"/>
                <w:color w:val="0563C1"/>
                <w:u w:val="single"/>
                <w:lang w:eastAsia="en-US"/>
              </w:rPr>
              <w:instrText xml:space="preserve">/13/" </w:instrText>
            </w:r>
            <w:r w:rsidRPr="00C02DC4">
              <w:rPr>
                <w:rFonts w:ascii="Times New Roman" w:hAnsi="Times New Roman" w:cs="Times New Roman"/>
                <w:color w:val="0563C1"/>
                <w:u w:val="single"/>
                <w:lang w:eastAsia="en-US"/>
              </w:rPr>
            </w:r>
            <w:r w:rsidRPr="00592328">
              <w:rPr>
                <w:rFonts w:ascii="Times New Roman" w:hAnsi="Times New Roman" w:cs="Times New Roman"/>
                <w:color w:val="0563C1"/>
                <w:u w:val="single"/>
                <w:lang w:eastAsia="en-US"/>
              </w:rPr>
              <w:fldChar w:fldCharType="separate"/>
            </w:r>
          </w:p>
          <w:p w:rsidR="00F44E79" w:rsidRPr="00592328" w:rsidRDefault="00F44E79" w:rsidP="00592328">
            <w:pPr>
              <w:widowControl/>
              <w:jc w:val="both"/>
              <w:rPr>
                <w:rFonts w:ascii="Times New Roman" w:hAnsi="Times New Roman" w:cs="Times New Roman"/>
                <w:color w:val="auto"/>
                <w:lang w:val="en-US" w:eastAsia="en-US"/>
              </w:rPr>
            </w:pPr>
            <w:r w:rsidRPr="00592328">
              <w:rPr>
                <w:rFonts w:ascii="Times New Roman" w:hAnsi="Times New Roman" w:cs="Times New Roman"/>
                <w:color w:val="0563C1"/>
                <w:u w:val="single"/>
                <w:lang w:val="en-US" w:eastAsia="en-US"/>
              </w:rPr>
              <w:t>tps://resh.edu.ru/subject/13/</w:t>
            </w:r>
            <w:r w:rsidRPr="00592328">
              <w:rPr>
                <w:rFonts w:ascii="Times New Roman" w:hAnsi="Times New Roman" w:cs="Times New Roman"/>
                <w:color w:val="0563C1"/>
                <w:u w:val="single"/>
                <w:lang w:eastAsia="en-US"/>
              </w:rPr>
              <w:fldChar w:fldCharType="end"/>
            </w: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42-43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Предложения с обращениями.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5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Письмо.</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p w:rsidR="00F44E79" w:rsidRPr="00592328" w:rsidRDefault="00F44E79" w:rsidP="00592328">
            <w:pPr>
              <w:widowControl/>
              <w:jc w:val="both"/>
              <w:rPr>
                <w:rFonts w:ascii="Times New Roman" w:hAnsi="Times New Roman" w:cs="Times New Roman"/>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6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Синтаксический и пунктуационный разбор простого предложения.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6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Основная мысль в сочинении по картине Ф. П. Решетникова "Мальчишки".</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62" w:history="1">
              <w:r w:rsidRPr="00592328">
                <w:rPr>
                  <w:rFonts w:ascii="Times New Roman" w:hAnsi="Times New Roman" w:cs="Times New Roman"/>
                  <w:color w:val="0563C1"/>
                  <w:u w:val="single"/>
                </w:rPr>
                <w:t>http://gramma.ru/RUS/</w:t>
              </w:r>
            </w:hyperlink>
          </w:p>
          <w:p w:rsidR="00F44E79" w:rsidRPr="00592328" w:rsidRDefault="00F44E79" w:rsidP="00592328">
            <w:pPr>
              <w:widowControl/>
              <w:jc w:val="both"/>
              <w:rPr>
                <w:rFonts w:ascii="Times New Roman" w:hAnsi="Times New Roman" w:cs="Times New Roman"/>
                <w:color w:val="auto"/>
                <w:lang w:eastAsia="en-US"/>
              </w:rPr>
            </w:pPr>
            <w:hyperlink r:id="rId6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47-48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Простые и сложные предложения.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6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49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Синтаксический разбор сложного предложения.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6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50-51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Прямая речь.</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66" w:history="1">
              <w:r w:rsidRPr="00592328">
                <w:rPr>
                  <w:rFonts w:ascii="Times New Roman" w:hAnsi="Times New Roman" w:cs="Times New Roman"/>
                  <w:color w:val="0563C1"/>
                  <w:u w:val="single"/>
                </w:rPr>
                <w:t>http://gramma.ru/RUS/</w:t>
              </w:r>
            </w:hyperlink>
          </w:p>
          <w:p w:rsidR="00F44E79" w:rsidRPr="00592328" w:rsidRDefault="00F44E79" w:rsidP="00592328">
            <w:pPr>
              <w:widowControl/>
              <w:jc w:val="both"/>
              <w:rPr>
                <w:rFonts w:ascii="Times New Roman" w:hAnsi="Times New Roman" w:cs="Times New Roman"/>
                <w:color w:val="auto"/>
                <w:lang w:eastAsia="en-US"/>
              </w:rPr>
            </w:pPr>
            <w:hyperlink r:id="rId6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Диалог.</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68"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53-54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Повторение и систематизация изученного по теме «Синтаксис. Пунктуация. Культура речи».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69"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spacing w:after="150"/>
              <w:jc w:val="both"/>
              <w:rPr>
                <w:rFonts w:ascii="Times New Roman" w:hAnsi="Times New Roman" w:cs="Times New Roman"/>
              </w:rPr>
            </w:pPr>
            <w:hyperlink r:id="rId70"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Контрольный диктант с грамматическим заданием или тестирование по изученной теме.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Анализ контрольной работы.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Фонетика. Орфоэпия. Графика. Орфография. Культура речи </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Фонетика. Гласные звуки.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7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Согласные звуки. Изменение звуков в потоке речи.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7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59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Согласные твердые и мягкие.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7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Повествование. Обучающее изложение по тексту К. Г. Паустовского.</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7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Согласные звонкие и глухие.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7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Графика. Алфавит.</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76" w:history="1">
              <w:r w:rsidRPr="00592328">
                <w:rPr>
                  <w:rFonts w:ascii="Times New Roman" w:hAnsi="Times New Roman" w:cs="Times New Roman"/>
                  <w:color w:val="0563C1"/>
                  <w:u w:val="single"/>
                </w:rPr>
                <w:t>http://gramma.ru/RUS/</w:t>
              </w:r>
            </w:hyperlink>
          </w:p>
          <w:p w:rsidR="00F44E79" w:rsidRPr="00592328" w:rsidRDefault="00F44E79" w:rsidP="00592328">
            <w:pPr>
              <w:widowControl/>
              <w:spacing w:after="150"/>
              <w:jc w:val="both"/>
              <w:rPr>
                <w:rFonts w:ascii="Times New Roman" w:hAnsi="Times New Roman" w:cs="Times New Roman"/>
              </w:rPr>
            </w:pPr>
            <w:hyperlink r:id="rId77"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Описание предмета.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78"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79"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Обозначение мягкости согласных с помощью мягкого знака.</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rPr>
            </w:pPr>
            <w:hyperlink r:id="rId80" w:history="1">
              <w:r w:rsidRPr="00592328">
                <w:rPr>
                  <w:rFonts w:ascii="Times New Roman" w:hAnsi="Times New Roman" w:cs="Times New Roman"/>
                  <w:color w:val="0563C1"/>
                  <w:u w:val="single"/>
                </w:rPr>
                <w:t>http://www.gramota.ru/</w:t>
              </w:r>
            </w:hyperlink>
          </w:p>
          <w:p w:rsidR="00F44E79" w:rsidRPr="00592328" w:rsidRDefault="00F44E79" w:rsidP="00592328">
            <w:pPr>
              <w:widowControl/>
              <w:jc w:val="both"/>
              <w:rPr>
                <w:rFonts w:ascii="Times New Roman" w:hAnsi="Times New Roman" w:cs="Times New Roman"/>
                <w:color w:val="auto"/>
                <w:lang w:eastAsia="en-US"/>
              </w:rPr>
            </w:pPr>
            <w:hyperlink r:id="rId8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Двойная роль букв </w:t>
            </w:r>
            <w:r w:rsidRPr="00592328">
              <w:rPr>
                <w:rFonts w:ascii="Times New Roman" w:hAnsi="Times New Roman" w:cs="Times New Roman"/>
                <w:b/>
                <w:bCs/>
                <w:color w:val="auto"/>
                <w:lang w:eastAsia="en-US"/>
              </w:rPr>
              <w:t>е, е, ю, я</w:t>
            </w:r>
            <w:r w:rsidRPr="00592328">
              <w:rPr>
                <w:rFonts w:ascii="Times New Roman" w:hAnsi="Times New Roman" w:cs="Times New Roman"/>
                <w:color w:val="auto"/>
                <w:lang w:eastAsia="en-US"/>
              </w:rPr>
              <w:t>.</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8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Орфоэпия.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8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Фонетический разбор слова.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8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Повторение изученного по теме «Фонетика. Графика. Орфоэпия</w:t>
            </w:r>
            <w:r w:rsidRPr="00592328">
              <w:rPr>
                <w:rFonts w:ascii="Times New Roman" w:hAnsi="Times New Roman" w:cs="Times New Roman"/>
                <w:b/>
                <w:bCs/>
                <w:color w:val="auto"/>
                <w:lang w:eastAsia="en-US"/>
              </w:rPr>
              <w:t>».</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rPr>
            </w:pPr>
            <w:hyperlink r:id="rId85" w:history="1">
              <w:r w:rsidRPr="00592328">
                <w:rPr>
                  <w:rFonts w:ascii="Times New Roman" w:hAnsi="Times New Roman" w:cs="Times New Roman"/>
                  <w:color w:val="0563C1"/>
                  <w:u w:val="single"/>
                </w:rPr>
                <w:t>http://www.gramota.ru/</w:t>
              </w:r>
            </w:hyperlink>
          </w:p>
          <w:p w:rsidR="00F44E79" w:rsidRPr="00592328" w:rsidRDefault="00F44E79" w:rsidP="00592328">
            <w:pPr>
              <w:widowControl/>
              <w:jc w:val="both"/>
              <w:rPr>
                <w:rFonts w:ascii="Times New Roman" w:hAnsi="Times New Roman" w:cs="Times New Roman"/>
                <w:color w:val="auto"/>
                <w:lang w:eastAsia="en-US"/>
              </w:rPr>
            </w:pPr>
            <w:hyperlink r:id="rId8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69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Контрольное тестирование по теме.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8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Лексика. Культура речи</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Слово и его лексическое значение.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88"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Однозначные и многозначные слова.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8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Прямое и переносное значение слов.</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90"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shd w:val="clear" w:color="auto" w:fill="FFFFFF"/>
              <w:spacing w:after="150"/>
              <w:jc w:val="both"/>
              <w:rPr>
                <w:rFonts w:ascii="Times New Roman" w:hAnsi="Times New Roman" w:cs="Times New Roman"/>
              </w:rPr>
            </w:pPr>
            <w:hyperlink r:id="rId91" w:history="1">
              <w:r w:rsidRPr="00592328">
                <w:rPr>
                  <w:rFonts w:ascii="Times New Roman" w:hAnsi="Times New Roman" w:cs="Times New Roman"/>
                  <w:color w:val="0563C1"/>
                  <w:u w:val="single"/>
                </w:rPr>
                <w:t>http://www.gramota.ru/</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Омонимы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9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74-75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Синонимы.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93" w:history="1">
              <w:r w:rsidRPr="00592328">
                <w:rPr>
                  <w:rFonts w:ascii="Times New Roman" w:hAnsi="Times New Roman" w:cs="Times New Roman"/>
                  <w:color w:val="0563C1"/>
                  <w:u w:val="single"/>
                  <w:lang w:eastAsia="en-US"/>
                </w:rPr>
                <w:t>https://resh.edu.ru/subject/13/</w:t>
              </w:r>
            </w:hyperlink>
          </w:p>
        </w:tc>
      </w:tr>
      <w:tr w:rsidR="00F44E79" w:rsidRPr="00FD4913"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Сочинение по картине И.Э. Грабаря «Февральская лазурь».</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lang w:val="en-US" w:eastAsia="en-US"/>
              </w:rPr>
            </w:pPr>
            <w:hyperlink r:id="rId94" w:history="1">
              <w:r w:rsidRPr="00592328">
                <w:rPr>
                  <w:rFonts w:ascii="Times New Roman" w:hAnsi="Times New Roman" w:cs="Times New Roman"/>
                  <w:color w:val="0563C1"/>
                  <w:u w:val="single"/>
                  <w:lang w:val="en-US" w:eastAsia="en-US"/>
                </w:rPr>
                <w:t>ttps://resh.edu.ru/subject/13/</w:t>
              </w:r>
            </w:hyperlink>
          </w:p>
          <w:p w:rsidR="00F44E79" w:rsidRPr="00592328" w:rsidRDefault="00F44E79" w:rsidP="00592328">
            <w:pPr>
              <w:widowControl/>
              <w:spacing w:after="150"/>
              <w:jc w:val="both"/>
              <w:rPr>
                <w:rFonts w:ascii="Times New Roman" w:hAnsi="Times New Roman" w:cs="Times New Roman"/>
                <w:lang w:val="en-US"/>
              </w:rPr>
            </w:pPr>
            <w:hyperlink r:id="rId95" w:history="1">
              <w:r w:rsidRPr="00592328">
                <w:rPr>
                  <w:rFonts w:ascii="Times New Roman" w:hAnsi="Times New Roman" w:cs="Times New Roman"/>
                  <w:color w:val="0563C1"/>
                  <w:u w:val="single"/>
                  <w:lang w:val="en-US"/>
                </w:rPr>
                <w:t>http://school-collection.edu.ru/catalog/</w:t>
              </w:r>
            </w:hyperlink>
          </w:p>
          <w:p w:rsidR="00F44E79" w:rsidRPr="00592328" w:rsidRDefault="00F44E79" w:rsidP="00592328">
            <w:pPr>
              <w:widowControl/>
              <w:shd w:val="clear" w:color="auto" w:fill="FFFFFF"/>
              <w:spacing w:after="150"/>
              <w:jc w:val="both"/>
              <w:rPr>
                <w:rFonts w:ascii="Times New Roman" w:hAnsi="Times New Roman" w:cs="Times New Roman"/>
                <w:color w:val="auto"/>
                <w:lang w:val="en-US"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Антонимы.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9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Паронимы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9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79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Повторение изученного по теме «Лексика»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98"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Контрольное тестирование по теме «Лексика»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9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Подробное изложение по тексту К.Г. Паустовского «Первый снег».</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color w:val="auto"/>
                <w:lang w:eastAsia="en-US"/>
              </w:rPr>
            </w:pPr>
            <w:hyperlink r:id="rId100"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Морфемика. Орфография. Культура речи</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p>
          <w:p w:rsidR="00F44E79" w:rsidRPr="00592328" w:rsidRDefault="00F44E79" w:rsidP="00592328">
            <w:pPr>
              <w:widowControl/>
              <w:jc w:val="both"/>
              <w:rPr>
                <w:rFonts w:ascii="Times New Roman" w:hAnsi="Times New Roman" w:cs="Times New Roman"/>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Морфема как наименьшая значимая часть слова. Изменение и образование слов.</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101"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10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Окончание. Основа слова.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0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Корень слова.</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04" w:history="1">
              <w:r w:rsidRPr="00592328">
                <w:rPr>
                  <w:rFonts w:ascii="Times New Roman" w:hAnsi="Times New Roman" w:cs="Times New Roman"/>
                  <w:color w:val="0563C1"/>
                  <w:u w:val="single"/>
                </w:rPr>
                <w:t>http://gramma.ru/RUS/</w:t>
              </w:r>
            </w:hyperlink>
          </w:p>
          <w:p w:rsidR="00F44E79" w:rsidRPr="00592328" w:rsidRDefault="00F44E79" w:rsidP="00592328">
            <w:pPr>
              <w:widowControl/>
              <w:spacing w:after="150"/>
              <w:jc w:val="both"/>
              <w:rPr>
                <w:rFonts w:ascii="Times New Roman" w:hAnsi="Times New Roman" w:cs="Times New Roman"/>
                <w:color w:val="auto"/>
                <w:lang w:eastAsia="en-US"/>
              </w:rPr>
            </w:pPr>
            <w:hyperlink r:id="rId105" w:history="1">
              <w:r w:rsidRPr="00592328">
                <w:rPr>
                  <w:rFonts w:ascii="Times New Roman" w:hAnsi="Times New Roman" w:cs="Times New Roman"/>
                  <w:color w:val="0563C1"/>
                  <w:u w:val="single"/>
                </w:rPr>
                <w:t>http://school-collection.edu.ru/catalog/</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Рассуждение как функционально- смысловой тип речи.</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06" w:history="1">
              <w:r w:rsidRPr="00592328">
                <w:rPr>
                  <w:rFonts w:ascii="Times New Roman" w:hAnsi="Times New Roman" w:cs="Times New Roman"/>
                  <w:color w:val="0563C1"/>
                  <w:u w:val="single"/>
                </w:rPr>
                <w:t>https://prosv.ru/static/tsok</w:t>
              </w:r>
            </w:hyperlink>
          </w:p>
          <w:p w:rsidR="00F44E79" w:rsidRPr="00592328" w:rsidRDefault="00F44E79" w:rsidP="00592328">
            <w:pPr>
              <w:widowControl/>
              <w:jc w:val="both"/>
              <w:rPr>
                <w:rFonts w:ascii="Times New Roman" w:hAnsi="Times New Roman" w:cs="Times New Roman"/>
                <w:color w:val="auto"/>
                <w:lang w:eastAsia="en-US"/>
              </w:rPr>
            </w:pPr>
            <w:hyperlink r:id="rId10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Суффикс</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08"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Приставка.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0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РР </w:t>
            </w:r>
            <w:r w:rsidRPr="00592328">
              <w:rPr>
                <w:rFonts w:ascii="Times New Roman" w:hAnsi="Times New Roman" w:cs="Times New Roman"/>
                <w:color w:val="auto"/>
                <w:lang w:eastAsia="en-US"/>
              </w:rPr>
              <w:t>Выборочное изложение текста с изменением лица.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89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Чередование звуков.</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Беглые гласные. Варианты морфем.</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Морфемный разбор слов.</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Правописание гласных и согласных в приставках.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93-94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Буквы </w:t>
            </w:r>
            <w:r w:rsidRPr="00592328">
              <w:rPr>
                <w:rFonts w:ascii="Times New Roman" w:hAnsi="Times New Roman" w:cs="Times New Roman"/>
                <w:b/>
                <w:bCs/>
                <w:color w:val="auto"/>
                <w:lang w:eastAsia="en-US"/>
              </w:rPr>
              <w:t>з</w:t>
            </w:r>
            <w:r w:rsidRPr="00592328">
              <w:rPr>
                <w:rFonts w:ascii="Times New Roman" w:hAnsi="Times New Roman" w:cs="Times New Roman"/>
                <w:color w:val="auto"/>
                <w:lang w:eastAsia="en-US"/>
              </w:rPr>
              <w:t xml:space="preserve"> и </w:t>
            </w:r>
            <w:r w:rsidRPr="00592328">
              <w:rPr>
                <w:rFonts w:ascii="Times New Roman" w:hAnsi="Times New Roman" w:cs="Times New Roman"/>
                <w:b/>
                <w:bCs/>
                <w:color w:val="auto"/>
                <w:lang w:eastAsia="en-US"/>
              </w:rPr>
              <w:t>с</w:t>
            </w:r>
            <w:r w:rsidRPr="00592328">
              <w:rPr>
                <w:rFonts w:ascii="Times New Roman" w:hAnsi="Times New Roman" w:cs="Times New Roman"/>
                <w:color w:val="auto"/>
                <w:lang w:eastAsia="en-US"/>
              </w:rPr>
              <w:t xml:space="preserve"> на конце приставок.</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Буквы </w:t>
            </w:r>
            <w:r w:rsidRPr="00592328">
              <w:rPr>
                <w:rFonts w:ascii="Times New Roman" w:hAnsi="Times New Roman" w:cs="Times New Roman"/>
                <w:b/>
                <w:bCs/>
                <w:color w:val="auto"/>
                <w:lang w:eastAsia="en-US"/>
              </w:rPr>
              <w:t>а-о</w:t>
            </w:r>
            <w:r w:rsidRPr="00592328">
              <w:rPr>
                <w:rFonts w:ascii="Times New Roman" w:hAnsi="Times New Roman" w:cs="Times New Roman"/>
                <w:color w:val="auto"/>
                <w:lang w:eastAsia="en-US"/>
              </w:rPr>
              <w:t xml:space="preserve"> в корне </w:t>
            </w:r>
            <w:r w:rsidRPr="00592328">
              <w:rPr>
                <w:rFonts w:ascii="Times New Roman" w:hAnsi="Times New Roman" w:cs="Times New Roman"/>
                <w:b/>
                <w:bCs/>
                <w:color w:val="auto"/>
                <w:lang w:eastAsia="en-US"/>
              </w:rPr>
              <w:t>лаг-лож.</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96-97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Буквы </w:t>
            </w:r>
            <w:r w:rsidRPr="00592328">
              <w:rPr>
                <w:rFonts w:ascii="Times New Roman" w:hAnsi="Times New Roman" w:cs="Times New Roman"/>
                <w:b/>
                <w:bCs/>
                <w:color w:val="auto"/>
                <w:lang w:eastAsia="en-US"/>
              </w:rPr>
              <w:t xml:space="preserve">а-о </w:t>
            </w:r>
            <w:r w:rsidRPr="00592328">
              <w:rPr>
                <w:rFonts w:ascii="Times New Roman" w:hAnsi="Times New Roman" w:cs="Times New Roman"/>
                <w:color w:val="auto"/>
                <w:lang w:eastAsia="en-US"/>
              </w:rPr>
              <w:t xml:space="preserve">в корне </w:t>
            </w:r>
            <w:r w:rsidRPr="00592328">
              <w:rPr>
                <w:rFonts w:ascii="Times New Roman" w:hAnsi="Times New Roman" w:cs="Times New Roman"/>
                <w:b/>
                <w:bCs/>
                <w:color w:val="auto"/>
                <w:lang w:eastAsia="en-US"/>
              </w:rPr>
              <w:t>раст-рос.</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17" w:history="1">
              <w:r w:rsidRPr="00592328">
                <w:rPr>
                  <w:rFonts w:ascii="Times New Roman" w:hAnsi="Times New Roman" w:cs="Times New Roman"/>
                  <w:color w:val="0563C1"/>
                  <w:u w:val="single"/>
                </w:rPr>
                <w:t>http://gramma.ru/RUS/</w:t>
              </w:r>
            </w:hyperlink>
          </w:p>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18"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98-99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Буквы </w:t>
            </w:r>
            <w:r w:rsidRPr="00592328">
              <w:rPr>
                <w:rFonts w:ascii="Times New Roman" w:hAnsi="Times New Roman" w:cs="Times New Roman"/>
                <w:b/>
                <w:bCs/>
                <w:color w:val="auto"/>
                <w:lang w:eastAsia="en-US"/>
              </w:rPr>
              <w:t xml:space="preserve"> е-о  </w:t>
            </w:r>
            <w:r w:rsidRPr="00592328">
              <w:rPr>
                <w:rFonts w:ascii="Times New Roman" w:hAnsi="Times New Roman" w:cs="Times New Roman"/>
                <w:color w:val="auto"/>
                <w:lang w:eastAsia="en-US"/>
              </w:rPr>
              <w:t>после шипящих в корне слова.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1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Буквы </w:t>
            </w:r>
            <w:r w:rsidRPr="00592328">
              <w:rPr>
                <w:rFonts w:ascii="Times New Roman" w:hAnsi="Times New Roman" w:cs="Times New Roman"/>
                <w:b/>
                <w:bCs/>
                <w:color w:val="auto"/>
                <w:lang w:eastAsia="en-US"/>
              </w:rPr>
              <w:t xml:space="preserve">ы-и </w:t>
            </w:r>
            <w:r w:rsidRPr="00592328">
              <w:rPr>
                <w:rFonts w:ascii="Times New Roman" w:hAnsi="Times New Roman" w:cs="Times New Roman"/>
                <w:color w:val="auto"/>
                <w:lang w:eastAsia="en-US"/>
              </w:rPr>
              <w:t xml:space="preserve">после </w:t>
            </w:r>
            <w:r w:rsidRPr="00592328">
              <w:rPr>
                <w:rFonts w:ascii="Times New Roman" w:hAnsi="Times New Roman" w:cs="Times New Roman"/>
                <w:b/>
                <w:bCs/>
                <w:color w:val="auto"/>
                <w:lang w:eastAsia="en-US"/>
              </w:rPr>
              <w:t>ц</w:t>
            </w:r>
            <w:r w:rsidRPr="00592328">
              <w:rPr>
                <w:rFonts w:ascii="Times New Roman" w:hAnsi="Times New Roman" w:cs="Times New Roman"/>
                <w:color w:val="auto"/>
                <w:lang w:eastAsia="en-US"/>
              </w:rPr>
              <w:t>.</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2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101-102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Повторение изученного по теме «Морфемика. Орфография.»</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spacing w:after="150"/>
              <w:jc w:val="both"/>
              <w:rPr>
                <w:rFonts w:ascii="Times New Roman" w:hAnsi="Times New Roman" w:cs="Times New Roman"/>
              </w:rPr>
            </w:pPr>
            <w:hyperlink r:id="rId121"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12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Контрольный диктант с грамматическим заданием.</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2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Анализ контрольной работы.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2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Сочинение-описание по картине П.П. Кончаловского «Сирень»</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125"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12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Морфология. Орфография. Культура речи</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2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Имя существительное как часть речи.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28"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Доказательства в рассуждении. Сочинение-рассуждение.</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129"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13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Имена существительные одушевленные и неодушевленные.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31"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132" w:history="1">
              <w:r w:rsidRPr="00592328">
                <w:rPr>
                  <w:rFonts w:ascii="Times New Roman" w:hAnsi="Times New Roman" w:cs="Times New Roman"/>
                  <w:color w:val="0563C1"/>
                  <w:u w:val="single"/>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109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Имена существительные собственные и нарицательные.</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33" w:history="1">
              <w:r w:rsidRPr="00592328">
                <w:rPr>
                  <w:rFonts w:ascii="Times New Roman" w:hAnsi="Times New Roman" w:cs="Times New Roman"/>
                  <w:color w:val="0563C1"/>
                  <w:u w:val="single"/>
                </w:rPr>
                <w:t>http://gramma.ru/RUS/</w:t>
              </w:r>
            </w:hyperlink>
          </w:p>
          <w:p w:rsidR="00F44E79" w:rsidRPr="00592328" w:rsidRDefault="00F44E79" w:rsidP="00592328">
            <w:pPr>
              <w:widowControl/>
              <w:jc w:val="both"/>
              <w:rPr>
                <w:rFonts w:ascii="Times New Roman" w:hAnsi="Times New Roman" w:cs="Times New Roman"/>
                <w:color w:val="auto"/>
                <w:lang w:eastAsia="en-US"/>
              </w:rPr>
            </w:pPr>
            <w:hyperlink r:id="rId134" w:history="1">
              <w:r w:rsidRPr="00592328">
                <w:rPr>
                  <w:rFonts w:ascii="Times New Roman" w:hAnsi="Times New Roman" w:cs="Times New Roman"/>
                  <w:color w:val="0563C1"/>
                  <w:u w:val="single"/>
                </w:rPr>
                <w:t>http://www.gramota.ru/</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Род имен существительных.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3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Имена существительные, имеющие форму множественного числа.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36"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spacing w:after="150"/>
              <w:jc w:val="both"/>
              <w:rPr>
                <w:rFonts w:ascii="Times New Roman" w:hAnsi="Times New Roman" w:cs="Times New Roman"/>
              </w:rPr>
            </w:pPr>
            <w:hyperlink r:id="rId137"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Сжатое изложение по тексту Е. Пермяка «Перо и чернильница».</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38" w:history="1">
              <w:r w:rsidRPr="00592328">
                <w:rPr>
                  <w:rFonts w:ascii="Times New Roman" w:hAnsi="Times New Roman" w:cs="Times New Roman"/>
                  <w:color w:val="0563C1"/>
                  <w:u w:val="single"/>
                </w:rPr>
                <w:t>https://prosv.ru/static/tsok</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Имена существительные, имеющие форму только единственного числа.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39" w:history="1">
              <w:r w:rsidRPr="00592328">
                <w:rPr>
                  <w:rFonts w:ascii="Times New Roman" w:hAnsi="Times New Roman" w:cs="Times New Roman"/>
                  <w:color w:val="0563C1"/>
                  <w:u w:val="single"/>
                </w:rPr>
                <w:t>https://prosv.ru/static/tsok</w:t>
              </w:r>
            </w:hyperlink>
          </w:p>
          <w:p w:rsidR="00F44E79" w:rsidRPr="00592328" w:rsidRDefault="00F44E79" w:rsidP="00592328">
            <w:pPr>
              <w:widowControl/>
              <w:jc w:val="both"/>
              <w:rPr>
                <w:rFonts w:ascii="Times New Roman" w:hAnsi="Times New Roman" w:cs="Times New Roman"/>
                <w:color w:val="auto"/>
                <w:lang w:eastAsia="en-US"/>
              </w:rPr>
            </w:pPr>
            <w:hyperlink r:id="rId14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Три склонения имен существительных..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4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Падеж имен существительных.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4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116-117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Правописание гласных в падежных окончаниях имен существительных в единственном числе.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4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Изложение текста с изменением лица.</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44" w:history="1">
              <w:r w:rsidRPr="00592328">
                <w:rPr>
                  <w:rFonts w:ascii="Times New Roman" w:hAnsi="Times New Roman" w:cs="Times New Roman"/>
                  <w:color w:val="0563C1"/>
                  <w:u w:val="single"/>
                </w:rPr>
                <w:t>https://prosv.ru/static/tsok</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119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Множественное число имен существительных.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4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Правописание </w:t>
            </w:r>
            <w:r w:rsidRPr="00592328">
              <w:rPr>
                <w:rFonts w:ascii="Times New Roman" w:hAnsi="Times New Roman" w:cs="Times New Roman"/>
                <w:b/>
                <w:bCs/>
                <w:color w:val="auto"/>
                <w:lang w:eastAsia="en-US"/>
              </w:rPr>
              <w:t>о-е</w:t>
            </w:r>
            <w:r w:rsidRPr="00592328">
              <w:rPr>
                <w:rFonts w:ascii="Times New Roman" w:hAnsi="Times New Roman" w:cs="Times New Roman"/>
                <w:color w:val="auto"/>
                <w:lang w:eastAsia="en-US"/>
              </w:rPr>
              <w:t xml:space="preserve"> после шипящих и </w:t>
            </w:r>
            <w:r w:rsidRPr="00592328">
              <w:rPr>
                <w:rFonts w:ascii="Times New Roman" w:hAnsi="Times New Roman" w:cs="Times New Roman"/>
                <w:b/>
                <w:bCs/>
                <w:color w:val="auto"/>
                <w:lang w:eastAsia="en-US"/>
              </w:rPr>
              <w:t>ц</w:t>
            </w:r>
            <w:r w:rsidRPr="00592328">
              <w:rPr>
                <w:rFonts w:ascii="Times New Roman" w:hAnsi="Times New Roman" w:cs="Times New Roman"/>
                <w:color w:val="auto"/>
                <w:lang w:eastAsia="en-US"/>
              </w:rPr>
              <w:t xml:space="preserve"> в в окончаниях имен существительных.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46"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http://gramma.ru/RUS</w:t>
            </w: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Морфологический разбор имени существительного.</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47" w:history="1">
              <w:r w:rsidRPr="00592328">
                <w:rPr>
                  <w:rFonts w:ascii="Times New Roman" w:hAnsi="Times New Roman" w:cs="Times New Roman"/>
                  <w:color w:val="0563C1"/>
                  <w:u w:val="single"/>
                </w:rPr>
                <w:t>http://gramma.ru/RUS/</w:t>
              </w:r>
            </w:hyperlink>
          </w:p>
          <w:p w:rsidR="00F44E79" w:rsidRPr="00592328" w:rsidRDefault="00F44E79" w:rsidP="00592328">
            <w:pPr>
              <w:widowControl/>
              <w:jc w:val="both"/>
              <w:rPr>
                <w:rFonts w:ascii="Times New Roman" w:hAnsi="Times New Roman" w:cs="Times New Roman"/>
                <w:color w:val="auto"/>
                <w:lang w:eastAsia="en-US"/>
              </w:rPr>
            </w:pPr>
            <w:hyperlink r:id="rId148"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Повторение изученного по теме «Имя существительное».</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149"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150"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Контрольный диктант с грамматическим заданием.. </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Анализ контрольной работы.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Имя прилагательное как часть речи.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5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126-127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Правописание гласных в падежных окончаниях имен прилагательных.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5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Описание животного. Изложение.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5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129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.Прилагательные полные и краткие.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5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130-131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Описание животного на основе изображенного на картине А.Н.Комарова «Наводнение».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55"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156" w:history="1">
              <w:r w:rsidRPr="00592328">
                <w:rPr>
                  <w:rFonts w:ascii="Times New Roman" w:hAnsi="Times New Roman" w:cs="Times New Roman"/>
                  <w:color w:val="0563C1"/>
                  <w:u w:val="single"/>
                </w:rPr>
                <w:t>http://gramma.ru/RUS/</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Морфологический разбор имени прилагательного.</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5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Повторение изученного по теме  «Имя прилагательное».</w:t>
            </w:r>
          </w:p>
        </w:tc>
        <w:tc>
          <w:tcPr>
            <w:tcW w:w="2520" w:type="dxa"/>
          </w:tcPr>
          <w:p w:rsidR="00F44E79" w:rsidRPr="00592328" w:rsidRDefault="00F44E79" w:rsidP="00592328">
            <w:pPr>
              <w:widowControl/>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pacing w:after="150"/>
              <w:jc w:val="both"/>
              <w:rPr>
                <w:rFonts w:ascii="Times New Roman" w:hAnsi="Times New Roman" w:cs="Times New Roman"/>
              </w:rPr>
            </w:pPr>
            <w:hyperlink r:id="rId158"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jc w:val="both"/>
              <w:rPr>
                <w:rFonts w:ascii="Times New Roman" w:hAnsi="Times New Roman" w:cs="Times New Roman"/>
                <w:color w:val="auto"/>
                <w:lang w:eastAsia="en-US"/>
              </w:rPr>
            </w:pPr>
            <w:hyperlink r:id="rId15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Контрольная работа по теме «Имя прилагательное»</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rPr>
            </w:pPr>
            <w:r w:rsidRPr="00592328">
              <w:rPr>
                <w:rFonts w:ascii="Times New Roman" w:hAnsi="Times New Roman" w:cs="Times New Roman"/>
                <w:color w:val="auto"/>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p>
          <w:p w:rsidR="00F44E79" w:rsidRPr="00592328" w:rsidRDefault="00F44E79" w:rsidP="00592328">
            <w:pPr>
              <w:widowControl/>
              <w:jc w:val="both"/>
              <w:rPr>
                <w:rFonts w:ascii="Times New Roman" w:hAnsi="Times New Roman" w:cs="Times New Roman"/>
                <w:color w:val="auto"/>
                <w:lang w:eastAsia="en-US"/>
              </w:rPr>
            </w:pPr>
          </w:p>
        </w:tc>
      </w:tr>
      <w:tr w:rsidR="00F44E79" w:rsidRPr="00FD4913"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Сочинение-описание «Мой четвероногий друг».</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lang w:val="en-US"/>
              </w:rPr>
            </w:pPr>
            <w:r w:rsidRPr="00592328">
              <w:rPr>
                <w:rFonts w:ascii="Times New Roman" w:hAnsi="Times New Roman" w:cs="Times New Roman"/>
                <w:color w:val="0563C1"/>
                <w:u w:val="single"/>
                <w:lang w:val="en-US" w:eastAsia="en-US"/>
              </w:rPr>
              <w:fldChar w:fldCharType="begin"/>
            </w:r>
            <w:r w:rsidRPr="00592328">
              <w:rPr>
                <w:rFonts w:ascii="Times New Roman" w:hAnsi="Times New Roman" w:cs="Times New Roman"/>
                <w:color w:val="0563C1"/>
                <w:u w:val="single"/>
                <w:lang w:val="en-US" w:eastAsia="en-US"/>
              </w:rPr>
              <w:instrText xml:space="preserve"> HYPERLINK "https://resh.edu.ru/subject/13/" </w:instrText>
            </w:r>
            <w:r w:rsidRPr="00C02DC4">
              <w:rPr>
                <w:rFonts w:ascii="Times New Roman" w:hAnsi="Times New Roman" w:cs="Times New Roman"/>
                <w:color w:val="0563C1"/>
                <w:u w:val="single"/>
                <w:lang w:val="en-US" w:eastAsia="en-US"/>
              </w:rPr>
            </w:r>
            <w:r w:rsidRPr="00592328">
              <w:rPr>
                <w:rFonts w:ascii="Times New Roman" w:hAnsi="Times New Roman" w:cs="Times New Roman"/>
                <w:color w:val="0563C1"/>
                <w:u w:val="single"/>
                <w:lang w:val="en-US" w:eastAsia="en-US"/>
              </w:rPr>
              <w:fldChar w:fldCharType="separate"/>
            </w:r>
            <w:r w:rsidRPr="00592328">
              <w:rPr>
                <w:rFonts w:ascii="Times New Roman" w:hAnsi="Times New Roman" w:cs="Times New Roman"/>
                <w:color w:val="0563C1"/>
                <w:u w:val="single"/>
                <w:lang w:val="en-US" w:eastAsia="en-US"/>
              </w:rPr>
              <w:t>h</w:t>
            </w:r>
            <w:hyperlink r:id="rId160" w:history="1">
              <w:r w:rsidRPr="00592328">
                <w:rPr>
                  <w:rFonts w:ascii="Times New Roman" w:hAnsi="Times New Roman" w:cs="Times New Roman"/>
                  <w:color w:val="0563C1"/>
                  <w:u w:val="single"/>
                  <w:lang w:val="en-US"/>
                </w:rPr>
                <w:t>https://prosv.ru/static/tsok</w:t>
              </w:r>
            </w:hyperlink>
          </w:p>
          <w:p w:rsidR="00F44E79" w:rsidRPr="00592328" w:rsidRDefault="00F44E79" w:rsidP="00592328">
            <w:pPr>
              <w:widowControl/>
              <w:jc w:val="both"/>
              <w:rPr>
                <w:rFonts w:ascii="Times New Roman" w:hAnsi="Times New Roman" w:cs="Times New Roman"/>
                <w:color w:val="auto"/>
                <w:lang w:val="en-US" w:eastAsia="en-US"/>
              </w:rPr>
            </w:pPr>
            <w:r w:rsidRPr="00592328">
              <w:rPr>
                <w:rFonts w:ascii="Times New Roman" w:hAnsi="Times New Roman" w:cs="Times New Roman"/>
                <w:color w:val="0563C1"/>
                <w:u w:val="single"/>
                <w:lang w:val="en-US" w:eastAsia="en-US"/>
              </w:rPr>
              <w:t>ttps://resh.edu.ru/subject/13/</w:t>
            </w:r>
            <w:r w:rsidRPr="00592328">
              <w:rPr>
                <w:rFonts w:ascii="Times New Roman" w:hAnsi="Times New Roman" w:cs="Times New Roman"/>
                <w:color w:val="0563C1"/>
                <w:u w:val="single"/>
                <w:lang w:val="en-US" w:eastAsia="en-US"/>
              </w:rPr>
              <w:fldChar w:fldCharType="end"/>
            </w: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Глагол как часть речи.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61"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shd w:val="clear" w:color="auto" w:fill="FFFFFF"/>
              <w:spacing w:after="150" w:line="259" w:lineRule="auto"/>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w:t>
            </w:r>
            <w:hyperlink r:id="rId162" w:history="1">
              <w:r w:rsidRPr="00592328">
                <w:rPr>
                  <w:rFonts w:ascii="Times New Roman" w:hAnsi="Times New Roman" w:cs="Times New Roman"/>
                  <w:color w:val="0563C1"/>
                  <w:u w:val="single"/>
                  <w:lang w:eastAsia="en-US"/>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Не</w:t>
            </w:r>
            <w:r w:rsidRPr="00592328">
              <w:rPr>
                <w:rFonts w:ascii="Times New Roman" w:hAnsi="Times New Roman" w:cs="Times New Roman"/>
                <w:color w:val="auto"/>
                <w:lang w:eastAsia="en-US"/>
              </w:rPr>
              <w:t xml:space="preserve"> с глаголами.</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6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Рассказ.</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6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139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Неопределенная форма глагола.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6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Правописание </w:t>
            </w:r>
            <w:r w:rsidRPr="00592328">
              <w:rPr>
                <w:rFonts w:ascii="Times New Roman" w:hAnsi="Times New Roman" w:cs="Times New Roman"/>
                <w:b/>
                <w:bCs/>
                <w:color w:val="auto"/>
                <w:lang w:eastAsia="en-US"/>
              </w:rPr>
              <w:t xml:space="preserve"> тся</w:t>
            </w:r>
            <w:r w:rsidRPr="00592328">
              <w:rPr>
                <w:rFonts w:ascii="Times New Roman" w:hAnsi="Times New Roman" w:cs="Times New Roman"/>
                <w:color w:val="auto"/>
                <w:lang w:eastAsia="en-US"/>
              </w:rPr>
              <w:t xml:space="preserve"> и </w:t>
            </w:r>
            <w:r w:rsidRPr="00592328">
              <w:rPr>
                <w:rFonts w:ascii="Times New Roman" w:hAnsi="Times New Roman" w:cs="Times New Roman"/>
                <w:b/>
                <w:bCs/>
                <w:color w:val="auto"/>
                <w:lang w:eastAsia="en-US"/>
              </w:rPr>
              <w:t>ться.</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6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Виды глаголы.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67"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142-143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Буквы </w:t>
            </w:r>
            <w:r w:rsidRPr="00592328">
              <w:rPr>
                <w:rFonts w:ascii="Times New Roman" w:hAnsi="Times New Roman" w:cs="Times New Roman"/>
                <w:b/>
                <w:bCs/>
                <w:color w:val="auto"/>
                <w:lang w:eastAsia="en-US"/>
              </w:rPr>
              <w:t>е-и</w:t>
            </w:r>
            <w:r w:rsidRPr="00592328">
              <w:rPr>
                <w:rFonts w:ascii="Times New Roman" w:hAnsi="Times New Roman" w:cs="Times New Roman"/>
                <w:color w:val="auto"/>
                <w:lang w:eastAsia="en-US"/>
              </w:rPr>
              <w:t xml:space="preserve"> в корнях с чередованием.</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68"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169" w:history="1">
              <w:r w:rsidRPr="00592328">
                <w:rPr>
                  <w:rFonts w:ascii="Times New Roman" w:hAnsi="Times New Roman" w:cs="Times New Roman"/>
                  <w:color w:val="0563C1"/>
                  <w:u w:val="single"/>
                </w:rPr>
                <w:t>http://www.gramota.ru/</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Невыдуманный рассказ о себе.</w:t>
            </w:r>
          </w:p>
        </w:tc>
        <w:tc>
          <w:tcPr>
            <w:tcW w:w="2520" w:type="dxa"/>
          </w:tcPr>
          <w:p w:rsidR="00F44E79" w:rsidRPr="00592328" w:rsidRDefault="00F44E79" w:rsidP="00592328">
            <w:pPr>
              <w:widowControl/>
              <w:shd w:val="clear" w:color="auto" w:fill="FFFFFF"/>
              <w:spacing w:after="150" w:line="259" w:lineRule="auto"/>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line="259" w:lineRule="auto"/>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w:t>
            </w:r>
            <w:hyperlink r:id="rId170" w:history="1">
              <w:r w:rsidRPr="00592328">
                <w:rPr>
                  <w:rFonts w:ascii="Times New Roman" w:hAnsi="Times New Roman" w:cs="Times New Roman"/>
                  <w:color w:val="0563C1"/>
                  <w:u w:val="single"/>
                  <w:lang w:eastAsia="en-US"/>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Анализ контрольной работы.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71"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Время глагола.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72"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Прошедшее время глагола.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73"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Настоящее время глагола.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7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149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Будущее время глагола.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7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Спряжение глагола.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7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151-152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Правописание личных безударных окончаний глаголов. </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77"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hyperlink r:id="rId178" w:history="1">
              <w:r w:rsidRPr="00592328">
                <w:rPr>
                  <w:rFonts w:ascii="Times New Roman" w:hAnsi="Times New Roman" w:cs="Times New Roman"/>
                  <w:color w:val="0563C1"/>
                  <w:u w:val="single"/>
                </w:rPr>
                <w:t>http://www.gramota.ru/</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153</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Морфологический разбор глагола.</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7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Сжатое изложение с изменением формы лица по тексту А.Ф .Савчук «Шоколадный торт».</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w:t>
            </w:r>
            <w:hyperlink r:id="rId180" w:history="1">
              <w:r w:rsidRPr="00592328">
                <w:rPr>
                  <w:rFonts w:ascii="Times New Roman" w:hAnsi="Times New Roman" w:cs="Times New Roman"/>
                  <w:color w:val="0563C1"/>
                  <w:u w:val="single"/>
                  <w:lang w:eastAsia="en-US"/>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Мягкий знак после шипящих  в глаголах во 2 лице единственного числа. </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81"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shd w:val="clear" w:color="auto" w:fill="FFFFFF"/>
              <w:spacing w:after="150"/>
              <w:jc w:val="both"/>
              <w:rPr>
                <w:rFonts w:ascii="Times New Roman" w:hAnsi="Times New Roman" w:cs="Times New Roman"/>
              </w:rPr>
            </w:pPr>
            <w:hyperlink r:id="rId182" w:history="1">
              <w:r w:rsidRPr="00592328">
                <w:rPr>
                  <w:rFonts w:ascii="Times New Roman" w:hAnsi="Times New Roman" w:cs="Times New Roman"/>
                  <w:color w:val="0563C1"/>
                  <w:u w:val="single"/>
                </w:rPr>
                <w:t>http://www.gramota.ru/</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Употребление времен.</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hyperlink r:id="rId183" w:history="1">
              <w:r w:rsidRPr="00592328">
                <w:rPr>
                  <w:rFonts w:ascii="Times New Roman" w:hAnsi="Times New Roman" w:cs="Times New Roman"/>
                  <w:color w:val="0563C1"/>
                  <w:u w:val="single"/>
                </w:rPr>
                <w:t>http://gramma.ru/RUS/</w:t>
              </w:r>
            </w:hyperlink>
          </w:p>
          <w:p w:rsidR="00F44E79" w:rsidRPr="00592328" w:rsidRDefault="00F44E79" w:rsidP="00592328">
            <w:pPr>
              <w:widowControl/>
              <w:jc w:val="both"/>
              <w:rPr>
                <w:rFonts w:ascii="Times New Roman" w:hAnsi="Times New Roman" w:cs="Times New Roman"/>
                <w:color w:val="auto"/>
                <w:lang w:eastAsia="en-US"/>
              </w:rPr>
            </w:pPr>
            <w:hyperlink r:id="rId184"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157-158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Повторение изученного по теме «Глагол».</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85"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spacing w:after="150"/>
              <w:jc w:val="both"/>
              <w:rPr>
                <w:rFonts w:ascii="Times New Roman" w:hAnsi="Times New Roman" w:cs="Times New Roman"/>
                <w:color w:val="0563C1"/>
                <w:u w:val="single"/>
              </w:rPr>
            </w:pPr>
            <w:hyperlink r:id="rId186" w:history="1">
              <w:r w:rsidRPr="00592328">
                <w:rPr>
                  <w:rFonts w:ascii="Times New Roman" w:hAnsi="Times New Roman" w:cs="Times New Roman"/>
                  <w:color w:val="0563C1"/>
                  <w:u w:val="single"/>
                </w:rPr>
                <w:t>http://school-collection.edu.ru/catalog/</w:t>
              </w:r>
            </w:hyperlink>
          </w:p>
          <w:p w:rsidR="00F44E79" w:rsidRPr="00592328" w:rsidRDefault="00F44E79" w:rsidP="00592328">
            <w:pPr>
              <w:widowControl/>
              <w:spacing w:after="150"/>
              <w:jc w:val="both"/>
              <w:rPr>
                <w:rFonts w:ascii="Times New Roman" w:hAnsi="Times New Roman" w:cs="Times New Roman"/>
              </w:rPr>
            </w:pPr>
            <w:r w:rsidRPr="00592328">
              <w:rPr>
                <w:rFonts w:ascii="Times New Roman" w:hAnsi="Times New Roman" w:cs="Times New Roman"/>
                <w:color w:val="0563C1"/>
                <w:u w:val="single"/>
                <w:lang w:eastAsia="en-US"/>
              </w:rPr>
              <w:t>h</w:t>
            </w:r>
            <w:hyperlink r:id="rId187" w:history="1">
              <w:r w:rsidRPr="00592328">
                <w:rPr>
                  <w:rFonts w:ascii="Times New Roman" w:hAnsi="Times New Roman" w:cs="Times New Roman"/>
                  <w:color w:val="0563C1"/>
                  <w:u w:val="single"/>
                  <w:lang w:eastAsia="en-US"/>
                </w:rPr>
                <w:t>https://prosv.ru/static/tsok</w:t>
              </w:r>
            </w:hyperlink>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159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Контрольная  работа по теме «Глагол» (диктант с грамматическим заданием)</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Анализ контрольной работы.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161</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РР</w:t>
            </w:r>
            <w:r w:rsidRPr="00592328">
              <w:rPr>
                <w:rFonts w:ascii="Times New Roman" w:hAnsi="Times New Roman" w:cs="Times New Roman"/>
                <w:color w:val="auto"/>
                <w:lang w:eastAsia="en-US"/>
              </w:rPr>
              <w:t xml:space="preserve"> Сочинение-рассказ по рисунку  О. Попович «Не взяли на рыбалку».</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w:t>
            </w:r>
            <w:hyperlink r:id="rId188" w:history="1">
              <w:r w:rsidRPr="00592328">
                <w:rPr>
                  <w:rFonts w:ascii="Times New Roman" w:hAnsi="Times New Roman" w:cs="Times New Roman"/>
                  <w:color w:val="0563C1"/>
                  <w:u w:val="single"/>
                  <w:lang w:eastAsia="en-US"/>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b/>
                <w:bCs/>
                <w:color w:val="auto"/>
                <w:lang w:eastAsia="en-US"/>
              </w:rPr>
              <w:t xml:space="preserve">Повторение и систематизация изученного </w:t>
            </w:r>
          </w:p>
        </w:tc>
        <w:tc>
          <w:tcPr>
            <w:tcW w:w="2520" w:type="dxa"/>
          </w:tcPr>
          <w:p w:rsidR="00F44E79" w:rsidRPr="00592328" w:rsidRDefault="00F44E79" w:rsidP="00592328">
            <w:pPr>
              <w:widowControl/>
              <w:jc w:val="both"/>
              <w:rPr>
                <w:rFonts w:ascii="Times New Roman" w:hAnsi="Times New Roman" w:cs="Times New Roman"/>
                <w:b/>
                <w:bCs/>
                <w:color w:val="auto"/>
                <w:lang w:eastAsia="en-US"/>
              </w:rPr>
            </w:pP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89"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162</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Разделы науки о языке.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90"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w:t>
            </w:r>
            <w:hyperlink r:id="rId191" w:history="1">
              <w:r w:rsidRPr="00592328">
                <w:rPr>
                  <w:rFonts w:ascii="Times New Roman" w:hAnsi="Times New Roman" w:cs="Times New Roman"/>
                  <w:color w:val="0563C1"/>
                  <w:u w:val="single"/>
                  <w:lang w:eastAsia="en-US"/>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163-164</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Орфограммы в приставках и корнях слов.</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2</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92"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w:t>
            </w:r>
            <w:hyperlink r:id="rId193" w:history="1">
              <w:r w:rsidRPr="00592328">
                <w:rPr>
                  <w:rFonts w:ascii="Times New Roman" w:hAnsi="Times New Roman" w:cs="Times New Roman"/>
                  <w:color w:val="0563C1"/>
                  <w:u w:val="single"/>
                  <w:lang w:eastAsia="en-US"/>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165</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Орфограммы в окончаниях.</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r w:rsidRPr="00592328">
              <w:rPr>
                <w:rFonts w:ascii="Times New Roman" w:hAnsi="Times New Roman" w:cs="Times New Roman"/>
                <w:color w:val="0563C1"/>
                <w:u w:val="single"/>
                <w:lang w:eastAsia="en-US"/>
              </w:rPr>
              <w:t>h</w:t>
            </w:r>
            <w:hyperlink r:id="rId194" w:history="1">
              <w:r w:rsidRPr="00592328">
                <w:rPr>
                  <w:rFonts w:ascii="Times New Roman" w:hAnsi="Times New Roman" w:cs="Times New Roman"/>
                  <w:color w:val="0563C1"/>
                  <w:u w:val="single"/>
                  <w:lang w:eastAsia="en-US"/>
                </w:rPr>
                <w:t>https://prosv.ru/static/tsok</w:t>
              </w:r>
            </w:hyperlink>
          </w:p>
          <w:p w:rsidR="00F44E79" w:rsidRPr="00592328" w:rsidRDefault="00F44E79" w:rsidP="00592328">
            <w:pPr>
              <w:widowControl/>
              <w:jc w:val="both"/>
              <w:rPr>
                <w:rFonts w:ascii="Times New Roman" w:hAnsi="Times New Roman" w:cs="Times New Roman"/>
                <w:color w:val="auto"/>
                <w:lang w:eastAsia="en-US"/>
              </w:rPr>
            </w:pPr>
            <w:hyperlink r:id="rId195"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166</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 xml:space="preserve">Употребление букв </w:t>
            </w:r>
            <w:r w:rsidRPr="00592328">
              <w:rPr>
                <w:rFonts w:ascii="Times New Roman" w:hAnsi="Times New Roman" w:cs="Times New Roman"/>
                <w:b/>
                <w:bCs/>
                <w:color w:val="auto"/>
                <w:lang w:eastAsia="en-US"/>
              </w:rPr>
              <w:t>ъ</w:t>
            </w:r>
            <w:r w:rsidRPr="00592328">
              <w:rPr>
                <w:rFonts w:ascii="Times New Roman" w:hAnsi="Times New Roman" w:cs="Times New Roman"/>
                <w:color w:val="auto"/>
                <w:lang w:eastAsia="en-US"/>
              </w:rPr>
              <w:t xml:space="preserve"> и </w:t>
            </w:r>
            <w:r w:rsidRPr="00592328">
              <w:rPr>
                <w:rFonts w:ascii="Times New Roman" w:hAnsi="Times New Roman" w:cs="Times New Roman"/>
                <w:b/>
                <w:bCs/>
                <w:color w:val="auto"/>
                <w:lang w:eastAsia="en-US"/>
              </w:rPr>
              <w:t>ь</w:t>
            </w:r>
            <w:r w:rsidRPr="00592328">
              <w:rPr>
                <w:rFonts w:ascii="Times New Roman" w:hAnsi="Times New Roman" w:cs="Times New Roman"/>
                <w:color w:val="auto"/>
                <w:lang w:eastAsia="en-US"/>
              </w:rPr>
              <w:t>.</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96" w:history="1">
              <w:r w:rsidRPr="00592328">
                <w:rPr>
                  <w:rFonts w:ascii="Times New Roman" w:hAnsi="Times New Roman" w:cs="Times New Roman"/>
                  <w:color w:val="0563C1"/>
                  <w:u w:val="single"/>
                  <w:lang w:eastAsia="en-US"/>
                </w:rPr>
                <w:t>https://resh.edu.ru/subject/13/</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167</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Знаки препинания в простом и сложном предложении и в предложениях с прямой речью.</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0563C1"/>
                <w:u w:val="single"/>
                <w:lang w:eastAsia="en-US"/>
              </w:rPr>
            </w:pPr>
            <w:hyperlink r:id="rId197" w:history="1">
              <w:r w:rsidRPr="00592328">
                <w:rPr>
                  <w:rFonts w:ascii="Times New Roman" w:hAnsi="Times New Roman" w:cs="Times New Roman"/>
                  <w:color w:val="0563C1"/>
                  <w:u w:val="single"/>
                  <w:lang w:eastAsia="en-US"/>
                </w:rPr>
                <w:t>https://resh.edu.ru/subject/13/</w:t>
              </w:r>
            </w:hyperlink>
          </w:p>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0563C1"/>
                <w:u w:val="single"/>
                <w:lang w:eastAsia="en-US"/>
              </w:rPr>
              <w:t>h</w:t>
            </w:r>
            <w:hyperlink r:id="rId198" w:history="1">
              <w:r w:rsidRPr="00592328">
                <w:rPr>
                  <w:rFonts w:ascii="Times New Roman" w:hAnsi="Times New Roman" w:cs="Times New Roman"/>
                  <w:color w:val="0563C1"/>
                  <w:u w:val="single"/>
                  <w:lang w:eastAsia="en-US"/>
                </w:rPr>
                <w:t>https://prosv.ru/static/tsok</w:t>
              </w:r>
            </w:hyperlink>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168</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Итоговая контрольная работа</w:t>
            </w:r>
          </w:p>
        </w:tc>
        <w:tc>
          <w:tcPr>
            <w:tcW w:w="2520" w:type="dxa"/>
          </w:tcPr>
          <w:p w:rsidR="00F44E79" w:rsidRPr="00592328" w:rsidRDefault="00F44E79" w:rsidP="00592328">
            <w:pPr>
              <w:widowControl/>
              <w:shd w:val="clear" w:color="auto" w:fill="FFFFFF"/>
              <w:spacing w:after="150"/>
              <w:jc w:val="both"/>
              <w:rPr>
                <w:rFonts w:ascii="Times New Roman" w:hAnsi="Times New Roman" w:cs="Times New Roman"/>
                <w:color w:val="auto"/>
              </w:rPr>
            </w:pPr>
            <w:r w:rsidRPr="00592328">
              <w:rPr>
                <w:rFonts w:ascii="Times New Roman" w:hAnsi="Times New Roman" w:cs="Times New Roman"/>
                <w:color w:val="auto"/>
              </w:rPr>
              <w:t>1</w:t>
            </w:r>
          </w:p>
        </w:tc>
        <w:tc>
          <w:tcPr>
            <w:tcW w:w="4238" w:type="dxa"/>
          </w:tcPr>
          <w:p w:rsidR="00F44E79" w:rsidRPr="00592328" w:rsidRDefault="00F44E79" w:rsidP="00592328">
            <w:pPr>
              <w:widowControl/>
              <w:shd w:val="clear" w:color="auto" w:fill="FFFFFF"/>
              <w:spacing w:after="150"/>
              <w:jc w:val="both"/>
              <w:rPr>
                <w:rFonts w:ascii="Times New Roman" w:hAnsi="Times New Roman" w:cs="Times New Roman"/>
                <w:color w:val="0563C1"/>
                <w:u w:val="single"/>
              </w:rPr>
            </w:pPr>
          </w:p>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169</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Анализ итоговой контрольной работы</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p>
        </w:tc>
      </w:tr>
      <w:tr w:rsidR="00F44E79" w:rsidRPr="00592328" w:rsidTr="00592328">
        <w:trPr>
          <w:trHeight w:val="585"/>
        </w:trPr>
        <w:tc>
          <w:tcPr>
            <w:tcW w:w="1102"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170</w:t>
            </w:r>
          </w:p>
        </w:tc>
        <w:tc>
          <w:tcPr>
            <w:tcW w:w="6818"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Итоговое занятие.</w:t>
            </w:r>
          </w:p>
        </w:tc>
        <w:tc>
          <w:tcPr>
            <w:tcW w:w="2520" w:type="dxa"/>
          </w:tcPr>
          <w:p w:rsidR="00F44E79" w:rsidRPr="00592328" w:rsidRDefault="00F44E79" w:rsidP="00592328">
            <w:pPr>
              <w:widowControl/>
              <w:jc w:val="both"/>
              <w:rPr>
                <w:rFonts w:ascii="Times New Roman" w:hAnsi="Times New Roman" w:cs="Times New Roman"/>
                <w:color w:val="auto"/>
                <w:lang w:eastAsia="en-US"/>
              </w:rPr>
            </w:pPr>
            <w:r w:rsidRPr="00592328">
              <w:rPr>
                <w:rFonts w:ascii="Times New Roman" w:hAnsi="Times New Roman" w:cs="Times New Roman"/>
                <w:color w:val="auto"/>
                <w:lang w:eastAsia="en-US"/>
              </w:rPr>
              <w:t>1</w:t>
            </w:r>
          </w:p>
        </w:tc>
        <w:tc>
          <w:tcPr>
            <w:tcW w:w="4238" w:type="dxa"/>
          </w:tcPr>
          <w:p w:rsidR="00F44E79" w:rsidRPr="00592328" w:rsidRDefault="00F44E79" w:rsidP="00592328">
            <w:pPr>
              <w:widowControl/>
              <w:jc w:val="both"/>
              <w:rPr>
                <w:rFonts w:ascii="Times New Roman" w:hAnsi="Times New Roman" w:cs="Times New Roman"/>
                <w:color w:val="auto"/>
                <w:lang w:eastAsia="en-US"/>
              </w:rPr>
            </w:pPr>
            <w:hyperlink r:id="rId199" w:history="1">
              <w:r w:rsidRPr="00592328">
                <w:rPr>
                  <w:rFonts w:ascii="Times New Roman" w:hAnsi="Times New Roman" w:cs="Times New Roman"/>
                  <w:color w:val="0563C1"/>
                  <w:u w:val="single"/>
                  <w:lang w:eastAsia="en-US"/>
                </w:rPr>
                <w:t>https://resh.edu.ru/subject/13/</w:t>
              </w:r>
            </w:hyperlink>
          </w:p>
        </w:tc>
      </w:tr>
    </w:tbl>
    <w:p w:rsidR="00F44E79" w:rsidRPr="00592328" w:rsidRDefault="00F44E79" w:rsidP="00592328">
      <w:pPr>
        <w:widowControl/>
        <w:spacing w:after="160" w:line="259" w:lineRule="auto"/>
        <w:jc w:val="both"/>
        <w:rPr>
          <w:rFonts w:ascii="Times New Roman" w:hAnsi="Times New Roman" w:cs="Times New Roman"/>
          <w:color w:val="auto"/>
          <w:lang w:eastAsia="en-US"/>
        </w:rPr>
      </w:pPr>
    </w:p>
    <w:p w:rsidR="00F44E79" w:rsidRPr="00592328" w:rsidRDefault="00F44E79" w:rsidP="00592328">
      <w:pPr>
        <w:widowControl/>
        <w:spacing w:after="160" w:line="259" w:lineRule="auto"/>
        <w:jc w:val="both"/>
        <w:rPr>
          <w:rFonts w:ascii="Times New Roman" w:hAnsi="Times New Roman" w:cs="Times New Roman"/>
          <w:color w:val="auto"/>
          <w:lang w:eastAsia="en-US"/>
        </w:rPr>
      </w:pPr>
      <w:r w:rsidRPr="00592328">
        <w:rPr>
          <w:rFonts w:ascii="Times New Roman" w:hAnsi="Times New Roman" w:cs="Times New Roman"/>
          <w:color w:val="auto"/>
          <w:lang w:eastAsia="en-US"/>
        </w:rPr>
        <w:t>*</w:t>
      </w:r>
      <w:r w:rsidRPr="00592328">
        <w:rPr>
          <w:rFonts w:ascii="Times New Roman" w:hAnsi="Times New Roman" w:cs="Times New Roman"/>
          <w:b/>
          <w:bCs/>
          <w:color w:val="auto"/>
          <w:lang w:eastAsia="en-US"/>
        </w:rPr>
        <w:t xml:space="preserve">Р.Р. – </w:t>
      </w:r>
      <w:r w:rsidRPr="00592328">
        <w:rPr>
          <w:rFonts w:ascii="Times New Roman" w:hAnsi="Times New Roman" w:cs="Times New Roman"/>
          <w:color w:val="auto"/>
          <w:lang w:eastAsia="en-US"/>
        </w:rPr>
        <w:t>уроки развития речи (из 204 часов  запланировано 27 уроков развития речи)</w:t>
      </w:r>
    </w:p>
    <w:p w:rsidR="00F44E79" w:rsidRPr="00025A49" w:rsidRDefault="00F44E79">
      <w:pPr>
        <w:pStyle w:val="33"/>
        <w:keepNext/>
        <w:keepLines/>
        <w:pBdr>
          <w:bottom w:val="single" w:sz="4" w:space="0" w:color="auto"/>
        </w:pBdr>
        <w:spacing w:after="220" w:line="266" w:lineRule="auto"/>
        <w:jc w:val="both"/>
        <w:rPr>
          <w:rFonts w:ascii="Times New Roman" w:hAnsi="Times New Roman"/>
          <w:b w:val="0"/>
          <w:bCs w:val="0"/>
          <w:color w:val="auto"/>
          <w:sz w:val="24"/>
          <w:szCs w:val="24"/>
        </w:rPr>
      </w:pPr>
    </w:p>
    <w:p w:rsidR="00F44E79" w:rsidRPr="00025A49" w:rsidRDefault="00F44E79" w:rsidP="00525EF3">
      <w:pPr>
        <w:pStyle w:val="33"/>
        <w:keepNext/>
        <w:keepLines/>
        <w:numPr>
          <w:ilvl w:val="0"/>
          <w:numId w:val="20"/>
        </w:numPr>
        <w:pBdr>
          <w:bottom w:val="single" w:sz="4" w:space="0" w:color="auto"/>
        </w:pBdr>
        <w:tabs>
          <w:tab w:val="left" w:pos="634"/>
        </w:tabs>
        <w:spacing w:after="240" w:line="240" w:lineRule="auto"/>
        <w:rPr>
          <w:rFonts w:ascii="Times New Roman" w:hAnsi="Times New Roman"/>
          <w:b w:val="0"/>
          <w:bCs w:val="0"/>
          <w:color w:val="auto"/>
          <w:sz w:val="24"/>
          <w:szCs w:val="24"/>
        </w:rPr>
      </w:pPr>
      <w:bookmarkStart w:id="130" w:name="bookmark252"/>
      <w:bookmarkStart w:id="131" w:name="bookmark250"/>
      <w:bookmarkStart w:id="132" w:name="bookmark251"/>
      <w:bookmarkStart w:id="133" w:name="bookmark253"/>
      <w:bookmarkEnd w:id="130"/>
      <w:r w:rsidRPr="00025A49">
        <w:rPr>
          <w:rStyle w:val="32"/>
          <w:rFonts w:ascii="Times New Roman" w:hAnsi="Times New Roman"/>
          <w:b/>
          <w:sz w:val="24"/>
          <w:szCs w:val="24"/>
        </w:rPr>
        <w:t>ЛИТЕРАТУРА</w:t>
      </w:r>
      <w:bookmarkEnd w:id="131"/>
      <w:bookmarkEnd w:id="132"/>
      <w:bookmarkEnd w:id="133"/>
    </w:p>
    <w:p w:rsidR="00F44E79" w:rsidRDefault="00F44E79">
      <w:pPr>
        <w:pStyle w:val="BodyText"/>
        <w:spacing w:after="380" w:line="266" w:lineRule="auto"/>
        <w:jc w:val="both"/>
        <w:rPr>
          <w:rStyle w:val="BodyTextChar1"/>
          <w:rFonts w:ascii="Times New Roman" w:hAnsi="Times New Roman"/>
          <w:sz w:val="24"/>
          <w:szCs w:val="24"/>
        </w:rPr>
      </w:pPr>
      <w:r w:rsidRPr="00025A49">
        <w:rPr>
          <w:rStyle w:val="BodyTextChar1"/>
          <w:rFonts w:ascii="Times New Roman" w:hAnsi="Times New Roman"/>
          <w:sz w:val="24"/>
          <w:szCs w:val="24"/>
        </w:rPr>
        <w:t>Рабочая программа по литературе на уровне ос</w:t>
      </w:r>
      <w:r w:rsidRPr="00025A49">
        <w:rPr>
          <w:rStyle w:val="BodyTextChar1"/>
          <w:rFonts w:ascii="Times New Roman" w:hAnsi="Times New Roman"/>
          <w:sz w:val="24"/>
          <w:szCs w:val="24"/>
        </w:rPr>
        <w:softHyphen/>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w:t>
      </w:r>
      <w:r>
        <w:rPr>
          <w:rStyle w:val="BodyTextChar1"/>
          <w:rFonts w:ascii="Times New Roman" w:hAnsi="Times New Roman"/>
          <w:sz w:val="24"/>
          <w:szCs w:val="24"/>
        </w:rPr>
        <w:t>— ФГОС ООО), а также П</w:t>
      </w:r>
      <w:r w:rsidRPr="00025A49">
        <w:rPr>
          <w:rStyle w:val="BodyTextChar1"/>
          <w:rFonts w:ascii="Times New Roman" w:hAnsi="Times New Roman"/>
          <w:sz w:val="24"/>
          <w:szCs w:val="24"/>
        </w:rPr>
        <w:t>рограммы воспитания, с учётом Концепции преподавания русского языка и литературы в Рос</w:t>
      </w:r>
      <w:r w:rsidRPr="00025A49">
        <w:rPr>
          <w:rStyle w:val="BodyTextChar1"/>
          <w:rFonts w:ascii="Times New Roman" w:hAnsi="Times New Roman"/>
          <w:sz w:val="24"/>
          <w:szCs w:val="24"/>
        </w:rPr>
        <w:softHyphen/>
        <w:t>сийской Федерации (утверждённой распоряжением Правитель</w:t>
      </w:r>
      <w:r w:rsidRPr="00025A49">
        <w:rPr>
          <w:rStyle w:val="BodyTextChar1"/>
          <w:rFonts w:ascii="Times New Roman" w:hAnsi="Times New Roman"/>
          <w:sz w:val="24"/>
          <w:szCs w:val="24"/>
        </w:rPr>
        <w:softHyphen/>
        <w:t>ства Российской Федерации от 9 апреля 2016 г. № 637-р).</w:t>
      </w:r>
    </w:p>
    <w:p w:rsidR="00F44E79" w:rsidRPr="00127F47" w:rsidRDefault="00F44E79" w:rsidP="00127F47">
      <w:pPr>
        <w:widowControl/>
        <w:spacing w:after="160" w:line="259" w:lineRule="auto"/>
        <w:ind w:left="-426"/>
        <w:jc w:val="both"/>
        <w:rPr>
          <w:rFonts w:ascii="Times New Roman" w:hAnsi="Times New Roman" w:cs="Times New Roman"/>
          <w:b/>
          <w:bCs/>
          <w:color w:val="auto"/>
        </w:rPr>
      </w:pPr>
      <w:r w:rsidRPr="00127F47">
        <w:rPr>
          <w:rFonts w:ascii="Times New Roman" w:hAnsi="Times New Roman" w:cs="Times New Roman"/>
          <w:b/>
          <w:bCs/>
          <w:caps/>
          <w:color w:val="auto"/>
          <w:kern w:val="36"/>
        </w:rPr>
        <w:t xml:space="preserve"> СОДЕРЖАНИЕ УЧЕБНОГО ПРЕДМЕТА </w:t>
      </w:r>
    </w:p>
    <w:p w:rsidR="00F44E79" w:rsidRPr="00127F47" w:rsidRDefault="00F44E79" w:rsidP="00127F47">
      <w:pPr>
        <w:widowControl/>
        <w:spacing w:line="276" w:lineRule="auto"/>
        <w:ind w:firstLine="567"/>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 xml:space="preserve">5 КЛАСС </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Мифология</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Мифы народов России и мира.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Фольклор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Малые жанры: пословицы, поговорки, загадки. Сказки наро</w:t>
      </w:r>
      <w:r w:rsidRPr="00127F47">
        <w:rPr>
          <w:rFonts w:ascii="Times New Roman" w:hAnsi="Times New Roman" w:cs="Times New Roman"/>
          <w:color w:val="auto"/>
          <w:lang w:eastAsia="en-US"/>
        </w:rPr>
        <w:softHyphen/>
        <w:t>дов России и народов мира (не менее трёх).</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первой половины XIX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И. А. Крылов. </w:t>
      </w:r>
      <w:r w:rsidRPr="00127F47">
        <w:rPr>
          <w:rFonts w:ascii="Times New Roman" w:hAnsi="Times New Roman" w:cs="Times New Roman"/>
          <w:color w:val="auto"/>
          <w:lang w:eastAsia="en-US"/>
        </w:rPr>
        <w:t>Басни (три по выбору). Например, «Волк на псарне», «Листы и Корни», «Свинья под Дубом», «Квартет», «Осёл и Соловей», «Ворона и Лисица».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А. С. Пушкин</w:t>
      </w:r>
      <w:r w:rsidRPr="00127F47">
        <w:rPr>
          <w:rFonts w:ascii="Times New Roman" w:hAnsi="Times New Roman" w:cs="Times New Roman"/>
          <w:color w:val="auto"/>
          <w:lang w:eastAsia="en-US"/>
        </w:rPr>
        <w:t>. Стихотворения (не менее трёх). «Зимнее утро», «Зимний вечер», «Няне» и др. «Сказка о мёртвой царевне и о се</w:t>
      </w:r>
      <w:r w:rsidRPr="00127F47">
        <w:rPr>
          <w:rFonts w:ascii="Times New Roman" w:hAnsi="Times New Roman" w:cs="Times New Roman"/>
          <w:color w:val="auto"/>
          <w:lang w:eastAsia="en-US"/>
        </w:rPr>
        <w:softHyphen/>
        <w:t>ми богатырях».</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М. Ю. Лермонтов</w:t>
      </w:r>
      <w:r w:rsidRPr="00127F47">
        <w:rPr>
          <w:rFonts w:ascii="Times New Roman" w:hAnsi="Times New Roman" w:cs="Times New Roman"/>
          <w:i/>
          <w:iCs/>
          <w:color w:val="auto"/>
          <w:lang w:eastAsia="en-US"/>
        </w:rPr>
        <w:t>.</w:t>
      </w:r>
      <w:r w:rsidRPr="00127F47">
        <w:rPr>
          <w:rFonts w:ascii="Times New Roman" w:hAnsi="Times New Roman" w:cs="Times New Roman"/>
          <w:color w:val="auto"/>
          <w:lang w:eastAsia="en-US"/>
        </w:rPr>
        <w:t xml:space="preserve"> Стихотворение «Бородино».</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Н. В. Гоголь. </w:t>
      </w:r>
      <w:r w:rsidRPr="00127F47">
        <w:rPr>
          <w:rFonts w:ascii="Times New Roman" w:hAnsi="Times New Roman" w:cs="Times New Roman"/>
          <w:color w:val="auto"/>
          <w:lang w:eastAsia="en-US"/>
        </w:rPr>
        <w:t>Повесть «Ночь перед Рождеством» из сборника «Вечера на хуторе близ Диканьки».</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второй половины </w:t>
      </w:r>
      <w:r w:rsidRPr="00127F47">
        <w:rPr>
          <w:rFonts w:ascii="Times New Roman" w:hAnsi="Times New Roman" w:cs="Times New Roman"/>
          <w:b/>
          <w:bCs/>
          <w:color w:val="auto"/>
          <w:lang w:val="en-US" w:eastAsia="en-US"/>
        </w:rPr>
        <w:t>XIX</w:t>
      </w:r>
      <w:r w:rsidRPr="00127F47">
        <w:rPr>
          <w:rFonts w:ascii="Times New Roman" w:hAnsi="Times New Roman" w:cs="Times New Roman"/>
          <w:b/>
          <w:bCs/>
          <w:color w:val="auto"/>
          <w:lang w:eastAsia="en-US"/>
        </w:rPr>
        <w:t xml:space="preserve">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И. С. Тургенев. </w:t>
      </w:r>
      <w:r w:rsidRPr="00127F47">
        <w:rPr>
          <w:rFonts w:ascii="Times New Roman" w:hAnsi="Times New Roman" w:cs="Times New Roman"/>
          <w:color w:val="auto"/>
          <w:lang w:eastAsia="en-US"/>
        </w:rPr>
        <w:t>Рассказ «Муму».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Н. А. Некрасов. </w:t>
      </w:r>
      <w:r w:rsidRPr="00127F47">
        <w:rPr>
          <w:rFonts w:ascii="Times New Roman" w:hAnsi="Times New Roman" w:cs="Times New Roman"/>
          <w:color w:val="auto"/>
          <w:lang w:eastAsia="en-US"/>
        </w:rPr>
        <w:t>Стихотворения (не менее двух). «Крестьян</w:t>
      </w:r>
      <w:r w:rsidRPr="00127F47">
        <w:rPr>
          <w:rFonts w:ascii="Times New Roman" w:hAnsi="Times New Roman" w:cs="Times New Roman"/>
          <w:color w:val="auto"/>
          <w:lang w:eastAsia="en-US"/>
        </w:rPr>
        <w:softHyphen/>
        <w:t>ские дети». «Школьник». Поэма «Мороз, Красный нос» (фраг</w:t>
      </w:r>
      <w:r w:rsidRPr="00127F47">
        <w:rPr>
          <w:rFonts w:ascii="Times New Roman" w:hAnsi="Times New Roman" w:cs="Times New Roman"/>
          <w:color w:val="auto"/>
          <w:lang w:eastAsia="en-US"/>
        </w:rPr>
        <w:softHyphen/>
        <w:t>мент).</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 Н. Толстой. </w:t>
      </w:r>
      <w:r w:rsidRPr="00127F47">
        <w:rPr>
          <w:rFonts w:ascii="Times New Roman" w:hAnsi="Times New Roman" w:cs="Times New Roman"/>
          <w:color w:val="auto"/>
          <w:lang w:eastAsia="en-US"/>
        </w:rPr>
        <w:t>Рассказ «Кавказский пленник».</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w:t>
      </w:r>
      <w:r w:rsidRPr="00127F47">
        <w:rPr>
          <w:rFonts w:ascii="Times New Roman" w:hAnsi="Times New Roman" w:cs="Times New Roman"/>
          <w:b/>
          <w:bCs/>
          <w:color w:val="auto"/>
          <w:lang w:val="en-US" w:eastAsia="en-US"/>
        </w:rPr>
        <w:t>XIX</w:t>
      </w:r>
      <w:r w:rsidRPr="00127F47">
        <w:rPr>
          <w:rFonts w:ascii="Times New Roman" w:hAnsi="Times New Roman" w:cs="Times New Roman"/>
          <w:b/>
          <w:bCs/>
          <w:color w:val="auto"/>
          <w:lang w:eastAsia="en-US"/>
        </w:rPr>
        <w:t>—ХХ веков</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Стихотворения отечественных поэтов XIX—ХХ веков о род</w:t>
      </w:r>
      <w:r w:rsidRPr="00127F47">
        <w:rPr>
          <w:rFonts w:ascii="Times New Roman" w:hAnsi="Times New Roman" w:cs="Times New Roman"/>
          <w:b/>
          <w:bCs/>
          <w:color w:val="auto"/>
          <w:lang w:eastAsia="en-US"/>
        </w:rPr>
        <w:softHyphen/>
        <w:t xml:space="preserve">ной природе и о связи человека с Родиной </w:t>
      </w:r>
      <w:r w:rsidRPr="00127F47">
        <w:rPr>
          <w:rFonts w:ascii="Times New Roman" w:hAnsi="Times New Roman" w:cs="Times New Roman"/>
          <w:color w:val="auto"/>
          <w:lang w:eastAsia="en-US"/>
        </w:rPr>
        <w:t>(не менее пяти сти</w:t>
      </w:r>
      <w:r w:rsidRPr="00127F47">
        <w:rPr>
          <w:rFonts w:ascii="Times New Roman" w:hAnsi="Times New Roman" w:cs="Times New Roman"/>
          <w:color w:val="auto"/>
          <w:lang w:eastAsia="en-US"/>
        </w:rPr>
        <w:softHyphen/>
        <w:t>хотворений трёх поэтов). Например, стихотворения А. К. Тол</w:t>
      </w:r>
      <w:r w:rsidRPr="00127F47">
        <w:rPr>
          <w:rFonts w:ascii="Times New Roman" w:hAnsi="Times New Roman" w:cs="Times New Roman"/>
          <w:color w:val="auto"/>
          <w:lang w:eastAsia="en-US"/>
        </w:rPr>
        <w:softHyphen/>
        <w:t>стого, Ф. И. Тютчева, А. А. Фета, И. А. Бунина, А. А. Блока, С. А. Есенина, Н. М. Рубцова, Ю. П. Кузнецова.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Юмористические рассказы отечественных писателей </w:t>
      </w:r>
      <w:r w:rsidRPr="00127F47">
        <w:rPr>
          <w:rFonts w:ascii="Times New Roman" w:hAnsi="Times New Roman" w:cs="Times New Roman"/>
          <w:b/>
          <w:bCs/>
          <w:color w:val="auto"/>
          <w:lang w:val="en-US" w:eastAsia="en-US"/>
        </w:rPr>
        <w:t>XIX</w:t>
      </w:r>
      <w:r w:rsidRPr="00127F47">
        <w:rPr>
          <w:rFonts w:ascii="Times New Roman" w:hAnsi="Times New Roman" w:cs="Times New Roman"/>
          <w:b/>
          <w:bCs/>
          <w:color w:val="auto"/>
          <w:lang w:eastAsia="en-US"/>
        </w:rPr>
        <w:t xml:space="preserve">—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 xml:space="preserve"> веков</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П. Чехов </w:t>
      </w:r>
      <w:r w:rsidRPr="00127F47">
        <w:rPr>
          <w:rFonts w:ascii="Times New Roman" w:hAnsi="Times New Roman" w:cs="Times New Roman"/>
          <w:color w:val="auto"/>
          <w:lang w:eastAsia="en-US"/>
        </w:rPr>
        <w:t>(два рассказа по выбору). Например, «Лошади</w:t>
      </w:r>
      <w:r w:rsidRPr="00127F47">
        <w:rPr>
          <w:rFonts w:ascii="Times New Roman" w:hAnsi="Times New Roman" w:cs="Times New Roman"/>
          <w:color w:val="auto"/>
          <w:lang w:eastAsia="en-US"/>
        </w:rPr>
        <w:softHyphen/>
        <w:t>ная фамилия», «Мальчики», «Хирургия»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М. Зощенко </w:t>
      </w:r>
      <w:r w:rsidRPr="00127F47">
        <w:rPr>
          <w:rFonts w:ascii="Times New Roman" w:hAnsi="Times New Roman" w:cs="Times New Roman"/>
          <w:color w:val="auto"/>
          <w:lang w:eastAsia="en-US"/>
        </w:rPr>
        <w:t>(два рассказа по выбору). Например, «Гало</w:t>
      </w:r>
      <w:r w:rsidRPr="00127F47">
        <w:rPr>
          <w:rFonts w:ascii="Times New Roman" w:hAnsi="Times New Roman" w:cs="Times New Roman"/>
          <w:color w:val="auto"/>
          <w:lang w:eastAsia="en-US"/>
        </w:rPr>
        <w:softHyphen/>
        <w:t>ша», «Лёля и Минька», «Ёлка», «Золотые слова», «Встреча»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Произведения отечественной литературы о природе и живот</w:t>
      </w:r>
      <w:r w:rsidRPr="00127F47">
        <w:rPr>
          <w:rFonts w:ascii="Times New Roman" w:hAnsi="Times New Roman" w:cs="Times New Roman"/>
          <w:b/>
          <w:bCs/>
          <w:color w:val="auto"/>
          <w:lang w:eastAsia="en-US"/>
        </w:rPr>
        <w:softHyphen/>
        <w:t xml:space="preserve">ных </w:t>
      </w:r>
      <w:r w:rsidRPr="00127F47">
        <w:rPr>
          <w:rFonts w:ascii="Times New Roman" w:hAnsi="Times New Roman" w:cs="Times New Roman"/>
          <w:color w:val="auto"/>
          <w:lang w:eastAsia="en-US"/>
        </w:rPr>
        <w:t>(не менее двух). Например, А. И. Куприна, М. М. Пришви</w:t>
      </w:r>
      <w:r w:rsidRPr="00127F47">
        <w:rPr>
          <w:rFonts w:ascii="Times New Roman" w:hAnsi="Times New Roman" w:cs="Times New Roman"/>
          <w:color w:val="auto"/>
          <w:lang w:eastAsia="en-US"/>
        </w:rPr>
        <w:softHyphen/>
        <w:t>на, К. Г. Паустовского.</w:t>
      </w:r>
    </w:p>
    <w:p w:rsidR="00F44E79" w:rsidRPr="00127F47" w:rsidRDefault="00F44E79" w:rsidP="00525EF3">
      <w:pPr>
        <w:widowControl/>
        <w:numPr>
          <w:ilvl w:val="0"/>
          <w:numId w:val="21"/>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 Платонов. </w:t>
      </w:r>
      <w:r w:rsidRPr="00127F47">
        <w:rPr>
          <w:rFonts w:ascii="Times New Roman" w:hAnsi="Times New Roman" w:cs="Times New Roman"/>
          <w:color w:val="auto"/>
          <w:lang w:eastAsia="en-US"/>
        </w:rPr>
        <w:t>Рассказы (один по выбору). Например, «Ко</w:t>
      </w:r>
      <w:r w:rsidRPr="00127F47">
        <w:rPr>
          <w:rFonts w:ascii="Times New Roman" w:hAnsi="Times New Roman" w:cs="Times New Roman"/>
          <w:color w:val="auto"/>
          <w:lang w:eastAsia="en-US"/>
        </w:rPr>
        <w:softHyphen/>
        <w:t>рова», «Никита» и др.</w:t>
      </w:r>
    </w:p>
    <w:p w:rsidR="00F44E79" w:rsidRPr="00127F47" w:rsidRDefault="00F44E79" w:rsidP="00525EF3">
      <w:pPr>
        <w:widowControl/>
        <w:numPr>
          <w:ilvl w:val="0"/>
          <w:numId w:val="21"/>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 Астафьев. </w:t>
      </w:r>
      <w:r w:rsidRPr="00127F47">
        <w:rPr>
          <w:rFonts w:ascii="Times New Roman" w:hAnsi="Times New Roman" w:cs="Times New Roman"/>
          <w:color w:val="auto"/>
          <w:lang w:eastAsia="en-US"/>
        </w:rPr>
        <w:t>Рассказ «Васюткино озеро».</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w:t>
      </w:r>
      <w:r w:rsidRPr="00127F47">
        <w:rPr>
          <w:rFonts w:ascii="Times New Roman" w:hAnsi="Times New Roman" w:cs="Times New Roman"/>
          <w:b/>
          <w:bCs/>
          <w:color w:val="auto"/>
          <w:lang w:val="en-US" w:eastAsia="en-US"/>
        </w:rPr>
        <w:t>XXI</w:t>
      </w:r>
      <w:r w:rsidRPr="00127F47">
        <w:rPr>
          <w:rFonts w:ascii="Times New Roman" w:hAnsi="Times New Roman" w:cs="Times New Roman"/>
          <w:b/>
          <w:bCs/>
          <w:color w:val="auto"/>
          <w:lang w:eastAsia="en-US"/>
        </w:rPr>
        <w:t xml:space="preserve"> веков</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отечественной прозы на тему «Человек на войне» </w:t>
      </w:r>
      <w:r w:rsidRPr="00127F47">
        <w:rPr>
          <w:rFonts w:ascii="Times New Roman" w:hAnsi="Times New Roman" w:cs="Times New Roman"/>
          <w:color w:val="auto"/>
          <w:lang w:eastAsia="en-US"/>
        </w:rPr>
        <w:t>(не менее двух). Например, Л. А. Кассиль. «Дорогие мои мальчишки»; Ю. Я. Яковлев. «Девочки с Васильевского остро</w:t>
      </w:r>
      <w:r w:rsidRPr="00127F47">
        <w:rPr>
          <w:rFonts w:ascii="Times New Roman" w:hAnsi="Times New Roman" w:cs="Times New Roman"/>
          <w:color w:val="auto"/>
          <w:lang w:eastAsia="en-US"/>
        </w:rPr>
        <w:softHyphen/>
        <w:t>ва»; В. П. Катаев. «Сын полка»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отечественных писателей XIX—XXI веков на тему детства </w:t>
      </w:r>
      <w:r w:rsidRPr="00127F47">
        <w:rPr>
          <w:rFonts w:ascii="Times New Roman" w:hAnsi="Times New Roman" w:cs="Times New Roman"/>
          <w:color w:val="auto"/>
          <w:lang w:eastAsia="en-US"/>
        </w:rPr>
        <w:t>(не менее двух).</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Например, произведения В. Г. Короленко, В. П. Катаева, В. П. Крапивина, Ю. П. Казакова, А. Г. Алексина, В. П. Аста</w:t>
      </w:r>
      <w:r w:rsidRPr="00127F47">
        <w:rPr>
          <w:rFonts w:ascii="Times New Roman" w:hAnsi="Times New Roman" w:cs="Times New Roman"/>
          <w:color w:val="auto"/>
          <w:lang w:eastAsia="en-US"/>
        </w:rPr>
        <w:softHyphen/>
        <w:t>фьева, В. К. Железникова, Ю. Я. Яковлева, Ю. И. Коваля, А. А. Гиваргизова, М. С. Аромштам, Н. Ю. Абгарян.</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Произведения приключенческого жанра отечественных пи</w:t>
      </w:r>
      <w:r w:rsidRPr="00127F47">
        <w:rPr>
          <w:rFonts w:ascii="Times New Roman" w:hAnsi="Times New Roman" w:cs="Times New Roman"/>
          <w:b/>
          <w:bCs/>
          <w:color w:val="auto"/>
          <w:lang w:eastAsia="en-US"/>
        </w:rPr>
        <w:softHyphen/>
        <w:t xml:space="preserve">сателей </w:t>
      </w:r>
      <w:r w:rsidRPr="00127F47">
        <w:rPr>
          <w:rFonts w:ascii="Times New Roman" w:hAnsi="Times New Roman" w:cs="Times New Roman"/>
          <w:color w:val="auto"/>
          <w:lang w:eastAsia="en-US"/>
        </w:rPr>
        <w:t>(одно по выбору). Например, К. Булычёв. «Девочка, с которой ничего не случится», «Миллион приключений» и др. (главы по выбору).</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народов Российской Федерации</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Стихотворения </w:t>
      </w:r>
      <w:r w:rsidRPr="00127F47">
        <w:rPr>
          <w:rFonts w:ascii="Times New Roman" w:hAnsi="Times New Roman" w:cs="Times New Roman"/>
          <w:color w:val="auto"/>
          <w:lang w:eastAsia="en-US"/>
        </w:rPr>
        <w:t xml:space="preserve">(одно по выбору). Например, Р. Г. Гамзатов. «Песня соловья»; М. Карим. </w:t>
      </w:r>
      <w:r w:rsidRPr="00127F47">
        <w:rPr>
          <w:rFonts w:ascii="Times New Roman" w:hAnsi="Times New Roman" w:cs="Times New Roman"/>
          <w:i/>
          <w:iCs/>
          <w:color w:val="auto"/>
          <w:lang w:eastAsia="en-US"/>
        </w:rPr>
        <w:t>«</w:t>
      </w:r>
      <w:r w:rsidRPr="00127F47">
        <w:rPr>
          <w:rFonts w:ascii="Times New Roman" w:hAnsi="Times New Roman" w:cs="Times New Roman"/>
          <w:color w:val="auto"/>
          <w:lang w:eastAsia="en-US"/>
        </w:rPr>
        <w:t>Эту песню мать мне пела».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Зарубежная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Х. К. Андерсен. </w:t>
      </w:r>
      <w:r w:rsidRPr="00127F47">
        <w:rPr>
          <w:rFonts w:ascii="Times New Roman" w:hAnsi="Times New Roman" w:cs="Times New Roman"/>
          <w:color w:val="auto"/>
          <w:lang w:eastAsia="en-US"/>
        </w:rPr>
        <w:t>Сказки (одна по выбору). Например, «Снеж</w:t>
      </w:r>
      <w:r w:rsidRPr="00127F47">
        <w:rPr>
          <w:rFonts w:ascii="Times New Roman" w:hAnsi="Times New Roman" w:cs="Times New Roman"/>
          <w:color w:val="auto"/>
          <w:lang w:eastAsia="en-US"/>
        </w:rPr>
        <w:softHyphen/>
        <w:t>ная королева», «Соловей»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Зарубежная сказочная проза </w:t>
      </w:r>
      <w:r w:rsidRPr="00127F47">
        <w:rPr>
          <w:rFonts w:ascii="Times New Roman" w:hAnsi="Times New Roman" w:cs="Times New Roman"/>
          <w:color w:val="auto"/>
          <w:lang w:eastAsia="en-US"/>
        </w:rPr>
        <w:t>(одно произведение по выбору). Например, Л. Кэрролл. «Алиса в Стране Чудес» (главы по выбо</w:t>
      </w:r>
      <w:r w:rsidRPr="00127F47">
        <w:rPr>
          <w:rFonts w:ascii="Times New Roman" w:hAnsi="Times New Roman" w:cs="Times New Roman"/>
          <w:color w:val="auto"/>
          <w:lang w:eastAsia="en-US"/>
        </w:rPr>
        <w:softHyphen/>
        <w:t>ру), Дж. Р. Р. Толкин. «Хоббит, или Туда и обратно» (главы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Зарубежная проза о детях и подростках </w:t>
      </w:r>
      <w:r w:rsidRPr="00127F47">
        <w:rPr>
          <w:rFonts w:ascii="Times New Roman" w:hAnsi="Times New Roman" w:cs="Times New Roman"/>
          <w:color w:val="auto"/>
          <w:lang w:eastAsia="en-US"/>
        </w:rPr>
        <w:t>(два произведения по выбору). Например, М. Твен. «Приключения Тома Сойера» (главы по выбору); Дж. Лондон. «Сказание о Кише»; Р. Брэдбе</w:t>
      </w:r>
      <w:r w:rsidRPr="00127F47">
        <w:rPr>
          <w:rFonts w:ascii="Times New Roman" w:hAnsi="Times New Roman" w:cs="Times New Roman"/>
          <w:color w:val="auto"/>
          <w:lang w:eastAsia="en-US"/>
        </w:rPr>
        <w:softHyphen/>
        <w:t>ри. Рассказы. Например, «Каникулы», «Звук бегущих ног», «Зелёное утро»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Зарубежная приключенческая проза </w:t>
      </w:r>
      <w:r w:rsidRPr="00127F47">
        <w:rPr>
          <w:rFonts w:ascii="Times New Roman" w:hAnsi="Times New Roman" w:cs="Times New Roman"/>
          <w:color w:val="auto"/>
          <w:lang w:eastAsia="en-US"/>
        </w:rPr>
        <w:t>(два произведения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Например, Р. Л. Стивенсон. «Остров сокровищ», «Чёрная стрела»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Зарубежная проза о животных </w:t>
      </w:r>
      <w:r w:rsidRPr="00127F47">
        <w:rPr>
          <w:rFonts w:ascii="Times New Roman" w:hAnsi="Times New Roman" w:cs="Times New Roman"/>
          <w:color w:val="auto"/>
          <w:lang w:eastAsia="en-US"/>
        </w:rPr>
        <w:t>(одно-два произведения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Э.</w:t>
      </w:r>
      <w:r w:rsidRPr="00127F47">
        <w:rPr>
          <w:rFonts w:ascii="Times New Roman" w:hAnsi="Times New Roman" w:cs="Times New Roman"/>
          <w:color w:val="auto"/>
          <w:lang w:eastAsia="en-US"/>
        </w:rPr>
        <w:tab/>
        <w:t>Сетон-Томпсон. «Королевская аналостанка»; Дж. Дар</w:t>
      </w:r>
      <w:r w:rsidRPr="00127F47">
        <w:rPr>
          <w:rFonts w:ascii="Times New Roman" w:hAnsi="Times New Roman" w:cs="Times New Roman"/>
          <w:color w:val="auto"/>
          <w:lang w:eastAsia="en-US"/>
        </w:rPr>
        <w:softHyphen/>
        <w:t>релл. «Говорящий свёрток»; Дж. Лондон. «Белый клык»; Дж. Р. Киплинг. «Маугли», «Рикки-Тикки-Тави» и др.</w:t>
      </w:r>
    </w:p>
    <w:p w:rsidR="00F44E79" w:rsidRPr="00127F47" w:rsidRDefault="00F44E79" w:rsidP="00127F47">
      <w:pPr>
        <w:widowControl/>
        <w:spacing w:line="276" w:lineRule="auto"/>
        <w:ind w:left="510"/>
        <w:jc w:val="both"/>
        <w:rPr>
          <w:rFonts w:ascii="Times New Roman" w:hAnsi="Times New Roman" w:cs="Times New Roman"/>
          <w:b/>
          <w:bCs/>
          <w:color w:val="auto"/>
          <w:lang w:eastAsia="en-US"/>
        </w:rPr>
      </w:pPr>
    </w:p>
    <w:p w:rsidR="00F44E79" w:rsidRPr="00127F47" w:rsidRDefault="00F44E79" w:rsidP="00127F47">
      <w:pPr>
        <w:widowControl/>
        <w:spacing w:line="276" w:lineRule="auto"/>
        <w:ind w:left="510"/>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6 КЛАСС</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Античная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Гомер. </w:t>
      </w:r>
      <w:r w:rsidRPr="00127F47">
        <w:rPr>
          <w:rFonts w:ascii="Times New Roman" w:hAnsi="Times New Roman" w:cs="Times New Roman"/>
          <w:color w:val="auto"/>
          <w:lang w:eastAsia="en-US"/>
        </w:rPr>
        <w:t>Поэмы. «Илиада», «Одиссея» (фрагменты).</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Фольклор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Русские былины (не менее двух). Например, «Илья Муромец и Соловей-разбойник», «Садко».</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Древнерусская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«Повесть временных лет» </w:t>
      </w:r>
      <w:r w:rsidRPr="00127F47">
        <w:rPr>
          <w:rFonts w:ascii="Times New Roman" w:hAnsi="Times New Roman" w:cs="Times New Roman"/>
          <w:color w:val="auto"/>
          <w:lang w:eastAsia="en-US"/>
        </w:rPr>
        <w:t>(не менее одного фрагмента). На</w:t>
      </w:r>
      <w:r w:rsidRPr="00127F47">
        <w:rPr>
          <w:rFonts w:ascii="Times New Roman" w:hAnsi="Times New Roman" w:cs="Times New Roman"/>
          <w:color w:val="auto"/>
          <w:lang w:eastAsia="en-US"/>
        </w:rPr>
        <w:softHyphen/>
        <w:t>пример, «Сказание о белгородском киселе», «Сказание о походе князя Олега на Царьград», «Предание о смерти князя Олега».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первой половины XIX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А. С. Пушкин</w:t>
      </w:r>
      <w:r w:rsidRPr="00127F47">
        <w:rPr>
          <w:rFonts w:ascii="Times New Roman" w:hAnsi="Times New Roman" w:cs="Times New Roman"/>
          <w:color w:val="auto"/>
          <w:lang w:eastAsia="en-US"/>
        </w:rPr>
        <w:t>. Стихотворения (не менее трёх). «Песнь о ве</w:t>
      </w:r>
      <w:r w:rsidRPr="00127F47">
        <w:rPr>
          <w:rFonts w:ascii="Times New Roman" w:hAnsi="Times New Roman" w:cs="Times New Roman"/>
          <w:color w:val="auto"/>
          <w:lang w:eastAsia="en-US"/>
        </w:rPr>
        <w:softHyphen/>
        <w:t>щем Олеге», «Зимняя дорога», «Узник», «Туча» и др. Роман «Дубровский».</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М. Ю. Лермонтов</w:t>
      </w:r>
      <w:r w:rsidRPr="00127F47">
        <w:rPr>
          <w:rFonts w:ascii="Times New Roman" w:hAnsi="Times New Roman" w:cs="Times New Roman"/>
          <w:i/>
          <w:iCs/>
          <w:color w:val="auto"/>
          <w:lang w:eastAsia="en-US"/>
        </w:rPr>
        <w:t>.</w:t>
      </w:r>
      <w:r w:rsidRPr="00127F47">
        <w:rPr>
          <w:rFonts w:ascii="Times New Roman" w:hAnsi="Times New Roman" w:cs="Times New Roman"/>
          <w:color w:val="auto"/>
          <w:lang w:eastAsia="en-US"/>
        </w:rPr>
        <w:t xml:space="preserve"> Стихотворения (не менее трёх). «Три паль</w:t>
      </w:r>
      <w:r w:rsidRPr="00127F47">
        <w:rPr>
          <w:rFonts w:ascii="Times New Roman" w:hAnsi="Times New Roman" w:cs="Times New Roman"/>
          <w:color w:val="auto"/>
          <w:lang w:eastAsia="en-US"/>
        </w:rPr>
        <w:softHyphen/>
        <w:t>мы», «Листок», «Утёс»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В. Кольцов. </w:t>
      </w:r>
      <w:r w:rsidRPr="00127F47">
        <w:rPr>
          <w:rFonts w:ascii="Times New Roman" w:hAnsi="Times New Roman" w:cs="Times New Roman"/>
          <w:color w:val="auto"/>
          <w:lang w:eastAsia="en-US"/>
        </w:rPr>
        <w:t>Стихотворения (не менее двух). Например, «Косарь», «Соловей»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второй половины XIX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Ф. И. Тютчев. </w:t>
      </w:r>
      <w:r w:rsidRPr="00127F47">
        <w:rPr>
          <w:rFonts w:ascii="Times New Roman" w:hAnsi="Times New Roman" w:cs="Times New Roman"/>
          <w:color w:val="auto"/>
          <w:lang w:eastAsia="en-US"/>
        </w:rPr>
        <w:t>Стихотворения (не менее двух). «Есть в осени первоначальной...», «С поляны коршун поднялся...».</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А. Фет. </w:t>
      </w:r>
      <w:r w:rsidRPr="00127F47">
        <w:rPr>
          <w:rFonts w:ascii="Times New Roman" w:hAnsi="Times New Roman" w:cs="Times New Roman"/>
          <w:color w:val="auto"/>
          <w:lang w:eastAsia="en-US"/>
        </w:rPr>
        <w:t>Стихотворения (не менее двух). «Учись у них — у дуба, у берёзы.», «Я пришёл к тебе с приветом.».</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И. С. Тургенев. </w:t>
      </w:r>
      <w:r w:rsidRPr="00127F47">
        <w:rPr>
          <w:rFonts w:ascii="Times New Roman" w:hAnsi="Times New Roman" w:cs="Times New Roman"/>
          <w:color w:val="auto"/>
          <w:lang w:eastAsia="en-US"/>
        </w:rPr>
        <w:t>Рассказ «Бежин луг».</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Н. С. Лесков. </w:t>
      </w:r>
      <w:r w:rsidRPr="00127F47">
        <w:rPr>
          <w:rFonts w:ascii="Times New Roman" w:hAnsi="Times New Roman" w:cs="Times New Roman"/>
          <w:color w:val="auto"/>
          <w:lang w:eastAsia="en-US"/>
        </w:rPr>
        <w:t>Сказ «Левша».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 Н. Толстой. </w:t>
      </w:r>
      <w:r w:rsidRPr="00127F47">
        <w:rPr>
          <w:rFonts w:ascii="Times New Roman" w:hAnsi="Times New Roman" w:cs="Times New Roman"/>
          <w:color w:val="auto"/>
          <w:lang w:eastAsia="en-US"/>
        </w:rPr>
        <w:t>Повесть «Детство» (главы).</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П. Чехов. </w:t>
      </w:r>
      <w:r w:rsidRPr="00127F47">
        <w:rPr>
          <w:rFonts w:ascii="Times New Roman" w:hAnsi="Times New Roman" w:cs="Times New Roman"/>
          <w:color w:val="auto"/>
          <w:lang w:eastAsia="en-US"/>
        </w:rPr>
        <w:t>Рассказы (три по выбору). Например, «Толстый и тонкий», «Хамелеон», «Смерть чиновника»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А. И. Куприн</w:t>
      </w:r>
      <w:r w:rsidRPr="00127F47">
        <w:rPr>
          <w:rFonts w:ascii="Times New Roman" w:hAnsi="Times New Roman" w:cs="Times New Roman"/>
          <w:color w:val="auto"/>
          <w:lang w:eastAsia="en-US"/>
        </w:rPr>
        <w:t>. Рассказ «Чудесный доктор».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 xml:space="preserve"> века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Стихотворения отечественных поэтов начала ХХ века </w:t>
      </w:r>
      <w:r w:rsidRPr="00127F47">
        <w:rPr>
          <w:rFonts w:ascii="Times New Roman" w:hAnsi="Times New Roman" w:cs="Times New Roman"/>
          <w:color w:val="auto"/>
          <w:lang w:eastAsia="en-US"/>
        </w:rPr>
        <w:t>(не ме</w:t>
      </w:r>
      <w:r w:rsidRPr="00127F47">
        <w:rPr>
          <w:rFonts w:ascii="Times New Roman" w:hAnsi="Times New Roman" w:cs="Times New Roman"/>
          <w:color w:val="auto"/>
          <w:lang w:eastAsia="en-US"/>
        </w:rPr>
        <w:softHyphen/>
        <w:t>нее двух). Например, стихотворения С. А. Есенина, В. В. Мая</w:t>
      </w:r>
      <w:r w:rsidRPr="00127F47">
        <w:rPr>
          <w:rFonts w:ascii="Times New Roman" w:hAnsi="Times New Roman" w:cs="Times New Roman"/>
          <w:color w:val="auto"/>
          <w:lang w:eastAsia="en-US"/>
        </w:rPr>
        <w:softHyphen/>
        <w:t>ковского, А. А. Блока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Стихотворения отечественных поэтов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 xml:space="preserve"> века </w:t>
      </w:r>
      <w:r w:rsidRPr="00127F47">
        <w:rPr>
          <w:rFonts w:ascii="Times New Roman" w:hAnsi="Times New Roman" w:cs="Times New Roman"/>
          <w:color w:val="auto"/>
          <w:lang w:eastAsia="en-US"/>
        </w:rPr>
        <w:t>(не менее че</w:t>
      </w:r>
      <w:r w:rsidRPr="00127F47">
        <w:rPr>
          <w:rFonts w:ascii="Times New Roman" w:hAnsi="Times New Roman" w:cs="Times New Roman"/>
          <w:color w:val="auto"/>
          <w:lang w:eastAsia="en-US"/>
        </w:rPr>
        <w:softHyphen/>
        <w:t>тырёх стихотворений двух поэтов). Например, стихотворения О. Ф. Берггольц, В. С. Высоцкого, Е. А. Евтушенко, А. С. Куш</w:t>
      </w:r>
      <w:r w:rsidRPr="00127F47">
        <w:rPr>
          <w:rFonts w:ascii="Times New Roman" w:hAnsi="Times New Roman" w:cs="Times New Roman"/>
          <w:color w:val="auto"/>
          <w:lang w:eastAsia="en-US"/>
        </w:rPr>
        <w:softHyphen/>
        <w:t>нера, Ю. Д. Левитанского, Ю. П. Мориц, Б. Ш. Окуджавы, Д. С. Самойлова.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Проза отечественных писателей конца XX — начала XXI ве</w:t>
      </w:r>
      <w:r w:rsidRPr="00127F47">
        <w:rPr>
          <w:rFonts w:ascii="Times New Roman" w:hAnsi="Times New Roman" w:cs="Times New Roman"/>
          <w:b/>
          <w:bCs/>
          <w:color w:val="auto"/>
          <w:lang w:eastAsia="en-US"/>
        </w:rPr>
        <w:softHyphen/>
        <w:t xml:space="preserve">ка, в том числе о Великой Отечественной войне </w:t>
      </w:r>
      <w:r w:rsidRPr="00127F47">
        <w:rPr>
          <w:rFonts w:ascii="Times New Roman" w:hAnsi="Times New Roman" w:cs="Times New Roman"/>
          <w:color w:val="auto"/>
          <w:lang w:eastAsia="en-US"/>
        </w:rPr>
        <w:t>(два произведе</w:t>
      </w:r>
      <w:r w:rsidRPr="00127F47">
        <w:rPr>
          <w:rFonts w:ascii="Times New Roman" w:hAnsi="Times New Roman" w:cs="Times New Roman"/>
          <w:color w:val="auto"/>
          <w:lang w:eastAsia="en-US"/>
        </w:rPr>
        <w:softHyphen/>
        <w:t>ния по выбору). Например, Б. Л. Васильев. «Экспонат №...»; Б. П. Екимов. «Ночь исцеления», А. В. Жвалевский и Е. Б. Па</w:t>
      </w:r>
      <w:r w:rsidRPr="00127F47">
        <w:rPr>
          <w:rFonts w:ascii="Times New Roman" w:hAnsi="Times New Roman" w:cs="Times New Roman"/>
          <w:color w:val="auto"/>
          <w:lang w:eastAsia="en-US"/>
        </w:rPr>
        <w:softHyphen/>
        <w:t>стернак. «Правдивая история Деда Мороза» (глава «Очень страшный 1942 Новый год») и др.</w:t>
      </w:r>
    </w:p>
    <w:p w:rsidR="00F44E79" w:rsidRPr="00127F47" w:rsidRDefault="00F44E79" w:rsidP="00525EF3">
      <w:pPr>
        <w:widowControl/>
        <w:numPr>
          <w:ilvl w:val="0"/>
          <w:numId w:val="22"/>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Г. Распутин. </w:t>
      </w:r>
      <w:r w:rsidRPr="00127F47">
        <w:rPr>
          <w:rFonts w:ascii="Times New Roman" w:hAnsi="Times New Roman" w:cs="Times New Roman"/>
          <w:color w:val="auto"/>
          <w:lang w:eastAsia="en-US"/>
        </w:rPr>
        <w:t>Рассказ «Уроки французского».</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отечественных писателей на тему взросления человека </w:t>
      </w:r>
      <w:r w:rsidRPr="00127F47">
        <w:rPr>
          <w:rFonts w:ascii="Times New Roman" w:hAnsi="Times New Roman" w:cs="Times New Roman"/>
          <w:color w:val="auto"/>
          <w:lang w:eastAsia="en-US"/>
        </w:rPr>
        <w:t>(не менее двух). Например, Р. П. Погодин. «Кирпич</w:t>
      </w:r>
      <w:r w:rsidRPr="00127F47">
        <w:rPr>
          <w:rFonts w:ascii="Times New Roman" w:hAnsi="Times New Roman" w:cs="Times New Roman"/>
          <w:color w:val="auto"/>
          <w:lang w:eastAsia="en-US"/>
        </w:rPr>
        <w:softHyphen/>
        <w:t>ные острова»; Р. И. Фраерман. «Дикая собака Динго, или По</w:t>
      </w:r>
      <w:r w:rsidRPr="00127F47">
        <w:rPr>
          <w:rFonts w:ascii="Times New Roman" w:hAnsi="Times New Roman" w:cs="Times New Roman"/>
          <w:color w:val="auto"/>
          <w:lang w:eastAsia="en-US"/>
        </w:rPr>
        <w:softHyphen/>
        <w:t>весть о первой любви»; Ю. И. Коваль. «Самая лёгкая лодка в мире»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Произведения современных отечественных писателей-фан</w:t>
      </w:r>
      <w:r w:rsidRPr="00127F47">
        <w:rPr>
          <w:rFonts w:ascii="Times New Roman" w:hAnsi="Times New Roman" w:cs="Times New Roman"/>
          <w:b/>
          <w:bCs/>
          <w:color w:val="auto"/>
          <w:lang w:eastAsia="en-US"/>
        </w:rPr>
        <w:softHyphen/>
        <w:t xml:space="preserve">тастов </w:t>
      </w:r>
      <w:r w:rsidRPr="00127F47">
        <w:rPr>
          <w:rFonts w:ascii="Times New Roman" w:hAnsi="Times New Roman" w:cs="Times New Roman"/>
          <w:color w:val="auto"/>
          <w:lang w:eastAsia="en-US"/>
        </w:rPr>
        <w:t>(не менее двух). Например, А. В. Жвалевский и Е. Б. Па</w:t>
      </w:r>
      <w:r w:rsidRPr="00127F47">
        <w:rPr>
          <w:rFonts w:ascii="Times New Roman" w:hAnsi="Times New Roman" w:cs="Times New Roman"/>
          <w:color w:val="auto"/>
          <w:lang w:eastAsia="en-US"/>
        </w:rPr>
        <w:softHyphen/>
        <w:t>стернак. «Время всегда хорошее»; С. В. Лукьяненко. «Мальчик и Тьма»; В. В. Ледерман. «Календарь ма(й)я»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народов Российской Федерации</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Стихотворения </w:t>
      </w:r>
      <w:r w:rsidRPr="00127F47">
        <w:rPr>
          <w:rFonts w:ascii="Times New Roman" w:hAnsi="Times New Roman" w:cs="Times New Roman"/>
          <w:color w:val="auto"/>
          <w:lang w:eastAsia="en-US"/>
        </w:rPr>
        <w:t>(два по выбору). Например, М. Карим. «Бес</w:t>
      </w:r>
      <w:r w:rsidRPr="00127F47">
        <w:rPr>
          <w:rFonts w:ascii="Times New Roman" w:hAnsi="Times New Roman" w:cs="Times New Roman"/>
          <w:color w:val="auto"/>
          <w:lang w:eastAsia="en-US"/>
        </w:rPr>
        <w:softHyphen/>
        <w:t>смертие» (фрагменты); Г. Тукай. «Родная деревня», «Книга»; К. Кулиев. «Когда на меня навалилась беда...», «Каким бы ма</w:t>
      </w:r>
      <w:r w:rsidRPr="00127F47">
        <w:rPr>
          <w:rFonts w:ascii="Times New Roman" w:hAnsi="Times New Roman" w:cs="Times New Roman"/>
          <w:color w:val="auto"/>
          <w:lang w:eastAsia="en-US"/>
        </w:rPr>
        <w:softHyphen/>
        <w:t>лым ни был мой народ.», «Что б ни делалось на свете.».</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Зарубежная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Д. Дефо. </w:t>
      </w:r>
      <w:r w:rsidRPr="00127F47">
        <w:rPr>
          <w:rFonts w:ascii="Times New Roman" w:hAnsi="Times New Roman" w:cs="Times New Roman"/>
          <w:color w:val="auto"/>
          <w:lang w:eastAsia="en-US"/>
        </w:rPr>
        <w:t>«Робинзон Крузо» (главы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Дж. Свифт. </w:t>
      </w:r>
      <w:r w:rsidRPr="00127F47">
        <w:rPr>
          <w:rFonts w:ascii="Times New Roman" w:hAnsi="Times New Roman" w:cs="Times New Roman"/>
          <w:color w:val="auto"/>
          <w:lang w:eastAsia="en-US"/>
        </w:rPr>
        <w:t>«Путешествия Гулливера» (главы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зарубежных писателей на тему взросления человека </w:t>
      </w:r>
      <w:r w:rsidRPr="00127F47">
        <w:rPr>
          <w:rFonts w:ascii="Times New Roman" w:hAnsi="Times New Roman" w:cs="Times New Roman"/>
          <w:color w:val="auto"/>
          <w:lang w:eastAsia="en-US"/>
        </w:rPr>
        <w:t>(не менее двух). Например, Ж. Верн. «Дети капитана Гранта» (главы по выбору). Х. Ли. «Убить пересмешника» (гла</w:t>
      </w:r>
      <w:r w:rsidRPr="00127F47">
        <w:rPr>
          <w:rFonts w:ascii="Times New Roman" w:hAnsi="Times New Roman" w:cs="Times New Roman"/>
          <w:color w:val="auto"/>
          <w:lang w:eastAsia="en-US"/>
        </w:rPr>
        <w:softHyphen/>
        <w:t>вы по выбору)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Произведения современных зарубежных писателей-фанта</w:t>
      </w:r>
      <w:r w:rsidRPr="00127F47">
        <w:rPr>
          <w:rFonts w:ascii="Times New Roman" w:hAnsi="Times New Roman" w:cs="Times New Roman"/>
          <w:b/>
          <w:bCs/>
          <w:color w:val="auto"/>
          <w:lang w:eastAsia="en-US"/>
        </w:rPr>
        <w:softHyphen/>
        <w:t xml:space="preserve">стов </w:t>
      </w:r>
      <w:r w:rsidRPr="00127F47">
        <w:rPr>
          <w:rFonts w:ascii="Times New Roman" w:hAnsi="Times New Roman" w:cs="Times New Roman"/>
          <w:color w:val="auto"/>
          <w:lang w:eastAsia="en-US"/>
        </w:rPr>
        <w:t>(не менее двух). Например, Дж. К. Роулинг. «Гарри Пот</w:t>
      </w:r>
      <w:r w:rsidRPr="00127F47">
        <w:rPr>
          <w:rFonts w:ascii="Times New Roman" w:hAnsi="Times New Roman" w:cs="Times New Roman"/>
          <w:color w:val="auto"/>
          <w:lang w:eastAsia="en-US"/>
        </w:rPr>
        <w:softHyphen/>
        <w:t>тер» (главы по выбору), Д. У. Джонс. «Дом с характером»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7 КЛАСС</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Древнерусская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Древнерусские повести </w:t>
      </w:r>
      <w:r w:rsidRPr="00127F47">
        <w:rPr>
          <w:rFonts w:ascii="Times New Roman" w:hAnsi="Times New Roman" w:cs="Times New Roman"/>
          <w:color w:val="auto"/>
          <w:lang w:eastAsia="en-US"/>
        </w:rPr>
        <w:t>(одна повесть по выбору). Например, «Поучение» Владимира Мономаха (в сокращении)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первой половины XIX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С. Пушкин. </w:t>
      </w:r>
      <w:r w:rsidRPr="00127F47">
        <w:rPr>
          <w:rFonts w:ascii="Times New Roman" w:hAnsi="Times New Roman" w:cs="Times New Roman"/>
          <w:color w:val="auto"/>
          <w:lang w:eastAsia="en-US"/>
        </w:rPr>
        <w:t>Стихотворения (не менее четырёх). Например, «Во глубине сибирских руд.», «19 октября» («Роняет лес ба</w:t>
      </w:r>
      <w:r w:rsidRPr="00127F47">
        <w:rPr>
          <w:rFonts w:ascii="Times New Roman" w:hAnsi="Times New Roman" w:cs="Times New Roman"/>
          <w:color w:val="auto"/>
          <w:lang w:eastAsia="en-US"/>
        </w:rPr>
        <w:softHyphen/>
        <w:t>гряный свой убор.»), «И. И. Пущину», «На холмах Грузии ле</w:t>
      </w:r>
      <w:r w:rsidRPr="00127F47">
        <w:rPr>
          <w:rFonts w:ascii="Times New Roman" w:hAnsi="Times New Roman" w:cs="Times New Roman"/>
          <w:color w:val="auto"/>
          <w:lang w:eastAsia="en-US"/>
        </w:rPr>
        <w:softHyphen/>
        <w:t>жит ночная мгла.», и др. «Повести Белкина» («Станционный смотритель»). Поэма «Полтава» (фрагмент)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Ю. Лермонтов. </w:t>
      </w:r>
      <w:r w:rsidRPr="00127F47">
        <w:rPr>
          <w:rFonts w:ascii="Times New Roman" w:hAnsi="Times New Roman" w:cs="Times New Roman"/>
          <w:color w:val="auto"/>
          <w:lang w:eastAsia="en-US"/>
        </w:rPr>
        <w:t>Стихотворения (не менее четырёх). Напри</w:t>
      </w:r>
      <w:r w:rsidRPr="00127F47">
        <w:rPr>
          <w:rFonts w:ascii="Times New Roman" w:hAnsi="Times New Roman" w:cs="Times New Roman"/>
          <w:color w:val="auto"/>
          <w:lang w:eastAsia="en-US"/>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127F47">
        <w:rPr>
          <w:rFonts w:ascii="Times New Roman" w:hAnsi="Times New Roman" w:cs="Times New Roman"/>
          <w:color w:val="auto"/>
          <w:lang w:eastAsia="en-US"/>
        </w:rPr>
        <w:softHyphen/>
        <w:t>ря Ивана Васильевича, молодого опричника и удалого купца Калашникова».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Н. В. Гоголь. </w:t>
      </w:r>
      <w:r w:rsidRPr="00127F47">
        <w:rPr>
          <w:rFonts w:ascii="Times New Roman" w:hAnsi="Times New Roman" w:cs="Times New Roman"/>
          <w:color w:val="auto"/>
          <w:lang w:eastAsia="en-US"/>
        </w:rPr>
        <w:t>Повесть «Тарас Бульба».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второй половины </w:t>
      </w:r>
      <w:r w:rsidRPr="00127F47">
        <w:rPr>
          <w:rFonts w:ascii="Times New Roman" w:hAnsi="Times New Roman" w:cs="Times New Roman"/>
          <w:b/>
          <w:bCs/>
          <w:color w:val="auto"/>
          <w:lang w:val="en-US" w:eastAsia="en-US"/>
        </w:rPr>
        <w:t>XIX</w:t>
      </w:r>
      <w:r w:rsidRPr="00127F47">
        <w:rPr>
          <w:rFonts w:ascii="Times New Roman" w:hAnsi="Times New Roman" w:cs="Times New Roman"/>
          <w:b/>
          <w:bCs/>
          <w:color w:val="auto"/>
          <w:lang w:eastAsia="en-US"/>
        </w:rPr>
        <w:t xml:space="preserve">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И. С. Тургенев. </w:t>
      </w:r>
      <w:r w:rsidRPr="00127F47">
        <w:rPr>
          <w:rFonts w:ascii="Times New Roman" w:hAnsi="Times New Roman" w:cs="Times New Roman"/>
          <w:color w:val="auto"/>
          <w:lang w:eastAsia="en-US"/>
        </w:rPr>
        <w:t>Рассказы из цикла «Записки охотника» (два по выбору). Например, «Бирюк», «Хорь и Калиныч» и др. Стихот</w:t>
      </w:r>
      <w:r w:rsidRPr="00127F47">
        <w:rPr>
          <w:rFonts w:ascii="Times New Roman" w:hAnsi="Times New Roman" w:cs="Times New Roman"/>
          <w:color w:val="auto"/>
          <w:lang w:eastAsia="en-US"/>
        </w:rPr>
        <w:softHyphen/>
        <w:t>ворения в прозе. Например, «Русский язык», «Воробей»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 Н. Толстой. </w:t>
      </w:r>
      <w:r w:rsidRPr="00127F47">
        <w:rPr>
          <w:rFonts w:ascii="Times New Roman" w:hAnsi="Times New Roman" w:cs="Times New Roman"/>
          <w:color w:val="auto"/>
          <w:lang w:eastAsia="en-US"/>
        </w:rPr>
        <w:t>Рассказ «После бала».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Н. А. Некрасов. </w:t>
      </w:r>
      <w:r w:rsidRPr="00127F47">
        <w:rPr>
          <w:rFonts w:ascii="Times New Roman" w:hAnsi="Times New Roman" w:cs="Times New Roman"/>
          <w:color w:val="auto"/>
          <w:lang w:eastAsia="en-US"/>
        </w:rPr>
        <w:t>Стихотворения (не менее двух). Например, «Размышления у парадного подъезда», «Железная дорога»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Поэзия второй половины XIX века. </w:t>
      </w:r>
      <w:r w:rsidRPr="00127F47">
        <w:rPr>
          <w:rFonts w:ascii="Times New Roman" w:hAnsi="Times New Roman" w:cs="Times New Roman"/>
          <w:color w:val="auto"/>
          <w:lang w:eastAsia="en-US"/>
        </w:rPr>
        <w:t>Ф. И. Тютчев, А. А. Фет, А. К. Толстой и др. (не менее двух стихотворений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Е. Салтыков-Щедрин. </w:t>
      </w:r>
      <w:r w:rsidRPr="00127F47">
        <w:rPr>
          <w:rFonts w:ascii="Times New Roman" w:hAnsi="Times New Roman" w:cs="Times New Roman"/>
          <w:color w:val="auto"/>
          <w:lang w:eastAsia="en-US"/>
        </w:rPr>
        <w:t>Сказки (две по выбору). Например, «Повесть о том, как один мужик двух генералов прокормил», «Дикий помещик», «Премудрый пискарь»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отечественных и зарубежных писателей на историческую тему </w:t>
      </w:r>
      <w:r w:rsidRPr="00127F47">
        <w:rPr>
          <w:rFonts w:ascii="Times New Roman" w:hAnsi="Times New Roman" w:cs="Times New Roman"/>
          <w:color w:val="auto"/>
          <w:lang w:eastAsia="en-US"/>
        </w:rPr>
        <w:t>(не менее двух). Например, А. К. Толстого, Р. Сабатини, Ф. Купера.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конца XIX — начала XX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П. Чехов. </w:t>
      </w:r>
      <w:r w:rsidRPr="00127F47">
        <w:rPr>
          <w:rFonts w:ascii="Times New Roman" w:hAnsi="Times New Roman" w:cs="Times New Roman"/>
          <w:color w:val="auto"/>
          <w:lang w:eastAsia="en-US"/>
        </w:rPr>
        <w:t>Рассказы (один по выбору). Например, «Тоска», «Злоумышленник»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Горький. </w:t>
      </w:r>
      <w:r w:rsidRPr="00127F47">
        <w:rPr>
          <w:rFonts w:ascii="Times New Roman" w:hAnsi="Times New Roman" w:cs="Times New Roman"/>
          <w:color w:val="auto"/>
          <w:lang w:eastAsia="en-US"/>
        </w:rPr>
        <w:t>Ранние рассказы (одно произведение по выбору). Например, «Старуха Изергиль» (легенда о Данко), «Челкаш»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Сатирические произведения отечественных и зарубежных писателей </w:t>
      </w:r>
      <w:r w:rsidRPr="00127F47">
        <w:rPr>
          <w:rFonts w:ascii="Times New Roman" w:hAnsi="Times New Roman" w:cs="Times New Roman"/>
          <w:color w:val="auto"/>
          <w:lang w:eastAsia="en-US"/>
        </w:rPr>
        <w:t>(не менее двух). Например, М. М. Зощенко, А. Т. Аверченко, Н. Тэффи, О. Генри, Я. Гашека.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первой половины XX века</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С. Грин. </w:t>
      </w:r>
      <w:r w:rsidRPr="00127F47">
        <w:rPr>
          <w:rFonts w:ascii="Times New Roman" w:hAnsi="Times New Roman" w:cs="Times New Roman"/>
          <w:color w:val="auto"/>
          <w:lang w:eastAsia="en-US"/>
        </w:rPr>
        <w:t>Повести и рассказы (одно произведение по выбо</w:t>
      </w:r>
      <w:r w:rsidRPr="00127F47">
        <w:rPr>
          <w:rFonts w:ascii="Times New Roman" w:hAnsi="Times New Roman" w:cs="Times New Roman"/>
          <w:color w:val="auto"/>
          <w:lang w:eastAsia="en-US"/>
        </w:rPr>
        <w:softHyphen/>
        <w:t>ру). Например, «Алые паруса», «Зелёная лампа»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Отечественная поэзия первой половины XX века</w:t>
      </w:r>
      <w:r w:rsidRPr="00127F47">
        <w:rPr>
          <w:rFonts w:ascii="Times New Roman" w:hAnsi="Times New Roman" w:cs="Times New Roman"/>
          <w:color w:val="auto"/>
          <w:lang w:eastAsia="en-US"/>
        </w:rPr>
        <w:t>. Стихотво</w:t>
      </w:r>
      <w:r w:rsidRPr="00127F47">
        <w:rPr>
          <w:rFonts w:ascii="Times New Roman" w:hAnsi="Times New Roman" w:cs="Times New Roman"/>
          <w:color w:val="auto"/>
          <w:lang w:eastAsia="en-US"/>
        </w:rPr>
        <w:softHyphen/>
        <w:t>рения на тему мечты и реальности (два-три по выбору). Напри</w:t>
      </w:r>
      <w:r w:rsidRPr="00127F47">
        <w:rPr>
          <w:rFonts w:ascii="Times New Roman" w:hAnsi="Times New Roman" w:cs="Times New Roman"/>
          <w:color w:val="auto"/>
          <w:lang w:eastAsia="en-US"/>
        </w:rPr>
        <w:softHyphen/>
        <w:t>мер, стихотворения А. А. Блока, Н. С. Гумилёва, М. И. Цветае</w:t>
      </w:r>
      <w:r w:rsidRPr="00127F47">
        <w:rPr>
          <w:rFonts w:ascii="Times New Roman" w:hAnsi="Times New Roman" w:cs="Times New Roman"/>
          <w:color w:val="auto"/>
          <w:lang w:eastAsia="en-US"/>
        </w:rPr>
        <w:softHyphen/>
        <w:t>вой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В. В. Маяковский. </w:t>
      </w:r>
      <w:r w:rsidRPr="00127F47">
        <w:rPr>
          <w:rFonts w:ascii="Times New Roman" w:hAnsi="Times New Roman" w:cs="Times New Roman"/>
          <w:color w:val="auto"/>
          <w:lang w:eastAsia="en-US"/>
        </w:rPr>
        <w:t>Стихотворения (одно по выбору). Напри</w:t>
      </w:r>
      <w:r w:rsidRPr="00127F47">
        <w:rPr>
          <w:rFonts w:ascii="Times New Roman" w:hAnsi="Times New Roman" w:cs="Times New Roman"/>
          <w:color w:val="auto"/>
          <w:lang w:eastAsia="en-US"/>
        </w:rPr>
        <w:softHyphen/>
        <w:t>мер, «Необычайное приключение, бывшее с Владимиром Мая</w:t>
      </w:r>
      <w:r w:rsidRPr="00127F47">
        <w:rPr>
          <w:rFonts w:ascii="Times New Roman" w:hAnsi="Times New Roman" w:cs="Times New Roman"/>
          <w:color w:val="auto"/>
          <w:lang w:eastAsia="en-US"/>
        </w:rPr>
        <w:softHyphen/>
        <w:t>ковским летом на даче», «Хорошее отношение к лошадям»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П. Платонов. </w:t>
      </w:r>
      <w:r w:rsidRPr="00127F47">
        <w:rPr>
          <w:rFonts w:ascii="Times New Roman" w:hAnsi="Times New Roman" w:cs="Times New Roman"/>
          <w:color w:val="auto"/>
          <w:lang w:eastAsia="en-US"/>
        </w:rPr>
        <w:t>Рассказы (один по выбору). Например, «Юш</w:t>
      </w:r>
      <w:r w:rsidRPr="00127F47">
        <w:rPr>
          <w:rFonts w:ascii="Times New Roman" w:hAnsi="Times New Roman" w:cs="Times New Roman"/>
          <w:color w:val="auto"/>
          <w:lang w:eastAsia="en-US"/>
        </w:rPr>
        <w:softHyphen/>
        <w:t>ка», «Неизвестный цветок»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второй половины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 xml:space="preserve">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В. М. Шукшин. </w:t>
      </w:r>
      <w:r w:rsidRPr="00127F47">
        <w:rPr>
          <w:rFonts w:ascii="Times New Roman" w:hAnsi="Times New Roman" w:cs="Times New Roman"/>
          <w:color w:val="auto"/>
          <w:lang w:eastAsia="en-US"/>
        </w:rPr>
        <w:t>Рассказы (один по выбору). Например, «Чу</w:t>
      </w:r>
      <w:r w:rsidRPr="00127F47">
        <w:rPr>
          <w:rFonts w:ascii="Times New Roman" w:hAnsi="Times New Roman" w:cs="Times New Roman"/>
          <w:color w:val="auto"/>
          <w:lang w:eastAsia="en-US"/>
        </w:rPr>
        <w:softHyphen/>
        <w:t>дик», «Стенька Разин», «Критики»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Стихотворения отечественных поэтов XX—XXI веков </w:t>
      </w:r>
      <w:r w:rsidRPr="00127F47">
        <w:rPr>
          <w:rFonts w:ascii="Times New Roman" w:hAnsi="Times New Roman" w:cs="Times New Roman"/>
          <w:color w:val="auto"/>
          <w:lang w:eastAsia="en-US"/>
        </w:rPr>
        <w:t>(не ме</w:t>
      </w:r>
      <w:r w:rsidRPr="00127F47">
        <w:rPr>
          <w:rFonts w:ascii="Times New Roman" w:hAnsi="Times New Roman" w:cs="Times New Roman"/>
          <w:color w:val="auto"/>
          <w:lang w:eastAsia="en-US"/>
        </w:rPr>
        <w:softHyphen/>
        <w:t>нее четырёх стихотворений двух поэтов). Например, стихотво</w:t>
      </w:r>
      <w:r w:rsidRPr="00127F47">
        <w:rPr>
          <w:rFonts w:ascii="Times New Roman" w:hAnsi="Times New Roman" w:cs="Times New Roman"/>
          <w:color w:val="auto"/>
          <w:lang w:eastAsia="en-US"/>
        </w:rPr>
        <w:softHyphen/>
        <w:t>рения М. И. Цветаевой, Е. А. Евтушенко, Б. А. Ахмадулиной, Ю. Д. Левитанского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отечественных прозаиков второй половины XX — начала XXI века </w:t>
      </w:r>
      <w:r w:rsidRPr="00127F47">
        <w:rPr>
          <w:rFonts w:ascii="Times New Roman" w:hAnsi="Times New Roman" w:cs="Times New Roman"/>
          <w:color w:val="auto"/>
          <w:lang w:eastAsia="en-US"/>
        </w:rPr>
        <w:t>(не менее двух). Например, произведе</w:t>
      </w:r>
      <w:r w:rsidRPr="00127F47">
        <w:rPr>
          <w:rFonts w:ascii="Times New Roman" w:hAnsi="Times New Roman" w:cs="Times New Roman"/>
          <w:color w:val="auto"/>
          <w:lang w:eastAsia="en-US"/>
        </w:rPr>
        <w:softHyphen/>
        <w:t>ния Ф. А. Абрамова, В. П. Астафьева, В. И. Белова, Ф. А. Ис</w:t>
      </w:r>
      <w:r w:rsidRPr="00127F47">
        <w:rPr>
          <w:rFonts w:ascii="Times New Roman" w:hAnsi="Times New Roman" w:cs="Times New Roman"/>
          <w:color w:val="auto"/>
          <w:lang w:eastAsia="en-US"/>
        </w:rPr>
        <w:softHyphen/>
        <w:t>кандера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Тема взаимоотношения поколений, становления человека, выбора им жизненного пути </w:t>
      </w:r>
      <w:r w:rsidRPr="00127F47">
        <w:rPr>
          <w:rFonts w:ascii="Times New Roman" w:hAnsi="Times New Roman" w:cs="Times New Roman"/>
          <w:color w:val="auto"/>
          <w:lang w:eastAsia="en-US"/>
        </w:rPr>
        <w:t>(не менее двух произведений совре</w:t>
      </w:r>
      <w:r w:rsidRPr="00127F47">
        <w:rPr>
          <w:rFonts w:ascii="Times New Roman" w:hAnsi="Times New Roman" w:cs="Times New Roman"/>
          <w:color w:val="auto"/>
          <w:lang w:eastAsia="en-US"/>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Зарубежная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М. де Сервантес Сааведра</w:t>
      </w:r>
      <w:r w:rsidRPr="00127F47">
        <w:rPr>
          <w:rFonts w:ascii="Times New Roman" w:hAnsi="Times New Roman" w:cs="Times New Roman"/>
          <w:color w:val="auto"/>
          <w:lang w:eastAsia="en-US"/>
        </w:rPr>
        <w:t>. Роман «Хитроумный идальго Дон Кихот Ламанчский» (главы).</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Зарубежная новеллистика </w:t>
      </w:r>
      <w:r w:rsidRPr="00127F47">
        <w:rPr>
          <w:rFonts w:ascii="Times New Roman" w:hAnsi="Times New Roman" w:cs="Times New Roman"/>
          <w:color w:val="auto"/>
          <w:lang w:eastAsia="en-US"/>
        </w:rPr>
        <w:t>(одно-два произведения по выбо</w:t>
      </w:r>
      <w:r w:rsidRPr="00127F47">
        <w:rPr>
          <w:rFonts w:ascii="Times New Roman" w:hAnsi="Times New Roman" w:cs="Times New Roman"/>
          <w:color w:val="auto"/>
          <w:lang w:eastAsia="en-US"/>
        </w:rPr>
        <w:softHyphen/>
        <w:t>ру). Например, П. Мериме. «Маттео Фальконе»; О. Генри. «Да</w:t>
      </w:r>
      <w:r w:rsidRPr="00127F47">
        <w:rPr>
          <w:rFonts w:ascii="Times New Roman" w:hAnsi="Times New Roman" w:cs="Times New Roman"/>
          <w:color w:val="auto"/>
          <w:lang w:eastAsia="en-US"/>
        </w:rPr>
        <w:softHyphen/>
        <w:t>ры волхвов», «Последний лист».</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де Сент Экзюпери. </w:t>
      </w:r>
      <w:r w:rsidRPr="00127F47">
        <w:rPr>
          <w:rFonts w:ascii="Times New Roman" w:hAnsi="Times New Roman" w:cs="Times New Roman"/>
          <w:color w:val="auto"/>
          <w:lang w:eastAsia="en-US"/>
        </w:rPr>
        <w:t>Повесть-сказка «Маленький принц».</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p>
    <w:p w:rsidR="00F44E79" w:rsidRPr="00127F47" w:rsidRDefault="00F44E79" w:rsidP="00127F47">
      <w:pPr>
        <w:widowControl/>
        <w:ind w:firstLine="567"/>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8 КЛАСС</w:t>
      </w:r>
    </w:p>
    <w:p w:rsidR="00F44E79" w:rsidRPr="00127F47" w:rsidRDefault="00F44E79" w:rsidP="00127F47">
      <w:pPr>
        <w:widowControl/>
        <w:spacing w:line="276" w:lineRule="auto"/>
        <w:ind w:firstLine="567"/>
        <w:jc w:val="both"/>
        <w:rPr>
          <w:rFonts w:ascii="Times New Roman" w:hAnsi="Times New Roman" w:cs="Times New Roman"/>
          <w:b/>
          <w:bCs/>
          <w:color w:val="auto"/>
          <w:lang w:eastAsia="en-US"/>
        </w:rPr>
      </w:pP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Древнерусская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Житийная литература </w:t>
      </w:r>
      <w:r w:rsidRPr="00127F47">
        <w:rPr>
          <w:rFonts w:ascii="Times New Roman" w:hAnsi="Times New Roman" w:cs="Times New Roman"/>
          <w:color w:val="auto"/>
          <w:lang w:eastAsia="en-US"/>
        </w:rPr>
        <w:t>(одно произведение по выбору). На</w:t>
      </w:r>
      <w:r w:rsidRPr="00127F47">
        <w:rPr>
          <w:rFonts w:ascii="Times New Roman" w:hAnsi="Times New Roman" w:cs="Times New Roman"/>
          <w:color w:val="auto"/>
          <w:lang w:eastAsia="en-US"/>
        </w:rPr>
        <w:softHyphen/>
        <w:t>пример, «Житие Сергия Радонежского», «Житие протопопа Аввакума, им самим написанное».</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XVIII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Д. И. Фонвизин. </w:t>
      </w:r>
      <w:r w:rsidRPr="00127F47">
        <w:rPr>
          <w:rFonts w:ascii="Times New Roman" w:hAnsi="Times New Roman" w:cs="Times New Roman"/>
          <w:color w:val="auto"/>
          <w:lang w:eastAsia="en-US"/>
        </w:rPr>
        <w:t>Комедия «Недоросль».</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первой половины XIX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С. Пушкин. </w:t>
      </w:r>
      <w:r w:rsidRPr="00127F47">
        <w:rPr>
          <w:rFonts w:ascii="Times New Roman" w:hAnsi="Times New Roman" w:cs="Times New Roman"/>
          <w:color w:val="auto"/>
          <w:lang w:eastAsia="en-US"/>
        </w:rPr>
        <w:t>Стихотворения (не менее двух). Например, «К Чаадаеву», «Анчар» и др. «Маленькие трагедии» (одна пье</w:t>
      </w:r>
      <w:r w:rsidRPr="00127F47">
        <w:rPr>
          <w:rFonts w:ascii="Times New Roman" w:hAnsi="Times New Roman" w:cs="Times New Roman"/>
          <w:color w:val="auto"/>
          <w:lang w:eastAsia="en-US"/>
        </w:rPr>
        <w:softHyphen/>
        <w:t>са по выбору). Например, «Моцарт и Сальери», «Каменный гость». Роман «Капитанская дочка».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Ю. Лермонтов. </w:t>
      </w:r>
      <w:r w:rsidRPr="00127F47">
        <w:rPr>
          <w:rFonts w:ascii="Times New Roman" w:hAnsi="Times New Roman" w:cs="Times New Roman"/>
          <w:color w:val="auto"/>
          <w:lang w:eastAsia="en-US"/>
        </w:rPr>
        <w:t>Стихотворения (не менее двух). Например, «Я не хочу, чтоб свет узнал...», «Из-под таинственной, холодной полумаски...», «Нищий» и др. Поэма «Мцыри».</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Н. В. Гоголь. </w:t>
      </w:r>
      <w:r w:rsidRPr="00127F47">
        <w:rPr>
          <w:rFonts w:ascii="Times New Roman" w:hAnsi="Times New Roman" w:cs="Times New Roman"/>
          <w:color w:val="auto"/>
          <w:lang w:eastAsia="en-US"/>
        </w:rPr>
        <w:t>Повесть «Шинель». Комедия «Ревизор».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второй половины XIX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И. С. Тургенев. </w:t>
      </w:r>
      <w:r w:rsidRPr="00127F47">
        <w:rPr>
          <w:rFonts w:ascii="Times New Roman" w:hAnsi="Times New Roman" w:cs="Times New Roman"/>
          <w:color w:val="auto"/>
          <w:lang w:eastAsia="en-US"/>
        </w:rPr>
        <w:t>Повести (одна по выбору). Например, «Ася», «Первая любовь».</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Ф. М. Достоевский. </w:t>
      </w:r>
      <w:r w:rsidRPr="00127F47">
        <w:rPr>
          <w:rFonts w:ascii="Times New Roman" w:hAnsi="Times New Roman" w:cs="Times New Roman"/>
          <w:color w:val="auto"/>
          <w:lang w:eastAsia="en-US"/>
        </w:rPr>
        <w:t>«Бедные люди», «Белые ночи» (одно про</w:t>
      </w:r>
      <w:r w:rsidRPr="00127F47">
        <w:rPr>
          <w:rFonts w:ascii="Times New Roman" w:hAnsi="Times New Roman" w:cs="Times New Roman"/>
          <w:color w:val="auto"/>
          <w:lang w:eastAsia="en-US"/>
        </w:rPr>
        <w:softHyphen/>
        <w:t>изведение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 Н. Толстой. </w:t>
      </w:r>
      <w:r w:rsidRPr="00127F47">
        <w:rPr>
          <w:rFonts w:ascii="Times New Roman" w:hAnsi="Times New Roman" w:cs="Times New Roman"/>
          <w:color w:val="auto"/>
          <w:lang w:eastAsia="en-US"/>
        </w:rPr>
        <w:t>Повести и рассказы (одно произведение по вы</w:t>
      </w:r>
      <w:r w:rsidRPr="00127F47">
        <w:rPr>
          <w:rFonts w:ascii="Times New Roman" w:hAnsi="Times New Roman" w:cs="Times New Roman"/>
          <w:color w:val="auto"/>
          <w:lang w:eastAsia="en-US"/>
        </w:rPr>
        <w:softHyphen/>
        <w:t>бору). Например, «Отрочество» (главы).</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первой половины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 xml:space="preserve">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писателей русского зарубежья </w:t>
      </w:r>
      <w:r w:rsidRPr="00127F47">
        <w:rPr>
          <w:rFonts w:ascii="Times New Roman" w:hAnsi="Times New Roman" w:cs="Times New Roman"/>
          <w:color w:val="auto"/>
          <w:lang w:eastAsia="en-US"/>
        </w:rPr>
        <w:t>(не менее двух по выбору). Например, произведения И. С. Шмелёва, М. А. Осоргина, В. В. Набокова, Н. Тэффи, А. Т. Аверченко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Поэзия первой половины ХХ века </w:t>
      </w:r>
      <w:r w:rsidRPr="00127F47">
        <w:rPr>
          <w:rFonts w:ascii="Times New Roman" w:hAnsi="Times New Roman" w:cs="Times New Roman"/>
          <w:color w:val="auto"/>
          <w:lang w:eastAsia="en-US"/>
        </w:rPr>
        <w:t>(не менее трёх стихотворе</w:t>
      </w:r>
      <w:r w:rsidRPr="00127F47">
        <w:rPr>
          <w:rFonts w:ascii="Times New Roman" w:hAnsi="Times New Roman" w:cs="Times New Roman"/>
          <w:color w:val="auto"/>
          <w:lang w:eastAsia="en-US"/>
        </w:rPr>
        <w:softHyphen/>
        <w:t>ний на тему «Человек и эпоха» по выбору). Например, стихо</w:t>
      </w:r>
      <w:r w:rsidRPr="00127F47">
        <w:rPr>
          <w:rFonts w:ascii="Times New Roman" w:hAnsi="Times New Roman" w:cs="Times New Roman"/>
          <w:color w:val="auto"/>
          <w:lang w:eastAsia="en-US"/>
        </w:rPr>
        <w:softHyphen/>
        <w:t>творения В. В. Маяковского, М. И. Цветаевой, О. Э. Мандель</w:t>
      </w:r>
      <w:r w:rsidRPr="00127F47">
        <w:rPr>
          <w:rFonts w:ascii="Times New Roman" w:hAnsi="Times New Roman" w:cs="Times New Roman"/>
          <w:color w:val="auto"/>
          <w:lang w:eastAsia="en-US"/>
        </w:rPr>
        <w:softHyphen/>
        <w:t>штама, Б. Л. Пастернака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А. Булгаков </w:t>
      </w:r>
      <w:r w:rsidRPr="00127F47">
        <w:rPr>
          <w:rFonts w:ascii="Times New Roman" w:hAnsi="Times New Roman" w:cs="Times New Roman"/>
          <w:color w:val="auto"/>
          <w:lang w:eastAsia="en-US"/>
        </w:rPr>
        <w:t>(одна повесть по выбору). Например, «Собачье сердце»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Литература второй половины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 xml:space="preserve">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Т. Твардовский. </w:t>
      </w:r>
      <w:r w:rsidRPr="00127F47">
        <w:rPr>
          <w:rFonts w:ascii="Times New Roman" w:hAnsi="Times New Roman" w:cs="Times New Roman"/>
          <w:color w:val="auto"/>
          <w:lang w:eastAsia="en-US"/>
        </w:rPr>
        <w:t>Поэма «Василий Тёркин» (главы «Пере</w:t>
      </w:r>
      <w:r w:rsidRPr="00127F47">
        <w:rPr>
          <w:rFonts w:ascii="Times New Roman" w:hAnsi="Times New Roman" w:cs="Times New Roman"/>
          <w:color w:val="auto"/>
          <w:lang w:eastAsia="en-US"/>
        </w:rPr>
        <w:softHyphen/>
        <w:t>права», «Гармонь», «Два солдата», «Поединок»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А. Шолохов. </w:t>
      </w:r>
      <w:r w:rsidRPr="00127F47">
        <w:rPr>
          <w:rFonts w:ascii="Times New Roman" w:hAnsi="Times New Roman" w:cs="Times New Roman"/>
          <w:color w:val="auto"/>
          <w:lang w:eastAsia="en-US"/>
        </w:rPr>
        <w:t>Рассказ «Судьба человека».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И. Солженицын. </w:t>
      </w:r>
      <w:r w:rsidRPr="00127F47">
        <w:rPr>
          <w:rFonts w:ascii="Times New Roman" w:hAnsi="Times New Roman" w:cs="Times New Roman"/>
          <w:color w:val="auto"/>
          <w:lang w:eastAsia="en-US"/>
        </w:rPr>
        <w:t>Рассказ «Матрёнин двор».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Произведения отечественных прозаиков второй половины XX—XXI века </w:t>
      </w:r>
      <w:r w:rsidRPr="00127F47">
        <w:rPr>
          <w:rFonts w:ascii="Times New Roman" w:hAnsi="Times New Roman" w:cs="Times New Roman"/>
          <w:color w:val="auto"/>
          <w:lang w:eastAsia="en-US"/>
        </w:rPr>
        <w:t>(не менее двух произведений). Например, про</w:t>
      </w:r>
      <w:r w:rsidRPr="00127F47">
        <w:rPr>
          <w:rFonts w:ascii="Times New Roman" w:hAnsi="Times New Roman" w:cs="Times New Roman"/>
          <w:color w:val="auto"/>
          <w:lang w:eastAsia="en-US"/>
        </w:rPr>
        <w:softHyphen/>
        <w:t>изведения Е. И. Носова, А. Н. и Б. Н. Стругацких, В. Ф. Тен</w:t>
      </w:r>
      <w:r w:rsidRPr="00127F47">
        <w:rPr>
          <w:rFonts w:ascii="Times New Roman" w:hAnsi="Times New Roman" w:cs="Times New Roman"/>
          <w:color w:val="auto"/>
          <w:lang w:eastAsia="en-US"/>
        </w:rPr>
        <w:softHyphen/>
        <w:t>дрякова, Б. П. Екимова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Произведения отечественных и зарубежных прозаиков вто</w:t>
      </w:r>
      <w:r w:rsidRPr="00127F47">
        <w:rPr>
          <w:rFonts w:ascii="Times New Roman" w:hAnsi="Times New Roman" w:cs="Times New Roman"/>
          <w:b/>
          <w:bCs/>
          <w:color w:val="auto"/>
          <w:lang w:eastAsia="en-US"/>
        </w:rPr>
        <w:softHyphen/>
        <w:t xml:space="preserve">рой половины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w:t>
      </w:r>
      <w:r w:rsidRPr="00127F47">
        <w:rPr>
          <w:rFonts w:ascii="Times New Roman" w:hAnsi="Times New Roman" w:cs="Times New Roman"/>
          <w:b/>
          <w:bCs/>
          <w:color w:val="auto"/>
          <w:lang w:val="en-US" w:eastAsia="en-US"/>
        </w:rPr>
        <w:t>XXI</w:t>
      </w:r>
      <w:r w:rsidRPr="00127F47">
        <w:rPr>
          <w:rFonts w:ascii="Times New Roman" w:hAnsi="Times New Roman" w:cs="Times New Roman"/>
          <w:b/>
          <w:bCs/>
          <w:color w:val="auto"/>
          <w:lang w:eastAsia="en-US"/>
        </w:rPr>
        <w:t xml:space="preserve"> века </w:t>
      </w:r>
      <w:r w:rsidRPr="00127F47">
        <w:rPr>
          <w:rFonts w:ascii="Times New Roman" w:hAnsi="Times New Roman" w:cs="Times New Roman"/>
          <w:color w:val="auto"/>
          <w:lang w:eastAsia="en-US"/>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Поэзия второй половины </w:t>
      </w:r>
      <w:r w:rsidRPr="00127F47">
        <w:rPr>
          <w:rFonts w:ascii="Times New Roman" w:hAnsi="Times New Roman" w:cs="Times New Roman"/>
          <w:b/>
          <w:bCs/>
          <w:color w:val="auto"/>
          <w:lang w:val="en-US" w:eastAsia="en-US"/>
        </w:rPr>
        <w:t>XX</w:t>
      </w:r>
      <w:r w:rsidRPr="00127F47">
        <w:rPr>
          <w:rFonts w:ascii="Times New Roman" w:hAnsi="Times New Roman" w:cs="Times New Roman"/>
          <w:b/>
          <w:bCs/>
          <w:color w:val="auto"/>
          <w:lang w:eastAsia="en-US"/>
        </w:rPr>
        <w:t xml:space="preserve"> — начала </w:t>
      </w:r>
      <w:r w:rsidRPr="00127F47">
        <w:rPr>
          <w:rFonts w:ascii="Times New Roman" w:hAnsi="Times New Roman" w:cs="Times New Roman"/>
          <w:b/>
          <w:bCs/>
          <w:color w:val="auto"/>
          <w:lang w:val="en-US" w:eastAsia="en-US"/>
        </w:rPr>
        <w:t>XXI</w:t>
      </w:r>
      <w:r w:rsidRPr="00127F47">
        <w:rPr>
          <w:rFonts w:ascii="Times New Roman" w:hAnsi="Times New Roman" w:cs="Times New Roman"/>
          <w:b/>
          <w:bCs/>
          <w:color w:val="auto"/>
          <w:lang w:eastAsia="en-US"/>
        </w:rPr>
        <w:t xml:space="preserve"> века </w:t>
      </w:r>
      <w:r w:rsidRPr="00127F47">
        <w:rPr>
          <w:rFonts w:ascii="Times New Roman" w:hAnsi="Times New Roman" w:cs="Times New Roman"/>
          <w:color w:val="auto"/>
          <w:lang w:eastAsia="en-US"/>
        </w:rPr>
        <w:t>(не менее трёх стихотворений). Например, стихотворения Н. А. Заболоц</w:t>
      </w:r>
      <w:r w:rsidRPr="00127F47">
        <w:rPr>
          <w:rFonts w:ascii="Times New Roman" w:hAnsi="Times New Roman" w:cs="Times New Roman"/>
          <w:color w:val="auto"/>
          <w:lang w:eastAsia="en-US"/>
        </w:rPr>
        <w:softHyphen/>
        <w:t>кого, М. А. Светлова, М. В. Исаковского, К. М. Симонова, Р. Г. Гамзатова, Б. Ш. Окуджавы, В. С. Высоцкого, А. А. Возне</w:t>
      </w:r>
      <w:r w:rsidRPr="00127F47">
        <w:rPr>
          <w:rFonts w:ascii="Times New Roman" w:hAnsi="Times New Roman" w:cs="Times New Roman"/>
          <w:color w:val="auto"/>
          <w:lang w:eastAsia="en-US"/>
        </w:rPr>
        <w:softHyphen/>
        <w:t>сенского, Е. А. Евтушенко, Р. И. Рождественского, И. А. Брод</w:t>
      </w:r>
      <w:r w:rsidRPr="00127F47">
        <w:rPr>
          <w:rFonts w:ascii="Times New Roman" w:hAnsi="Times New Roman" w:cs="Times New Roman"/>
          <w:color w:val="auto"/>
          <w:lang w:eastAsia="en-US"/>
        </w:rPr>
        <w:softHyphen/>
        <w:t>ского, А. С. Кушнера и др.</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Зарубежная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У. Шекспир. </w:t>
      </w:r>
      <w:r w:rsidRPr="00127F47">
        <w:rPr>
          <w:rFonts w:ascii="Times New Roman" w:hAnsi="Times New Roman" w:cs="Times New Roman"/>
          <w:color w:val="auto"/>
          <w:lang w:eastAsia="en-US"/>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Ж.-Б. Мольер. </w:t>
      </w:r>
      <w:r w:rsidRPr="00127F47">
        <w:rPr>
          <w:rFonts w:ascii="Times New Roman" w:hAnsi="Times New Roman" w:cs="Times New Roman"/>
          <w:color w:val="auto"/>
          <w:lang w:eastAsia="en-US"/>
        </w:rPr>
        <w:t>Комедия «Мещанин во дворянстве» (фрагмен</w:t>
      </w:r>
      <w:r w:rsidRPr="00127F47">
        <w:rPr>
          <w:rFonts w:ascii="Times New Roman" w:hAnsi="Times New Roman" w:cs="Times New Roman"/>
          <w:color w:val="auto"/>
          <w:lang w:eastAsia="en-US"/>
        </w:rPr>
        <w:softHyphen/>
        <w:t>ты по выбору).</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9 КЛАСС</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Древнерусская литература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«Слово о полку Игореве».</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XVIII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М. В. Ломоносов. </w:t>
      </w:r>
      <w:r w:rsidRPr="00127F47">
        <w:rPr>
          <w:rFonts w:ascii="Times New Roman" w:hAnsi="Times New Roman" w:cs="Times New Roman"/>
          <w:color w:val="auto"/>
          <w:lang w:eastAsia="en-US"/>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Г. Р. Державин. </w:t>
      </w:r>
      <w:r w:rsidRPr="00127F47">
        <w:rPr>
          <w:rFonts w:ascii="Times New Roman" w:hAnsi="Times New Roman" w:cs="Times New Roman"/>
          <w:color w:val="auto"/>
          <w:lang w:eastAsia="en-US"/>
        </w:rPr>
        <w:t>Стихотворения (два по выбору). Например, «Властителям и судиям», «Памятник»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Н. М. Карамзин. </w:t>
      </w:r>
      <w:r w:rsidRPr="00127F47">
        <w:rPr>
          <w:rFonts w:ascii="Times New Roman" w:hAnsi="Times New Roman" w:cs="Times New Roman"/>
          <w:color w:val="auto"/>
          <w:lang w:eastAsia="en-US"/>
        </w:rPr>
        <w:t>Повесть «Бедная Лиза».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Литература первой половины XIX века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В. А. Жуковский. </w:t>
      </w:r>
      <w:r w:rsidRPr="00127F47">
        <w:rPr>
          <w:rFonts w:ascii="Times New Roman" w:hAnsi="Times New Roman" w:cs="Times New Roman"/>
          <w:color w:val="auto"/>
          <w:lang w:eastAsia="en-US"/>
        </w:rPr>
        <w:t>Баллады, элегии (одна-две по выбору). На</w:t>
      </w:r>
      <w:r w:rsidRPr="00127F47">
        <w:rPr>
          <w:rFonts w:ascii="Times New Roman" w:hAnsi="Times New Roman" w:cs="Times New Roman"/>
          <w:color w:val="auto"/>
          <w:lang w:eastAsia="en-US"/>
        </w:rPr>
        <w:softHyphen/>
        <w:t>пример, «Светлана», «Невыразимое», «Море»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С. Грибоедов. </w:t>
      </w:r>
      <w:r w:rsidRPr="00127F47">
        <w:rPr>
          <w:rFonts w:ascii="Times New Roman" w:hAnsi="Times New Roman" w:cs="Times New Roman"/>
          <w:color w:val="auto"/>
          <w:lang w:eastAsia="en-US"/>
        </w:rPr>
        <w:t>Комедия «Горе от ума».</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Поэзия пушкинской эпохи. </w:t>
      </w:r>
      <w:r w:rsidRPr="00127F47">
        <w:rPr>
          <w:rFonts w:ascii="Times New Roman" w:hAnsi="Times New Roman" w:cs="Times New Roman"/>
          <w:color w:val="auto"/>
          <w:lang w:eastAsia="en-US"/>
        </w:rPr>
        <w:t>К. Н. Батюшков, А. А. Дельвиг, Н. М. Языков, Е. А. Баратынский (не менее трёх стихотворений по выбору).</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 xml:space="preserve">А. С. Пушкин. </w:t>
      </w:r>
      <w:r w:rsidRPr="00127F47">
        <w:rPr>
          <w:rFonts w:ascii="Times New Roman" w:hAnsi="Times New Roman" w:cs="Times New Roman"/>
          <w:color w:val="auto"/>
          <w:lang w:eastAsia="en-US"/>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127F47">
        <w:rPr>
          <w:rFonts w:ascii="Times New Roman" w:hAnsi="Times New Roman" w:cs="Times New Roman"/>
          <w:color w:val="auto"/>
          <w:lang w:eastAsia="en-US"/>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127F47">
        <w:rPr>
          <w:rFonts w:ascii="Times New Roman" w:hAnsi="Times New Roman" w:cs="Times New Roman"/>
          <w:color w:val="auto"/>
          <w:lang w:eastAsia="en-US"/>
        </w:rPr>
        <w:softHyphen/>
        <w:t>гин».</w:t>
      </w:r>
    </w:p>
    <w:p w:rsidR="00F44E79" w:rsidRPr="00127F47" w:rsidRDefault="00F44E79" w:rsidP="00127F47">
      <w:pPr>
        <w:spacing w:after="40" w:line="264" w:lineRule="auto"/>
        <w:ind w:firstLine="567"/>
        <w:jc w:val="both"/>
        <w:rPr>
          <w:rFonts w:ascii="Times New Roman" w:hAnsi="Times New Roman" w:cs="Times New Roman"/>
          <w:color w:val="auto"/>
        </w:rPr>
      </w:pPr>
      <w:r w:rsidRPr="00127F47">
        <w:rPr>
          <w:rFonts w:ascii="Times New Roman" w:hAnsi="Times New Roman" w:cs="Times New Roman"/>
          <w:b/>
          <w:bCs/>
          <w:color w:val="231E20"/>
        </w:rPr>
        <w:t xml:space="preserve">М. Ю. Лермонтов. </w:t>
      </w:r>
      <w:r w:rsidRPr="00127F47">
        <w:rPr>
          <w:rFonts w:ascii="Times New Roman" w:hAnsi="Times New Roman" w:cs="Times New Roman"/>
          <w:color w:val="231E20"/>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127F47">
        <w:rPr>
          <w:rFonts w:ascii="Times New Roman" w:hAnsi="Times New Roman" w:cs="Times New Roman"/>
          <w:color w:val="231E20"/>
        </w:rPr>
        <w:softHyphen/>
        <w:t>стает мой кинжал.»), «Пророк», «Родина», «Смерть Поэта», «Сон» («В полдневный жар в долине Дагестана.»), «Я жить хо</w:t>
      </w:r>
      <w:r w:rsidRPr="00127F47">
        <w:rPr>
          <w:rFonts w:ascii="Times New Roman" w:hAnsi="Times New Roman" w:cs="Times New Roman"/>
          <w:color w:val="231E20"/>
        </w:rPr>
        <w:softHyphen/>
        <w:t>чу, хочу печали.» и др. Роман «Герой нашего времени».</w:t>
      </w:r>
    </w:p>
    <w:p w:rsidR="00F44E79" w:rsidRPr="00127F47" w:rsidRDefault="00F44E79" w:rsidP="00127F47">
      <w:pPr>
        <w:spacing w:after="40" w:line="266" w:lineRule="auto"/>
        <w:ind w:firstLine="567"/>
        <w:jc w:val="both"/>
        <w:rPr>
          <w:rFonts w:ascii="Times New Roman" w:hAnsi="Times New Roman" w:cs="Times New Roman"/>
          <w:color w:val="auto"/>
        </w:rPr>
      </w:pPr>
      <w:r w:rsidRPr="00127F47">
        <w:rPr>
          <w:rFonts w:ascii="Times New Roman" w:hAnsi="Times New Roman" w:cs="Times New Roman"/>
          <w:b/>
          <w:bCs/>
          <w:color w:val="231E20"/>
        </w:rPr>
        <w:t xml:space="preserve">Н. В. Гоголь. </w:t>
      </w:r>
      <w:r w:rsidRPr="00127F47">
        <w:rPr>
          <w:rFonts w:ascii="Times New Roman" w:hAnsi="Times New Roman" w:cs="Times New Roman"/>
          <w:color w:val="231E20"/>
        </w:rPr>
        <w:t>Поэма «Мёртвые души».</w:t>
      </w:r>
    </w:p>
    <w:p w:rsidR="00F44E79" w:rsidRPr="00127F47" w:rsidRDefault="00F44E79" w:rsidP="00127F47">
      <w:pPr>
        <w:spacing w:line="266" w:lineRule="auto"/>
        <w:ind w:firstLine="240"/>
        <w:jc w:val="both"/>
        <w:rPr>
          <w:rFonts w:ascii="Times New Roman" w:hAnsi="Times New Roman" w:cs="Times New Roman"/>
          <w:color w:val="231E20"/>
        </w:rPr>
      </w:pPr>
      <w:r w:rsidRPr="00127F47">
        <w:rPr>
          <w:rFonts w:ascii="Times New Roman" w:hAnsi="Times New Roman" w:cs="Times New Roman"/>
          <w:b/>
          <w:bCs/>
          <w:color w:val="231E20"/>
        </w:rPr>
        <w:t xml:space="preserve">Отечественная проза первой половины XIX в. </w:t>
      </w:r>
      <w:r w:rsidRPr="00127F47">
        <w:rPr>
          <w:rFonts w:ascii="Times New Roman" w:hAnsi="Times New Roman" w:cs="Times New Roman"/>
          <w:color w:val="231E20"/>
        </w:rPr>
        <w:t>(одно произве</w:t>
      </w:r>
      <w:r w:rsidRPr="00127F47">
        <w:rPr>
          <w:rFonts w:ascii="Times New Roman" w:hAnsi="Times New Roman" w:cs="Times New Roman"/>
          <w:color w:val="231E20"/>
        </w:rPr>
        <w:softHyphen/>
        <w:t>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F44E79" w:rsidRPr="00127F47" w:rsidRDefault="00F44E79" w:rsidP="00127F47">
      <w:pPr>
        <w:spacing w:line="266" w:lineRule="auto"/>
        <w:ind w:firstLine="240"/>
        <w:jc w:val="both"/>
        <w:rPr>
          <w:rFonts w:ascii="Times New Roman" w:hAnsi="Times New Roman" w:cs="Times New Roman"/>
          <w:b/>
          <w:bCs/>
          <w:color w:val="auto"/>
        </w:rPr>
      </w:pPr>
      <w:r w:rsidRPr="00127F47">
        <w:rPr>
          <w:rFonts w:ascii="Times New Roman" w:hAnsi="Times New Roman" w:cs="Times New Roman"/>
          <w:b/>
          <w:bCs/>
          <w:color w:val="auto"/>
        </w:rPr>
        <w:t>Зарубежная литература</w:t>
      </w:r>
    </w:p>
    <w:p w:rsidR="00F44E79" w:rsidRPr="00127F47" w:rsidRDefault="00F44E79" w:rsidP="00127F47">
      <w:pPr>
        <w:spacing w:line="266" w:lineRule="auto"/>
        <w:ind w:firstLine="240"/>
        <w:jc w:val="both"/>
        <w:rPr>
          <w:rFonts w:ascii="Times New Roman" w:hAnsi="Times New Roman" w:cs="Times New Roman"/>
          <w:color w:val="auto"/>
          <w:lang w:eastAsia="en-US"/>
        </w:rPr>
      </w:pPr>
      <w:r w:rsidRPr="00127F47">
        <w:rPr>
          <w:rFonts w:ascii="Times New Roman" w:hAnsi="Times New Roman" w:cs="Times New Roman"/>
          <w:b/>
          <w:bCs/>
          <w:color w:val="231E20"/>
          <w:lang w:eastAsia="en-US"/>
        </w:rPr>
        <w:t xml:space="preserve">Данте. </w:t>
      </w:r>
      <w:r w:rsidRPr="00127F47">
        <w:rPr>
          <w:rFonts w:ascii="Times New Roman" w:hAnsi="Times New Roman" w:cs="Times New Roman"/>
          <w:color w:val="231E20"/>
          <w:lang w:eastAsia="en-US"/>
        </w:rPr>
        <w:t>«Божественная комедия» (не менее двух фрагментов по выбору).</w:t>
      </w:r>
    </w:p>
    <w:p w:rsidR="00F44E79" w:rsidRPr="00127F47" w:rsidRDefault="00F44E79" w:rsidP="00127F47">
      <w:pPr>
        <w:spacing w:line="266" w:lineRule="auto"/>
        <w:ind w:firstLine="240"/>
        <w:jc w:val="both"/>
        <w:rPr>
          <w:rFonts w:ascii="Times New Roman" w:hAnsi="Times New Roman" w:cs="Times New Roman"/>
          <w:color w:val="auto"/>
          <w:lang w:eastAsia="en-US"/>
        </w:rPr>
      </w:pPr>
      <w:r w:rsidRPr="00127F47">
        <w:rPr>
          <w:rFonts w:ascii="Times New Roman" w:hAnsi="Times New Roman" w:cs="Times New Roman"/>
          <w:b/>
          <w:bCs/>
          <w:color w:val="231E20"/>
          <w:lang w:eastAsia="en-US"/>
        </w:rPr>
        <w:t xml:space="preserve">У. Шекспир. </w:t>
      </w:r>
      <w:r w:rsidRPr="00127F47">
        <w:rPr>
          <w:rFonts w:ascii="Times New Roman" w:hAnsi="Times New Roman" w:cs="Times New Roman"/>
          <w:color w:val="231E20"/>
          <w:lang w:eastAsia="en-US"/>
        </w:rPr>
        <w:t>Трагедия «Гамлет» (фрагменты по выбору).</w:t>
      </w:r>
    </w:p>
    <w:p w:rsidR="00F44E79" w:rsidRPr="00127F47" w:rsidRDefault="00F44E79" w:rsidP="00127F47">
      <w:pPr>
        <w:spacing w:line="266" w:lineRule="auto"/>
        <w:ind w:firstLine="240"/>
        <w:jc w:val="both"/>
        <w:rPr>
          <w:rFonts w:ascii="Times New Roman" w:hAnsi="Times New Roman" w:cs="Times New Roman"/>
          <w:color w:val="auto"/>
          <w:lang w:eastAsia="en-US"/>
        </w:rPr>
      </w:pPr>
      <w:r w:rsidRPr="00127F47">
        <w:rPr>
          <w:rFonts w:ascii="Times New Roman" w:hAnsi="Times New Roman" w:cs="Times New Roman"/>
          <w:b/>
          <w:bCs/>
          <w:color w:val="231E20"/>
          <w:lang w:eastAsia="en-US"/>
        </w:rPr>
        <w:t xml:space="preserve">И.-В. Гёте. </w:t>
      </w:r>
      <w:r w:rsidRPr="00127F47">
        <w:rPr>
          <w:rFonts w:ascii="Times New Roman" w:hAnsi="Times New Roman" w:cs="Times New Roman"/>
          <w:color w:val="231E20"/>
          <w:lang w:eastAsia="en-US"/>
        </w:rPr>
        <w:t>Трагедия «Фауст» (не менее двух фрагментов по выбору).</w:t>
      </w:r>
    </w:p>
    <w:p w:rsidR="00F44E79" w:rsidRPr="00127F47" w:rsidRDefault="00F44E79" w:rsidP="00127F47">
      <w:pPr>
        <w:spacing w:line="266" w:lineRule="auto"/>
        <w:ind w:firstLine="240"/>
        <w:jc w:val="both"/>
        <w:rPr>
          <w:rFonts w:ascii="Times New Roman" w:hAnsi="Times New Roman" w:cs="Times New Roman"/>
          <w:color w:val="auto"/>
          <w:lang w:eastAsia="en-US"/>
        </w:rPr>
      </w:pPr>
      <w:r w:rsidRPr="00127F47">
        <w:rPr>
          <w:rFonts w:ascii="Times New Roman" w:hAnsi="Times New Roman" w:cs="Times New Roman"/>
          <w:b/>
          <w:bCs/>
          <w:color w:val="231E20"/>
          <w:lang w:eastAsia="en-US"/>
        </w:rPr>
        <w:t xml:space="preserve">Дж. Г. Байрон. </w:t>
      </w:r>
      <w:r w:rsidRPr="00127F47">
        <w:rPr>
          <w:rFonts w:ascii="Times New Roman" w:hAnsi="Times New Roman" w:cs="Times New Roman"/>
          <w:color w:val="231E20"/>
          <w:lang w:eastAsia="en-US"/>
        </w:rPr>
        <w:t>Стихотворения (одно по выбору). Например, «Душа моя мрачна. Скорей, певец, скорей!..», «Прощание На</w:t>
      </w:r>
      <w:r w:rsidRPr="00127F47">
        <w:rPr>
          <w:rFonts w:ascii="Times New Roman" w:hAnsi="Times New Roman" w:cs="Times New Roman"/>
          <w:color w:val="231E20"/>
          <w:lang w:eastAsia="en-US"/>
        </w:rPr>
        <w:softHyphen/>
        <w:t>полеона» и др. Поэма «Паломничество Чайльд-Гарольда» (не менее одного фрагмента по выбору).</w:t>
      </w:r>
    </w:p>
    <w:p w:rsidR="00F44E79" w:rsidRPr="00127F47" w:rsidRDefault="00F44E79" w:rsidP="00127F47">
      <w:pPr>
        <w:widowControl/>
        <w:spacing w:line="276" w:lineRule="auto"/>
        <w:ind w:firstLine="567"/>
        <w:jc w:val="both"/>
        <w:rPr>
          <w:rFonts w:ascii="Times New Roman" w:hAnsi="Times New Roman" w:cs="Times New Roman"/>
          <w:color w:val="231E20"/>
        </w:rPr>
      </w:pPr>
      <w:r w:rsidRPr="00127F47">
        <w:rPr>
          <w:rFonts w:ascii="Times New Roman" w:hAnsi="Times New Roman" w:cs="Times New Roman"/>
          <w:b/>
          <w:bCs/>
          <w:color w:val="231E20"/>
        </w:rPr>
        <w:t xml:space="preserve">Зарубежная проза первой половины XIX в. </w:t>
      </w:r>
      <w:r w:rsidRPr="00127F47">
        <w:rPr>
          <w:rFonts w:ascii="Times New Roman" w:hAnsi="Times New Roman" w:cs="Times New Roman"/>
          <w:color w:val="231E20"/>
        </w:rPr>
        <w:t>(одно произве</w:t>
      </w:r>
      <w:r w:rsidRPr="00127F47">
        <w:rPr>
          <w:rFonts w:ascii="Times New Roman" w:hAnsi="Times New Roman" w:cs="Times New Roman"/>
          <w:color w:val="231E20"/>
        </w:rPr>
        <w:softHyphen/>
        <w:t>дение по выбору). Например, произведения Э. Т. А. Гофмана, В. Гюго, В. Скотта и др.</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b/>
          <w:bCs/>
          <w:caps/>
          <w:kern w:val="36"/>
        </w:rPr>
      </w:pPr>
      <w:r w:rsidRPr="00127F47">
        <w:rPr>
          <w:rFonts w:ascii="Times New Roman" w:hAnsi="Times New Roman" w:cs="Times New Roman"/>
          <w:b/>
          <w:bCs/>
          <w:caps/>
          <w:kern w:val="36"/>
        </w:rPr>
        <w:t xml:space="preserve"> ПЛАНИРУЕМЫЕ ОБРАЗОВАТЕЛЬНЫЕ РЕЗУЛЬТАТЫ</w:t>
      </w:r>
    </w:p>
    <w:p w:rsidR="00F44E79" w:rsidRPr="00127F47" w:rsidRDefault="00F44E79" w:rsidP="00127F47">
      <w:pPr>
        <w:widowControl/>
        <w:jc w:val="both"/>
        <w:rPr>
          <w:rFonts w:ascii="Times New Roman" w:hAnsi="Times New Roman" w:cs="Times New Roman"/>
          <w:b/>
          <w:bCs/>
          <w:caps/>
          <w:kern w:val="36"/>
        </w:rPr>
      </w:pPr>
    </w:p>
    <w:p w:rsidR="00F44E79" w:rsidRPr="00127F47" w:rsidRDefault="00F44E79" w:rsidP="00127F47">
      <w:pPr>
        <w:widowControl/>
        <w:spacing w:after="240"/>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Личностные результаты</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Личностные результаты освоения рабочей программы по ли</w:t>
      </w:r>
      <w:r w:rsidRPr="00127F47">
        <w:rPr>
          <w:rFonts w:ascii="Times New Roman" w:hAnsi="Times New Roman" w:cs="Times New Roman"/>
          <w:color w:val="auto"/>
          <w:lang w:eastAsia="en-US"/>
        </w:rPr>
        <w:softHyphen/>
        <w:t>тературе для основного общего образования достигаются в единстве учебной и воспитательной деятельности в соответ</w:t>
      </w:r>
      <w:r w:rsidRPr="00127F47">
        <w:rPr>
          <w:rFonts w:ascii="Times New Roman" w:hAnsi="Times New Roman" w:cs="Times New Roman"/>
          <w:color w:val="auto"/>
          <w:lang w:eastAsia="en-US"/>
        </w:rPr>
        <w:softHyphen/>
        <w:t>ствии с традиционными российскими социокультурными и ду</w:t>
      </w:r>
      <w:r w:rsidRPr="00127F47">
        <w:rPr>
          <w:rFonts w:ascii="Times New Roman" w:hAnsi="Times New Roman" w:cs="Times New Roman"/>
          <w:color w:val="auto"/>
          <w:lang w:eastAsia="en-US"/>
        </w:rPr>
        <w:softHyphen/>
        <w:t>ховно-нравственными ценностями, отражёнными в произведе</w:t>
      </w:r>
      <w:r w:rsidRPr="00127F47">
        <w:rPr>
          <w:rFonts w:ascii="Times New Roman" w:hAnsi="Times New Roman" w:cs="Times New Roman"/>
          <w:color w:val="auto"/>
          <w:lang w:eastAsia="en-US"/>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Личностные результаты освоения рабочей программы по ли</w:t>
      </w:r>
      <w:r w:rsidRPr="00127F47">
        <w:rPr>
          <w:rFonts w:ascii="Times New Roman" w:hAnsi="Times New Roman" w:cs="Times New Roman"/>
          <w:color w:val="auto"/>
          <w:lang w:eastAsia="en-US"/>
        </w:rPr>
        <w:softHyphen/>
        <w:t>тературе для основного общего образования должны отражать готовность обучающихся руководствоваться системой позитив</w:t>
      </w:r>
      <w:r w:rsidRPr="00127F47">
        <w:rPr>
          <w:rFonts w:ascii="Times New Roman" w:hAnsi="Times New Roman" w:cs="Times New Roman"/>
          <w:color w:val="auto"/>
          <w:lang w:eastAsia="en-US"/>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Гражданского воспитания: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готовность к выполнению обязанностей гражданина и реали</w:t>
      </w:r>
      <w:r w:rsidRPr="00127F47">
        <w:rPr>
          <w:rFonts w:ascii="Times New Roman" w:hAnsi="Times New Roman" w:cs="Times New Roman"/>
          <w:color w:val="auto"/>
          <w:lang w:eastAsia="en-US"/>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127F47">
        <w:rPr>
          <w:rFonts w:ascii="Times New Roman" w:hAnsi="Times New Roman" w:cs="Times New Roman"/>
          <w:color w:val="auto"/>
          <w:lang w:eastAsia="en-US"/>
        </w:rPr>
        <w:softHyphen/>
        <w:t>ных произведениях; неприятие любых форм экстремизма, дис</w:t>
      </w:r>
      <w:r w:rsidRPr="00127F47">
        <w:rPr>
          <w:rFonts w:ascii="Times New Roman" w:hAnsi="Times New Roman" w:cs="Times New Roman"/>
          <w:color w:val="auto"/>
          <w:lang w:eastAsia="en-US"/>
        </w:rPr>
        <w:softHyphen/>
        <w:t>криминации; понимание роли различных социальных институ</w:t>
      </w:r>
      <w:r w:rsidRPr="00127F47">
        <w:rPr>
          <w:rFonts w:ascii="Times New Roman" w:hAnsi="Times New Roman" w:cs="Times New Roman"/>
          <w:color w:val="auto"/>
          <w:lang w:eastAsia="en-US"/>
        </w:rPr>
        <w:softHyphen/>
        <w:t>тов в жизни человека; представление об основных правах, свобо</w:t>
      </w:r>
      <w:r w:rsidRPr="00127F47">
        <w:rPr>
          <w:rFonts w:ascii="Times New Roman" w:hAnsi="Times New Roman" w:cs="Times New Roman"/>
          <w:color w:val="auto"/>
          <w:lang w:eastAsia="en-US"/>
        </w:rPr>
        <w:softHyphen/>
        <w:t>дах и обязанностях гражданина, социальных нормах и правилах межличностных отношений в поликультурном и многоконфес</w:t>
      </w:r>
      <w:r w:rsidRPr="00127F47">
        <w:rPr>
          <w:rFonts w:ascii="Times New Roman" w:hAnsi="Times New Roman" w:cs="Times New Roman"/>
          <w:color w:val="auto"/>
          <w:lang w:eastAsia="en-US"/>
        </w:rPr>
        <w:softHyphen/>
        <w:t>сиональном обществе, в том числе с опорой на примеры из лите</w:t>
      </w:r>
      <w:r w:rsidRPr="00127F47">
        <w:rPr>
          <w:rFonts w:ascii="Times New Roman" w:hAnsi="Times New Roman" w:cs="Times New Roman"/>
          <w:color w:val="auto"/>
          <w:lang w:eastAsia="en-US"/>
        </w:rPr>
        <w:softHyphen/>
        <w:t>ратуры; представление о способах противодействия коррупции; готовность к разнообразной совместной деятельности, стремле</w:t>
      </w:r>
      <w:r w:rsidRPr="00127F47">
        <w:rPr>
          <w:rFonts w:ascii="Times New Roman" w:hAnsi="Times New Roman" w:cs="Times New Roman"/>
          <w:color w:val="auto"/>
          <w:lang w:eastAsia="en-US"/>
        </w:rPr>
        <w:softHyphen/>
        <w:t>ние к взаимопониманию и взаимопомощи, в том числе с опорой на примеры из литературы; активное участие в школьном само</w:t>
      </w:r>
      <w:r w:rsidRPr="00127F47">
        <w:rPr>
          <w:rFonts w:ascii="Times New Roman" w:hAnsi="Times New Roman" w:cs="Times New Roman"/>
          <w:color w:val="auto"/>
          <w:lang w:eastAsia="en-US"/>
        </w:rPr>
        <w:softHyphen/>
        <w:t>управлении; готовность к участию в гуманитарной деятельно</w:t>
      </w:r>
      <w:r w:rsidRPr="00127F47">
        <w:rPr>
          <w:rFonts w:ascii="Times New Roman" w:hAnsi="Times New Roman" w:cs="Times New Roman"/>
          <w:color w:val="auto"/>
          <w:lang w:eastAsia="en-US"/>
        </w:rPr>
        <w:softHyphen/>
        <w:t>сти (волонтерство; помощь людям, нуждающимся в ней).</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Патриотического воспитания: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127F47">
        <w:rPr>
          <w:rFonts w:ascii="Times New Roman" w:hAnsi="Times New Roman" w:cs="Times New Roman"/>
          <w:color w:val="auto"/>
          <w:lang w:eastAsia="en-US"/>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127F47">
        <w:rPr>
          <w:rFonts w:ascii="Times New Roman" w:hAnsi="Times New Roman" w:cs="Times New Roman"/>
          <w:color w:val="auto"/>
          <w:lang w:eastAsia="en-US"/>
        </w:rPr>
        <w:softHyphen/>
        <w:t>жениям своей Родины — России, к науке, искусству, спорту, технологиям, боевым подвигам и трудовым достижениям наро</w:t>
      </w:r>
      <w:r w:rsidRPr="00127F47">
        <w:rPr>
          <w:rFonts w:ascii="Times New Roman" w:hAnsi="Times New Roman" w:cs="Times New Roman"/>
          <w:color w:val="auto"/>
          <w:lang w:eastAsia="en-US"/>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127F47">
        <w:rPr>
          <w:rFonts w:ascii="Times New Roman" w:hAnsi="Times New Roman" w:cs="Times New Roman"/>
          <w:color w:val="auto"/>
          <w:lang w:eastAsia="en-US"/>
        </w:rPr>
        <w:softHyphen/>
        <w:t>циям разных народов, проживающих в родной стране, обращая внимание на их воплощение в литературе.</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Духовно-нравственного воспитания: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ориентация на моральные ценности и нормы в ситуациях нравственного выбора с оценкой поведения и поступков персо</w:t>
      </w:r>
      <w:r w:rsidRPr="00127F47">
        <w:rPr>
          <w:rFonts w:ascii="Times New Roman" w:hAnsi="Times New Roman" w:cs="Times New Roman"/>
          <w:color w:val="auto"/>
          <w:lang w:eastAsia="en-US"/>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127F47">
        <w:rPr>
          <w:rFonts w:ascii="Times New Roman" w:hAnsi="Times New Roman" w:cs="Times New Roman"/>
          <w:color w:val="auto"/>
          <w:lang w:eastAsia="en-US"/>
        </w:rPr>
        <w:softHyphen/>
        <w:t>нания последствий поступков; активное неприятие асоциаль</w:t>
      </w:r>
      <w:r w:rsidRPr="00127F47">
        <w:rPr>
          <w:rFonts w:ascii="Times New Roman" w:hAnsi="Times New Roman" w:cs="Times New Roman"/>
          <w:color w:val="auto"/>
          <w:lang w:eastAsia="en-US"/>
        </w:rPr>
        <w:softHyphen/>
        <w:t>ных поступков, свобода и ответственность личности в условиях индивидуального и общественного пространства.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Эстетического воспитания: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восприимчивость к разным видам искусства, традициям и творчеству своего и других народов, понимание эмоциональ</w:t>
      </w:r>
      <w:r w:rsidRPr="00127F47">
        <w:rPr>
          <w:rFonts w:ascii="Times New Roman" w:hAnsi="Times New Roman" w:cs="Times New Roman"/>
          <w:color w:val="auto"/>
          <w:lang w:eastAsia="en-US"/>
        </w:rPr>
        <w:softHyphen/>
        <w:t>ного воздействия искусства, в том числе изучаемых литератур</w:t>
      </w:r>
      <w:r w:rsidRPr="00127F47">
        <w:rPr>
          <w:rFonts w:ascii="Times New Roman" w:hAnsi="Times New Roman" w:cs="Times New Roman"/>
          <w:color w:val="auto"/>
          <w:lang w:eastAsia="en-US"/>
        </w:rPr>
        <w:softHyphen/>
        <w:t>ных произведений; осознание важности художественной лите</w:t>
      </w:r>
      <w:r w:rsidRPr="00127F47">
        <w:rPr>
          <w:rFonts w:ascii="Times New Roman" w:hAnsi="Times New Roman" w:cs="Times New Roman"/>
          <w:color w:val="auto"/>
          <w:lang w:eastAsia="en-US"/>
        </w:rPr>
        <w:softHyphen/>
        <w:t>ратуры и культуры как средства коммуникации и самовыраже</w:t>
      </w:r>
      <w:r w:rsidRPr="00127F47">
        <w:rPr>
          <w:rFonts w:ascii="Times New Roman" w:hAnsi="Times New Roman" w:cs="Times New Roman"/>
          <w:color w:val="auto"/>
          <w:lang w:eastAsia="en-US"/>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Физического воспитания, формирования культуры здоровья и эмоционального благополучия: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осознание ценности жизни с опорой на собственный жизнен</w:t>
      </w:r>
      <w:r w:rsidRPr="00127F47">
        <w:rPr>
          <w:rFonts w:ascii="Times New Roman" w:hAnsi="Times New Roman" w:cs="Times New Roman"/>
          <w:color w:val="auto"/>
          <w:lang w:eastAsia="en-US"/>
        </w:rPr>
        <w:softHyphen/>
        <w:t>ный и читательский опыт; ответственное отношение к своему здоровью и установка на здоровый образ жизни (здоровое пита</w:t>
      </w:r>
      <w:r w:rsidRPr="00127F47">
        <w:rPr>
          <w:rFonts w:ascii="Times New Roman" w:hAnsi="Times New Roman" w:cs="Times New Roman"/>
          <w:color w:val="auto"/>
          <w:lang w:eastAsia="en-US"/>
        </w:rPr>
        <w:softHyphen/>
        <w:t>ние, соблюдение гигиенических правил, сбалансированный ре</w:t>
      </w:r>
      <w:r w:rsidRPr="00127F47">
        <w:rPr>
          <w:rFonts w:ascii="Times New Roman" w:hAnsi="Times New Roman" w:cs="Times New Roman"/>
          <w:color w:val="auto"/>
          <w:lang w:eastAsia="en-US"/>
        </w:rPr>
        <w:softHyphen/>
        <w:t>жим занятий и отдыха, регулярная физическая активность); осознание последствий и неприятие вредных привычек (употре</w:t>
      </w:r>
      <w:r w:rsidRPr="00127F47">
        <w:rPr>
          <w:rFonts w:ascii="Times New Roman" w:hAnsi="Times New Roman" w:cs="Times New Roman"/>
          <w:color w:val="auto"/>
          <w:lang w:eastAsia="en-US"/>
        </w:rPr>
        <w:softHyphen/>
        <w:t>бление алкоголя, наркотиков, курение) и иных форм вреда для физического и психического здоровья, соблюдение правил безо</w:t>
      </w:r>
      <w:r w:rsidRPr="00127F47">
        <w:rPr>
          <w:rFonts w:ascii="Times New Roman" w:hAnsi="Times New Roman" w:cs="Times New Roman"/>
          <w:color w:val="auto"/>
          <w:lang w:eastAsia="en-US"/>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127F47">
        <w:rPr>
          <w:rFonts w:ascii="Times New Roman" w:hAnsi="Times New Roman" w:cs="Times New Roman"/>
          <w:color w:val="auto"/>
          <w:lang w:eastAsia="en-US"/>
        </w:rPr>
        <w:softHyphen/>
        <w:t>щимся социальным, информационным и природным условиям, в том числе осмысляя собственный опыт и выстраивая дальней</w:t>
      </w:r>
      <w:r w:rsidRPr="00127F47">
        <w:rPr>
          <w:rFonts w:ascii="Times New Roman" w:hAnsi="Times New Roman" w:cs="Times New Roman"/>
          <w:color w:val="auto"/>
          <w:lang w:eastAsia="en-US"/>
        </w:rPr>
        <w:softHyphen/>
        <w:t>шие цели;</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умение принимать себя и других, не осуждая;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сформированность навыка рефлексии, признание своего пра</w:t>
      </w:r>
      <w:r w:rsidRPr="00127F47">
        <w:rPr>
          <w:rFonts w:ascii="Times New Roman" w:hAnsi="Times New Roman" w:cs="Times New Roman"/>
          <w:color w:val="auto"/>
          <w:lang w:eastAsia="en-US"/>
        </w:rPr>
        <w:softHyphen/>
        <w:t>ва на ошибку и такого же права другого человека с оценкой по</w:t>
      </w:r>
      <w:r w:rsidRPr="00127F47">
        <w:rPr>
          <w:rFonts w:ascii="Times New Roman" w:hAnsi="Times New Roman" w:cs="Times New Roman"/>
          <w:color w:val="auto"/>
          <w:lang w:eastAsia="en-US"/>
        </w:rPr>
        <w:softHyphen/>
        <w:t>ступков литературных героев.</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Трудового воспитания: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установка на активное участие в решении практических за</w:t>
      </w:r>
      <w:r w:rsidRPr="00127F47">
        <w:rPr>
          <w:rFonts w:ascii="Times New Roman" w:hAnsi="Times New Roman" w:cs="Times New Roman"/>
          <w:color w:val="auto"/>
          <w:lang w:eastAsia="en-US"/>
        </w:rPr>
        <w:softHyphen/>
        <w:t>дач (в рамках семьи, школы, города, края) технологической и социальной направленности, способность инициировать, пла</w:t>
      </w:r>
      <w:r w:rsidRPr="00127F47">
        <w:rPr>
          <w:rFonts w:ascii="Times New Roman" w:hAnsi="Times New Roman" w:cs="Times New Roman"/>
          <w:color w:val="auto"/>
          <w:lang w:eastAsia="en-US"/>
        </w:rPr>
        <w:softHyphen/>
        <w:t>нировать и самостоятельно выполнять такого рода деятель</w:t>
      </w:r>
      <w:r w:rsidRPr="00127F47">
        <w:rPr>
          <w:rFonts w:ascii="Times New Roman" w:hAnsi="Times New Roman" w:cs="Times New Roman"/>
          <w:color w:val="auto"/>
          <w:lang w:eastAsia="en-US"/>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127F47">
        <w:rPr>
          <w:rFonts w:ascii="Times New Roman" w:hAnsi="Times New Roman" w:cs="Times New Roman"/>
          <w:color w:val="auto"/>
          <w:lang w:eastAsia="en-US"/>
        </w:rPr>
        <w:softHyphen/>
        <w:t>нальной деятельности и развитие необходимых умений для это</w:t>
      </w:r>
      <w:r w:rsidRPr="00127F47">
        <w:rPr>
          <w:rFonts w:ascii="Times New Roman" w:hAnsi="Times New Roman" w:cs="Times New Roman"/>
          <w:color w:val="auto"/>
          <w:lang w:eastAsia="en-US"/>
        </w:rPr>
        <w:softHyphen/>
        <w:t>го; готовность адаптироваться в профессиональной среде; ува</w:t>
      </w:r>
      <w:r w:rsidRPr="00127F47">
        <w:rPr>
          <w:rFonts w:ascii="Times New Roman" w:hAnsi="Times New Roman" w:cs="Times New Roman"/>
          <w:color w:val="auto"/>
          <w:lang w:eastAsia="en-US"/>
        </w:rPr>
        <w:softHyphen/>
        <w:t>жение к труду и результатам трудовой деятельности, в том чис</w:t>
      </w:r>
      <w:r w:rsidRPr="00127F47">
        <w:rPr>
          <w:rFonts w:ascii="Times New Roman" w:hAnsi="Times New Roman" w:cs="Times New Roman"/>
          <w:color w:val="auto"/>
          <w:lang w:eastAsia="en-US"/>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Экологического воспитания:</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ориентация на применение знаний из социальных и есте</w:t>
      </w:r>
      <w:r w:rsidRPr="00127F47">
        <w:rPr>
          <w:rFonts w:ascii="Times New Roman" w:hAnsi="Times New Roman" w:cs="Times New Roman"/>
          <w:color w:val="auto"/>
          <w:lang w:eastAsia="en-US"/>
        </w:rPr>
        <w:softHyphen/>
        <w:t>ственных наук для решения задач в области окружающей сре</w:t>
      </w:r>
      <w:r w:rsidRPr="00127F47">
        <w:rPr>
          <w:rFonts w:ascii="Times New Roman" w:hAnsi="Times New Roman" w:cs="Times New Roman"/>
          <w:color w:val="auto"/>
          <w:lang w:eastAsia="en-US"/>
        </w:rPr>
        <w:softHyphen/>
        <w:t>ды, планирования поступков и оценки их возможных послед</w:t>
      </w:r>
      <w:r w:rsidRPr="00127F47">
        <w:rPr>
          <w:rFonts w:ascii="Times New Roman" w:hAnsi="Times New Roman" w:cs="Times New Roman"/>
          <w:color w:val="auto"/>
          <w:lang w:eastAsia="en-US"/>
        </w:rPr>
        <w:softHyphen/>
        <w:t>ствий для окружающей среды; повышение уровня экологиче</w:t>
      </w:r>
      <w:r w:rsidRPr="00127F47">
        <w:rPr>
          <w:rFonts w:ascii="Times New Roman" w:hAnsi="Times New Roman" w:cs="Times New Roman"/>
          <w:color w:val="auto"/>
          <w:lang w:eastAsia="en-US"/>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w:t>
      </w:r>
      <w:r w:rsidRPr="00127F47">
        <w:rPr>
          <w:rFonts w:ascii="Times New Roman" w:hAnsi="Times New Roman" w:cs="Times New Roman"/>
          <w:color w:val="auto"/>
          <w:lang w:eastAsia="en-US"/>
        </w:rPr>
        <w:softHyphen/>
        <w:t>ванное при знакомстве с литературными произведениями, под</w:t>
      </w:r>
      <w:r w:rsidRPr="00127F47">
        <w:rPr>
          <w:rFonts w:ascii="Times New Roman" w:hAnsi="Times New Roman" w:cs="Times New Roman"/>
          <w:color w:val="auto"/>
          <w:lang w:eastAsia="en-US"/>
        </w:rPr>
        <w:softHyphen/>
        <w:t>нимающими экологические проблемы; осознание своей роли как гражданина и потребителя в условиях взаимосвязи природ</w:t>
      </w:r>
      <w:r w:rsidRPr="00127F47">
        <w:rPr>
          <w:rFonts w:ascii="Times New Roman" w:hAnsi="Times New Roman" w:cs="Times New Roman"/>
          <w:color w:val="auto"/>
          <w:lang w:eastAsia="en-US"/>
        </w:rPr>
        <w:softHyphen/>
        <w:t>ной, технологической и социальной сред; готовность к участию в практической деятельности экологической направленности.</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 </w:t>
      </w:r>
      <w:r w:rsidRPr="00127F47">
        <w:rPr>
          <w:rFonts w:ascii="Times New Roman" w:hAnsi="Times New Roman" w:cs="Times New Roman"/>
          <w:b/>
          <w:bCs/>
          <w:color w:val="auto"/>
          <w:lang w:eastAsia="en-US"/>
        </w:rPr>
        <w:t>Ценности научного познания:</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ориентация в деятельности на современную систему научных представлений об основных закономерностях развития челове</w:t>
      </w:r>
      <w:r w:rsidRPr="00127F47">
        <w:rPr>
          <w:rFonts w:ascii="Times New Roman" w:hAnsi="Times New Roman" w:cs="Times New Roman"/>
          <w:color w:val="auto"/>
          <w:lang w:eastAsia="en-US"/>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127F47">
        <w:rPr>
          <w:rFonts w:ascii="Times New Roman" w:hAnsi="Times New Roman" w:cs="Times New Roman"/>
          <w:color w:val="auto"/>
          <w:lang w:eastAsia="en-US"/>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127F47">
        <w:rPr>
          <w:rFonts w:ascii="Times New Roman" w:hAnsi="Times New Roman" w:cs="Times New Roman"/>
          <w:color w:val="auto"/>
          <w:lang w:eastAsia="en-US"/>
        </w:rPr>
        <w:softHyphen/>
        <w:t>ного и коллективного благополучия.</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Личностные результаты, обеспечивающие адаптацию обуча</w:t>
      </w:r>
      <w:r w:rsidRPr="00127F47">
        <w:rPr>
          <w:rFonts w:ascii="Times New Roman" w:hAnsi="Times New Roman" w:cs="Times New Roman"/>
          <w:color w:val="auto"/>
          <w:lang w:eastAsia="en-US"/>
        </w:rPr>
        <w:softHyphen/>
        <w:t>ющегося к изменяющимся условиям социальной и природной среды:</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освоение обучающимися социального опыта, основных соци</w:t>
      </w:r>
      <w:r w:rsidRPr="00127F47">
        <w:rPr>
          <w:rFonts w:ascii="Times New Roman" w:hAnsi="Times New Roman" w:cs="Times New Roman"/>
          <w:color w:val="auto"/>
          <w:lang w:eastAsia="en-US"/>
        </w:rPr>
        <w:softHyphen/>
        <w:t>альных ролей, соответствующих ведущей деятельности возрас</w:t>
      </w:r>
      <w:r w:rsidRPr="00127F47">
        <w:rPr>
          <w:rFonts w:ascii="Times New Roman" w:hAnsi="Times New Roman" w:cs="Times New Roman"/>
          <w:color w:val="auto"/>
          <w:lang w:eastAsia="en-US"/>
        </w:rPr>
        <w:softHyphen/>
        <w:t>та, норм и правил общественного поведения, форм социальной жизни в группах и сообществах, включая семью, группы, сфор</w:t>
      </w:r>
      <w:r w:rsidRPr="00127F47">
        <w:rPr>
          <w:rFonts w:ascii="Times New Roman" w:hAnsi="Times New Roman" w:cs="Times New Roman"/>
          <w:color w:val="auto"/>
          <w:lang w:eastAsia="en-US"/>
        </w:rPr>
        <w:softHyphen/>
        <w:t>мированные по профессиональной деятельности, а также в рам</w:t>
      </w:r>
      <w:r w:rsidRPr="00127F47">
        <w:rPr>
          <w:rFonts w:ascii="Times New Roman" w:hAnsi="Times New Roman" w:cs="Times New Roman"/>
          <w:color w:val="auto"/>
          <w:lang w:eastAsia="en-US"/>
        </w:rPr>
        <w:softHyphen/>
        <w:t>ках социального взаимодействия с людьми из другой культур</w:t>
      </w:r>
      <w:r w:rsidRPr="00127F47">
        <w:rPr>
          <w:rFonts w:ascii="Times New Roman" w:hAnsi="Times New Roman" w:cs="Times New Roman"/>
          <w:color w:val="auto"/>
          <w:lang w:eastAsia="en-US"/>
        </w:rPr>
        <w:softHyphen/>
        <w:t>ной среды; изучение и оценка социальных ролей персонажей литературных произведений;</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потребность во взаимодействии в условиях неопределённо</w:t>
      </w:r>
      <w:r w:rsidRPr="00127F47">
        <w:rPr>
          <w:rFonts w:ascii="Times New Roman" w:hAnsi="Times New Roman" w:cs="Times New Roman"/>
          <w:color w:val="auto"/>
          <w:lang w:eastAsia="en-US"/>
        </w:rPr>
        <w:softHyphen/>
        <w:t>сти, открытость опыту и знаниям других; в действии в услови</w:t>
      </w:r>
      <w:r w:rsidRPr="00127F47">
        <w:rPr>
          <w:rFonts w:ascii="Times New Roman" w:hAnsi="Times New Roman" w:cs="Times New Roman"/>
          <w:color w:val="auto"/>
          <w:lang w:eastAsia="en-US"/>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127F47">
        <w:rPr>
          <w:rFonts w:ascii="Times New Roman" w:hAnsi="Times New Roman" w:cs="Times New Roman"/>
          <w:color w:val="auto"/>
          <w:lang w:eastAsia="en-US"/>
        </w:rPr>
        <w:softHyphen/>
        <w:t>вать дефициты собственных знаний и компетентностей, плани</w:t>
      </w:r>
      <w:r w:rsidRPr="00127F47">
        <w:rPr>
          <w:rFonts w:ascii="Times New Roman" w:hAnsi="Times New Roman" w:cs="Times New Roman"/>
          <w:color w:val="auto"/>
          <w:lang w:eastAsia="en-US"/>
        </w:rPr>
        <w:softHyphen/>
        <w:t>ровать своё развитие; умение оперировать основными понятия</w:t>
      </w:r>
      <w:r w:rsidRPr="00127F47">
        <w:rPr>
          <w:rFonts w:ascii="Times New Roman" w:hAnsi="Times New Roman" w:cs="Times New Roman"/>
          <w:color w:val="auto"/>
          <w:lang w:eastAsia="en-US"/>
        </w:rPr>
        <w:softHyphen/>
        <w:t>ми, терминами и представлениями в области концепции устой</w:t>
      </w:r>
      <w:r w:rsidRPr="00127F47">
        <w:rPr>
          <w:rFonts w:ascii="Times New Roman" w:hAnsi="Times New Roman" w:cs="Times New Roman"/>
          <w:color w:val="auto"/>
          <w:lang w:eastAsia="en-US"/>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color w:val="auto"/>
          <w:lang w:eastAsia="en-US"/>
        </w:rPr>
        <w:t>способность осознавать стрессовую ситуацию, оценивать про</w:t>
      </w:r>
      <w:r w:rsidRPr="00127F47">
        <w:rPr>
          <w:rFonts w:ascii="Times New Roman" w:hAnsi="Times New Roman" w:cs="Times New Roman"/>
          <w:color w:val="auto"/>
          <w:lang w:eastAsia="en-US"/>
        </w:rPr>
        <w:softHyphen/>
        <w:t>исходящие изменения и их последствия, опираясь на жизнен</w:t>
      </w:r>
      <w:r w:rsidRPr="00127F47">
        <w:rPr>
          <w:rFonts w:ascii="Times New Roman" w:hAnsi="Times New Roman" w:cs="Times New Roman"/>
          <w:color w:val="auto"/>
          <w:lang w:eastAsia="en-US"/>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127F47">
        <w:rPr>
          <w:rFonts w:ascii="Times New Roman" w:hAnsi="Times New Roman" w:cs="Times New Roman"/>
          <w:color w:val="auto"/>
          <w:lang w:eastAsia="en-US"/>
        </w:rPr>
        <w:softHyphen/>
        <w:t>ровать и оценивать риски и последствия, формировать опыт, уметь находить позитивное в произошедшей ситуации; быть го</w:t>
      </w:r>
      <w:r w:rsidRPr="00127F47">
        <w:rPr>
          <w:rFonts w:ascii="Times New Roman" w:hAnsi="Times New Roman" w:cs="Times New Roman"/>
          <w:color w:val="auto"/>
          <w:lang w:eastAsia="en-US"/>
        </w:rPr>
        <w:softHyphen/>
        <w:t>товым действовать в отсутствии гарантий успеха.</w:t>
      </w:r>
    </w:p>
    <w:p w:rsidR="00F44E79" w:rsidRPr="00127F47" w:rsidRDefault="00F44E79" w:rsidP="00127F47">
      <w:pPr>
        <w:widowControl/>
        <w:spacing w:line="276" w:lineRule="auto"/>
        <w:ind w:firstLine="567"/>
        <w:jc w:val="both"/>
        <w:rPr>
          <w:rFonts w:ascii="Times New Roman" w:hAnsi="Times New Roman" w:cs="Times New Roman"/>
          <w:b/>
          <w:bCs/>
          <w:color w:val="auto"/>
          <w:lang w:eastAsia="en-US"/>
        </w:rPr>
      </w:pP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Метапредметные результаты</w:t>
      </w:r>
    </w:p>
    <w:p w:rsidR="00F44E79" w:rsidRPr="00127F47" w:rsidRDefault="00F44E79" w:rsidP="00127F47">
      <w:pPr>
        <w:widowControl/>
        <w:ind w:firstLine="567"/>
        <w:jc w:val="both"/>
        <w:rPr>
          <w:rFonts w:ascii="Times New Roman" w:hAnsi="Times New Roman" w:cs="Times New Roman"/>
          <w:color w:val="auto"/>
          <w:lang w:eastAsia="en-US"/>
        </w:rPr>
      </w:pPr>
      <w:r w:rsidRPr="00127F47">
        <w:rPr>
          <w:rFonts w:ascii="Times New Roman" w:hAnsi="Times New Roman" w:cs="Times New Roman"/>
          <w:b/>
          <w:bCs/>
          <w:i/>
          <w:iCs/>
          <w:color w:val="auto"/>
          <w:lang w:eastAsia="en-US"/>
        </w:rPr>
        <w:t>Овладение универсальными учебными познаватель</w:t>
      </w:r>
      <w:r w:rsidRPr="00127F47">
        <w:rPr>
          <w:rFonts w:ascii="Times New Roman" w:hAnsi="Times New Roman" w:cs="Times New Roman"/>
          <w:b/>
          <w:bCs/>
          <w:i/>
          <w:iCs/>
          <w:color w:val="auto"/>
          <w:lang w:eastAsia="en-US"/>
        </w:rPr>
        <w:softHyphen/>
        <w:t>ными действиями:</w:t>
      </w:r>
    </w:p>
    <w:p w:rsidR="00F44E79" w:rsidRPr="00127F47" w:rsidRDefault="00F44E79" w:rsidP="00127F47">
      <w:pPr>
        <w:widowControl/>
        <w:spacing w:line="276" w:lineRule="auto"/>
        <w:ind w:firstLine="567"/>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Базовые логические действия:</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выявлять и характеризовать существенные признаки объек</w:t>
      </w:r>
      <w:r w:rsidRPr="00127F47">
        <w:rPr>
          <w:rFonts w:ascii="Times New Roman" w:hAnsi="Times New Roman" w:cs="Times New Roman"/>
          <w:color w:val="auto"/>
          <w:lang w:eastAsia="en-US"/>
        </w:rPr>
        <w:softHyphen/>
        <w:t>тов (художественных и учебных текстов, литературных геро</w:t>
      </w:r>
      <w:r w:rsidRPr="00127F47">
        <w:rPr>
          <w:rFonts w:ascii="Times New Roman" w:hAnsi="Times New Roman" w:cs="Times New Roman"/>
          <w:color w:val="auto"/>
          <w:lang w:eastAsia="en-US"/>
        </w:rPr>
        <w:softHyphen/>
        <w:t>ев и др.) и явлений (литературных направлений, этапов исто</w:t>
      </w:r>
      <w:r w:rsidRPr="00127F47">
        <w:rPr>
          <w:rFonts w:ascii="Times New Roman" w:hAnsi="Times New Roman" w:cs="Times New Roman"/>
          <w:color w:val="auto"/>
          <w:lang w:eastAsia="en-US"/>
        </w:rPr>
        <w:softHyphen/>
        <w:t>рико-литературного процесса);</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127F47">
        <w:rPr>
          <w:rFonts w:ascii="Times New Roman" w:hAnsi="Times New Roman" w:cs="Times New Roman"/>
          <w:color w:val="auto"/>
          <w:lang w:eastAsia="en-US"/>
        </w:rPr>
        <w:softHyphen/>
        <w:t>нения, определять критерии проводимого анализа;</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 учётом предложенной задачи выявлять закономерности и противоречия в рассматриваемых литературных фактах и на</w:t>
      </w:r>
      <w:r w:rsidRPr="00127F47">
        <w:rPr>
          <w:rFonts w:ascii="Times New Roman" w:hAnsi="Times New Roman" w:cs="Times New Roman"/>
          <w:color w:val="auto"/>
          <w:lang w:eastAsia="en-US"/>
        </w:rPr>
        <w:softHyphen/>
        <w:t>блюдениях над текстом; предлагать критерии для выявления закономерностей и противоречий с учётом учебной задачи;</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выявлять дефициты информации, данных, необходимых для решения поставленной учебной задачи;</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выявлять причинно-следственные связи при изучении литера</w:t>
      </w:r>
      <w:r w:rsidRPr="00127F47">
        <w:rPr>
          <w:rFonts w:ascii="Times New Roman" w:hAnsi="Times New Roman" w:cs="Times New Roman"/>
          <w:color w:val="auto"/>
          <w:lang w:eastAsia="en-US"/>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44E79" w:rsidRPr="00127F47" w:rsidRDefault="00F44E79" w:rsidP="00127F47">
      <w:pPr>
        <w:spacing w:after="60"/>
        <w:jc w:val="both"/>
        <w:rPr>
          <w:rFonts w:ascii="Times New Roman" w:hAnsi="Times New Roman" w:cs="Times New Roman"/>
          <w:color w:val="auto"/>
          <w:lang w:eastAsia="en-US"/>
        </w:rPr>
      </w:pPr>
      <w:r w:rsidRPr="00127F47">
        <w:rPr>
          <w:rFonts w:ascii="Times New Roman" w:hAnsi="Times New Roman" w:cs="Times New Roman"/>
          <w:color w:val="231E20"/>
          <w:lang w:eastAsia="en-US"/>
        </w:rPr>
        <w:t>Базовые исследовательские действия:</w:t>
      </w:r>
    </w:p>
    <w:p w:rsidR="00F44E79" w:rsidRPr="00127F47" w:rsidRDefault="00F44E79" w:rsidP="00525EF3">
      <w:pPr>
        <w:widowControl/>
        <w:numPr>
          <w:ilvl w:val="0"/>
          <w:numId w:val="23"/>
        </w:numPr>
        <w:tabs>
          <w:tab w:val="left" w:pos="207"/>
        </w:tabs>
        <w:spacing w:after="160" w:line="266" w:lineRule="auto"/>
        <w:jc w:val="both"/>
        <w:rPr>
          <w:rFonts w:ascii="Times New Roman" w:hAnsi="Times New Roman" w:cs="Times New Roman"/>
          <w:color w:val="auto"/>
          <w:lang w:eastAsia="en-US"/>
        </w:rPr>
      </w:pPr>
      <w:r w:rsidRPr="00127F47">
        <w:rPr>
          <w:rFonts w:ascii="Times New Roman" w:hAnsi="Times New Roman" w:cs="Times New Roman"/>
          <w:color w:val="231E20"/>
          <w:lang w:eastAsia="en-US"/>
        </w:rPr>
        <w:t>использовать вопросы как исследовательский инструмент по</w:t>
      </w:r>
      <w:r w:rsidRPr="00127F47">
        <w:rPr>
          <w:rFonts w:ascii="Times New Roman" w:hAnsi="Times New Roman" w:cs="Times New Roman"/>
          <w:color w:val="231E20"/>
          <w:lang w:eastAsia="en-US"/>
        </w:rPr>
        <w:softHyphen/>
        <w:t>знания в литературном образовании;</w:t>
      </w:r>
    </w:p>
    <w:p w:rsidR="00F44E79" w:rsidRPr="00127F47" w:rsidRDefault="00F44E79" w:rsidP="00525EF3">
      <w:pPr>
        <w:widowControl/>
        <w:numPr>
          <w:ilvl w:val="0"/>
          <w:numId w:val="23"/>
        </w:numPr>
        <w:tabs>
          <w:tab w:val="left" w:pos="207"/>
        </w:tabs>
        <w:spacing w:after="160" w:line="266" w:lineRule="auto"/>
        <w:jc w:val="both"/>
        <w:rPr>
          <w:rFonts w:ascii="Times New Roman" w:hAnsi="Times New Roman" w:cs="Times New Roman"/>
          <w:color w:val="auto"/>
          <w:lang w:eastAsia="en-US"/>
        </w:rPr>
      </w:pPr>
      <w:r w:rsidRPr="00127F47">
        <w:rPr>
          <w:rFonts w:ascii="Times New Roman" w:hAnsi="Times New Roman" w:cs="Times New Roman"/>
          <w:color w:val="231E20"/>
          <w:lang w:eastAsia="en-US"/>
        </w:rPr>
        <w:t>формулировать вопросы, фиксирующие разрыв между реаль</w:t>
      </w:r>
      <w:r w:rsidRPr="00127F47">
        <w:rPr>
          <w:rFonts w:ascii="Times New Roman" w:hAnsi="Times New Roman" w:cs="Times New Roman"/>
          <w:color w:val="231E20"/>
          <w:lang w:eastAsia="en-US"/>
        </w:rPr>
        <w:softHyphen/>
        <w:t>ным и желательным состоянием ситуации, объекта, и само</w:t>
      </w:r>
      <w:r w:rsidRPr="00127F47">
        <w:rPr>
          <w:rFonts w:ascii="Times New Roman" w:hAnsi="Times New Roman" w:cs="Times New Roman"/>
          <w:color w:val="231E20"/>
          <w:lang w:eastAsia="en-US"/>
        </w:rPr>
        <w:softHyphen/>
        <w:t>стоятельно устанавливать искомое и данное;</w:t>
      </w:r>
    </w:p>
    <w:p w:rsidR="00F44E79" w:rsidRPr="00127F47" w:rsidRDefault="00F44E79" w:rsidP="00525EF3">
      <w:pPr>
        <w:widowControl/>
        <w:numPr>
          <w:ilvl w:val="0"/>
          <w:numId w:val="23"/>
        </w:numPr>
        <w:tabs>
          <w:tab w:val="left" w:pos="207"/>
        </w:tabs>
        <w:spacing w:after="160" w:line="266" w:lineRule="auto"/>
        <w:jc w:val="both"/>
        <w:rPr>
          <w:rFonts w:ascii="Times New Roman" w:hAnsi="Times New Roman" w:cs="Times New Roman"/>
          <w:color w:val="auto"/>
          <w:lang w:eastAsia="en-US"/>
        </w:rPr>
      </w:pPr>
      <w:r w:rsidRPr="00127F47">
        <w:rPr>
          <w:rFonts w:ascii="Times New Roman" w:hAnsi="Times New Roman" w:cs="Times New Roman"/>
          <w:color w:val="231E20"/>
          <w:lang w:eastAsia="en-US"/>
        </w:rPr>
        <w:t>формировать гипотезу об истинности собственных суждений и суждений других, аргументировать свою позицию, мнение;</w:t>
      </w:r>
    </w:p>
    <w:p w:rsidR="00F44E79" w:rsidRPr="00127F47" w:rsidRDefault="00F44E79" w:rsidP="00525EF3">
      <w:pPr>
        <w:widowControl/>
        <w:numPr>
          <w:ilvl w:val="0"/>
          <w:numId w:val="23"/>
        </w:numPr>
        <w:tabs>
          <w:tab w:val="left" w:pos="207"/>
        </w:tabs>
        <w:spacing w:after="160" w:line="266" w:lineRule="auto"/>
        <w:jc w:val="both"/>
        <w:rPr>
          <w:rFonts w:ascii="Times New Roman" w:hAnsi="Times New Roman" w:cs="Times New Roman"/>
          <w:color w:val="auto"/>
          <w:lang w:eastAsia="en-US"/>
        </w:rPr>
      </w:pPr>
      <w:r w:rsidRPr="00127F47">
        <w:rPr>
          <w:rFonts w:ascii="Times New Roman" w:hAnsi="Times New Roman" w:cs="Times New Roman"/>
          <w:color w:val="231E20"/>
          <w:lang w:eastAsia="en-US"/>
        </w:rPr>
        <w:t>проводить по самостоятельно составленному плану неболь</w:t>
      </w:r>
      <w:r w:rsidRPr="00127F47">
        <w:rPr>
          <w:rFonts w:ascii="Times New Roman" w:hAnsi="Times New Roman" w:cs="Times New Roman"/>
          <w:color w:val="231E20"/>
          <w:lang w:eastAsia="en-US"/>
        </w:rPr>
        <w:softHyphen/>
        <w:t>шое исследование по установлению особенностей литератур</w:t>
      </w:r>
      <w:r w:rsidRPr="00127F47">
        <w:rPr>
          <w:rFonts w:ascii="Times New Roman" w:hAnsi="Times New Roman" w:cs="Times New Roman"/>
          <w:color w:val="231E20"/>
          <w:lang w:eastAsia="en-US"/>
        </w:rPr>
        <w:softHyphen/>
        <w:t>ного объекта изучения, причинно-следственных связей и за</w:t>
      </w:r>
      <w:r w:rsidRPr="00127F47">
        <w:rPr>
          <w:rFonts w:ascii="Times New Roman" w:hAnsi="Times New Roman" w:cs="Times New Roman"/>
          <w:color w:val="231E20"/>
          <w:lang w:eastAsia="en-US"/>
        </w:rPr>
        <w:softHyphen/>
        <w:t>висимостей объектов между собой;</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231E20"/>
          <w:lang w:eastAsia="en-US"/>
        </w:rPr>
        <w:t xml:space="preserve">оценивать на применимость и достоверность информацию, </w:t>
      </w:r>
      <w:r w:rsidRPr="00127F47">
        <w:rPr>
          <w:rFonts w:ascii="Times New Roman" w:hAnsi="Times New Roman" w:cs="Times New Roman"/>
          <w:color w:val="auto"/>
          <w:lang w:eastAsia="en-US"/>
        </w:rPr>
        <w:t>полученную в ходе исследования (эксперимента);</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самостоятельно формулировать обобщения и выводы по ре</w:t>
      </w:r>
      <w:r w:rsidRPr="00127F47">
        <w:rPr>
          <w:rFonts w:ascii="Times New Roman" w:hAnsi="Times New Roman" w:cs="Times New Roman"/>
          <w:color w:val="231E20"/>
          <w:lang w:eastAsia="en-US"/>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44E79" w:rsidRPr="00127F47" w:rsidRDefault="00F44E79" w:rsidP="00127F47">
      <w:pPr>
        <w:widowControl/>
        <w:spacing w:line="276" w:lineRule="auto"/>
        <w:jc w:val="both"/>
        <w:rPr>
          <w:rFonts w:ascii="Times New Roman" w:hAnsi="Times New Roman" w:cs="Times New Roman"/>
          <w:color w:val="231E20"/>
          <w:lang w:eastAsia="en-US"/>
        </w:rPr>
      </w:pPr>
      <w:r w:rsidRPr="00127F47">
        <w:rPr>
          <w:rFonts w:ascii="Times New Roman" w:hAnsi="Times New Roman" w:cs="Times New Roman"/>
          <w:b/>
          <w:bCs/>
          <w:color w:val="231E20"/>
          <w:lang w:eastAsia="en-US"/>
        </w:rPr>
        <w:t>Работа с информацией:</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применять различные методы, инструменты и запросы при поиске и отборе литературной и другой информации или дан</w:t>
      </w:r>
      <w:r w:rsidRPr="00127F47">
        <w:rPr>
          <w:rFonts w:ascii="Times New Roman" w:hAnsi="Times New Roman" w:cs="Times New Roman"/>
          <w:color w:val="231E20"/>
          <w:lang w:eastAsia="en-US"/>
        </w:rPr>
        <w:softHyphen/>
        <w:t>ных из источников с учётом предложенной учебной задачи и заданных критериев;</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выбирать, анализировать, систематизировать и интерпрети</w:t>
      </w:r>
      <w:r w:rsidRPr="00127F47">
        <w:rPr>
          <w:rFonts w:ascii="Times New Roman" w:hAnsi="Times New Roman" w:cs="Times New Roman"/>
          <w:color w:val="231E20"/>
          <w:lang w:eastAsia="en-US"/>
        </w:rPr>
        <w:softHyphen/>
        <w:t>ровать литературную и другую информацию различных ви</w:t>
      </w:r>
      <w:r w:rsidRPr="00127F47">
        <w:rPr>
          <w:rFonts w:ascii="Times New Roman" w:hAnsi="Times New Roman" w:cs="Times New Roman"/>
          <w:color w:val="231E20"/>
          <w:lang w:eastAsia="en-US"/>
        </w:rPr>
        <w:softHyphen/>
        <w:t>дов и форм представления;</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находить сходные аргументы (подтверждающие или опровер</w:t>
      </w:r>
      <w:r w:rsidRPr="00127F47">
        <w:rPr>
          <w:rFonts w:ascii="Times New Roman" w:hAnsi="Times New Roman" w:cs="Times New Roman"/>
          <w:color w:val="231E20"/>
          <w:lang w:eastAsia="en-US"/>
        </w:rPr>
        <w:softHyphen/>
        <w:t>гающие одну и ту же идею, версию) в различных информаци</w:t>
      </w:r>
      <w:r w:rsidRPr="00127F47">
        <w:rPr>
          <w:rFonts w:ascii="Times New Roman" w:hAnsi="Times New Roman" w:cs="Times New Roman"/>
          <w:color w:val="231E20"/>
          <w:lang w:eastAsia="en-US"/>
        </w:rPr>
        <w:softHyphen/>
        <w:t>онных источниках;</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самостоятельно выбирать оптимальную форму представле</w:t>
      </w:r>
      <w:r w:rsidRPr="00127F47">
        <w:rPr>
          <w:rFonts w:ascii="Times New Roman" w:hAnsi="Times New Roman" w:cs="Times New Roman"/>
          <w:color w:val="231E20"/>
          <w:lang w:eastAsia="en-US"/>
        </w:rPr>
        <w:softHyphen/>
        <w:t>ния литературной и другой информации и иллюстрировать решаемые учебные задачи несложными схемами, диаграмма</w:t>
      </w:r>
      <w:r w:rsidRPr="00127F47">
        <w:rPr>
          <w:rFonts w:ascii="Times New Roman" w:hAnsi="Times New Roman" w:cs="Times New Roman"/>
          <w:color w:val="231E20"/>
          <w:lang w:eastAsia="en-US"/>
        </w:rPr>
        <w:softHyphen/>
        <w:t>ми, иной графикой и их комбинациями;</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оценивать надёжность литературной и другой информации по критериям, предложенным учителем или сформулирован</w:t>
      </w:r>
      <w:r w:rsidRPr="00127F47">
        <w:rPr>
          <w:rFonts w:ascii="Times New Roman" w:hAnsi="Times New Roman" w:cs="Times New Roman"/>
          <w:color w:val="231E20"/>
          <w:lang w:eastAsia="en-US"/>
        </w:rPr>
        <w:softHyphen/>
        <w:t>ным самостоятельно;</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color w:val="231E20"/>
          <w:lang w:eastAsia="en-US"/>
        </w:rPr>
        <w:t>эффективно запоминать и систематизировать эту информа</w:t>
      </w:r>
      <w:r w:rsidRPr="00127F47">
        <w:rPr>
          <w:rFonts w:ascii="Times New Roman" w:hAnsi="Times New Roman" w:cs="Times New Roman"/>
          <w:color w:val="231E20"/>
          <w:lang w:eastAsia="en-US"/>
        </w:rPr>
        <w:softHyphen/>
        <w:t>цию.</w:t>
      </w:r>
    </w:p>
    <w:p w:rsidR="00F44E79" w:rsidRPr="00127F47" w:rsidRDefault="00F44E79" w:rsidP="00127F47">
      <w:pPr>
        <w:widowControl/>
        <w:spacing w:line="276" w:lineRule="auto"/>
        <w:jc w:val="both"/>
        <w:rPr>
          <w:rFonts w:ascii="Times New Roman" w:hAnsi="Times New Roman" w:cs="Times New Roman"/>
          <w:color w:val="231E20"/>
          <w:lang w:eastAsia="en-US"/>
        </w:rPr>
      </w:pPr>
      <w:r w:rsidRPr="00127F47">
        <w:rPr>
          <w:rFonts w:ascii="Times New Roman" w:hAnsi="Times New Roman" w:cs="Times New Roman"/>
          <w:b/>
          <w:bCs/>
          <w:i/>
          <w:iCs/>
          <w:color w:val="231E20"/>
          <w:lang w:eastAsia="en-US"/>
        </w:rPr>
        <w:t>Овладение универсальными учебными коммуника</w:t>
      </w:r>
      <w:r w:rsidRPr="00127F47">
        <w:rPr>
          <w:rFonts w:ascii="Times New Roman" w:hAnsi="Times New Roman" w:cs="Times New Roman"/>
          <w:b/>
          <w:bCs/>
          <w:i/>
          <w:iCs/>
          <w:color w:val="231E20"/>
          <w:lang w:eastAsia="en-US"/>
        </w:rPr>
        <w:softHyphen/>
        <w:t>тивными действиями:</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i/>
          <w:iCs/>
          <w:color w:val="231E20"/>
          <w:lang w:eastAsia="en-US"/>
        </w:rPr>
        <w:t>общение:</w:t>
      </w:r>
      <w:r w:rsidRPr="00127F47">
        <w:rPr>
          <w:rFonts w:ascii="Times New Roman" w:hAnsi="Times New Roman" w:cs="Times New Roman"/>
          <w:color w:val="231E20"/>
          <w:lang w:eastAsia="en-US"/>
        </w:rPr>
        <w:t xml:space="preserve"> воспринимать и формулировать суждения, выра</w:t>
      </w:r>
      <w:r w:rsidRPr="00127F47">
        <w:rPr>
          <w:rFonts w:ascii="Times New Roman" w:hAnsi="Times New Roman" w:cs="Times New Roman"/>
          <w:color w:val="231E20"/>
          <w:lang w:eastAsia="en-US"/>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127F47">
        <w:rPr>
          <w:rFonts w:ascii="Times New Roman" w:hAnsi="Times New Roman" w:cs="Times New Roman"/>
          <w:color w:val="231E20"/>
          <w:lang w:eastAsia="en-US"/>
        </w:rPr>
        <w:softHyphen/>
        <w:t>мать значение социальных знаков, знать и распознавать пред</w:t>
      </w:r>
      <w:r w:rsidRPr="00127F47">
        <w:rPr>
          <w:rFonts w:ascii="Times New Roman" w:hAnsi="Times New Roman" w:cs="Times New Roman"/>
          <w:color w:val="231E20"/>
          <w:lang w:eastAsia="en-US"/>
        </w:rPr>
        <w:softHyphen/>
        <w:t>посылки конфликтных ситуаций, находя аналогии в литера</w:t>
      </w:r>
      <w:r w:rsidRPr="00127F47">
        <w:rPr>
          <w:rFonts w:ascii="Times New Roman" w:hAnsi="Times New Roman" w:cs="Times New Roman"/>
          <w:color w:val="231E20"/>
          <w:lang w:eastAsia="en-US"/>
        </w:rPr>
        <w:softHyphen/>
        <w:t>турных произведениях, и смягчать конфликты, вести перего</w:t>
      </w:r>
      <w:r w:rsidRPr="00127F47">
        <w:rPr>
          <w:rFonts w:ascii="Times New Roman" w:hAnsi="Times New Roman" w:cs="Times New Roman"/>
          <w:color w:val="231E20"/>
          <w:lang w:eastAsia="en-US"/>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127F47">
        <w:rPr>
          <w:rFonts w:ascii="Times New Roman" w:hAnsi="Times New Roman" w:cs="Times New Roman"/>
          <w:color w:val="231E20"/>
          <w:lang w:eastAsia="en-US"/>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sidRPr="00127F47">
        <w:rPr>
          <w:rFonts w:ascii="Times New Roman" w:hAnsi="Times New Roman" w:cs="Times New Roman"/>
          <w:color w:val="auto"/>
          <w:lang w:eastAsia="en-US"/>
        </w:rPr>
        <w:t>сопоставлять свои суждения с суждениями других участников диалога, обнаруживать разли</w:t>
      </w:r>
      <w:r w:rsidRPr="00127F47">
        <w:rPr>
          <w:rFonts w:ascii="Times New Roman" w:hAnsi="Times New Roman" w:cs="Times New Roman"/>
          <w:color w:val="auto"/>
          <w:lang w:eastAsia="en-US"/>
        </w:rPr>
        <w:softHyphen/>
        <w:t>чие и сходство позиций; публично представлять результаты выполненного опыта (литературоведческого эксперимента, ис</w:t>
      </w:r>
      <w:r w:rsidRPr="00127F47">
        <w:rPr>
          <w:rFonts w:ascii="Times New Roman" w:hAnsi="Times New Roman" w:cs="Times New Roman"/>
          <w:color w:val="auto"/>
          <w:lang w:eastAsia="en-US"/>
        </w:rPr>
        <w:softHyphen/>
        <w:t>следования, проекта); самостоятельно выбирать формат вы</w:t>
      </w:r>
      <w:r w:rsidRPr="00127F47">
        <w:rPr>
          <w:rFonts w:ascii="Times New Roman" w:hAnsi="Times New Roman" w:cs="Times New Roman"/>
          <w:color w:val="auto"/>
          <w:lang w:eastAsia="en-US"/>
        </w:rPr>
        <w:softHyphen/>
        <w:t>ступления с учётом задач презентации и особенностей аудито</w:t>
      </w:r>
      <w:r w:rsidRPr="00127F47">
        <w:rPr>
          <w:rFonts w:ascii="Times New Roman" w:hAnsi="Times New Roman" w:cs="Times New Roman"/>
          <w:color w:val="auto"/>
          <w:lang w:eastAsia="en-US"/>
        </w:rPr>
        <w:softHyphen/>
        <w:t>рии и в соответствии с ним составлять устные и письменные тексты с использованием иллюстративных материалов;</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231E20"/>
          <w:lang w:eastAsia="en-US"/>
        </w:rPr>
      </w:pPr>
      <w:r w:rsidRPr="00127F47">
        <w:rPr>
          <w:rFonts w:ascii="Times New Roman" w:hAnsi="Times New Roman" w:cs="Times New Roman"/>
          <w:i/>
          <w:iCs/>
          <w:color w:val="231E20"/>
          <w:lang w:eastAsia="en-US"/>
        </w:rPr>
        <w:t>совместная деятельность:</w:t>
      </w:r>
      <w:r w:rsidRPr="00127F47">
        <w:rPr>
          <w:rFonts w:ascii="Times New Roman" w:hAnsi="Times New Roman" w:cs="Times New Roman"/>
          <w:color w:val="231E20"/>
          <w:lang w:eastAsia="en-US"/>
        </w:rPr>
        <w:t xml:space="preserve"> использовать преимущества ко</w:t>
      </w:r>
      <w:r w:rsidRPr="00127F47">
        <w:rPr>
          <w:rFonts w:ascii="Times New Roman" w:hAnsi="Times New Roman" w:cs="Times New Roman"/>
          <w:color w:val="231E20"/>
          <w:lang w:eastAsia="en-US"/>
        </w:rPr>
        <w:softHyphen/>
        <w:t>мандной (парной, групповой, коллективной) и индивидуаль</w:t>
      </w:r>
      <w:r w:rsidRPr="00127F47">
        <w:rPr>
          <w:rFonts w:ascii="Times New Roman" w:hAnsi="Times New Roman" w:cs="Times New Roman"/>
          <w:color w:val="231E20"/>
          <w:lang w:eastAsia="en-US"/>
        </w:rPr>
        <w:softHyphen/>
        <w:t>ной работы при решении конкретной проблемы на уроках ли</w:t>
      </w:r>
      <w:r w:rsidRPr="00127F47">
        <w:rPr>
          <w:rFonts w:ascii="Times New Roman" w:hAnsi="Times New Roman" w:cs="Times New Roman"/>
          <w:color w:val="231E20"/>
          <w:lang w:eastAsia="en-US"/>
        </w:rPr>
        <w:softHyphen/>
        <w:t>тературы, обосновывать необходимость применения группо</w:t>
      </w:r>
      <w:r w:rsidRPr="00127F47">
        <w:rPr>
          <w:rFonts w:ascii="Times New Roman" w:hAnsi="Times New Roman" w:cs="Times New Roman"/>
          <w:color w:val="231E20"/>
          <w:lang w:eastAsia="en-US"/>
        </w:rPr>
        <w:softHyphen/>
        <w:t>вых форм взаимодействия при решении поставленной задачи; принимать цель совместной учебной деятельности, коллек</w:t>
      </w:r>
      <w:r w:rsidRPr="00127F47">
        <w:rPr>
          <w:rFonts w:ascii="Times New Roman" w:hAnsi="Times New Roman" w:cs="Times New Roman"/>
          <w:color w:val="231E20"/>
          <w:lang w:eastAsia="en-US"/>
        </w:rPr>
        <w:softHyphen/>
        <w:t>тивно строить действия по её достижению: распределять ро</w:t>
      </w:r>
      <w:r w:rsidRPr="00127F47">
        <w:rPr>
          <w:rFonts w:ascii="Times New Roman" w:hAnsi="Times New Roman" w:cs="Times New Roman"/>
          <w:color w:val="231E20"/>
          <w:lang w:eastAsia="en-US"/>
        </w:rPr>
        <w:softHyphen/>
        <w:t>ли, договариваться, обсуждать процесс и результат совмест</w:t>
      </w:r>
      <w:r w:rsidRPr="00127F47">
        <w:rPr>
          <w:rFonts w:ascii="Times New Roman" w:hAnsi="Times New Roman" w:cs="Times New Roman"/>
          <w:color w:val="231E20"/>
          <w:lang w:eastAsia="en-US"/>
        </w:rPr>
        <w:softHyphen/>
        <w:t>ной работы; уметь обобщать мнения нескольких людей; про</w:t>
      </w:r>
      <w:r w:rsidRPr="00127F47">
        <w:rPr>
          <w:rFonts w:ascii="Times New Roman" w:hAnsi="Times New Roman" w:cs="Times New Roman"/>
          <w:color w:val="231E20"/>
          <w:lang w:eastAsia="en-US"/>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127F47">
        <w:rPr>
          <w:rFonts w:ascii="Times New Roman" w:hAnsi="Times New Roman" w:cs="Times New Roman"/>
          <w:color w:val="231E20"/>
          <w:lang w:eastAsia="en-US"/>
        </w:rPr>
        <w:softHyphen/>
        <w:t>ду членами команды, участвовать в групповых формах рабо</w:t>
      </w:r>
      <w:r w:rsidRPr="00127F47">
        <w:rPr>
          <w:rFonts w:ascii="Times New Roman" w:hAnsi="Times New Roman" w:cs="Times New Roman"/>
          <w:color w:val="231E20"/>
          <w:lang w:eastAsia="en-US"/>
        </w:rPr>
        <w:softHyphen/>
        <w:t>ты (обсуждения, обмен мнений, «мозговые штурмы» и иные); выполнять свою часть работы, достигать качественного ре</w:t>
      </w:r>
      <w:r w:rsidRPr="00127F47">
        <w:rPr>
          <w:rFonts w:ascii="Times New Roman" w:hAnsi="Times New Roman" w:cs="Times New Roman"/>
          <w:color w:val="231E20"/>
          <w:lang w:eastAsia="en-US"/>
        </w:rPr>
        <w:softHyphen/>
        <w:t>зультата по своему направлению, и координировать свои дей</w:t>
      </w:r>
      <w:r w:rsidRPr="00127F47">
        <w:rPr>
          <w:rFonts w:ascii="Times New Roman" w:hAnsi="Times New Roman" w:cs="Times New Roman"/>
          <w:color w:val="231E20"/>
          <w:lang w:eastAsia="en-US"/>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127F47">
        <w:rPr>
          <w:rFonts w:ascii="Times New Roman" w:hAnsi="Times New Roman" w:cs="Times New Roman"/>
          <w:color w:val="231E20"/>
          <w:lang w:eastAsia="en-US"/>
        </w:rPr>
        <w:softHyphen/>
        <w:t>ветственности и проявлять готовность к предоставлению отчё</w:t>
      </w:r>
      <w:r w:rsidRPr="00127F47">
        <w:rPr>
          <w:rFonts w:ascii="Times New Roman" w:hAnsi="Times New Roman" w:cs="Times New Roman"/>
          <w:color w:val="231E20"/>
          <w:lang w:eastAsia="en-US"/>
        </w:rPr>
        <w:softHyphen/>
        <w:t>та перед группой.</w:t>
      </w:r>
    </w:p>
    <w:p w:rsidR="00F44E79" w:rsidRPr="00127F47" w:rsidRDefault="00F44E79" w:rsidP="00127F47">
      <w:pPr>
        <w:widowControl/>
        <w:jc w:val="both"/>
        <w:rPr>
          <w:rFonts w:ascii="Times New Roman" w:hAnsi="Times New Roman" w:cs="Times New Roman"/>
          <w:color w:val="231E20"/>
          <w:lang w:eastAsia="en-US"/>
        </w:rPr>
      </w:pPr>
      <w:r w:rsidRPr="00127F47">
        <w:rPr>
          <w:rFonts w:ascii="Times New Roman" w:hAnsi="Times New Roman" w:cs="Times New Roman"/>
          <w:b/>
          <w:bCs/>
          <w:i/>
          <w:iCs/>
          <w:color w:val="231E20"/>
          <w:lang w:eastAsia="en-US"/>
        </w:rPr>
        <w:t>Овладение универсальными учебными регулятивны</w:t>
      </w:r>
      <w:r w:rsidRPr="00127F47">
        <w:rPr>
          <w:rFonts w:ascii="Times New Roman" w:hAnsi="Times New Roman" w:cs="Times New Roman"/>
          <w:b/>
          <w:bCs/>
          <w:i/>
          <w:iCs/>
          <w:color w:val="231E20"/>
          <w:lang w:eastAsia="en-US"/>
        </w:rPr>
        <w:softHyphen/>
        <w:t>ми действиями:</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i/>
          <w:iCs/>
          <w:color w:val="231E20"/>
          <w:lang w:eastAsia="en-US"/>
        </w:rPr>
        <w:t>самоорганизация:</w:t>
      </w:r>
      <w:r w:rsidRPr="00127F47">
        <w:rPr>
          <w:rFonts w:ascii="Times New Roman" w:hAnsi="Times New Roman" w:cs="Times New Roman"/>
          <w:color w:val="231E20"/>
          <w:lang w:eastAsia="en-US"/>
        </w:rPr>
        <w:t xml:space="preserve"> выявлять проблемы для решения в учеб</w:t>
      </w:r>
      <w:r w:rsidRPr="00127F47">
        <w:rPr>
          <w:rFonts w:ascii="Times New Roman" w:hAnsi="Times New Roman" w:cs="Times New Roman"/>
          <w:color w:val="231E20"/>
          <w:lang w:eastAsia="en-US"/>
        </w:rPr>
        <w:softHyphen/>
        <w:t>ных и жизненных ситуациях, анализируя ситуации, изобра</w:t>
      </w:r>
      <w:r w:rsidRPr="00127F47">
        <w:rPr>
          <w:rFonts w:ascii="Times New Roman" w:hAnsi="Times New Roman" w:cs="Times New Roman"/>
          <w:color w:val="231E20"/>
          <w:lang w:eastAsia="en-US"/>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127F47">
        <w:rPr>
          <w:rFonts w:ascii="Times New Roman" w:hAnsi="Times New Roman" w:cs="Times New Roman"/>
          <w:color w:val="231E20"/>
          <w:lang w:eastAsia="en-US"/>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127F47">
        <w:rPr>
          <w:rFonts w:ascii="Times New Roman" w:hAnsi="Times New Roman" w:cs="Times New Roman"/>
          <w:color w:val="231E20"/>
          <w:lang w:eastAsia="en-US"/>
        </w:rPr>
        <w:softHyphen/>
        <w:t xml:space="preserve">лять план действий (план реализации </w:t>
      </w:r>
      <w:r w:rsidRPr="00127F47">
        <w:rPr>
          <w:rFonts w:ascii="Times New Roman" w:hAnsi="Times New Roman" w:cs="Times New Roman"/>
          <w:color w:val="auto"/>
          <w:lang w:eastAsia="en-US"/>
        </w:rPr>
        <w:t>намеченного алгоритма решения) и корректировать предложенный алгоритм с учётом получения новых знаний об изучаемом литературном объек</w:t>
      </w:r>
      <w:r w:rsidRPr="00127F47">
        <w:rPr>
          <w:rFonts w:ascii="Times New Roman" w:hAnsi="Times New Roman" w:cs="Times New Roman"/>
          <w:color w:val="auto"/>
          <w:lang w:eastAsia="en-US"/>
        </w:rPr>
        <w:softHyphen/>
        <w:t>те; делать выбор и брать ответственность за решение;</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231E20"/>
          <w:lang w:eastAsia="en-US"/>
        </w:rPr>
      </w:pPr>
      <w:r w:rsidRPr="00127F47">
        <w:rPr>
          <w:rFonts w:ascii="Times New Roman" w:hAnsi="Times New Roman" w:cs="Times New Roman"/>
          <w:i/>
          <w:iCs/>
          <w:color w:val="231E20"/>
          <w:lang w:eastAsia="en-US"/>
        </w:rPr>
        <w:t>самоконтроль:</w:t>
      </w:r>
      <w:r w:rsidRPr="00127F47">
        <w:rPr>
          <w:rFonts w:ascii="Times New Roman" w:hAnsi="Times New Roman" w:cs="Times New Roman"/>
          <w:color w:val="231E20"/>
          <w:lang w:eastAsia="en-US"/>
        </w:rPr>
        <w:t xml:space="preserve"> владеть способами самоконтроля, самомотива</w:t>
      </w:r>
      <w:r w:rsidRPr="00127F47">
        <w:rPr>
          <w:rFonts w:ascii="Times New Roman" w:hAnsi="Times New Roman" w:cs="Times New Roman"/>
          <w:color w:val="231E20"/>
          <w:lang w:eastAsia="en-US"/>
        </w:rPr>
        <w:softHyphen/>
        <w:t>ции и рефлексии в школьном литературном образовании; да</w:t>
      </w:r>
      <w:r w:rsidRPr="00127F47">
        <w:rPr>
          <w:rFonts w:ascii="Times New Roman" w:hAnsi="Times New Roman" w:cs="Times New Roman"/>
          <w:color w:val="231E20"/>
          <w:lang w:eastAsia="en-US"/>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127F47">
        <w:rPr>
          <w:rFonts w:ascii="Times New Roman" w:hAnsi="Times New Roman" w:cs="Times New Roman"/>
          <w:color w:val="231E20"/>
          <w:lang w:eastAsia="en-US"/>
        </w:rPr>
        <w:softHyphen/>
        <w:t>яснять причины достижения (недостижения) результатов дея</w:t>
      </w:r>
      <w:r w:rsidRPr="00127F47">
        <w:rPr>
          <w:rFonts w:ascii="Times New Roman" w:hAnsi="Times New Roman" w:cs="Times New Roman"/>
          <w:color w:val="231E20"/>
          <w:lang w:eastAsia="en-US"/>
        </w:rPr>
        <w:softHyphen/>
        <w:t>тельности, давать оценку приобретённому опыту, уметь на</w:t>
      </w:r>
      <w:r w:rsidRPr="00127F47">
        <w:rPr>
          <w:rFonts w:ascii="Times New Roman" w:hAnsi="Times New Roman" w:cs="Times New Roman"/>
          <w:color w:val="231E20"/>
          <w:lang w:eastAsia="en-US"/>
        </w:rPr>
        <w:softHyphen/>
        <w:t>ходить позитивное в произошедшей ситуации; вносить кор</w:t>
      </w:r>
      <w:r w:rsidRPr="00127F47">
        <w:rPr>
          <w:rFonts w:ascii="Times New Roman" w:hAnsi="Times New Roman" w:cs="Times New Roman"/>
          <w:color w:val="231E20"/>
          <w:lang w:eastAsia="en-US"/>
        </w:rPr>
        <w:softHyphen/>
        <w:t>рективы в деятельность на основе новых обстоятельств и изменившихся ситуаций, установленных ошибок, возник</w:t>
      </w:r>
      <w:r w:rsidRPr="00127F47">
        <w:rPr>
          <w:rFonts w:ascii="Times New Roman" w:hAnsi="Times New Roman" w:cs="Times New Roman"/>
          <w:color w:val="231E20"/>
          <w:lang w:eastAsia="en-US"/>
        </w:rPr>
        <w:softHyphen/>
        <w:t>ших трудностей; оценивать соответствие результата цели и ус</w:t>
      </w:r>
      <w:r w:rsidRPr="00127F47">
        <w:rPr>
          <w:rFonts w:ascii="Times New Roman" w:hAnsi="Times New Roman" w:cs="Times New Roman"/>
          <w:color w:val="231E20"/>
          <w:lang w:eastAsia="en-US"/>
        </w:rPr>
        <w:softHyphen/>
        <w:t>ловиям;</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231E20"/>
          <w:lang w:eastAsia="en-US"/>
        </w:rPr>
      </w:pPr>
      <w:r w:rsidRPr="00127F47">
        <w:rPr>
          <w:rFonts w:ascii="Times New Roman" w:hAnsi="Times New Roman" w:cs="Times New Roman"/>
          <w:i/>
          <w:iCs/>
          <w:color w:val="231E20"/>
          <w:lang w:eastAsia="en-US"/>
        </w:rPr>
        <w:t>эмоциональный интеллект:</w:t>
      </w:r>
      <w:r w:rsidRPr="00127F47">
        <w:rPr>
          <w:rFonts w:ascii="Times New Roman" w:hAnsi="Times New Roman" w:cs="Times New Roman"/>
          <w:color w:val="231E20"/>
          <w:lang w:eastAsia="en-US"/>
        </w:rPr>
        <w:t xml:space="preserve"> развивать способность разли</w:t>
      </w:r>
      <w:r w:rsidRPr="00127F47">
        <w:rPr>
          <w:rFonts w:ascii="Times New Roman" w:hAnsi="Times New Roman" w:cs="Times New Roman"/>
          <w:color w:val="231E20"/>
          <w:lang w:eastAsia="en-US"/>
        </w:rPr>
        <w:softHyphen/>
        <w:t>чать и называть собственные эмоции, управлять ими и эмоци</w:t>
      </w:r>
      <w:r w:rsidRPr="00127F47">
        <w:rPr>
          <w:rFonts w:ascii="Times New Roman" w:hAnsi="Times New Roman" w:cs="Times New Roman"/>
          <w:color w:val="231E20"/>
          <w:lang w:eastAsia="en-US"/>
        </w:rPr>
        <w:softHyphen/>
        <w:t>ями других; выявлять и анализировать причины эмоций; ста</w:t>
      </w:r>
      <w:r w:rsidRPr="00127F47">
        <w:rPr>
          <w:rFonts w:ascii="Times New Roman" w:hAnsi="Times New Roman" w:cs="Times New Roman"/>
          <w:color w:val="231E20"/>
          <w:lang w:eastAsia="en-US"/>
        </w:rPr>
        <w:softHyphen/>
        <w:t>вить себя на место другого человека, понимать мотивы и наме</w:t>
      </w:r>
      <w:r w:rsidRPr="00127F47">
        <w:rPr>
          <w:rFonts w:ascii="Times New Roman" w:hAnsi="Times New Roman" w:cs="Times New Roman"/>
          <w:color w:val="231E20"/>
          <w:lang w:eastAsia="en-US"/>
        </w:rPr>
        <w:softHyphen/>
        <w:t>рения другого, анализируя примеры из художественной литературы; регулировать способ выражения своих эмоций;</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231E20"/>
          <w:lang w:eastAsia="en-US"/>
        </w:rPr>
      </w:pPr>
      <w:r w:rsidRPr="00127F47">
        <w:rPr>
          <w:rFonts w:ascii="Times New Roman" w:hAnsi="Times New Roman" w:cs="Times New Roman"/>
          <w:i/>
          <w:iCs/>
          <w:color w:val="231E20"/>
          <w:lang w:eastAsia="en-US"/>
        </w:rPr>
        <w:t>принятие себя и других:</w:t>
      </w:r>
      <w:r w:rsidRPr="00127F47">
        <w:rPr>
          <w:rFonts w:ascii="Times New Roman" w:hAnsi="Times New Roman" w:cs="Times New Roman"/>
          <w:color w:val="231E20"/>
          <w:lang w:eastAsia="en-US"/>
        </w:rPr>
        <w:t xml:space="preserve"> осознанно относиться к другому че</w:t>
      </w:r>
      <w:r w:rsidRPr="00127F47">
        <w:rPr>
          <w:rFonts w:ascii="Times New Roman" w:hAnsi="Times New Roman" w:cs="Times New Roman"/>
          <w:color w:val="231E20"/>
          <w:lang w:eastAsia="en-US"/>
        </w:rPr>
        <w:softHyphen/>
        <w:t>ловеку, его мнению, размышляя над взаимоотношениями ли</w:t>
      </w:r>
      <w:r w:rsidRPr="00127F47">
        <w:rPr>
          <w:rFonts w:ascii="Times New Roman" w:hAnsi="Times New Roman" w:cs="Times New Roman"/>
          <w:color w:val="231E20"/>
          <w:lang w:eastAsia="en-US"/>
        </w:rPr>
        <w:softHyphen/>
        <w:t>тературных героев; признавать своё право на ошибку и такое же право другого; принимать себя и других, не осуждая; про</w:t>
      </w:r>
      <w:r w:rsidRPr="00127F47">
        <w:rPr>
          <w:rFonts w:ascii="Times New Roman" w:hAnsi="Times New Roman" w:cs="Times New Roman"/>
          <w:color w:val="231E20"/>
          <w:lang w:eastAsia="en-US"/>
        </w:rPr>
        <w:softHyphen/>
        <w:t>являть открытость себе и другим; осознавать невозможность контролировать всё вокруг.</w:t>
      </w:r>
    </w:p>
    <w:p w:rsidR="00F44E79" w:rsidRPr="00127F47" w:rsidRDefault="00F44E79" w:rsidP="00127F47">
      <w:pPr>
        <w:widowControl/>
        <w:jc w:val="both"/>
        <w:rPr>
          <w:rFonts w:ascii="Times New Roman" w:hAnsi="Times New Roman" w:cs="Times New Roman"/>
          <w:color w:val="231E20"/>
          <w:lang w:eastAsia="en-US"/>
        </w:rPr>
      </w:pPr>
    </w:p>
    <w:p w:rsidR="00F44E79" w:rsidRPr="00127F47" w:rsidRDefault="00F44E79" w:rsidP="00127F47">
      <w:pPr>
        <w:widowControl/>
        <w:spacing w:line="276" w:lineRule="auto"/>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Предметные результаты (5—9 классы)</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Предметные результаты по литературе в основной школе должны обеспечивать:</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w:t>
      </w:r>
      <w:r w:rsidRPr="00127F47">
        <w:rPr>
          <w:rFonts w:ascii="Times New Roman" w:hAnsi="Times New Roman" w:cs="Times New Roman"/>
          <w:color w:val="auto"/>
          <w:lang w:eastAsia="en-US"/>
        </w:rPr>
        <w:softHyphen/>
        <w:t>ных смыслов:</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w:t>
      </w:r>
      <w:r w:rsidRPr="00127F47">
        <w:rPr>
          <w:rFonts w:ascii="Times New Roman" w:hAnsi="Times New Roman" w:cs="Times New Roman"/>
          <w:color w:val="auto"/>
          <w:lang w:eastAsia="en-US"/>
        </w:rPr>
        <w:tab/>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w:t>
      </w:r>
      <w:r w:rsidRPr="00127F47">
        <w:rPr>
          <w:rFonts w:ascii="Times New Roman" w:hAnsi="Times New Roman" w:cs="Times New Roman"/>
          <w:color w:val="auto"/>
          <w:lang w:eastAsia="en-US"/>
        </w:rPr>
        <w:ta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w:t>
      </w:r>
      <w:r w:rsidRPr="00127F47">
        <w:rPr>
          <w:rFonts w:ascii="Times New Roman" w:hAnsi="Times New Roman" w:cs="Times New Roman"/>
          <w:color w:val="auto"/>
          <w:lang w:eastAsia="en-US"/>
        </w:rPr>
        <w:tab/>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w:t>
      </w:r>
      <w:r w:rsidRPr="00127F47">
        <w:rPr>
          <w:rFonts w:ascii="Times New Roman" w:hAnsi="Times New Roman" w:cs="Times New Roman"/>
          <w:color w:val="auto"/>
          <w:lang w:eastAsia="en-US"/>
        </w:rPr>
        <w:tab/>
        <w:t>выявлять связь между важнейшими фактами биографии писателей (в том числе А. С. Грибоедова, А. С. Пушкина, М. Ю. Лермонтова, Н. В. Гоголя) и особенностями историче</w:t>
      </w:r>
      <w:r w:rsidRPr="00127F47">
        <w:rPr>
          <w:rFonts w:ascii="Times New Roman" w:hAnsi="Times New Roman" w:cs="Times New Roman"/>
          <w:color w:val="auto"/>
          <w:lang w:eastAsia="en-US"/>
        </w:rPr>
        <w:softHyphen/>
        <w:t>ской эпохи, авторского мировоззрения, проблематики произ</w:t>
      </w:r>
      <w:r w:rsidRPr="00127F47">
        <w:rPr>
          <w:rFonts w:ascii="Times New Roman" w:hAnsi="Times New Roman" w:cs="Times New Roman"/>
          <w:color w:val="auto"/>
          <w:lang w:eastAsia="en-US"/>
        </w:rPr>
        <w:softHyphen/>
        <w:t>ведений;</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умение сопоставлять произведения, их фрагменты (с учётом внутритекстовых и межтекстовых связей), образы персона</w:t>
      </w:r>
      <w:r w:rsidRPr="00127F47">
        <w:rPr>
          <w:rFonts w:ascii="Times New Roman" w:hAnsi="Times New Roman" w:cs="Times New Roman"/>
          <w:color w:val="auto"/>
          <w:lang w:eastAsia="en-US"/>
        </w:rPr>
        <w:softHyphen/>
        <w:t>жей, литературные явления и факты, сюжеты разных лите</w:t>
      </w:r>
      <w:r w:rsidRPr="00127F47">
        <w:rPr>
          <w:rFonts w:ascii="Times New Roman" w:hAnsi="Times New Roman" w:cs="Times New Roman"/>
          <w:color w:val="auto"/>
          <w:lang w:eastAsia="en-US"/>
        </w:rPr>
        <w:softHyphen/>
        <w:t>ратурных произведений, темы, проблемы, жанры, приёмы, эпизоды текста;</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умение сопоставлять изученные и самостоятельно прочитан</w:t>
      </w:r>
      <w:r w:rsidRPr="00127F47">
        <w:rPr>
          <w:rFonts w:ascii="Times New Roman" w:hAnsi="Times New Roman" w:cs="Times New Roman"/>
          <w:color w:val="auto"/>
          <w:lang w:eastAsia="en-US"/>
        </w:rPr>
        <w:softHyphen/>
        <w:t>ные произведения художественной литературы с произведени</w:t>
      </w:r>
      <w:r w:rsidRPr="00127F47">
        <w:rPr>
          <w:rFonts w:ascii="Times New Roman" w:hAnsi="Times New Roman" w:cs="Times New Roman"/>
          <w:color w:val="auto"/>
          <w:lang w:eastAsia="en-US"/>
        </w:rPr>
        <w:softHyphen/>
        <w:t>ями других видов искусства (живопись, музыка, театр, кино);</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совершенствование умения выразительно (с учётом инди</w:t>
      </w:r>
      <w:r w:rsidRPr="00127F47">
        <w:rPr>
          <w:rFonts w:ascii="Times New Roman" w:hAnsi="Times New Roman" w:cs="Times New Roman"/>
          <w:color w:val="auto"/>
          <w:lang w:eastAsia="en-US"/>
        </w:rPr>
        <w:softHyphen/>
        <w:t>видуальных особенностей обучающихся) читать, в том числе наизусть, не менее 12 произведений и / или фрагментов;</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овладение умением пересказывать прочитанное произведе</w:t>
      </w:r>
      <w:r w:rsidRPr="00127F47">
        <w:rPr>
          <w:rFonts w:ascii="Times New Roman" w:hAnsi="Times New Roman" w:cs="Times New Roman"/>
          <w:color w:val="auto"/>
          <w:lang w:eastAsia="en-US"/>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умения участвовать в диалоге о прочитанном про</w:t>
      </w:r>
      <w:r w:rsidRPr="00127F47">
        <w:rPr>
          <w:rFonts w:ascii="Times New Roman" w:hAnsi="Times New Roman" w:cs="Times New Roman"/>
          <w:color w:val="auto"/>
          <w:lang w:eastAsia="en-US"/>
        </w:rPr>
        <w:softHyphen/>
        <w:t>изведении, в дискуссии на литературные темы, соотносить соб</w:t>
      </w:r>
      <w:r w:rsidRPr="00127F47">
        <w:rPr>
          <w:rFonts w:ascii="Times New Roman" w:hAnsi="Times New Roman" w:cs="Times New Roman"/>
          <w:color w:val="auto"/>
          <w:lang w:eastAsia="en-US"/>
        </w:rPr>
        <w:softHyphen/>
        <w:t>ственную позицию с позицией автора и мнениями участников дискуссии; давать аргументированную оценку прочитанному;</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127F47">
        <w:rPr>
          <w:rFonts w:ascii="Times New Roman" w:hAnsi="Times New Roman" w:cs="Times New Roman"/>
          <w:color w:val="auto"/>
          <w:lang w:eastAsia="en-US"/>
        </w:rPr>
        <w:softHyphen/>
        <w:t>нее 250 слов), аннотацию, отзыв, рецензию; применять различ</w:t>
      </w:r>
      <w:r w:rsidRPr="00127F47">
        <w:rPr>
          <w:rFonts w:ascii="Times New Roman" w:hAnsi="Times New Roman" w:cs="Times New Roman"/>
          <w:color w:val="auto"/>
          <w:lang w:eastAsia="en-US"/>
        </w:rPr>
        <w:softHyphen/>
        <w:t>ные виды цитирования; делать ссылки на источник информа</w:t>
      </w:r>
      <w:r w:rsidRPr="00127F47">
        <w:rPr>
          <w:rFonts w:ascii="Times New Roman" w:hAnsi="Times New Roman" w:cs="Times New Roman"/>
          <w:color w:val="auto"/>
          <w:lang w:eastAsia="en-US"/>
        </w:rPr>
        <w:softHyphen/>
        <w:t>ции; редактировать собственные и чужие письменные тексты;</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127F47">
        <w:rPr>
          <w:rFonts w:ascii="Times New Roman" w:hAnsi="Times New Roman" w:cs="Times New Roman"/>
          <w:color w:val="auto"/>
          <w:lang w:eastAsia="en-US"/>
        </w:rPr>
        <w:softHyphen/>
        <w:t>ры и современных авторов (в том числе с использованием мето</w:t>
      </w:r>
      <w:r w:rsidRPr="00127F47">
        <w:rPr>
          <w:rFonts w:ascii="Times New Roman" w:hAnsi="Times New Roman" w:cs="Times New Roman"/>
          <w:color w:val="auto"/>
          <w:lang w:eastAsia="en-US"/>
        </w:rPr>
        <w:softHyphen/>
        <w:t>дов смыслового чтения и эстетического анализа):</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«Слово о полку Игореве»; стихотворения М. В. Ломоносова, Г. Р. Державина; комедия Д. И. Фонвизина «Недоросль»; по</w:t>
      </w:r>
      <w:r w:rsidRPr="00127F47">
        <w:rPr>
          <w:rFonts w:ascii="Times New Roman" w:hAnsi="Times New Roman" w:cs="Times New Roman"/>
          <w:color w:val="auto"/>
          <w:lang w:eastAsia="en-US"/>
        </w:rPr>
        <w:softHyphen/>
        <w:t>весть Н. М. Карамзина «Бедная Лиза»; басни И. А. Крылова; стихотворения и баллады В. А. Жуковского; комедия А. С. Гри</w:t>
      </w:r>
      <w:r w:rsidRPr="00127F47">
        <w:rPr>
          <w:rFonts w:ascii="Times New Roman" w:hAnsi="Times New Roman" w:cs="Times New Roman"/>
          <w:color w:val="auto"/>
          <w:lang w:eastAsia="en-US"/>
        </w:rPr>
        <w:softHyphen/>
        <w:t>боедова «Горе от ума»; произведения А. С. Пушкина: стихотво</w:t>
      </w:r>
      <w:r w:rsidRPr="00127F47">
        <w:rPr>
          <w:rFonts w:ascii="Times New Roman" w:hAnsi="Times New Roman" w:cs="Times New Roman"/>
          <w:color w:val="auto"/>
          <w:lang w:eastAsia="en-US"/>
        </w:rPr>
        <w:softHyphen/>
        <w:t>рения, поэма «Медный всадник», роман в стихах «Евгений Оне</w:t>
      </w:r>
      <w:r w:rsidRPr="00127F47">
        <w:rPr>
          <w:rFonts w:ascii="Times New Roman" w:hAnsi="Times New Roman" w:cs="Times New Roman"/>
          <w:color w:val="auto"/>
          <w:lang w:eastAsia="en-US"/>
        </w:rPr>
        <w:softHyphen/>
        <w:t>гин», роман «Капитанская дочка», повесть «Станционный смо</w:t>
      </w:r>
      <w:r w:rsidRPr="00127F47">
        <w:rPr>
          <w:rFonts w:ascii="Times New Roman" w:hAnsi="Times New Roman" w:cs="Times New Roman"/>
          <w:color w:val="auto"/>
          <w:lang w:eastAsia="en-US"/>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127F47">
        <w:rPr>
          <w:rFonts w:ascii="Times New Roman" w:hAnsi="Times New Roman" w:cs="Times New Roman"/>
          <w:color w:val="auto"/>
          <w:lang w:eastAsia="en-US"/>
        </w:rPr>
        <w:softHyphen/>
        <w:t>зор», повесть «Шинель», поэма «Мёртвые души»; стихотворе</w:t>
      </w:r>
      <w:r w:rsidRPr="00127F47">
        <w:rPr>
          <w:rFonts w:ascii="Times New Roman" w:hAnsi="Times New Roman" w:cs="Times New Roman"/>
          <w:color w:val="auto"/>
          <w:lang w:eastAsia="en-US"/>
        </w:rPr>
        <w:softHyphen/>
        <w:t>ния Ф. И. Тютчева, А. А. Фета, Н. А. Некрасова; «Повесть о том, как один мужик двух генералов прокормил» М. Е. Сал</w:t>
      </w:r>
      <w:r w:rsidRPr="00127F47">
        <w:rPr>
          <w:rFonts w:ascii="Times New Roman" w:hAnsi="Times New Roman" w:cs="Times New Roman"/>
          <w:color w:val="auto"/>
          <w:lang w:eastAsia="en-US"/>
        </w:rPr>
        <w:softHyphen/>
        <w:t>тыкова-Щедрина; по одному произведению (по выбору) следую</w:t>
      </w:r>
      <w:r w:rsidRPr="00127F47">
        <w:rPr>
          <w:rFonts w:ascii="Times New Roman" w:hAnsi="Times New Roman" w:cs="Times New Roman"/>
          <w:color w:val="auto"/>
          <w:lang w:eastAsia="en-US"/>
        </w:rPr>
        <w:softHyphen/>
        <w:t>щих писателей: Ф. М. Достоевский, И. С. Тургенев, Л. Н. Тол</w:t>
      </w:r>
      <w:r w:rsidRPr="00127F47">
        <w:rPr>
          <w:rFonts w:ascii="Times New Roman" w:hAnsi="Times New Roman" w:cs="Times New Roman"/>
          <w:color w:val="auto"/>
          <w:lang w:eastAsia="en-US"/>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А.П. Платонова, М. А. Булгакова; произведения литературы второй половины XX—XXI в.: не менее трёх прозаиков по выбо</w:t>
      </w:r>
      <w:r w:rsidRPr="00127F47">
        <w:rPr>
          <w:rFonts w:ascii="Times New Roman" w:hAnsi="Times New Roman" w:cs="Times New Roman"/>
          <w:color w:val="auto"/>
          <w:lang w:eastAsia="en-US"/>
        </w:rPr>
        <w:softHyphen/>
        <w:t>ру (в том числе Ф. А. Абрамов, Ч. Т. Айтматов, В. П. Астафьев,</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А.И.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127F47">
        <w:rPr>
          <w:rFonts w:ascii="Times New Roman" w:hAnsi="Times New Roman" w:cs="Times New Roman"/>
          <w:color w:val="auto"/>
          <w:lang w:eastAsia="en-US"/>
        </w:rPr>
        <w:softHyphen/>
        <w:t>сенский, В. С. Высоцкий, Е. А. Евтушенко, Н. А. Заболоцкий, Ю. П. Кузнецов, А. С. Кушнер, Б. Ш. Окуджава, Р. И. Рожде</w:t>
      </w:r>
      <w:r w:rsidRPr="00127F47">
        <w:rPr>
          <w:rFonts w:ascii="Times New Roman" w:hAnsi="Times New Roman" w:cs="Times New Roman"/>
          <w:color w:val="auto"/>
          <w:lang w:eastAsia="en-US"/>
        </w:rPr>
        <w:softHyphen/>
        <w:t>ственский, Н. М. Рубцов); Гомера, М. Сервантеса, У. Шекспира;</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понимание важности чтения и изучения произведений уст</w:t>
      </w:r>
      <w:r w:rsidRPr="00127F47">
        <w:rPr>
          <w:rFonts w:ascii="Times New Roman" w:hAnsi="Times New Roman" w:cs="Times New Roman"/>
          <w:color w:val="auto"/>
          <w:lang w:eastAsia="en-US"/>
        </w:rPr>
        <w:softHyphen/>
        <w:t>ного народного творчества и художественной литературы как способа познания мира, источника эмоциональных и эстетиче</w:t>
      </w:r>
      <w:r w:rsidRPr="00127F47">
        <w:rPr>
          <w:rFonts w:ascii="Times New Roman" w:hAnsi="Times New Roman" w:cs="Times New Roman"/>
          <w:color w:val="auto"/>
          <w:lang w:eastAsia="en-US"/>
        </w:rPr>
        <w:softHyphen/>
        <w:t>ских впечатлений, а также средства собственного развития;</w:t>
      </w:r>
    </w:p>
    <w:p w:rsidR="00F44E79" w:rsidRPr="00127F47" w:rsidRDefault="00F44E79" w:rsidP="001C7BA4">
      <w:pPr>
        <w:widowControl/>
        <w:numPr>
          <w:ilvl w:val="0"/>
          <w:numId w:val="84"/>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умения планировать собственное досуговое чте</w:t>
      </w:r>
      <w:r w:rsidRPr="00127F47">
        <w:rPr>
          <w:rFonts w:ascii="Times New Roman" w:hAnsi="Times New Roman" w:cs="Times New Roman"/>
          <w:color w:val="auto"/>
          <w:lang w:eastAsia="en-US"/>
        </w:rPr>
        <w:softHyphen/>
        <w:t>ние, формировать и обогащать свой круг чтения, в том числе за счёт произведений современной литературы;</w:t>
      </w:r>
    </w:p>
    <w:p w:rsidR="00F44E79" w:rsidRPr="00127F47" w:rsidRDefault="00F44E79" w:rsidP="001C7BA4">
      <w:pPr>
        <w:widowControl/>
        <w:numPr>
          <w:ilvl w:val="0"/>
          <w:numId w:val="85"/>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 формирование умения участвовать в проектной или ис</w:t>
      </w:r>
      <w:r w:rsidRPr="00127F47">
        <w:rPr>
          <w:rFonts w:ascii="Times New Roman" w:hAnsi="Times New Roman" w:cs="Times New Roman"/>
          <w:color w:val="auto"/>
          <w:lang w:eastAsia="en-US"/>
        </w:rPr>
        <w:softHyphen/>
        <w:t>следовательской деятельности (с приобретением опыта публич</w:t>
      </w:r>
      <w:r w:rsidRPr="00127F47">
        <w:rPr>
          <w:rFonts w:ascii="Times New Roman" w:hAnsi="Times New Roman" w:cs="Times New Roman"/>
          <w:color w:val="auto"/>
          <w:lang w:eastAsia="en-US"/>
        </w:rPr>
        <w:softHyphen/>
        <w:t>ного представления полученных результатов);</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овладение умением использовать словари и справочники, в том числе информационно-справочные системы в электрон</w:t>
      </w:r>
      <w:r w:rsidRPr="00127F47">
        <w:rPr>
          <w:rFonts w:ascii="Times New Roman" w:hAnsi="Times New Roman" w:cs="Times New Roman"/>
          <w:color w:val="auto"/>
          <w:lang w:eastAsia="en-US"/>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127F47">
        <w:rPr>
          <w:rFonts w:ascii="Times New Roman" w:hAnsi="Times New Roman" w:cs="Times New Roman"/>
          <w:color w:val="auto"/>
          <w:lang w:eastAsia="en-US"/>
        </w:rPr>
        <w:softHyphen/>
        <w:t>ния учебной задачи; применять ИКТ, соблюдать правила ин</w:t>
      </w:r>
      <w:r w:rsidRPr="00127F47">
        <w:rPr>
          <w:rFonts w:ascii="Times New Roman" w:hAnsi="Times New Roman" w:cs="Times New Roman"/>
          <w:color w:val="auto"/>
          <w:lang w:eastAsia="en-US"/>
        </w:rPr>
        <w:softHyphen/>
        <w:t>формационной безопасности.</w:t>
      </w:r>
    </w:p>
    <w:p w:rsidR="00F44E79" w:rsidRPr="00127F47" w:rsidRDefault="00F44E79" w:rsidP="00127F47">
      <w:pPr>
        <w:widowControl/>
        <w:spacing w:line="276" w:lineRule="auto"/>
        <w:jc w:val="both"/>
        <w:rPr>
          <w:rFonts w:ascii="Times New Roman" w:hAnsi="Times New Roman" w:cs="Times New Roman"/>
          <w:color w:val="auto"/>
          <w:lang w:eastAsia="en-US"/>
        </w:rPr>
      </w:pPr>
    </w:p>
    <w:p w:rsidR="00F44E79" w:rsidRPr="00127F47" w:rsidRDefault="00F44E79" w:rsidP="00127F47">
      <w:pPr>
        <w:widowControl/>
        <w:spacing w:line="276" w:lineRule="auto"/>
        <w:ind w:left="360"/>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Предметные результаты по классам:</w:t>
      </w:r>
    </w:p>
    <w:p w:rsidR="00F44E79" w:rsidRPr="00127F47" w:rsidRDefault="00F44E79" w:rsidP="00127F47">
      <w:pPr>
        <w:widowControl/>
        <w:spacing w:line="276" w:lineRule="auto"/>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5 КЛАСС</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Иметь начальные представления об общечеловеческой цен</w:t>
      </w:r>
      <w:r w:rsidRPr="00127F47">
        <w:rPr>
          <w:rFonts w:ascii="Times New Roman" w:hAnsi="Times New Roman" w:cs="Times New Roman"/>
          <w:color w:val="auto"/>
          <w:lang w:eastAsia="en-US"/>
        </w:rPr>
        <w:softHyphen/>
        <w:t>ности литературы и её роли в воспитании любви к Родине и дружбы между народами Российской Федерации;</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понимать, что литература — это вид искусства и что худо</w:t>
      </w:r>
      <w:r w:rsidRPr="00127F47">
        <w:rPr>
          <w:rFonts w:ascii="Times New Roman" w:hAnsi="Times New Roman" w:cs="Times New Roman"/>
          <w:color w:val="auto"/>
          <w:lang w:eastAsia="en-US"/>
        </w:rPr>
        <w:softHyphen/>
        <w:t>жественный текст отличается от текста научного, делового, пу</w:t>
      </w:r>
      <w:r w:rsidRPr="00127F47">
        <w:rPr>
          <w:rFonts w:ascii="Times New Roman" w:hAnsi="Times New Roman" w:cs="Times New Roman"/>
          <w:color w:val="auto"/>
          <w:lang w:eastAsia="en-US"/>
        </w:rPr>
        <w:softHyphen/>
        <w:t>блицистического;</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владеть элементарными умениями воспринимать, анали</w:t>
      </w:r>
      <w:r w:rsidRPr="00127F47">
        <w:rPr>
          <w:rFonts w:ascii="Times New Roman" w:hAnsi="Times New Roman" w:cs="Times New Roman"/>
          <w:color w:val="auto"/>
          <w:lang w:eastAsia="en-US"/>
        </w:rPr>
        <w:softHyphen/>
        <w:t>зировать, интерпретировать и оценивать прочитанные произве</w:t>
      </w:r>
      <w:r w:rsidRPr="00127F47">
        <w:rPr>
          <w:rFonts w:ascii="Times New Roman" w:hAnsi="Times New Roman" w:cs="Times New Roman"/>
          <w:color w:val="auto"/>
          <w:lang w:eastAsia="en-US"/>
        </w:rPr>
        <w:softHyphen/>
        <w:t>дения:</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определять тему и главную мысль произведения, иметь на</w:t>
      </w:r>
      <w:r w:rsidRPr="00127F47">
        <w:rPr>
          <w:rFonts w:ascii="Times New Roman" w:hAnsi="Times New Roman" w:cs="Times New Roman"/>
          <w:color w:val="auto"/>
          <w:lang w:eastAsia="en-US"/>
        </w:rPr>
        <w:softHyphen/>
        <w:t>чальные представления о родах и жанрах литературы; харак</w:t>
      </w:r>
      <w:r w:rsidRPr="00127F47">
        <w:rPr>
          <w:rFonts w:ascii="Times New Roman" w:hAnsi="Times New Roman" w:cs="Times New Roman"/>
          <w:color w:val="auto"/>
          <w:lang w:eastAsia="en-US"/>
        </w:rPr>
        <w:softHyphen/>
        <w:t>теризовать героев-персонажей, давать их сравнительные ха</w:t>
      </w:r>
      <w:r w:rsidRPr="00127F47">
        <w:rPr>
          <w:rFonts w:ascii="Times New Roman" w:hAnsi="Times New Roman" w:cs="Times New Roman"/>
          <w:color w:val="auto"/>
          <w:lang w:eastAsia="en-US"/>
        </w:rPr>
        <w:softHyphen/>
        <w:t>рактеристики; выявлять элементарные особенности языка художественного произведения, поэтической и прозаической речи;</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понимать смысловое наполнение теоретико-литературных понятий и учиться использовать их в процессе анализа и ин</w:t>
      </w:r>
      <w:r w:rsidRPr="00127F47">
        <w:rPr>
          <w:rFonts w:ascii="Times New Roman" w:hAnsi="Times New Roman" w:cs="Times New Roman"/>
          <w:color w:val="auto"/>
          <w:lang w:eastAsia="en-US"/>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127F47">
        <w:rPr>
          <w:rFonts w:ascii="Times New Roman" w:hAnsi="Times New Roman" w:cs="Times New Roman"/>
          <w:color w:val="auto"/>
          <w:lang w:eastAsia="en-US"/>
        </w:rPr>
        <w:softHyphen/>
        <w:t>ра, олицетворение; аллегория; ритм, рифма;</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темы и сюжеты произведений, образы персона</w:t>
      </w:r>
      <w:r w:rsidRPr="00127F47">
        <w:rPr>
          <w:rFonts w:ascii="Times New Roman" w:hAnsi="Times New Roman" w:cs="Times New Roman"/>
          <w:color w:val="auto"/>
          <w:lang w:eastAsia="en-US"/>
        </w:rPr>
        <w:softHyphen/>
        <w:t>жей;</w:t>
      </w:r>
    </w:p>
    <w:p w:rsidR="00F44E79" w:rsidRPr="00127F47" w:rsidRDefault="00F44E79" w:rsidP="00525EF3">
      <w:pPr>
        <w:widowControl/>
        <w:numPr>
          <w:ilvl w:val="0"/>
          <w:numId w:val="23"/>
        </w:numPr>
        <w:spacing w:after="160" w:line="259"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с помощью учителя изученные и самостоятель</w:t>
      </w:r>
      <w:r w:rsidRPr="00127F47">
        <w:rPr>
          <w:rFonts w:ascii="Times New Roman" w:hAnsi="Times New Roman" w:cs="Times New Roman"/>
          <w:color w:val="auto"/>
          <w:lang w:eastAsia="en-US"/>
        </w:rPr>
        <w:softHyphen/>
        <w:t>но прочитанные произведения фольклора и художественной литературы с произведениями других видов искусства (с учё</w:t>
      </w:r>
      <w:r w:rsidRPr="00127F47">
        <w:rPr>
          <w:rFonts w:ascii="Times New Roman" w:hAnsi="Times New Roman" w:cs="Times New Roman"/>
          <w:color w:val="auto"/>
          <w:lang w:eastAsia="en-US"/>
        </w:rPr>
        <w:softHyphen/>
        <w:t>том возраста, литературного развития обучающихся);</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выразительно читать, в том числе наизусть (не менее 5 поэ</w:t>
      </w:r>
      <w:r w:rsidRPr="00127F47">
        <w:rPr>
          <w:rFonts w:ascii="Times New Roman" w:hAnsi="Times New Roman" w:cs="Times New Roman"/>
          <w:color w:val="auto"/>
          <w:lang w:eastAsia="en-US"/>
        </w:rPr>
        <w:softHyphen/>
        <w:t>тических произведений, не выученных ранее), передавая лич</w:t>
      </w:r>
      <w:r w:rsidRPr="00127F47">
        <w:rPr>
          <w:rFonts w:ascii="Times New Roman" w:hAnsi="Times New Roman" w:cs="Times New Roman"/>
          <w:color w:val="auto"/>
          <w:lang w:eastAsia="en-US"/>
        </w:rPr>
        <w:softHyphen/>
        <w:t>ное отношение к произведению (с учётом литературного разви</w:t>
      </w:r>
      <w:r w:rsidRPr="00127F47">
        <w:rPr>
          <w:rFonts w:ascii="Times New Roman" w:hAnsi="Times New Roman" w:cs="Times New Roman"/>
          <w:color w:val="auto"/>
          <w:lang w:eastAsia="en-US"/>
        </w:rPr>
        <w:softHyphen/>
        <w:t>тия и индивидуальных особенностей обучающихся);</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пересказывать прочитанное произведение, используя под</w:t>
      </w:r>
      <w:r w:rsidRPr="00127F47">
        <w:rPr>
          <w:rFonts w:ascii="Times New Roman" w:hAnsi="Times New Roman" w:cs="Times New Roman"/>
          <w:color w:val="auto"/>
          <w:lang w:eastAsia="en-US"/>
        </w:rPr>
        <w:softHyphen/>
        <w:t>робный, сжатый, выборочный пересказ, отвечать на вопросы по прочитанному произведению и с помощью учителя формулиро</w:t>
      </w:r>
      <w:r w:rsidRPr="00127F47">
        <w:rPr>
          <w:rFonts w:ascii="Times New Roman" w:hAnsi="Times New Roman" w:cs="Times New Roman"/>
          <w:color w:val="auto"/>
          <w:lang w:eastAsia="en-US"/>
        </w:rPr>
        <w:softHyphen/>
        <w:t>вать вопросы к тексту;</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участвовать в беседе и диалоге о прочитанном произведе</w:t>
      </w:r>
      <w:r w:rsidRPr="00127F47">
        <w:rPr>
          <w:rFonts w:ascii="Times New Roman" w:hAnsi="Times New Roman" w:cs="Times New Roman"/>
          <w:color w:val="auto"/>
          <w:lang w:eastAsia="en-US"/>
        </w:rPr>
        <w:softHyphen/>
        <w:t>нии, подбирать аргументы для оценки прочитанного (с учётом литературного развития обучающихся);</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создавать устные и письменные высказывания разных жанров объемом не менее 70 слов (с учётом литературного раз</w:t>
      </w:r>
      <w:r w:rsidRPr="00127F47">
        <w:rPr>
          <w:rFonts w:ascii="Times New Roman" w:hAnsi="Times New Roman" w:cs="Times New Roman"/>
          <w:color w:val="auto"/>
          <w:lang w:eastAsia="en-US"/>
        </w:rPr>
        <w:softHyphen/>
        <w:t>вития обучающихся);</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владеть начальными умениями интерпретации и оценки текстуально изученных произведений фольклора и литературы;</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осознавать важность чтения и изучения произведений уст</w:t>
      </w:r>
      <w:r w:rsidRPr="00127F47">
        <w:rPr>
          <w:rFonts w:ascii="Times New Roman" w:hAnsi="Times New Roman" w:cs="Times New Roman"/>
          <w:color w:val="auto"/>
          <w:lang w:eastAsia="en-US"/>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планировать с помощью учителя собственное досуговое чтение, расширять свой круг чтения, в том числе за счёт произ</w:t>
      </w:r>
      <w:r w:rsidRPr="00127F47">
        <w:rPr>
          <w:rFonts w:ascii="Times New Roman" w:hAnsi="Times New Roman" w:cs="Times New Roman"/>
          <w:color w:val="auto"/>
          <w:lang w:eastAsia="en-US"/>
        </w:rPr>
        <w:softHyphen/>
        <w:t>ведений современной литературы для детей и подростков;</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44E79" w:rsidRPr="00127F47" w:rsidRDefault="00F44E79" w:rsidP="001C7BA4">
      <w:pPr>
        <w:widowControl/>
        <w:numPr>
          <w:ilvl w:val="0"/>
          <w:numId w:val="86"/>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127F47">
        <w:rPr>
          <w:rFonts w:ascii="Times New Roman" w:hAnsi="Times New Roman" w:cs="Times New Roman"/>
          <w:color w:val="auto"/>
          <w:lang w:eastAsia="en-US"/>
        </w:rPr>
        <w:softHyphen/>
        <w:t>гими справочными материалами, в том числе из числа верифи</w:t>
      </w:r>
      <w:r w:rsidRPr="00127F47">
        <w:rPr>
          <w:rFonts w:ascii="Times New Roman" w:hAnsi="Times New Roman" w:cs="Times New Roman"/>
          <w:color w:val="auto"/>
          <w:lang w:eastAsia="en-US"/>
        </w:rPr>
        <w:softHyphen/>
        <w:t>цированных электронных ресурсов, включённых в федераль</w:t>
      </w:r>
      <w:r w:rsidRPr="00127F47">
        <w:rPr>
          <w:rFonts w:ascii="Times New Roman" w:hAnsi="Times New Roman" w:cs="Times New Roman"/>
          <w:color w:val="auto"/>
          <w:lang w:eastAsia="en-US"/>
        </w:rPr>
        <w:softHyphen/>
        <w:t>ный перечень.</w:t>
      </w:r>
    </w:p>
    <w:p w:rsidR="00F44E79" w:rsidRPr="00127F47" w:rsidRDefault="00F44E79" w:rsidP="00127F47">
      <w:pPr>
        <w:widowControl/>
        <w:spacing w:line="276" w:lineRule="auto"/>
        <w:jc w:val="both"/>
        <w:rPr>
          <w:rFonts w:ascii="Times New Roman" w:hAnsi="Times New Roman" w:cs="Times New Roman"/>
          <w:color w:val="auto"/>
          <w:lang w:eastAsia="en-US"/>
        </w:rPr>
      </w:pP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b/>
          <w:bCs/>
          <w:color w:val="auto"/>
          <w:lang w:eastAsia="en-US"/>
        </w:rPr>
        <w:t>6 КЛАСС</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понимать особенности литературы как вида словесного ис</w:t>
      </w:r>
      <w:r w:rsidRPr="00127F47">
        <w:rPr>
          <w:rFonts w:ascii="Times New Roman" w:hAnsi="Times New Roman" w:cs="Times New Roman"/>
          <w:color w:val="auto"/>
          <w:lang w:eastAsia="en-US"/>
        </w:rPr>
        <w:softHyphen/>
        <w:t>кусства, отличать художественный текст от текста научного, делового, публицистического;</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осуществлять элементарный смысловой и эстетический ана</w:t>
      </w:r>
      <w:r w:rsidRPr="00127F47">
        <w:rPr>
          <w:rFonts w:ascii="Times New Roman" w:hAnsi="Times New Roman" w:cs="Times New Roman"/>
          <w:color w:val="auto"/>
          <w:lang w:eastAsia="en-US"/>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127F47">
        <w:rPr>
          <w:rFonts w:ascii="Times New Roman" w:hAnsi="Times New Roman" w:cs="Times New Roman"/>
          <w:color w:val="auto"/>
          <w:lang w:eastAsia="en-US"/>
        </w:rPr>
        <w:softHyphen/>
        <w:t>вать их сравнительные характеристики; выявлять основные особенности языка художественного произведения, поэтиче</w:t>
      </w:r>
      <w:r w:rsidRPr="00127F47">
        <w:rPr>
          <w:rFonts w:ascii="Times New Roman" w:hAnsi="Times New Roman" w:cs="Times New Roman"/>
          <w:color w:val="auto"/>
          <w:lang w:eastAsia="en-US"/>
        </w:rPr>
        <w:softHyphen/>
        <w:t>ской и прозаической речи;</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127F47">
        <w:rPr>
          <w:rFonts w:ascii="Times New Roman" w:hAnsi="Times New Roman" w:cs="Times New Roman"/>
          <w:color w:val="auto"/>
          <w:lang w:eastAsia="en-US"/>
        </w:rPr>
        <w:softHyphen/>
        <w:t>ний: художественная литература и устное народное творче</w:t>
      </w:r>
      <w:r w:rsidRPr="00127F47">
        <w:rPr>
          <w:rFonts w:ascii="Times New Roman" w:hAnsi="Times New Roman" w:cs="Times New Roman"/>
          <w:color w:val="auto"/>
          <w:lang w:eastAsia="en-US"/>
        </w:rPr>
        <w:softHyphen/>
        <w:t>ство; проза и поэзия; художественный образ; роды (лирика, эпос), жанры (рассказ, повесть, роман, басня, послание); фор</w:t>
      </w:r>
      <w:r w:rsidRPr="00127F47">
        <w:rPr>
          <w:rFonts w:ascii="Times New Roman" w:hAnsi="Times New Roman" w:cs="Times New Roman"/>
          <w:color w:val="auto"/>
          <w:lang w:eastAsia="en-US"/>
        </w:rPr>
        <w:softHyphen/>
        <w:t>ма и содержание литературного произведения; тема, идея, проблематика; сюжет, композиция; стадии развития дей</w:t>
      </w:r>
      <w:r w:rsidRPr="00127F47">
        <w:rPr>
          <w:rFonts w:ascii="Times New Roman" w:hAnsi="Times New Roman" w:cs="Times New Roman"/>
          <w:color w:val="auto"/>
          <w:lang w:eastAsia="en-US"/>
        </w:rPr>
        <w:softHyphen/>
        <w:t>ствия: экспозиция, завязка, развитие действия, кульмина</w:t>
      </w:r>
      <w:r w:rsidRPr="00127F47">
        <w:rPr>
          <w:rFonts w:ascii="Times New Roman" w:hAnsi="Times New Roman" w:cs="Times New Roman"/>
          <w:color w:val="auto"/>
          <w:lang w:eastAsia="en-US"/>
        </w:rPr>
        <w:softHyphen/>
        <w:t>ция, развязка; повествователь, рассказчик, литературный герой (персонаж), лирический герой, речевая характеристи</w:t>
      </w:r>
      <w:r w:rsidRPr="00127F47">
        <w:rPr>
          <w:rFonts w:ascii="Times New Roman" w:hAnsi="Times New Roman" w:cs="Times New Roman"/>
          <w:color w:val="auto"/>
          <w:lang w:eastAsia="en-US"/>
        </w:rPr>
        <w:softHyphen/>
        <w:t>ка героя; портрет, пейзаж, художественная деталь; юмор, ирония; эпитет, метафора, сравнение; олицетворение, гипер</w:t>
      </w:r>
      <w:r w:rsidRPr="00127F47">
        <w:rPr>
          <w:rFonts w:ascii="Times New Roman" w:hAnsi="Times New Roman" w:cs="Times New Roman"/>
          <w:color w:val="auto"/>
          <w:lang w:eastAsia="en-US"/>
        </w:rPr>
        <w:softHyphen/>
        <w:t>бола; антитеза, аллегория; стихотворный метр (хорей, ямб), ритм, рифма, строфа;</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выделять в произведениях элементы художественной формы и обнаруживать связи между ними;</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произведения, их фрагменты, образы персона</w:t>
      </w:r>
      <w:r w:rsidRPr="00127F47">
        <w:rPr>
          <w:rFonts w:ascii="Times New Roman" w:hAnsi="Times New Roman" w:cs="Times New Roman"/>
          <w:color w:val="auto"/>
          <w:lang w:eastAsia="en-US"/>
        </w:rPr>
        <w:softHyphen/>
        <w:t>жей, сюжеты разных литературных произведений, темы, про</w:t>
      </w:r>
      <w:r w:rsidRPr="00127F47">
        <w:rPr>
          <w:rFonts w:ascii="Times New Roman" w:hAnsi="Times New Roman" w:cs="Times New Roman"/>
          <w:color w:val="auto"/>
          <w:lang w:eastAsia="en-US"/>
        </w:rPr>
        <w:softHyphen/>
        <w:t>блемы, жанры (с учётом возраста и литературного развития обучающихся);</w:t>
      </w:r>
    </w:p>
    <w:p w:rsidR="00F44E79" w:rsidRPr="00127F47" w:rsidRDefault="00F44E79" w:rsidP="00525EF3">
      <w:pPr>
        <w:widowControl/>
        <w:numPr>
          <w:ilvl w:val="0"/>
          <w:numId w:val="23"/>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с помощью учителя изученные и самостоятель</w:t>
      </w:r>
      <w:r w:rsidRPr="00127F47">
        <w:rPr>
          <w:rFonts w:ascii="Times New Roman" w:hAnsi="Times New Roman" w:cs="Times New Roman"/>
          <w:color w:val="auto"/>
          <w:lang w:eastAsia="en-US"/>
        </w:rPr>
        <w:softHyphen/>
        <w:t>но прочитанные произведения художественной литературы с произведениями других видов искусства (живопись, музы</w:t>
      </w:r>
      <w:r w:rsidRPr="00127F47">
        <w:rPr>
          <w:rFonts w:ascii="Times New Roman" w:hAnsi="Times New Roman" w:cs="Times New Roman"/>
          <w:color w:val="auto"/>
          <w:lang w:eastAsia="en-US"/>
        </w:rPr>
        <w:softHyphen/>
        <w:t>ка, театр, кино);</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выразительно читать стихи и прозу, в том числе наизусть (не менее 7 поэтических произведений, не выученных ранее), пе</w:t>
      </w:r>
      <w:r w:rsidRPr="00127F47">
        <w:rPr>
          <w:rFonts w:ascii="Times New Roman" w:hAnsi="Times New Roman" w:cs="Times New Roman"/>
          <w:color w:val="auto"/>
          <w:lang w:eastAsia="en-US"/>
        </w:rPr>
        <w:softHyphen/>
        <w:t>редавая личное отношение к произведению (с учётом литератур</w:t>
      </w:r>
      <w:r w:rsidRPr="00127F47">
        <w:rPr>
          <w:rFonts w:ascii="Times New Roman" w:hAnsi="Times New Roman" w:cs="Times New Roman"/>
          <w:color w:val="auto"/>
          <w:lang w:eastAsia="en-US"/>
        </w:rPr>
        <w:softHyphen/>
        <w:t>ного развития, индивидуальных особенностей обучающихся);</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пересказывать прочитанное произведение, используя под</w:t>
      </w:r>
      <w:r w:rsidRPr="00127F47">
        <w:rPr>
          <w:rFonts w:ascii="Times New Roman" w:hAnsi="Times New Roman" w:cs="Times New Roman"/>
          <w:color w:val="auto"/>
          <w:lang w:eastAsia="en-US"/>
        </w:rPr>
        <w:softHyphen/>
        <w:t>робный, сжатый, выборочный, творческий пересказ, отвечать на вопросы по прочитанному произведению и с помощью учите</w:t>
      </w:r>
      <w:r w:rsidRPr="00127F47">
        <w:rPr>
          <w:rFonts w:ascii="Times New Roman" w:hAnsi="Times New Roman" w:cs="Times New Roman"/>
          <w:color w:val="auto"/>
          <w:lang w:eastAsia="en-US"/>
        </w:rPr>
        <w:softHyphen/>
        <w:t>ля формулировать вопросы к тексту;</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участвовать в беседе и диалоге о прочитанном произведе</w:t>
      </w:r>
      <w:r w:rsidRPr="00127F47">
        <w:rPr>
          <w:rFonts w:ascii="Times New Roman" w:hAnsi="Times New Roman" w:cs="Times New Roman"/>
          <w:color w:val="auto"/>
          <w:lang w:eastAsia="en-US"/>
        </w:rPr>
        <w:softHyphen/>
        <w:t>нии, давать аргументированную оценку прочитанному;</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создавать устные и письменные высказывания разных жанров (объёмом не менее 100 слов), писать сочинение-рассуж</w:t>
      </w:r>
      <w:r w:rsidRPr="00127F47">
        <w:rPr>
          <w:rFonts w:ascii="Times New Roman" w:hAnsi="Times New Roman" w:cs="Times New Roman"/>
          <w:color w:val="auto"/>
          <w:lang w:eastAsia="en-US"/>
        </w:rPr>
        <w:softHyphen/>
        <w:t>дение по заданной теме с опорой на прочитанные произведения, аннотацию, отзыв;</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127F47">
        <w:rPr>
          <w:rFonts w:ascii="Times New Roman" w:hAnsi="Times New Roman" w:cs="Times New Roman"/>
          <w:color w:val="auto"/>
          <w:lang w:eastAsia="en-US"/>
        </w:rPr>
        <w:softHyphen/>
        <w:t>нием методов смыслового чтения и эстетического анализа;</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осознавать важность чтения и изучения произведений уст</w:t>
      </w:r>
      <w:r w:rsidRPr="00127F47">
        <w:rPr>
          <w:rFonts w:ascii="Times New Roman" w:hAnsi="Times New Roman" w:cs="Times New Roman"/>
          <w:color w:val="auto"/>
          <w:lang w:eastAsia="en-US"/>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планировать собственное досуговое чтение, обогащать свой круг чтения по рекомендациям учителя, в том числе за счёт про</w:t>
      </w:r>
      <w:r w:rsidRPr="00127F47">
        <w:rPr>
          <w:rFonts w:ascii="Times New Roman" w:hAnsi="Times New Roman" w:cs="Times New Roman"/>
          <w:color w:val="auto"/>
          <w:lang w:eastAsia="en-US"/>
        </w:rPr>
        <w:softHyphen/>
        <w:t>изведений современной литературы для детей и подростков;</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развивать умения коллективной проектной или исследо</w:t>
      </w:r>
      <w:r w:rsidRPr="00127F47">
        <w:rPr>
          <w:rFonts w:ascii="Times New Roman" w:hAnsi="Times New Roman" w:cs="Times New Roman"/>
          <w:color w:val="auto"/>
          <w:lang w:eastAsia="en-US"/>
        </w:rPr>
        <w:softHyphen/>
        <w:t>вательской деятельности под руководством учителя и учиться публично представлять полученные результаты;</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развивать умение использовать словари и справочники, в том числе в электронной форме; пользоваться под руковод</w:t>
      </w:r>
      <w:r w:rsidRPr="00127F47">
        <w:rPr>
          <w:rFonts w:ascii="Times New Roman" w:hAnsi="Times New Roman" w:cs="Times New Roman"/>
          <w:color w:val="auto"/>
          <w:lang w:eastAsia="en-US"/>
        </w:rPr>
        <w:softHyphen/>
        <w:t>ством учителя электронными библиотеками и другими спра</w:t>
      </w:r>
      <w:r w:rsidRPr="00127F47">
        <w:rPr>
          <w:rFonts w:ascii="Times New Roman" w:hAnsi="Times New Roman" w:cs="Times New Roman"/>
          <w:color w:val="auto"/>
          <w:lang w:eastAsia="en-US"/>
        </w:rPr>
        <w:softHyphen/>
        <w:t>вочными материалами, в том числе из числа верифицирован</w:t>
      </w:r>
      <w:r w:rsidRPr="00127F47">
        <w:rPr>
          <w:rFonts w:ascii="Times New Roman" w:hAnsi="Times New Roman" w:cs="Times New Roman"/>
          <w:color w:val="auto"/>
          <w:lang w:eastAsia="en-US"/>
        </w:rPr>
        <w:softHyphen/>
        <w:t>ных электронных ресурсов, включённых в федеральный пере</w:t>
      </w:r>
      <w:r w:rsidRPr="00127F47">
        <w:rPr>
          <w:rFonts w:ascii="Times New Roman" w:hAnsi="Times New Roman" w:cs="Times New Roman"/>
          <w:color w:val="auto"/>
          <w:lang w:eastAsia="en-US"/>
        </w:rPr>
        <w:softHyphen/>
        <w:t>чень.</w:t>
      </w:r>
    </w:p>
    <w:p w:rsidR="00F44E79" w:rsidRPr="00127F47" w:rsidRDefault="00F44E79" w:rsidP="001C7BA4">
      <w:pPr>
        <w:widowControl/>
        <w:numPr>
          <w:ilvl w:val="0"/>
          <w:numId w:val="87"/>
        </w:numPr>
        <w:spacing w:after="160" w:line="276" w:lineRule="auto"/>
        <w:jc w:val="both"/>
        <w:rPr>
          <w:rFonts w:ascii="Times New Roman" w:hAnsi="Times New Roman" w:cs="Times New Roman"/>
          <w:color w:val="auto"/>
          <w:lang w:eastAsia="en-US"/>
        </w:rPr>
      </w:pPr>
    </w:p>
    <w:p w:rsidR="00F44E79" w:rsidRPr="00127F47" w:rsidRDefault="00F44E79" w:rsidP="00127F47">
      <w:pPr>
        <w:widowControl/>
        <w:spacing w:line="276" w:lineRule="auto"/>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7 КЛАСС</w:t>
      </w:r>
    </w:p>
    <w:p w:rsidR="00F44E79" w:rsidRPr="00127F47" w:rsidRDefault="00F44E79" w:rsidP="00127F47">
      <w:pPr>
        <w:widowControl/>
        <w:spacing w:line="276" w:lineRule="auto"/>
        <w:ind w:left="360"/>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r w:rsidRPr="00127F47">
        <w:rPr>
          <w:rFonts w:ascii="Times New Roman" w:hAnsi="Times New Roman" w:cs="Times New Roman"/>
          <w:color w:val="auto"/>
          <w:lang w:eastAsia="en-US"/>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44E79" w:rsidRPr="00127F47" w:rsidRDefault="00F44E79" w:rsidP="00127F47">
      <w:pPr>
        <w:widowControl/>
        <w:spacing w:line="276" w:lineRule="auto"/>
        <w:ind w:left="360"/>
        <w:jc w:val="both"/>
        <w:rPr>
          <w:rFonts w:ascii="Times New Roman" w:hAnsi="Times New Roman" w:cs="Times New Roman"/>
          <w:color w:val="auto"/>
          <w:lang w:eastAsia="en-US"/>
        </w:rPr>
      </w:pPr>
      <w:r w:rsidRPr="00127F47">
        <w:rPr>
          <w:rFonts w:ascii="Times New Roman" w:hAnsi="Times New Roman" w:cs="Times New Roman"/>
          <w:color w:val="auto"/>
          <w:lang w:eastAsia="en-US"/>
        </w:rPr>
        <w:t>2)</w:t>
      </w:r>
      <w:r w:rsidRPr="00127F47">
        <w:rPr>
          <w:rFonts w:ascii="Times New Roman" w:hAnsi="Times New Roman" w:cs="Times New Roman"/>
          <w:color w:val="auto"/>
          <w:lang w:eastAsia="en-US"/>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44E79" w:rsidRPr="00127F47" w:rsidRDefault="00F44E79" w:rsidP="00127F47">
      <w:pPr>
        <w:widowControl/>
        <w:spacing w:line="276" w:lineRule="auto"/>
        <w:ind w:left="360"/>
        <w:jc w:val="both"/>
        <w:rPr>
          <w:rFonts w:ascii="Times New Roman" w:hAnsi="Times New Roman" w:cs="Times New Roman"/>
          <w:color w:val="auto"/>
          <w:lang w:eastAsia="en-US"/>
        </w:rPr>
      </w:pPr>
      <w:r w:rsidRPr="00127F47">
        <w:rPr>
          <w:rFonts w:ascii="Times New Roman" w:hAnsi="Times New Roman" w:cs="Times New Roman"/>
          <w:color w:val="auto"/>
          <w:lang w:eastAsia="en-US"/>
        </w:rPr>
        <w:t>3)</w:t>
      </w:r>
      <w:r w:rsidRPr="00127F47">
        <w:rPr>
          <w:rFonts w:ascii="Times New Roman" w:hAnsi="Times New Roman" w:cs="Times New Roman"/>
          <w:color w:val="auto"/>
          <w:lang w:eastAsia="en-US"/>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выделять в произведениях элементы художественной формы и обнаруживать связи между ними;</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4)</w:t>
      </w:r>
      <w:r w:rsidRPr="00127F47">
        <w:rPr>
          <w:rFonts w:ascii="Times New Roman" w:hAnsi="Times New Roman" w:cs="Times New Roman"/>
          <w:color w:val="auto"/>
          <w:lang w:eastAsia="en-US"/>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5)</w:t>
      </w:r>
      <w:r w:rsidRPr="00127F47">
        <w:rPr>
          <w:rFonts w:ascii="Times New Roman" w:hAnsi="Times New Roman" w:cs="Times New Roman"/>
          <w:color w:val="auto"/>
          <w:lang w:eastAsia="en-US"/>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6)</w:t>
      </w:r>
      <w:r w:rsidRPr="00127F47">
        <w:rPr>
          <w:rFonts w:ascii="Times New Roman" w:hAnsi="Times New Roman" w:cs="Times New Roman"/>
          <w:color w:val="auto"/>
          <w:lang w:eastAsia="en-US"/>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7)</w:t>
      </w:r>
      <w:r w:rsidRPr="00127F47">
        <w:rPr>
          <w:rFonts w:ascii="Times New Roman" w:hAnsi="Times New Roman" w:cs="Times New Roman"/>
          <w:color w:val="auto"/>
          <w:lang w:eastAsia="en-US"/>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8)</w:t>
      </w:r>
      <w:r w:rsidRPr="00127F47">
        <w:rPr>
          <w:rFonts w:ascii="Times New Roman" w:hAnsi="Times New Roman" w:cs="Times New Roman"/>
          <w:color w:val="auto"/>
          <w:lang w:eastAsia="en-US"/>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9)</w:t>
      </w:r>
      <w:r w:rsidRPr="00127F47">
        <w:rPr>
          <w:rFonts w:ascii="Times New Roman" w:hAnsi="Times New Roman" w:cs="Times New Roman"/>
          <w:color w:val="auto"/>
          <w:lang w:eastAsia="en-US"/>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10)</w:t>
      </w:r>
      <w:r w:rsidRPr="00127F47">
        <w:rPr>
          <w:rFonts w:ascii="Times New Roman" w:hAnsi="Times New Roman" w:cs="Times New Roman"/>
          <w:color w:val="auto"/>
          <w:lang w:eastAsia="en-US"/>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11)</w:t>
      </w:r>
      <w:r w:rsidRPr="00127F47">
        <w:rPr>
          <w:rFonts w:ascii="Times New Roman" w:hAnsi="Times New Roman" w:cs="Times New Roman"/>
          <w:color w:val="auto"/>
          <w:lang w:eastAsia="en-US"/>
        </w:rPr>
        <w:tab/>
        <w:t>участвовать в коллективной и индивидуальной проектной или исследовательской деятельности и публично представлять полученные результаты;</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12)</w:t>
      </w:r>
      <w:r w:rsidRPr="00127F47">
        <w:rPr>
          <w:rFonts w:ascii="Times New Roman" w:hAnsi="Times New Roman" w:cs="Times New Roman"/>
          <w:color w:val="auto"/>
          <w:lang w:eastAsia="en-US"/>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44E79" w:rsidRPr="00127F47" w:rsidRDefault="00F44E79" w:rsidP="00127F47">
      <w:pPr>
        <w:widowControl/>
        <w:spacing w:line="276" w:lineRule="auto"/>
        <w:jc w:val="both"/>
        <w:rPr>
          <w:rFonts w:ascii="Times New Roman" w:hAnsi="Times New Roman" w:cs="Times New Roman"/>
          <w:b/>
          <w:bCs/>
          <w:color w:val="auto"/>
          <w:lang w:eastAsia="en-US"/>
        </w:rPr>
      </w:pPr>
    </w:p>
    <w:p w:rsidR="00F44E79" w:rsidRPr="00127F47" w:rsidRDefault="00F44E79" w:rsidP="00127F47">
      <w:pPr>
        <w:widowControl/>
        <w:spacing w:line="276" w:lineRule="auto"/>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8 КЛАСС</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r w:rsidRPr="00127F47">
        <w:rPr>
          <w:rFonts w:ascii="Times New Roman" w:hAnsi="Times New Roman" w:cs="Times New Roman"/>
          <w:color w:val="auto"/>
          <w:lang w:eastAsia="en-US"/>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2)</w:t>
      </w:r>
      <w:r w:rsidRPr="00127F47">
        <w:rPr>
          <w:rFonts w:ascii="Times New Roman" w:hAnsi="Times New Roman" w:cs="Times New Roman"/>
          <w:color w:val="auto"/>
          <w:lang w:eastAsia="en-US"/>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3)</w:t>
      </w:r>
      <w:r w:rsidRPr="00127F47">
        <w:rPr>
          <w:rFonts w:ascii="Times New Roman" w:hAnsi="Times New Roman" w:cs="Times New Roman"/>
          <w:color w:val="auto"/>
          <w:lang w:eastAsia="en-US"/>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4)</w:t>
      </w:r>
      <w:r w:rsidRPr="00127F47">
        <w:rPr>
          <w:rFonts w:ascii="Times New Roman" w:hAnsi="Times New Roman" w:cs="Times New Roman"/>
          <w:color w:val="auto"/>
          <w:lang w:eastAsia="en-US"/>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5)</w:t>
      </w:r>
      <w:r w:rsidRPr="00127F47">
        <w:rPr>
          <w:rFonts w:ascii="Times New Roman" w:hAnsi="Times New Roman" w:cs="Times New Roman"/>
          <w:color w:val="auto"/>
          <w:lang w:eastAsia="en-US"/>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6)</w:t>
      </w:r>
      <w:r w:rsidRPr="00127F47">
        <w:rPr>
          <w:rFonts w:ascii="Times New Roman" w:hAnsi="Times New Roman" w:cs="Times New Roman"/>
          <w:color w:val="auto"/>
          <w:lang w:eastAsia="en-US"/>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7)</w:t>
      </w:r>
      <w:r w:rsidRPr="00127F47">
        <w:rPr>
          <w:rFonts w:ascii="Times New Roman" w:hAnsi="Times New Roman" w:cs="Times New Roman"/>
          <w:color w:val="auto"/>
          <w:lang w:eastAsia="en-US"/>
        </w:rPr>
        <w:tab/>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8)</w:t>
      </w:r>
      <w:r w:rsidRPr="00127F47">
        <w:rPr>
          <w:rFonts w:ascii="Times New Roman" w:hAnsi="Times New Roman" w:cs="Times New Roman"/>
          <w:color w:val="auto"/>
          <w:lang w:eastAsia="en-US"/>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9)</w:t>
      </w:r>
      <w:r w:rsidRPr="00127F47">
        <w:rPr>
          <w:rFonts w:ascii="Times New Roman" w:hAnsi="Times New Roman" w:cs="Times New Roman"/>
          <w:color w:val="auto"/>
          <w:lang w:eastAsia="en-US"/>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10)</w:t>
      </w:r>
      <w:r w:rsidRPr="00127F47">
        <w:rPr>
          <w:rFonts w:ascii="Times New Roman" w:hAnsi="Times New Roman" w:cs="Times New Roman"/>
          <w:color w:val="auto"/>
          <w:lang w:eastAsia="en-US"/>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11)</w:t>
      </w:r>
      <w:r w:rsidRPr="00127F47">
        <w:rPr>
          <w:rFonts w:ascii="Times New Roman" w:hAnsi="Times New Roman" w:cs="Times New Roman"/>
          <w:color w:val="auto"/>
          <w:lang w:eastAsia="en-US"/>
        </w:rPr>
        <w:tab/>
        <w:t>участвовать в коллективной и индивидуальной проектной и исследовательской деятельности и публично представлять полученные результаты;</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12)</w:t>
      </w:r>
      <w:r w:rsidRPr="00127F47">
        <w:rPr>
          <w:rFonts w:ascii="Times New Roman" w:hAnsi="Times New Roman" w:cs="Times New Roman"/>
          <w:color w:val="auto"/>
          <w:lang w:eastAsia="en-US"/>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44E79" w:rsidRPr="00127F47" w:rsidRDefault="00F44E79" w:rsidP="00127F47">
      <w:pPr>
        <w:widowControl/>
        <w:spacing w:line="276" w:lineRule="auto"/>
        <w:jc w:val="both"/>
        <w:rPr>
          <w:rFonts w:ascii="Times New Roman" w:hAnsi="Times New Roman" w:cs="Times New Roman"/>
          <w:color w:val="auto"/>
          <w:lang w:eastAsia="en-US"/>
        </w:rPr>
      </w:pPr>
    </w:p>
    <w:p w:rsidR="00F44E79" w:rsidRPr="00127F47" w:rsidRDefault="00F44E79" w:rsidP="00127F47">
      <w:pPr>
        <w:widowControl/>
        <w:spacing w:line="276" w:lineRule="auto"/>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9 КЛАСС</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r w:rsidRPr="00127F47">
        <w:rPr>
          <w:rFonts w:ascii="Times New Roman" w:hAnsi="Times New Roman" w:cs="Times New Roman"/>
          <w:color w:val="auto"/>
          <w:lang w:eastAsia="en-US"/>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2)</w:t>
      </w:r>
      <w:r w:rsidRPr="00127F47">
        <w:rPr>
          <w:rFonts w:ascii="Times New Roman" w:hAnsi="Times New Roman" w:cs="Times New Roman"/>
          <w:color w:val="auto"/>
          <w:lang w:eastAsia="en-US"/>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3)</w:t>
      </w:r>
      <w:r w:rsidRPr="00127F47">
        <w:rPr>
          <w:rFonts w:ascii="Times New Roman" w:hAnsi="Times New Roman" w:cs="Times New Roman"/>
          <w:color w:val="auto"/>
          <w:lang w:eastAsia="en-US"/>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44E79" w:rsidRPr="00127F47" w:rsidRDefault="00F44E79" w:rsidP="001C7BA4">
      <w:pPr>
        <w:widowControl/>
        <w:numPr>
          <w:ilvl w:val="0"/>
          <w:numId w:val="88"/>
        </w:numPr>
        <w:spacing w:after="160"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4)</w:t>
      </w:r>
      <w:r w:rsidRPr="00127F47">
        <w:rPr>
          <w:rFonts w:ascii="Times New Roman" w:hAnsi="Times New Roman" w:cs="Times New Roman"/>
          <w:color w:val="auto"/>
          <w:lang w:eastAsia="en-US"/>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5)</w:t>
      </w:r>
      <w:r w:rsidRPr="00127F47">
        <w:rPr>
          <w:rFonts w:ascii="Times New Roman" w:hAnsi="Times New Roman" w:cs="Times New Roman"/>
          <w:color w:val="auto"/>
          <w:lang w:eastAsia="en-US"/>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6)</w:t>
      </w:r>
      <w:r w:rsidRPr="00127F47">
        <w:rPr>
          <w:rFonts w:ascii="Times New Roman" w:hAnsi="Times New Roman" w:cs="Times New Roman"/>
          <w:color w:val="auto"/>
          <w:lang w:eastAsia="en-US"/>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7)</w:t>
      </w:r>
      <w:r w:rsidRPr="00127F47">
        <w:rPr>
          <w:rFonts w:ascii="Times New Roman" w:hAnsi="Times New Roman" w:cs="Times New Roman"/>
          <w:color w:val="auto"/>
          <w:lang w:eastAsia="en-US"/>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8)</w:t>
      </w:r>
      <w:r w:rsidRPr="00127F47">
        <w:rPr>
          <w:rFonts w:ascii="Times New Roman" w:hAnsi="Times New Roman" w:cs="Times New Roman"/>
          <w:color w:val="auto"/>
          <w:lang w:eastAsia="en-US"/>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9)</w:t>
      </w:r>
      <w:r w:rsidRPr="00127F47">
        <w:rPr>
          <w:rFonts w:ascii="Times New Roman" w:hAnsi="Times New Roman" w:cs="Times New Roman"/>
          <w:color w:val="auto"/>
          <w:lang w:eastAsia="en-US"/>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10)</w:t>
      </w:r>
      <w:r w:rsidRPr="00127F47">
        <w:rPr>
          <w:rFonts w:ascii="Times New Roman" w:hAnsi="Times New Roman" w:cs="Times New Roman"/>
          <w:color w:val="auto"/>
          <w:lang w:eastAsia="en-US"/>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11)</w:t>
      </w:r>
      <w:r w:rsidRPr="00127F47">
        <w:rPr>
          <w:rFonts w:ascii="Times New Roman" w:hAnsi="Times New Roman" w:cs="Times New Roman"/>
          <w:color w:val="auto"/>
          <w:lang w:eastAsia="en-US"/>
        </w:rPr>
        <w:tab/>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44E79" w:rsidRPr="00127F47" w:rsidRDefault="00F44E79" w:rsidP="00127F47">
      <w:pPr>
        <w:widowControl/>
        <w:spacing w:line="276" w:lineRule="auto"/>
        <w:jc w:val="both"/>
        <w:rPr>
          <w:rFonts w:ascii="Times New Roman" w:hAnsi="Times New Roman" w:cs="Times New Roman"/>
          <w:color w:val="auto"/>
          <w:lang w:eastAsia="en-US"/>
        </w:rPr>
      </w:pPr>
      <w:r w:rsidRPr="00127F47">
        <w:rPr>
          <w:rFonts w:ascii="Times New Roman" w:hAnsi="Times New Roman" w:cs="Times New Roman"/>
          <w:color w:val="auto"/>
          <w:lang w:eastAsia="en-US"/>
        </w:rPr>
        <w:t>12)</w:t>
      </w:r>
      <w:r w:rsidRPr="00127F47">
        <w:rPr>
          <w:rFonts w:ascii="Times New Roman" w:hAnsi="Times New Roman" w:cs="Times New Roman"/>
          <w:color w:val="auto"/>
          <w:lang w:eastAsia="en-US"/>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44E79" w:rsidRPr="00127F47" w:rsidRDefault="00F44E79" w:rsidP="00127F47">
      <w:pPr>
        <w:widowControl/>
        <w:spacing w:line="276" w:lineRule="auto"/>
        <w:jc w:val="both"/>
        <w:rPr>
          <w:rFonts w:ascii="Times New Roman" w:hAnsi="Times New Roman" w:cs="Times New Roman"/>
          <w:color w:val="auto"/>
          <w:lang w:eastAsia="en-US"/>
        </w:rPr>
        <w:sectPr w:rsidR="00F44E79" w:rsidRPr="00127F47" w:rsidSect="00127F47">
          <w:headerReference w:type="default" r:id="rId200"/>
          <w:pgSz w:w="11906" w:h="16838"/>
          <w:pgMar w:top="1134" w:right="850" w:bottom="1134" w:left="1701" w:header="426" w:footer="708" w:gutter="0"/>
          <w:cols w:space="708"/>
          <w:docGrid w:linePitch="360"/>
        </w:sectPr>
      </w:pPr>
      <w:r w:rsidRPr="00127F47">
        <w:rPr>
          <w:rFonts w:ascii="Times New Roman" w:hAnsi="Times New Roman" w:cs="Times New Roman"/>
          <w:color w:val="auto"/>
          <w:lang w:eastAsia="en-US"/>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44E79" w:rsidRPr="00127F47" w:rsidRDefault="00F44E79" w:rsidP="00127F47">
      <w:pPr>
        <w:widowControl/>
        <w:shd w:val="clear" w:color="auto" w:fill="FFFFFF"/>
        <w:spacing w:before="240" w:after="120" w:line="240" w:lineRule="atLeast"/>
        <w:jc w:val="both"/>
        <w:outlineLvl w:val="1"/>
        <w:rPr>
          <w:rFonts w:ascii="Times New Roman" w:hAnsi="Times New Roman" w:cs="Times New Roman"/>
          <w:b/>
          <w:bCs/>
          <w:caps/>
        </w:rPr>
      </w:pPr>
      <w:r w:rsidRPr="00127F47">
        <w:rPr>
          <w:rFonts w:ascii="Times New Roman" w:hAnsi="Times New Roman" w:cs="Times New Roman"/>
          <w:b/>
          <w:bCs/>
          <w:caps/>
        </w:rPr>
        <w:t xml:space="preserve"> Тематическое планирование</w:t>
      </w:r>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b/>
          <w:bCs/>
          <w:color w:val="auto"/>
          <w:lang w:eastAsia="en-US"/>
        </w:rPr>
      </w:pPr>
      <w:r w:rsidRPr="00127F47">
        <w:rPr>
          <w:rFonts w:ascii="Times New Roman" w:hAnsi="Times New Roman" w:cs="Times New Roman"/>
          <w:b/>
          <w:bCs/>
          <w:color w:val="auto"/>
          <w:lang w:eastAsia="en-US"/>
        </w:rPr>
        <w:t>5 класс. 102 часа.</w:t>
      </w:r>
    </w:p>
    <w:p w:rsidR="00F44E79" w:rsidRPr="00127F47" w:rsidRDefault="00F44E79" w:rsidP="00127F47">
      <w:pPr>
        <w:widowControl/>
        <w:jc w:val="both"/>
        <w:rPr>
          <w:rFonts w:ascii="Times New Roman" w:hAnsi="Times New Roman" w:cs="Times New Roman"/>
          <w:color w:val="auto"/>
          <w:lang w:eastAsia="en-US"/>
        </w:rPr>
      </w:pPr>
    </w:p>
    <w:tbl>
      <w:tblPr>
        <w:tblW w:w="15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3"/>
        <w:gridCol w:w="3657"/>
        <w:gridCol w:w="1057"/>
        <w:gridCol w:w="9347"/>
      </w:tblGrid>
      <w:tr w:rsidR="00F44E79" w:rsidRPr="00127F47" w:rsidTr="00127F47">
        <w:tc>
          <w:tcPr>
            <w:tcW w:w="1163" w:type="dxa"/>
          </w:tcPr>
          <w:p w:rsidR="00F44E79" w:rsidRPr="00127F47" w:rsidRDefault="00F44E79" w:rsidP="00127F47">
            <w:pPr>
              <w:widowControl/>
              <w:jc w:val="both"/>
              <w:rPr>
                <w:rFonts w:ascii="Times New Roman" w:hAnsi="Times New Roman" w:cs="Times New Roman"/>
                <w:lang w:eastAsia="en-US"/>
              </w:rPr>
            </w:pPr>
            <w:bookmarkStart w:id="134" w:name="_Hlk105451528"/>
            <w:r w:rsidRPr="00127F47">
              <w:rPr>
                <w:rFonts w:ascii="Times New Roman" w:hAnsi="Times New Roman" w:cs="Times New Roman"/>
                <w:lang w:eastAsia="en-US"/>
              </w:rPr>
              <w:t>№</w:t>
            </w:r>
          </w:p>
        </w:tc>
        <w:tc>
          <w:tcPr>
            <w:tcW w:w="3657" w:type="dxa"/>
          </w:tcPr>
          <w:p w:rsidR="00F44E79" w:rsidRPr="00127F47" w:rsidRDefault="00F44E79" w:rsidP="00127F47">
            <w:pPr>
              <w:widowControl/>
              <w:jc w:val="both"/>
              <w:rPr>
                <w:rFonts w:ascii="Times New Roman" w:hAnsi="Times New Roman" w:cs="Times New Roman"/>
                <w:lang w:eastAsia="en-US"/>
              </w:rPr>
            </w:pPr>
            <w:r w:rsidRPr="00127F47">
              <w:rPr>
                <w:rFonts w:ascii="Times New Roman" w:hAnsi="Times New Roman" w:cs="Times New Roman"/>
                <w:lang w:eastAsia="en-US"/>
              </w:rPr>
              <w:t>Тема урока</w:t>
            </w:r>
          </w:p>
        </w:tc>
        <w:tc>
          <w:tcPr>
            <w:tcW w:w="1057" w:type="dxa"/>
          </w:tcPr>
          <w:p w:rsidR="00F44E79" w:rsidRPr="00127F47" w:rsidRDefault="00F44E79" w:rsidP="00127F47">
            <w:pPr>
              <w:widowControl/>
              <w:jc w:val="both"/>
              <w:rPr>
                <w:rFonts w:ascii="Times New Roman" w:hAnsi="Times New Roman" w:cs="Times New Roman"/>
                <w:lang w:eastAsia="en-US"/>
              </w:rPr>
            </w:pPr>
            <w:r w:rsidRPr="00127F47">
              <w:rPr>
                <w:rFonts w:ascii="Times New Roman" w:hAnsi="Times New Roman" w:cs="Times New Roman"/>
                <w:lang w:eastAsia="en-US"/>
              </w:rPr>
              <w:t>Кол-во часов</w:t>
            </w:r>
          </w:p>
        </w:tc>
        <w:tc>
          <w:tcPr>
            <w:tcW w:w="9347" w:type="dxa"/>
          </w:tcPr>
          <w:p w:rsidR="00F44E79" w:rsidRPr="00127F47" w:rsidRDefault="00F44E79" w:rsidP="00127F47">
            <w:pPr>
              <w:widowControl/>
              <w:jc w:val="both"/>
              <w:rPr>
                <w:rFonts w:ascii="Times New Roman" w:hAnsi="Times New Roman" w:cs="Times New Roman"/>
                <w:lang w:eastAsia="en-US"/>
              </w:rPr>
            </w:pPr>
            <w:r w:rsidRPr="00127F47">
              <w:rPr>
                <w:rFonts w:ascii="Times New Roman" w:hAnsi="Times New Roman" w:cs="Times New Roman"/>
                <w:lang w:eastAsia="en-US"/>
              </w:rPr>
              <w:t>Электронные (цифровые) образовательные ресурсы</w:t>
            </w:r>
          </w:p>
        </w:tc>
      </w:tr>
      <w:bookmarkEnd w:id="134"/>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shd w:val="clear" w:color="auto" w:fill="FFFFFF"/>
                <w:lang w:eastAsia="en-US"/>
              </w:rPr>
              <w:t>Мифы народов России и мира. Понятие о мифах и мифологии.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0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0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0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Мифы народов России и мира. Темы, сюжеты и образы.</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0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0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06"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Мифы народов России и мира. Отображение мифов в искусстве.</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0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0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09"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Мифы народов России и мира.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1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1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1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Фольклор как коллективное устное народное творчество.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1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1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15"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Малые жанры фольклора: пословицы, поговорки, загадки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1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1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1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речи.  Интерпретация  пословиц и создание связного текста по пословице в соотнесении ее с жизненной ситуацией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1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2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21"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Сказки народов России и народов мира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2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2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24"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Русские народные сказки. Жанры и художественные особенности сказок.</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2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2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27"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«Царевна-лягушка». Сюжет волшебной сказки. Система образов. Народная мораль в характере и поступках героев.</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2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2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30"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«Иван-крестьянский сын и Чудо-юдо». Волшебная сказка героического содержания. Тема мирного труда и защиты родной земли.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3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3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3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"Журавль и цапля", "Солдатская шинель". Жанровые особенности сказок о животных и бытовых сказок.</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3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3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36"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Сказки народов мира.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3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3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39"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И.А. Крылов – выдающийся русский баснописец. Мораль басен «Свинья под дубом», «Ворона и лисица». Осмеяние человеческих пороков.</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4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4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4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И.А. Крылов. Басня «Волк на псарне».  Исторический контекст и аллегорический смысл  басни.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4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4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45"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И.А. Крылов. Выражение народной мудрости в баснях и их поучительный характер (чтение басен по выбору обучающихся).</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4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4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4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И.А. Крылов  Выражение народной мудрости в баснях и их поучительный характер (инсценировка басен).</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4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5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5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речи. Сочинение "Мудрые уроки басен И.А. Крылова"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5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5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54"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 С. Пушкин. Стихотворения  «Зимнее утро», «Зимний вечер». Изображение природы в стихотворениях поэта.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5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5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57"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 С. Пушкин. Стихотворение  «Няне». Поэтизация образа Арины Родионовны.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5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5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60"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А.С. Пушкин «Сказка о мертвой царевне и семи богатырях». Сюжет сказки (сопоставление его с сюжетами народной сказки и сказками Жуковского).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6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6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6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А.С. Пушкин «Сказка о мертвой царевне и семи богатырях».  Герои сказки. Противостояние добрых и злых сил, утверждение мысли о превосходстве внутренней красоты над красотою внешней.</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6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6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66"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А.С. Пушкин «Сказка о мертвой царевне и семи богатырях».  Художественное совершенство пушкинской сказки.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6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6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69"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А.С. Пушкин «Сказка о мертвой царевне и семи богатырях». Устное сочинение - сравнительная характеристика героинь.</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7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7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7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М.Ю. Лермонтов «Бородино». Историческая основа и патриотический пафос стихотворения.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7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7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75"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М.Ю. Лермонтов «Бородино».  Проблематика и поэтика  произведения.</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7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7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7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Н.В. Гоголь «Ночь перед Рождеством». Поэтизация народной жизни, народных преданий.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7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8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8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Н.В. Гоголь «Ночь перед Рождеством». Сочетание комического и трагического, реального и фантастического в повести.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8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8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84"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по произведениям А.С. Пушкина "Руслан и Людмила", М.Ю. Лермонтова "Ашик-Кериб", Н.В. Гоголя"Майская ночь, или Утопленница" (по выбору).</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8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8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87"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И.С. Тургенев. Слово о писателе. «Муму» как повесть о крепостном праве и протест против рабства.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8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8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90"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.И.С. Тургенев. Повесть «Муму».  Система образов.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9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9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9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И.С. Тургенев. Повесть «Муму».  Духовные и нравственные качества Герасима.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9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9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96"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И.С. Тургенев. Повесть «Муму».  Смысл названия рассказа.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29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29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299"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речи. Подготовка к сочинению-индивидуальной характеристике «Почему Герасима называют самым замечательным лицом среди дворни?»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0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0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0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речи. Сочинение «Почему Герасима называют самым замечательным лицом среди дворни?»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0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0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05"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Н.А. Некрасов. Темы и образы некрасовской лирики (Стихотворения "Школьник", "Соловьи")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0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0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0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Н.А. Некрасов.  Отрывок из поэмы «Крестьянские дети». Изображение мира детства в стихотворении.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0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1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1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Н.А. Некрасов. Темы и образы некрасовской лирики. Отрывок из поэмы «Мороз, Красный нос». Картины природы и жизнь народа.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1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1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14"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Л.Н. Толстой «Кавказский пленник». Тема бессмысленности и жестокости межнациональной вражды.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1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1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17"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Л.Н. Толстой «Кавказский пленник». Герои рассказа Жилин и Костылин. Два разных характера, две разные судьбы.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1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1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20"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Л.Н. Толстой «Кавказский пленник». Герои рассказа Жилин и Костылин. Два разных характера, две разные судьбы.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2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2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2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Л.Н. Толстой «Кавказский пленник».  Жилин и Дина. Утверждение гуманистических идеалов.</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2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2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26"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по произведениям И.С. Тургенева"Хорь и Калиныч",Л.Н. Толстого "Прыжок", "Акула"(по выбору).</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2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2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29"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по произведениям И.С. Тургенева"Хорь и Калиныч", Л.Н. Толстого "Прыжок", "Акула"(по выбору).</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3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3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3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Поэты 19 века о родине и родной природе. Стихотворения Ф.И. Тютчева, А.К. Толстого, А.А Фета.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3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3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35"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Поэты 19 века о родине и родной природе. Стихотворения Ф.И. Тютчева, А.К. Толстого, А.А Фета.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3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3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38"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Поэты 20 века о родине и родной природе. Стихотворения  И. А. Бунина, А. А. Блока, С. А. Есенина, Н. М. Рубцова, Ю. П. Кузнецова.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3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4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4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Поэты 20 века о родине и родной природе. Стихотворения  И. А. Бунина, А. А. Блока, С. А. Есенина, Н. М. Рубцова, Ю. П. Кузнецова.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4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4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44"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речи. Сочинение-анализ поэтического текста.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4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4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47"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Юмористические рассказы отечественных писателей XIX—XX веков.  А. П. Чехов (два рассказа по выбору). «Лошадиная фамилия», «Мальчики», «Хирургия» и др. ». Осмеяние глупости и невежества героев. Особенности чеховского юмора.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4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4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50"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Юмористические рассказы отечественных писателей XIX—XX веков.  А. П. Чехов (два рассказа по выбору). «Лошадиная фамилия», «Мальчики», «Хирургия» и др. ». Осмеяние глупости и невежества героев. Особенности чеховского юмора.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5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5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5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 М. Зощенко. Рассказы  «Галоша», «Лёля и Минька», «Ёлка», «Золотые слова», «Встреча» и др. Сюжеты и образы юмористических рассказов, средства создания комического.</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5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5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56"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 М. Зощенко. Рассказы  «Галоша», «Лёля и Минька», «Ёлка», «Золотые слова», «Встреча» и др. Сюжеты и образы юмористических рассказов, средства создания комического.</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5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5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59"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отечественной литературы о природе и животных Рассказ А. И. Куприна "Ю-ю". История отношений человека и животного в рассказе.</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6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6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6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отечественной литературы о природе и животных. Повесть-быль М. М. Пришвина "Кладовая солнца". Мир природы в произведении.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6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6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65"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отечественной литературы о природе и животных. Сказка - быль М. М. Пришвина "Кладовая солнца". Образы главных героев. Человек и природа в произведении.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6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6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6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отечественной литературы о природе и животных. Рассказ К. Г. Паустовского "Тёплый хлеб". Герои сказки и их поступки. Нравственные проблемы сказки.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6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7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7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А.П. Платонов «Никита». Душевный мир главного героя. Быль и фантастика в рассказе.</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7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7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74"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А.П. Платонов «Корова». Душевный мир главного героя. Тема добра в рассказе.</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7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7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77"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Ответ на поставленный вопрос, связанный со знанием и пониманием текста: "Как в произведениях писателей А.И. Куприна, М.М. Пришвина, К.Г. Паустовского, А.П. Платонова отражены отношения человека и природы?"</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7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7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80"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В.П. Астафьев «Васюткино озеро». Поведение человека в экстремальной ситуации. Становление характера главного героя.</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8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8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83"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В.П. Астафьев «Васюткино озеро». Поведение человека в экстремальной ситуации. Становление характера главного героя</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8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8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86"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Сочинение по самостоятельно составленному плану "Какие поступки сверстника и черты его характера вызывают интерес" (по рассказу В.П. Астафьева "Васюткино озеро").</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8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8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89"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отечественной прозы на тему «Человек на войне» (не менее двух). Л. А. Кассиль. «Дорогие мои мальчишки»; Ю. Я. Яковлев. «Девочки с Васильевского острова»; В. П. Катаев. «Сын полка»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9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9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92"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отечественной прозы на тему «Человек на войне» (не менее двух). Л. А. Кассиль. «Дорогие мои мальчишки»; Ю. Я. Яковлев. «Девочки с Васильевского острова»; В. П. Катаев. «Сын полка»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9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9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95"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9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39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39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по произведениям о Великой Отечественной войне.</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39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0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0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отечественных писателей XIX–XXI веков на тему детства (не менее двух).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А. В. Жвалевского и Е. Б. Пастернак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0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0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04"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отечественных писателей XIX–XXI веков на тему детства (не менее двух).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А. В. Жвалевского и Е. Б. Пастернак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0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0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07"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отечественных писателей XIX–XXI веков на тему детства (не менее двух).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А. В. Жвалевского и Е. Б. Пастернак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0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0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10"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речи по произведениям, посвященным детству и детям.</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1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1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1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приключенческого жанра отечественных писателей (одно по выбору). К. Булычёв «Девочка, с которой ничего не случится», «Миллион приключений» (главы по выбору)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1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1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16"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Произведения приключенческого жанра отечественных писателей (одно по выбору). К. Булычёв «Девочка, с которой ничего не случится», «Миллион приключений» (главы по выбору)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1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1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19"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по произведениям о приключениях и путешествиях.</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2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2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2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Поэзия народов России. Стихотворения (одно по выбору). Р. Г. Гамзатов. «Песня соловья»; М. Карим. «Эту песню мать мне пела»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2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2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25"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Развитие речи. Сочинение-рассуждение по предложенной теме на основе прочитанных стихотворений.</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2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2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2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Х.-К. Андерсен «Снежная королева». Реальность и фантастика.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2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3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3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Х.-К. Андерсен «Снежная королева». Сказка о великой любви и настоящей красоте.</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3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3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34"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Зарубежная сказочная проза (одно произведение по выбору). Л. Кэрролл. «Алиса в Стране Чудес» (главы); Дж. Р. Р. Толкин. «Хоббит, или Туда и обратно» (главы) и др.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35"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36"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37"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Зарубежная сказочная проза (одно произведение по выбору). Л. Кэрролл. «Алиса в Стране Чудес» (главы); Дж. Р. Р. Толкин. «Хоббит, или Туда и обратно» (главы) и др.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38"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39"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40"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М. Твен «Приключения Тома Сойера»: неповторимый мир детства. Тема дружбы в произведении.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41"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42"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43"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Зарубежная приключенческая проза (два произведения по выбору). Р. Л. Стивенсон. «Остров сокровищ», «Чёрная стрела» (главы по выбору) и др.</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44"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45"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46" w:history="1">
              <w:r w:rsidRPr="00127F47">
                <w:rPr>
                  <w:rFonts w:ascii="Times New Roman" w:hAnsi="Times New Roman" w:cs="Times New Roman"/>
                  <w:color w:val="0563C1"/>
                  <w:u w:val="single"/>
                  <w:lang w:eastAsia="en-US"/>
                </w:rPr>
                <w:t>https://educont.ru/</w:t>
              </w:r>
            </w:hyperlink>
          </w:p>
          <w:p w:rsidR="00F44E79" w:rsidRPr="00127F47" w:rsidRDefault="00F44E79" w:rsidP="00127F47">
            <w:pPr>
              <w:widowControl/>
              <w:jc w:val="both"/>
              <w:rPr>
                <w:rFonts w:ascii="Times New Roman" w:hAnsi="Times New Roman" w:cs="Times New Roman"/>
                <w:color w:val="auto"/>
                <w:lang w:eastAsia="en-US"/>
              </w:rPr>
            </w:pPr>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47"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48"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49"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50"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51"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52"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Внеклассное чтение "Моя любимая книга зарубежного автора".</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53"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54"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55"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Итоговые контрольные работы</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56"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57"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58"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C7BA4">
            <w:pPr>
              <w:widowControl/>
              <w:numPr>
                <w:ilvl w:val="0"/>
                <w:numId w:val="83"/>
              </w:numPr>
              <w:spacing w:after="160" w:line="259" w:lineRule="auto"/>
              <w:jc w:val="both"/>
              <w:rPr>
                <w:rFonts w:ascii="Times New Roman" w:hAnsi="Times New Roman" w:cs="Times New Roman"/>
                <w:color w:val="auto"/>
                <w:lang w:eastAsia="en-US"/>
              </w:rPr>
            </w:pP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Итоговые контрольные работы</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59"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60"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61" w:history="1">
              <w:r w:rsidRPr="00127F47">
                <w:rPr>
                  <w:rFonts w:ascii="Times New Roman" w:hAnsi="Times New Roman" w:cs="Times New Roman"/>
                  <w:color w:val="0563C1"/>
                  <w:u w:val="single"/>
                  <w:lang w:eastAsia="en-US"/>
                </w:rPr>
                <w:t>https://educont.ru/</w:t>
              </w:r>
            </w:hyperlink>
          </w:p>
        </w:tc>
      </w:tr>
      <w:tr w:rsidR="00F44E79" w:rsidRPr="00127F47" w:rsidTr="00127F47">
        <w:tc>
          <w:tcPr>
            <w:tcW w:w="1163" w:type="dxa"/>
          </w:tcPr>
          <w:p w:rsidR="00F44E79" w:rsidRPr="00127F47" w:rsidRDefault="00F44E79" w:rsidP="00127F47">
            <w:pPr>
              <w:widowControl/>
              <w:ind w:left="360"/>
              <w:jc w:val="both"/>
              <w:rPr>
                <w:rFonts w:ascii="Times New Roman" w:hAnsi="Times New Roman" w:cs="Times New Roman"/>
                <w:color w:val="auto"/>
                <w:lang w:eastAsia="en-US"/>
              </w:rPr>
            </w:pPr>
            <w:r w:rsidRPr="00127F47">
              <w:rPr>
                <w:rFonts w:ascii="Times New Roman" w:hAnsi="Times New Roman" w:cs="Times New Roman"/>
                <w:color w:val="auto"/>
                <w:lang w:eastAsia="en-US"/>
              </w:rPr>
              <w:t>88 - 102</w:t>
            </w:r>
          </w:p>
        </w:tc>
        <w:tc>
          <w:tcPr>
            <w:tcW w:w="3657" w:type="dxa"/>
            <w:tcBorders>
              <w:top w:val="single" w:sz="6" w:space="0" w:color="000000"/>
              <w:left w:val="single" w:sz="6" w:space="0" w:color="000000"/>
              <w:bottom w:val="single" w:sz="6" w:space="0" w:color="000000"/>
              <w:right w:val="single" w:sz="6" w:space="0" w:color="000000"/>
            </w:tcBorders>
            <w:shd w:val="clear" w:color="auto" w:fill="FFFFFF"/>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Резервные уроки</w:t>
            </w:r>
          </w:p>
        </w:tc>
        <w:tc>
          <w:tcPr>
            <w:tcW w:w="105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15</w:t>
            </w:r>
          </w:p>
        </w:tc>
        <w:tc>
          <w:tcPr>
            <w:tcW w:w="9347" w:type="dxa"/>
          </w:tcPr>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Единая коллекция цифровых образовательных ресурсов </w:t>
            </w:r>
            <w:hyperlink r:id="rId462" w:history="1">
              <w:r w:rsidRPr="00127F47">
                <w:rPr>
                  <w:rFonts w:ascii="Times New Roman" w:hAnsi="Times New Roman" w:cs="Times New Roman"/>
                  <w:color w:val="0563C1"/>
                  <w:u w:val="single"/>
                  <w:lang w:eastAsia="en-US"/>
                </w:rPr>
                <w:t>http://school-collection.edu.ru/catalog/teacher</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Российская электронная школа </w:t>
            </w:r>
            <w:hyperlink r:id="rId463" w:history="1">
              <w:r w:rsidRPr="00127F47">
                <w:rPr>
                  <w:rFonts w:ascii="Times New Roman" w:hAnsi="Times New Roman" w:cs="Times New Roman"/>
                  <w:color w:val="0563C1"/>
                  <w:u w:val="single"/>
                  <w:lang w:eastAsia="en-US"/>
                </w:rPr>
                <w:t>https://resh.edu.ru/subject/14/5/</w:t>
              </w:r>
            </w:hyperlink>
          </w:p>
          <w:p w:rsidR="00F44E79" w:rsidRPr="00127F47" w:rsidRDefault="00F44E79" w:rsidP="00127F47">
            <w:pPr>
              <w:widowControl/>
              <w:jc w:val="both"/>
              <w:rPr>
                <w:rFonts w:ascii="Times New Roman" w:hAnsi="Times New Roman" w:cs="Times New Roman"/>
                <w:color w:val="auto"/>
                <w:lang w:eastAsia="en-US"/>
              </w:rPr>
            </w:pPr>
            <w:r w:rsidRPr="00127F47">
              <w:rPr>
                <w:rFonts w:ascii="Times New Roman" w:hAnsi="Times New Roman" w:cs="Times New Roman"/>
                <w:color w:val="auto"/>
                <w:lang w:eastAsia="en-US"/>
              </w:rPr>
              <w:t xml:space="preserve">Каталог цифрового образовательного контента </w:t>
            </w:r>
            <w:hyperlink r:id="rId464" w:history="1">
              <w:r w:rsidRPr="00127F47">
                <w:rPr>
                  <w:rFonts w:ascii="Times New Roman" w:hAnsi="Times New Roman" w:cs="Times New Roman"/>
                  <w:color w:val="0563C1"/>
                  <w:u w:val="single"/>
                  <w:lang w:eastAsia="en-US"/>
                </w:rPr>
                <w:t>https://educont.ru/</w:t>
              </w:r>
            </w:hyperlink>
          </w:p>
        </w:tc>
      </w:tr>
    </w:tbl>
    <w:p w:rsidR="00F44E79" w:rsidRPr="00127F47" w:rsidRDefault="00F44E79" w:rsidP="00127F47">
      <w:pPr>
        <w:widowControl/>
        <w:ind w:firstLine="567"/>
        <w:jc w:val="both"/>
        <w:rPr>
          <w:rFonts w:ascii="Times New Roman" w:hAnsi="Times New Roman" w:cs="Times New Roman"/>
          <w:color w:val="auto"/>
          <w:lang w:eastAsia="en-US"/>
        </w:rPr>
      </w:pPr>
    </w:p>
    <w:p w:rsidR="00F44E79" w:rsidRPr="00127F47" w:rsidRDefault="00F44E79" w:rsidP="00127F47">
      <w:pPr>
        <w:widowControl/>
        <w:spacing w:after="160" w:line="259" w:lineRule="auto"/>
        <w:jc w:val="both"/>
        <w:rPr>
          <w:rFonts w:ascii="Times New Roman" w:hAnsi="Times New Roman" w:cs="Times New Roman"/>
          <w:b/>
          <w:bCs/>
          <w:color w:val="auto"/>
          <w:lang w:eastAsia="en-US"/>
        </w:rPr>
      </w:pPr>
    </w:p>
    <w:p w:rsidR="00F44E79" w:rsidRPr="00025A49" w:rsidRDefault="00F44E79" w:rsidP="00FB68C9">
      <w:pPr>
        <w:pStyle w:val="BodyText"/>
        <w:spacing w:line="269" w:lineRule="auto"/>
        <w:ind w:firstLine="0"/>
        <w:jc w:val="both"/>
        <w:rPr>
          <w:rFonts w:ascii="Times New Roman" w:hAnsi="Times New Roman"/>
          <w:color w:val="auto"/>
          <w:sz w:val="24"/>
          <w:szCs w:val="24"/>
        </w:rPr>
        <w:sectPr w:rsidR="00F44E79" w:rsidRPr="00025A49">
          <w:footerReference w:type="even" r:id="rId465"/>
          <w:footerReference w:type="default" r:id="rId466"/>
          <w:footnotePr>
            <w:numFmt w:val="upperRoman"/>
          </w:footnotePr>
          <w:pgSz w:w="7824" w:h="12019"/>
          <w:pgMar w:top="581" w:right="710" w:bottom="967" w:left="716" w:header="0" w:footer="3" w:gutter="0"/>
          <w:cols w:space="720"/>
          <w:noEndnote/>
          <w:docGrid w:linePitch="360"/>
        </w:sectPr>
      </w:pPr>
    </w:p>
    <w:p w:rsidR="00F44E79" w:rsidRPr="00525EF3" w:rsidRDefault="00F44E79" w:rsidP="00525EF3">
      <w:pPr>
        <w:pStyle w:val="BodyText"/>
        <w:tabs>
          <w:tab w:val="left" w:pos="207"/>
        </w:tabs>
        <w:spacing w:line="269" w:lineRule="auto"/>
        <w:ind w:left="240" w:firstLine="0"/>
        <w:jc w:val="both"/>
        <w:rPr>
          <w:rFonts w:ascii="Times New Roman" w:hAnsi="Times New Roman"/>
          <w:sz w:val="24"/>
          <w:szCs w:val="24"/>
        </w:rPr>
        <w:sectPr w:rsidR="00F44E79" w:rsidRPr="00525EF3">
          <w:footerReference w:type="even" r:id="rId467"/>
          <w:footerReference w:type="default" r:id="rId468"/>
          <w:footnotePr>
            <w:numFmt w:val="upperRoman"/>
          </w:footnotePr>
          <w:type w:val="continuous"/>
          <w:pgSz w:w="7824" w:h="12019"/>
          <w:pgMar w:top="626" w:right="701" w:bottom="901" w:left="709" w:header="0" w:footer="3" w:gutter="0"/>
          <w:cols w:space="720"/>
          <w:noEndnote/>
          <w:docGrid w:linePitch="360"/>
        </w:sectPr>
      </w:pPr>
      <w:bookmarkStart w:id="135" w:name="bookmark499"/>
      <w:bookmarkEnd w:id="135"/>
    </w:p>
    <w:p w:rsidR="00F44E79" w:rsidRDefault="00F44E79" w:rsidP="001C7BA4">
      <w:pPr>
        <w:pStyle w:val="31"/>
        <w:numPr>
          <w:ilvl w:val="2"/>
          <w:numId w:val="252"/>
        </w:numPr>
        <w:pBdr>
          <w:bottom w:val="single" w:sz="4" w:space="0" w:color="auto"/>
        </w:pBdr>
        <w:tabs>
          <w:tab w:val="left" w:pos="639"/>
        </w:tabs>
        <w:spacing w:after="680" w:line="240" w:lineRule="auto"/>
        <w:rPr>
          <w:rStyle w:val="30"/>
          <w:rFonts w:ascii="Times New Roman" w:hAnsi="Times New Roman"/>
          <w:bCs w:val="0"/>
          <w:color w:val="auto"/>
          <w:sz w:val="24"/>
          <w:szCs w:val="24"/>
        </w:rPr>
      </w:pPr>
      <w:bookmarkStart w:id="136" w:name="bookmark732"/>
      <w:bookmarkEnd w:id="136"/>
      <w:r w:rsidRPr="00025A49">
        <w:rPr>
          <w:rStyle w:val="30"/>
          <w:rFonts w:ascii="Times New Roman" w:hAnsi="Times New Roman"/>
          <w:b/>
          <w:sz w:val="24"/>
          <w:szCs w:val="24"/>
        </w:rPr>
        <w:t>АНГЛИЙСКИЙ ЯЗЫК</w:t>
      </w:r>
      <w:bookmarkStart w:id="137" w:name="bookmark733"/>
      <w:bookmarkStart w:id="138" w:name="bookmark734"/>
      <w:bookmarkStart w:id="139" w:name="bookmark735"/>
    </w:p>
    <w:p w:rsidR="00F44E79" w:rsidRPr="00FB68C9" w:rsidRDefault="00F44E79" w:rsidP="00FB68C9">
      <w:pPr>
        <w:pStyle w:val="31"/>
        <w:pBdr>
          <w:bottom w:val="single" w:sz="4" w:space="0" w:color="auto"/>
        </w:pBdr>
        <w:tabs>
          <w:tab w:val="left" w:pos="639"/>
        </w:tabs>
        <w:spacing w:after="680" w:line="240" w:lineRule="auto"/>
        <w:ind w:left="720"/>
        <w:rPr>
          <w:rStyle w:val="32"/>
          <w:rFonts w:ascii="Times New Roman" w:hAnsi="Times New Roman"/>
          <w:bCs w:val="0"/>
          <w:color w:val="auto"/>
          <w:sz w:val="24"/>
          <w:szCs w:val="24"/>
        </w:rPr>
      </w:pPr>
      <w:r w:rsidRPr="00FB68C9">
        <w:rPr>
          <w:rStyle w:val="32"/>
          <w:rFonts w:ascii="Times New Roman" w:hAnsi="Times New Roman"/>
          <w:b/>
          <w:sz w:val="24"/>
          <w:szCs w:val="24"/>
        </w:rPr>
        <w:t xml:space="preserve"> РАБОЧАЯ ПРОГРАММА. АНГЛИЙСКИЙ ЯЗЫК</w:t>
      </w:r>
      <w:bookmarkEnd w:id="137"/>
      <w:bookmarkEnd w:id="138"/>
      <w:bookmarkEnd w:id="139"/>
    </w:p>
    <w:p w:rsidR="00F44E79" w:rsidRDefault="00F44E79" w:rsidP="00621CC4">
      <w:pPr>
        <w:pStyle w:val="31"/>
        <w:pBdr>
          <w:bottom w:val="single" w:sz="4" w:space="0" w:color="auto"/>
        </w:pBdr>
        <w:tabs>
          <w:tab w:val="left" w:pos="639"/>
        </w:tabs>
        <w:spacing w:after="680" w:line="240" w:lineRule="auto"/>
        <w:jc w:val="both"/>
        <w:rPr>
          <w:rStyle w:val="BodyTextChar1"/>
          <w:rFonts w:ascii="Times New Roman" w:hAnsi="Times New Roman"/>
          <w:b w:val="0"/>
          <w:sz w:val="24"/>
          <w:szCs w:val="24"/>
        </w:rPr>
      </w:pPr>
      <w:r w:rsidRPr="00525EF3">
        <w:rPr>
          <w:rStyle w:val="BodyTextChar1"/>
          <w:rFonts w:ascii="Times New Roman" w:hAnsi="Times New Roman"/>
          <w:b w:val="0"/>
          <w:sz w:val="24"/>
          <w:szCs w:val="24"/>
        </w:rPr>
        <w:t>Рабочая программа по английскому языку на уров</w:t>
      </w:r>
      <w:r w:rsidRPr="00525EF3">
        <w:rPr>
          <w:rStyle w:val="BodyTextChar1"/>
          <w:rFonts w:ascii="Times New Roman" w:hAnsi="Times New Roman"/>
          <w:b w:val="0"/>
          <w:sz w:val="24"/>
          <w:szCs w:val="24"/>
        </w:rPr>
        <w:softHyphen/>
        <w:t>не основного общего образования составлена на основе «Требова</w:t>
      </w:r>
      <w:r w:rsidRPr="00525EF3">
        <w:rPr>
          <w:rStyle w:val="BodyTextChar1"/>
          <w:rFonts w:ascii="Times New Roman" w:hAnsi="Times New Roman"/>
          <w:b w:val="0"/>
          <w:sz w:val="24"/>
          <w:szCs w:val="24"/>
        </w:rPr>
        <w:softHyphen/>
        <w:t>ний к результатам освоения основной образовательной програм</w:t>
      </w:r>
      <w:r w:rsidRPr="00525EF3">
        <w:rPr>
          <w:rStyle w:val="BodyTextChar1"/>
          <w:rFonts w:ascii="Times New Roman" w:hAnsi="Times New Roman"/>
          <w:b w:val="0"/>
          <w:sz w:val="24"/>
          <w:szCs w:val="24"/>
        </w:rPr>
        <w:softHyphen/>
        <w:t>мы», представленных в Федеральном государственном образова</w:t>
      </w:r>
      <w:r w:rsidRPr="00525EF3">
        <w:rPr>
          <w:rStyle w:val="BodyTextChar1"/>
          <w:rFonts w:ascii="Times New Roman" w:hAnsi="Times New Roman"/>
          <w:b w:val="0"/>
          <w:sz w:val="24"/>
          <w:szCs w:val="24"/>
        </w:rPr>
        <w:softHyphen/>
        <w:t>тельном стандарте основного общего образования, с учётом распределённых по классам проверяемых требований к резуль</w:t>
      </w:r>
      <w:r w:rsidRPr="00525EF3">
        <w:rPr>
          <w:rStyle w:val="BodyTextChar1"/>
          <w:rFonts w:ascii="Times New Roman" w:hAnsi="Times New Roman"/>
          <w:b w:val="0"/>
          <w:sz w:val="24"/>
          <w:szCs w:val="24"/>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525EF3">
        <w:rPr>
          <w:rStyle w:val="BodyTextChar1"/>
          <w:rFonts w:ascii="Times New Roman" w:hAnsi="Times New Roman"/>
          <w:b w:val="0"/>
          <w:sz w:val="24"/>
          <w:szCs w:val="24"/>
        </w:rPr>
        <w:softHyphen/>
        <w:t>татов духовно-нравственного развития, воспитания и социали</w:t>
      </w:r>
      <w:r w:rsidRPr="00525EF3">
        <w:rPr>
          <w:rStyle w:val="BodyTextChar1"/>
          <w:rFonts w:ascii="Times New Roman" w:hAnsi="Times New Roman"/>
          <w:b w:val="0"/>
          <w:sz w:val="24"/>
          <w:szCs w:val="24"/>
        </w:rPr>
        <w:softHyphen/>
        <w:t>зации обучающихся, представленной в Примерной программе воспитания (одобрено решением ФУМО от 02.06.2020 г.).</w:t>
      </w:r>
    </w:p>
    <w:p w:rsidR="00F44E79" w:rsidRPr="00621CC4" w:rsidRDefault="00F44E79" w:rsidP="00621CC4">
      <w:pPr>
        <w:pStyle w:val="31"/>
        <w:pBdr>
          <w:bottom w:val="single" w:sz="4" w:space="0" w:color="auto"/>
        </w:pBdr>
        <w:tabs>
          <w:tab w:val="left" w:pos="639"/>
        </w:tabs>
        <w:spacing w:after="680" w:line="240" w:lineRule="auto"/>
        <w:jc w:val="both"/>
        <w:rPr>
          <w:rFonts w:ascii="Times New Roman" w:hAnsi="Times New Roman"/>
          <w:b w:val="0"/>
          <w:sz w:val="24"/>
          <w:szCs w:val="24"/>
        </w:rPr>
      </w:pPr>
      <w:r w:rsidRPr="00621CC4">
        <w:rPr>
          <w:rFonts w:ascii="Times New Roman" w:hAnsi="Times New Roman"/>
          <w:b w:val="0"/>
          <w:sz w:val="24"/>
          <w:szCs w:val="24"/>
        </w:rPr>
        <w:t>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5</w:t>
      </w:r>
      <w:r>
        <w:rPr>
          <w:rFonts w:ascii="Times New Roman" w:hAnsi="Times New Roman"/>
          <w:b w:val="0"/>
          <w:sz w:val="24"/>
          <w:szCs w:val="24"/>
        </w:rPr>
        <w:t xml:space="preserve">- 9 классах </w:t>
      </w:r>
      <w:r w:rsidRPr="00621CC4">
        <w:rPr>
          <w:rFonts w:ascii="Times New Roman" w:hAnsi="Times New Roman"/>
          <w:b w:val="0"/>
          <w:sz w:val="24"/>
          <w:szCs w:val="24"/>
        </w:rPr>
        <w:t>отведено 102 у</w:t>
      </w:r>
      <w:r>
        <w:rPr>
          <w:rFonts w:ascii="Times New Roman" w:hAnsi="Times New Roman"/>
          <w:b w:val="0"/>
          <w:sz w:val="24"/>
          <w:szCs w:val="24"/>
        </w:rPr>
        <w:t>чебных часа, по 3 часа в неделю на каждый год обучения.</w:t>
      </w:r>
    </w:p>
    <w:p w:rsidR="00F44E79" w:rsidRPr="005C0E17" w:rsidRDefault="00F44E79" w:rsidP="00FB68C9">
      <w:pPr>
        <w:autoSpaceDE w:val="0"/>
        <w:autoSpaceDN w:val="0"/>
        <w:spacing w:line="230" w:lineRule="auto"/>
        <w:jc w:val="both"/>
        <w:rPr>
          <w:rFonts w:ascii="Times New Roman" w:hAnsi="Times New Roman" w:cs="Times New Roman"/>
          <w:b/>
        </w:rPr>
      </w:pPr>
      <w:r w:rsidRPr="005C0E17">
        <w:rPr>
          <w:rFonts w:ascii="Times New Roman" w:hAnsi="Times New Roman" w:cs="Times New Roman"/>
          <w:b/>
        </w:rPr>
        <w:t>СОДЕРЖАНИЕ УЧЕБНОГО ПРЕДМЕТА</w:t>
      </w:r>
    </w:p>
    <w:p w:rsidR="00F44E79" w:rsidRPr="005C0E17" w:rsidRDefault="00F44E79" w:rsidP="00FB68C9">
      <w:pPr>
        <w:autoSpaceDE w:val="0"/>
        <w:autoSpaceDN w:val="0"/>
        <w:spacing w:line="230" w:lineRule="auto"/>
        <w:jc w:val="both"/>
        <w:rPr>
          <w:rFonts w:ascii="Times New Roman" w:hAnsi="Times New Roman" w:cs="Times New Roman"/>
        </w:rPr>
      </w:pPr>
      <w:r w:rsidRPr="005C0E17">
        <w:rPr>
          <w:rFonts w:ascii="Times New Roman" w:hAnsi="Times New Roman" w:cs="Times New Roman"/>
          <w:b/>
        </w:rPr>
        <w:t>5 класс</w:t>
      </w:r>
    </w:p>
    <w:p w:rsidR="00F44E79" w:rsidRPr="005C0E17" w:rsidRDefault="00F44E79" w:rsidP="00FB68C9">
      <w:pPr>
        <w:tabs>
          <w:tab w:val="left" w:pos="180"/>
        </w:tabs>
        <w:autoSpaceDE w:val="0"/>
        <w:autoSpaceDN w:val="0"/>
        <w:spacing w:before="346" w:line="271" w:lineRule="auto"/>
        <w:ind w:right="1152"/>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КОММУНИКАТИВНЫЕ УМЕНИЯ </w:t>
      </w:r>
      <w:r w:rsidRPr="005C0E17">
        <w:rPr>
          <w:rFonts w:ascii="Times New Roman" w:hAnsi="Times New Roman" w:cs="Times New Roman"/>
        </w:rPr>
        <w:br/>
      </w:r>
      <w:r w:rsidRPr="005C0E17">
        <w:rPr>
          <w:rFonts w:ascii="Times New Roman" w:hAnsi="Times New Roman" w:cs="Times New Roman"/>
        </w:rPr>
        <w:tab/>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Моя семья. Мои друзья. Семейные праздники: день рождения, Новый год.</w:t>
      </w:r>
    </w:p>
    <w:p w:rsidR="00F44E79" w:rsidRPr="005C0E17" w:rsidRDefault="00F44E79" w:rsidP="00FB68C9">
      <w:pPr>
        <w:tabs>
          <w:tab w:val="left" w:pos="180"/>
        </w:tabs>
        <w:autoSpaceDE w:val="0"/>
        <w:autoSpaceDN w:val="0"/>
        <w:spacing w:before="70" w:line="262" w:lineRule="auto"/>
        <w:ind w:right="144"/>
        <w:jc w:val="both"/>
        <w:rPr>
          <w:rFonts w:ascii="Times New Roman" w:hAnsi="Times New Roman" w:cs="Times New Roman"/>
        </w:rPr>
      </w:pPr>
      <w:r w:rsidRPr="005C0E17">
        <w:rPr>
          <w:rFonts w:ascii="Times New Roman" w:hAnsi="Times New Roman" w:cs="Times New Roman"/>
        </w:rPr>
        <w:tab/>
        <w:t>Внешность и характер человека/литературного персонажа. Досуг и увлечения/хобби современного подростка (чтение, кино, спорт).</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здоровое питание.</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Покупки: одежда, обувь и продукты питания.</w:t>
      </w:r>
    </w:p>
    <w:p w:rsidR="00F44E79" w:rsidRPr="005C0E17" w:rsidRDefault="00F44E79" w:rsidP="00FB68C9">
      <w:pPr>
        <w:tabs>
          <w:tab w:val="left" w:pos="180"/>
        </w:tabs>
        <w:autoSpaceDE w:val="0"/>
        <w:autoSpaceDN w:val="0"/>
        <w:spacing w:before="72" w:line="262" w:lineRule="auto"/>
        <w:ind w:right="864"/>
        <w:jc w:val="both"/>
        <w:rPr>
          <w:rFonts w:ascii="Times New Roman" w:hAnsi="Times New Roman" w:cs="Times New Roman"/>
        </w:rPr>
      </w:pPr>
      <w:r w:rsidRPr="005C0E17">
        <w:rPr>
          <w:rFonts w:ascii="Times New Roman" w:hAnsi="Times New Roman" w:cs="Times New Roman"/>
        </w:rPr>
        <w:tab/>
        <w:t>Школа, школьная жизнь, школьная форма, изучаемые предметы. Переписка с зарубежными сверстниками.</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Каникулы в различное время года. Виды отдыха.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Природа: дикие и домашние животные. Погода. Родной город/село. Транспорт.</w:t>
      </w:r>
    </w:p>
    <w:p w:rsidR="00F44E79" w:rsidRPr="005C0E17" w:rsidRDefault="00F44E79" w:rsidP="00FB68C9">
      <w:pPr>
        <w:tabs>
          <w:tab w:val="left" w:pos="180"/>
        </w:tabs>
        <w:autoSpaceDE w:val="0"/>
        <w:autoSpaceDN w:val="0"/>
        <w:spacing w:before="70" w:line="271" w:lineRule="auto"/>
        <w:ind w:right="576"/>
        <w:jc w:val="both"/>
        <w:rPr>
          <w:rFonts w:ascii="Times New Roman" w:hAnsi="Times New Roman" w:cs="Times New Roman"/>
        </w:rPr>
      </w:pPr>
      <w:r w:rsidRPr="005C0E17">
        <w:rPr>
          <w:rFonts w:ascii="Times New Roman" w:hAnsi="Times New Roman" w:cs="Times New Roman"/>
        </w:rPr>
        <w:tab/>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r w:rsidRPr="005C0E17">
        <w:rPr>
          <w:rFonts w:ascii="Times New Roman" w:hAnsi="Times New Roman" w:cs="Times New Roman"/>
        </w:rPr>
        <w:tab/>
        <w:t>Выдающиеся люди родной страны и страны/стран изучаемого языка: писатели, поэты.</w:t>
      </w:r>
    </w:p>
    <w:p w:rsidR="00F44E79" w:rsidRPr="005C0E17" w:rsidRDefault="00F44E79" w:rsidP="00FB68C9">
      <w:pPr>
        <w:tabs>
          <w:tab w:val="left" w:pos="180"/>
        </w:tabs>
        <w:autoSpaceDE w:val="0"/>
        <w:autoSpaceDN w:val="0"/>
        <w:spacing w:before="190" w:line="286" w:lineRule="auto"/>
        <w:ind w:right="144"/>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Говорение </w:t>
      </w:r>
      <w:r w:rsidRPr="005C0E17">
        <w:rPr>
          <w:rFonts w:ascii="Times New Roman" w:hAnsi="Times New Roman" w:cs="Times New Roman"/>
        </w:rPr>
        <w:br/>
      </w:r>
      <w:r w:rsidRPr="005C0E17">
        <w:rPr>
          <w:rFonts w:ascii="Times New Roman" w:hAnsi="Times New Roman" w:cs="Times New Roman"/>
        </w:rPr>
        <w:tab/>
        <w:t xml:space="preserve">Развитие коммуникативных умений </w:t>
      </w:r>
      <w:r w:rsidRPr="005C0E17">
        <w:rPr>
          <w:rFonts w:ascii="Times New Roman" w:hAnsi="Times New Roman" w:cs="Times New Roman"/>
          <w:b/>
          <w:i/>
        </w:rPr>
        <w:t xml:space="preserve">диалогической речи </w:t>
      </w:r>
      <w:r w:rsidRPr="005C0E17">
        <w:rPr>
          <w:rFonts w:ascii="Times New Roman" w:hAnsi="Times New Roman" w:cs="Times New Roman"/>
        </w:rPr>
        <w:t xml:space="preserve">на базе умений, сформированных в начальной школе: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диалог этикетного  характера</w:t>
      </w:r>
      <w:r w:rsidRPr="005C0E17">
        <w:rPr>
          <w:rFonts w:ascii="Times New Roman" w:hAnsi="Times New Roman"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sidRPr="005C0E17">
        <w:rPr>
          <w:rFonts w:ascii="Times New Roman" w:hAnsi="Times New Roman" w:cs="Times New Roman"/>
        </w:rPr>
        <w:tab/>
      </w:r>
      <w:r w:rsidRPr="005C0E17">
        <w:rPr>
          <w:rFonts w:ascii="Times New Roman" w:hAnsi="Times New Roman" w:cs="Times New Roman"/>
          <w:i/>
        </w:rPr>
        <w:t>диалог-побуждение к действию</w:t>
      </w:r>
      <w:r w:rsidRPr="005C0E17">
        <w:rPr>
          <w:rFonts w:ascii="Times New Roman" w:hAnsi="Times New Roman"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диалог-расспрос</w:t>
      </w:r>
      <w:r w:rsidRPr="005C0E17">
        <w:rPr>
          <w:rFonts w:ascii="Times New Roman" w:hAnsi="Times New Roman" w:cs="Times New Roman"/>
        </w:rPr>
        <w:t>: сообщать фактическую информацию, отвечая на вопросы разных видов; запрашивать интересующую информацию.</w:t>
      </w:r>
    </w:p>
    <w:p w:rsidR="00F44E79" w:rsidRPr="005C0E17" w:rsidRDefault="00F44E79" w:rsidP="00FB68C9">
      <w:pPr>
        <w:autoSpaceDE w:val="0"/>
        <w:autoSpaceDN w:val="0"/>
        <w:spacing w:before="70"/>
        <w:ind w:right="288" w:firstLine="180"/>
        <w:jc w:val="both"/>
        <w:rPr>
          <w:rFonts w:ascii="Times New Roman" w:hAnsi="Times New Roman" w:cs="Times New Roman"/>
        </w:rPr>
      </w:pPr>
      <w:r w:rsidRPr="005C0E17">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44E79" w:rsidRPr="005C0E17" w:rsidRDefault="00F44E79" w:rsidP="00FB68C9">
      <w:pPr>
        <w:autoSpaceDE w:val="0"/>
        <w:autoSpaceDN w:val="0"/>
        <w:spacing w:before="72" w:line="230" w:lineRule="auto"/>
        <w:ind w:left="180"/>
        <w:jc w:val="both"/>
        <w:rPr>
          <w:rFonts w:ascii="Times New Roman" w:hAnsi="Times New Roman" w:cs="Times New Roman"/>
        </w:rPr>
      </w:pPr>
      <w:r w:rsidRPr="005C0E17">
        <w:rPr>
          <w:rFonts w:ascii="Times New Roman" w:hAnsi="Times New Roman" w:cs="Times New Roman"/>
        </w:rPr>
        <w:t>Объём диалога — до 5 реплик со стороны каждого собеседника.</w:t>
      </w:r>
    </w:p>
    <w:p w:rsidR="00F44E79" w:rsidRPr="005C0E17" w:rsidRDefault="00F44E79" w:rsidP="00FB68C9">
      <w:pPr>
        <w:tabs>
          <w:tab w:val="left" w:pos="180"/>
        </w:tabs>
        <w:autoSpaceDE w:val="0"/>
        <w:autoSpaceDN w:val="0"/>
        <w:spacing w:before="70" w:line="286" w:lineRule="auto"/>
        <w:ind w:right="576"/>
        <w:jc w:val="both"/>
        <w:rPr>
          <w:rFonts w:ascii="Times New Roman" w:hAnsi="Times New Roman" w:cs="Times New Roman"/>
        </w:rPr>
      </w:pPr>
      <w:r w:rsidRPr="005C0E17">
        <w:rPr>
          <w:rFonts w:ascii="Times New Roman" w:hAnsi="Times New Roman" w:cs="Times New Roman"/>
        </w:rPr>
        <w:tab/>
        <w:t xml:space="preserve">Развитие коммуникативных умений </w:t>
      </w:r>
      <w:r w:rsidRPr="005C0E17">
        <w:rPr>
          <w:rFonts w:ascii="Times New Roman" w:hAnsi="Times New Roman" w:cs="Times New Roman"/>
          <w:b/>
          <w:i/>
        </w:rPr>
        <w:t xml:space="preserve">монологической речи </w:t>
      </w:r>
      <w:r w:rsidRPr="005C0E17">
        <w:rPr>
          <w:rFonts w:ascii="Times New Roman" w:hAnsi="Times New Roman" w:cs="Times New Roman"/>
        </w:rPr>
        <w:t xml:space="preserve">на базе умений, сформированных в начальной школе: </w:t>
      </w:r>
      <w:r w:rsidRPr="005C0E17">
        <w:rPr>
          <w:rFonts w:ascii="Times New Roman" w:hAnsi="Times New Roman" w:cs="Times New Roman"/>
        </w:rPr>
        <w:br/>
      </w:r>
      <w:r w:rsidRPr="005C0E17">
        <w:rPr>
          <w:rFonts w:ascii="Times New Roman" w:hAnsi="Times New Roman" w:cs="Times New Roman"/>
        </w:rPr>
        <w:tab/>
        <w:t>1) создание устных  связных  монологических  высказываний с использованием основных коммуникативных типов речи:</w:t>
      </w:r>
      <w:r w:rsidRPr="005C0E17">
        <w:rPr>
          <w:rFonts w:ascii="Times New Roman" w:hAnsi="Times New Roman" w:cs="Times New Roman"/>
        </w:rPr>
        <w:br/>
      </w:r>
      <w:r w:rsidRPr="005C0E17">
        <w:rPr>
          <w:rFonts w:ascii="Times New Roman" w:hAnsi="Times New Roman" w:cs="Times New Roman"/>
        </w:rPr>
        <w:tab/>
        <w:t>—   описание (предмета, внешности и одежды человека), в том числе характеристика (черты характера реального человека или литературного персонажа);</w:t>
      </w:r>
      <w:r w:rsidRPr="005C0E17">
        <w:rPr>
          <w:rFonts w:ascii="Times New Roman" w:hAnsi="Times New Roman" w:cs="Times New Roman"/>
        </w:rPr>
        <w:br/>
      </w:r>
      <w:r w:rsidRPr="005C0E17">
        <w:rPr>
          <w:rFonts w:ascii="Times New Roman" w:hAnsi="Times New Roman" w:cs="Times New Roman"/>
        </w:rPr>
        <w:tab/>
        <w:t xml:space="preserve">—   повествование/сообщение; </w:t>
      </w:r>
      <w:r w:rsidRPr="005C0E17">
        <w:rPr>
          <w:rFonts w:ascii="Times New Roman" w:hAnsi="Times New Roman" w:cs="Times New Roman"/>
        </w:rPr>
        <w:br/>
      </w:r>
      <w:r w:rsidRPr="005C0E17">
        <w:rPr>
          <w:rFonts w:ascii="Times New Roman" w:hAnsi="Times New Roman" w:cs="Times New Roman"/>
        </w:rPr>
        <w:tab/>
        <w:t xml:space="preserve">2) изложение (пересказ) основного содержания прочитанного текста; </w:t>
      </w:r>
      <w:r w:rsidRPr="005C0E17">
        <w:rPr>
          <w:rFonts w:ascii="Times New Roman" w:hAnsi="Times New Roman" w:cs="Times New Roman"/>
        </w:rPr>
        <w:br/>
      </w:r>
      <w:r w:rsidRPr="005C0E17">
        <w:rPr>
          <w:rFonts w:ascii="Times New Roman" w:hAnsi="Times New Roman" w:cs="Times New Roman"/>
        </w:rPr>
        <w:tab/>
        <w:t>3) краткое изложение результатов выполненной проектной работы.</w:t>
      </w:r>
    </w:p>
    <w:p w:rsidR="00F44E79" w:rsidRPr="005C0E17" w:rsidRDefault="00F44E79" w:rsidP="00FB68C9">
      <w:pPr>
        <w:autoSpaceDE w:val="0"/>
        <w:autoSpaceDN w:val="0"/>
        <w:spacing w:before="70" w:line="271" w:lineRule="auto"/>
        <w:ind w:right="144" w:firstLine="180"/>
        <w:jc w:val="both"/>
        <w:rPr>
          <w:rFonts w:ascii="Times New Roman" w:hAnsi="Times New Roman" w:cs="Times New Roman"/>
        </w:rPr>
      </w:pPr>
      <w:r w:rsidRPr="005C0E17">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44E79" w:rsidRPr="005C0E17" w:rsidRDefault="00F44E79" w:rsidP="00621CC4">
      <w:pPr>
        <w:autoSpaceDE w:val="0"/>
        <w:autoSpaceDN w:val="0"/>
        <w:spacing w:before="70" w:line="230" w:lineRule="auto"/>
        <w:ind w:left="180"/>
        <w:jc w:val="both"/>
        <w:rPr>
          <w:rFonts w:ascii="Times New Roman" w:hAnsi="Times New Roman" w:cs="Times New Roman"/>
        </w:rPr>
        <w:sectPr w:rsidR="00F44E79" w:rsidRPr="005C0E17">
          <w:pgSz w:w="11900" w:h="16840"/>
          <w:pgMar w:top="298" w:right="650" w:bottom="398" w:left="666" w:header="720" w:footer="720" w:gutter="0"/>
          <w:cols w:space="720" w:equalWidth="0">
            <w:col w:w="10584"/>
          </w:cols>
          <w:docGrid w:linePitch="360"/>
        </w:sectPr>
      </w:pPr>
      <w:r w:rsidRPr="005C0E17">
        <w:rPr>
          <w:rFonts w:ascii="Times New Roman" w:hAnsi="Times New Roman" w:cs="Times New Roman"/>
        </w:rPr>
        <w:t>Объём монологич</w:t>
      </w:r>
      <w:r>
        <w:rPr>
          <w:rFonts w:ascii="Times New Roman" w:hAnsi="Times New Roman" w:cs="Times New Roman"/>
        </w:rPr>
        <w:t>еского высказывания — 5-6 фраз.</w:t>
      </w: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86"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Аудирование </w:t>
      </w:r>
      <w:r w:rsidRPr="005C0E17">
        <w:rPr>
          <w:rFonts w:ascii="Times New Roman" w:hAnsi="Times New Roman" w:cs="Times New Roman"/>
        </w:rPr>
        <w:br/>
      </w:r>
      <w:r w:rsidRPr="005C0E17">
        <w:rPr>
          <w:rFonts w:ascii="Times New Roman" w:hAnsi="Times New Roman" w:cs="Times New Roman"/>
        </w:rPr>
        <w:tab/>
        <w:t xml:space="preserve">Развитие коммуникативных умений </w:t>
      </w:r>
      <w:r w:rsidRPr="005C0E17">
        <w:rPr>
          <w:rFonts w:ascii="Times New Roman" w:hAnsi="Times New Roman" w:cs="Times New Roman"/>
          <w:b/>
          <w:i/>
        </w:rPr>
        <w:t xml:space="preserve">аудирования </w:t>
      </w:r>
      <w:r w:rsidRPr="005C0E17">
        <w:rPr>
          <w:rFonts w:ascii="Times New Roman" w:hAnsi="Times New Roman" w:cs="Times New Roman"/>
        </w:rPr>
        <w:t xml:space="preserve">на базе умений, сформированных в начальной школе: </w:t>
      </w:r>
      <w:r w:rsidRPr="005C0E17">
        <w:rPr>
          <w:rFonts w:ascii="Times New Roman" w:hAnsi="Times New Roman" w:cs="Times New Roman"/>
        </w:rPr>
        <w:br/>
      </w:r>
      <w:r w:rsidRPr="005C0E17">
        <w:rPr>
          <w:rFonts w:ascii="Times New Roman" w:hAnsi="Times New Roman" w:cs="Times New Roman"/>
        </w:rPr>
        <w:tab/>
        <w:t xml:space="preserve">при непосредственном общении: понимание на слух речи учителя и одноклассников и </w:t>
      </w:r>
      <w:r w:rsidRPr="005C0E17">
        <w:rPr>
          <w:rFonts w:ascii="Times New Roman" w:hAnsi="Times New Roman" w:cs="Times New Roman"/>
        </w:rPr>
        <w:br/>
        <w:t xml:space="preserve">вербальная/невербальная реакция на услышанное; </w:t>
      </w:r>
      <w:r w:rsidRPr="005C0E17">
        <w:rPr>
          <w:rFonts w:ascii="Times New Roman" w:hAnsi="Times New Roman" w:cs="Times New Roman"/>
        </w:rPr>
        <w:br/>
      </w:r>
      <w:r w:rsidRPr="005C0E17">
        <w:rPr>
          <w:rFonts w:ascii="Times New Roman" w:hAnsi="Times New Roman" w:cs="Times New Roman"/>
        </w:rPr>
        <w:tab/>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44E79" w:rsidRPr="005C0E17" w:rsidRDefault="00F44E79" w:rsidP="00FB68C9">
      <w:pPr>
        <w:autoSpaceDE w:val="0"/>
        <w:autoSpaceDN w:val="0"/>
        <w:spacing w:before="72" w:line="271" w:lineRule="auto"/>
        <w:ind w:right="864" w:firstLine="180"/>
        <w:jc w:val="both"/>
        <w:rPr>
          <w:rFonts w:ascii="Times New Roman" w:hAnsi="Times New Roman" w:cs="Times New Roman"/>
        </w:rPr>
      </w:pPr>
      <w:r w:rsidRPr="005C0E17">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44E79" w:rsidRPr="005C0E17" w:rsidRDefault="00F44E79" w:rsidP="00FB68C9">
      <w:pPr>
        <w:autoSpaceDE w:val="0"/>
        <w:autoSpaceDN w:val="0"/>
        <w:spacing w:before="70" w:line="271" w:lineRule="auto"/>
        <w:ind w:right="144" w:firstLine="180"/>
        <w:jc w:val="both"/>
        <w:rPr>
          <w:rFonts w:ascii="Times New Roman" w:hAnsi="Times New Roman" w:cs="Times New Roman"/>
        </w:rPr>
      </w:pPr>
      <w:r w:rsidRPr="005C0E17">
        <w:rPr>
          <w:rFonts w:ascii="Times New Roman" w:hAnsi="Times New Roman" w:cs="Times New Roman"/>
        </w:rPr>
        <w:t xml:space="preserve">Аудирование с пониманием запрашиваемой информации предполагает умение выделять </w:t>
      </w:r>
      <w:r w:rsidRPr="005C0E17">
        <w:rPr>
          <w:rFonts w:ascii="Times New Roman" w:hAnsi="Times New Roman" w:cs="Times New Roman"/>
        </w:rPr>
        <w:br/>
        <w:t>запрашиваемую информацию, представленную в эксплицитной (явной) форме, в воспринимаемом на слух тексте.</w:t>
      </w:r>
    </w:p>
    <w:p w:rsidR="00F44E79" w:rsidRPr="005C0E17" w:rsidRDefault="00F44E79" w:rsidP="00FB68C9">
      <w:pPr>
        <w:tabs>
          <w:tab w:val="left" w:pos="180"/>
        </w:tabs>
        <w:autoSpaceDE w:val="0"/>
        <w:autoSpaceDN w:val="0"/>
        <w:spacing w:before="70" w:line="262" w:lineRule="auto"/>
        <w:ind w:right="288"/>
        <w:jc w:val="both"/>
        <w:rPr>
          <w:rFonts w:ascii="Times New Roman" w:hAnsi="Times New Roman" w:cs="Times New Roman"/>
        </w:rPr>
      </w:pPr>
      <w:r w:rsidRPr="005C0E17">
        <w:rPr>
          <w:rFonts w:ascii="Times New Roman" w:hAnsi="Times New Roman" w:cs="Times New Roman"/>
        </w:rPr>
        <w:tab/>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Время звучания текста/текстов для аудирования — до 1 минуты.</w:t>
      </w:r>
    </w:p>
    <w:p w:rsidR="00F44E79" w:rsidRPr="005C0E17" w:rsidRDefault="00F44E79" w:rsidP="00FB68C9">
      <w:pPr>
        <w:tabs>
          <w:tab w:val="left" w:pos="180"/>
        </w:tabs>
        <w:autoSpaceDE w:val="0"/>
        <w:autoSpaceDN w:val="0"/>
        <w:spacing w:before="190" w:line="281" w:lineRule="auto"/>
        <w:ind w:right="432"/>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Смысловое чтение </w:t>
      </w:r>
      <w:r w:rsidRPr="005C0E17">
        <w:rPr>
          <w:rFonts w:ascii="Times New Roman" w:hAnsi="Times New Roman" w:cs="Times New Roman"/>
        </w:rPr>
        <w:br/>
      </w:r>
      <w:r w:rsidRPr="005C0E17">
        <w:rPr>
          <w:rFonts w:ascii="Times New Roman" w:hAnsi="Times New Roman" w:cs="Times New Roman"/>
        </w:rPr>
        <w:tab/>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5C0E17" w:rsidRDefault="00F44E79" w:rsidP="00FB68C9">
      <w:pPr>
        <w:autoSpaceDE w:val="0"/>
        <w:autoSpaceDN w:val="0"/>
        <w:spacing w:before="70" w:line="271" w:lineRule="auto"/>
        <w:ind w:right="432" w:firstLine="180"/>
        <w:jc w:val="both"/>
        <w:rPr>
          <w:rFonts w:ascii="Times New Roman" w:hAnsi="Times New Roman" w:cs="Times New Roman"/>
        </w:rPr>
      </w:pPr>
      <w:r w:rsidRPr="005C0E17">
        <w:rPr>
          <w:rFonts w:ascii="Times New Roman" w:hAnsi="Times New Roman" w:cs="Times New Roman"/>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w:t>
      </w:r>
      <w:r w:rsidRPr="005C0E17">
        <w:rPr>
          <w:rFonts w:ascii="Times New Roman" w:hAnsi="Times New Roman" w:cs="Times New Roman"/>
        </w:rPr>
        <w:br/>
        <w:t>несущественные для понимания основного содержания.</w:t>
      </w:r>
    </w:p>
    <w:p w:rsidR="00F44E79" w:rsidRPr="005C0E17" w:rsidRDefault="00F44E79" w:rsidP="00FB68C9">
      <w:pPr>
        <w:tabs>
          <w:tab w:val="left" w:pos="180"/>
        </w:tabs>
        <w:autoSpaceDE w:val="0"/>
        <w:autoSpaceDN w:val="0"/>
        <w:spacing w:before="70" w:line="271" w:lineRule="auto"/>
        <w:ind w:right="288"/>
        <w:jc w:val="both"/>
        <w:rPr>
          <w:rFonts w:ascii="Times New Roman" w:hAnsi="Times New Roman" w:cs="Times New Roman"/>
        </w:rPr>
      </w:pPr>
      <w:r w:rsidRPr="005C0E17">
        <w:rPr>
          <w:rFonts w:ascii="Times New Roman" w:hAnsi="Times New Roman" w:cs="Times New Roman"/>
        </w:rPr>
        <w:tab/>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r w:rsidRPr="005C0E17">
        <w:rPr>
          <w:rFonts w:ascii="Times New Roman" w:hAnsi="Times New Roman" w:cs="Times New Roman"/>
        </w:rPr>
        <w:tab/>
        <w:t>Чтение несплошных текстов (таблиц) и понимание представленной в них информации.</w:t>
      </w:r>
    </w:p>
    <w:p w:rsidR="00F44E79" w:rsidRPr="005C0E17" w:rsidRDefault="00F44E79" w:rsidP="00FB68C9">
      <w:pPr>
        <w:autoSpaceDE w:val="0"/>
        <w:autoSpaceDN w:val="0"/>
        <w:spacing w:before="72" w:line="271" w:lineRule="auto"/>
        <w:ind w:right="102" w:firstLine="180"/>
        <w:jc w:val="both"/>
        <w:rPr>
          <w:rFonts w:ascii="Times New Roman" w:hAnsi="Times New Roman" w:cs="Times New Roman"/>
        </w:rPr>
      </w:pPr>
      <w:r w:rsidRPr="005C0E17">
        <w:rPr>
          <w:rFonts w:ascii="Times New Roman" w:hAnsi="Times New Roman"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Объём текста/текстов для чтения — 180-200 слов.</w:t>
      </w:r>
    </w:p>
    <w:p w:rsidR="00F44E79" w:rsidRPr="005C0E17" w:rsidRDefault="00F44E79" w:rsidP="00FB68C9">
      <w:pPr>
        <w:tabs>
          <w:tab w:val="left" w:pos="180"/>
        </w:tabs>
        <w:autoSpaceDE w:val="0"/>
        <w:autoSpaceDN w:val="0"/>
        <w:spacing w:before="190" w:line="286"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Письменная речь </w:t>
      </w:r>
      <w:r w:rsidRPr="005C0E17">
        <w:rPr>
          <w:rFonts w:ascii="Times New Roman" w:hAnsi="Times New Roman" w:cs="Times New Roman"/>
        </w:rPr>
        <w:br/>
      </w:r>
      <w:r w:rsidRPr="005C0E17">
        <w:rPr>
          <w:rFonts w:ascii="Times New Roman" w:hAnsi="Times New Roman" w:cs="Times New Roman"/>
        </w:rPr>
        <w:tab/>
        <w:t xml:space="preserve">Развитие умений письменной речи на базе умений, сформированных в начальной школе: </w:t>
      </w:r>
      <w:r w:rsidRPr="005C0E17">
        <w:rPr>
          <w:rFonts w:ascii="Times New Roman" w:hAnsi="Times New Roman" w:cs="Times New Roman"/>
        </w:rPr>
        <w:tab/>
        <w:t xml:space="preserve">списывание текста и выписывание из него слов, словосочетаний, предложений в соответствии с решаемой коммуникативной задачей; </w:t>
      </w:r>
      <w:r w:rsidRPr="005C0E17">
        <w:rPr>
          <w:rFonts w:ascii="Times New Roman" w:hAnsi="Times New Roman" w:cs="Times New Roman"/>
        </w:rPr>
        <w:br/>
      </w:r>
      <w:r w:rsidRPr="005C0E17">
        <w:rPr>
          <w:rFonts w:ascii="Times New Roman" w:hAnsi="Times New Roman" w:cs="Times New Roman"/>
        </w:rPr>
        <w:tab/>
        <w:t xml:space="preserve">написание коротких поздравлений с праздниками (с Новым годом, Рождеством, днём рождения); </w:t>
      </w:r>
      <w:r w:rsidRPr="005C0E17">
        <w:rPr>
          <w:rFonts w:ascii="Times New Roman" w:hAnsi="Times New Roman" w:cs="Times New Roman"/>
        </w:rPr>
        <w:tab/>
        <w:t xml:space="preserve">заполнение анкет и формуляров: сообщение о себе основных сведений в соответствии с нормами, принятыми в стране/странах изучаемого языка; </w:t>
      </w:r>
      <w:r w:rsidRPr="005C0E17">
        <w:rPr>
          <w:rFonts w:ascii="Times New Roman" w:hAnsi="Times New Roman" w:cs="Times New Roman"/>
        </w:rPr>
        <w:br/>
      </w:r>
      <w:r w:rsidRPr="005C0E17">
        <w:rPr>
          <w:rFonts w:ascii="Times New Roman" w:hAnsi="Times New Roman" w:cs="Times New Roman"/>
        </w:rPr>
        <w:tab/>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44E79" w:rsidRPr="005C0E17" w:rsidRDefault="00F44E79" w:rsidP="00FB68C9">
      <w:pPr>
        <w:jc w:val="both"/>
        <w:rPr>
          <w:rFonts w:ascii="Times New Roman" w:hAnsi="Times New Roman" w:cs="Times New Roman"/>
        </w:rPr>
        <w:sectPr w:rsidR="00F44E79" w:rsidRPr="005C0E17">
          <w:pgSz w:w="11900" w:h="16840"/>
          <w:pgMar w:top="298" w:right="648" w:bottom="476" w:left="666" w:header="720" w:footer="720" w:gutter="0"/>
          <w:cols w:space="720" w:equalWidth="0">
            <w:col w:w="10586"/>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81" w:lineRule="auto"/>
        <w:ind w:right="144"/>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ЯЗЫКОВЫЕ ЗНАНИЯ И УМЕНИЯ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Фонетическая сторона речи </w:t>
      </w:r>
      <w:r w:rsidRPr="005C0E17">
        <w:rPr>
          <w:rFonts w:ascii="Times New Roman" w:hAnsi="Times New Roman" w:cs="Times New Roman"/>
        </w:rPr>
        <w:br/>
      </w:r>
      <w:r w:rsidRPr="005C0E17">
        <w:rPr>
          <w:rFonts w:ascii="Times New Roman" w:hAnsi="Times New Roman" w:cs="Times New Roman"/>
        </w:rPr>
        <w:tab/>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5C0E17" w:rsidRDefault="00F44E79" w:rsidP="00FB68C9">
      <w:pPr>
        <w:autoSpaceDE w:val="0"/>
        <w:autoSpaceDN w:val="0"/>
        <w:spacing w:before="70" w:line="271" w:lineRule="auto"/>
        <w:ind w:right="864" w:firstLine="180"/>
        <w:jc w:val="both"/>
        <w:rPr>
          <w:rFonts w:ascii="Times New Roman" w:hAnsi="Times New Roman" w:cs="Times New Roman"/>
        </w:rPr>
      </w:pPr>
      <w:r w:rsidRPr="005C0E17">
        <w:rPr>
          <w:rFonts w:ascii="Times New Roman" w:hAnsi="Times New Roman" w:cs="Times New Roman"/>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w:t>
      </w:r>
      <w:r w:rsidRPr="005C0E17">
        <w:rPr>
          <w:rFonts w:ascii="Times New Roman" w:hAnsi="Times New Roman" w:cs="Times New Roman"/>
        </w:rPr>
        <w:br/>
        <w:t>демонстрирующее понимание текста.</w:t>
      </w:r>
    </w:p>
    <w:p w:rsidR="00F44E79" w:rsidRPr="005C0E17" w:rsidRDefault="00F44E79" w:rsidP="00FB68C9">
      <w:pPr>
        <w:tabs>
          <w:tab w:val="left" w:pos="180"/>
        </w:tabs>
        <w:autoSpaceDE w:val="0"/>
        <w:autoSpaceDN w:val="0"/>
        <w:spacing w:before="70" w:line="262" w:lineRule="auto"/>
        <w:jc w:val="both"/>
        <w:rPr>
          <w:rFonts w:ascii="Times New Roman" w:hAnsi="Times New Roman" w:cs="Times New Roman"/>
        </w:rPr>
      </w:pPr>
      <w:r w:rsidRPr="005C0E17">
        <w:rPr>
          <w:rFonts w:ascii="Times New Roman" w:hAnsi="Times New Roman" w:cs="Times New Roman"/>
        </w:rPr>
        <w:tab/>
        <w:t>Тексты для чтения вслух: беседа/диалог, рассказ, отрывок из статьи научно-популярного характера, сообщение информационного характера.</w:t>
      </w:r>
    </w:p>
    <w:p w:rsidR="00F44E79" w:rsidRPr="005C0E17" w:rsidRDefault="00F44E79" w:rsidP="00FB68C9">
      <w:pPr>
        <w:autoSpaceDE w:val="0"/>
        <w:autoSpaceDN w:val="0"/>
        <w:spacing w:before="72" w:line="230" w:lineRule="auto"/>
        <w:ind w:left="180"/>
        <w:jc w:val="both"/>
        <w:rPr>
          <w:rFonts w:ascii="Times New Roman" w:hAnsi="Times New Roman" w:cs="Times New Roman"/>
        </w:rPr>
      </w:pPr>
      <w:r w:rsidRPr="005C0E17">
        <w:rPr>
          <w:rFonts w:ascii="Times New Roman" w:hAnsi="Times New Roman" w:cs="Times New Roman"/>
        </w:rPr>
        <w:t>Объём текста для чтения вслух — до 90 слов.</w:t>
      </w:r>
    </w:p>
    <w:p w:rsidR="00F44E79" w:rsidRPr="005C0E17" w:rsidRDefault="00F44E79" w:rsidP="00FB68C9">
      <w:pPr>
        <w:autoSpaceDE w:val="0"/>
        <w:autoSpaceDN w:val="0"/>
        <w:spacing w:before="190" w:line="262" w:lineRule="auto"/>
        <w:ind w:left="180" w:right="6192"/>
        <w:jc w:val="both"/>
        <w:rPr>
          <w:rFonts w:ascii="Times New Roman" w:hAnsi="Times New Roman" w:cs="Times New Roman"/>
        </w:rPr>
      </w:pPr>
      <w:r w:rsidRPr="005C0E17">
        <w:rPr>
          <w:rFonts w:ascii="Times New Roman" w:hAnsi="Times New Roman" w:cs="Times New Roman"/>
          <w:b/>
        </w:rPr>
        <w:t xml:space="preserve">Графика, орфография и пунктуация </w:t>
      </w:r>
      <w:r w:rsidRPr="005C0E17">
        <w:rPr>
          <w:rFonts w:ascii="Times New Roman" w:hAnsi="Times New Roman" w:cs="Times New Roman"/>
        </w:rPr>
        <w:br/>
        <w:t>Правильное написание изученных слов.</w:t>
      </w:r>
    </w:p>
    <w:p w:rsidR="00F44E79" w:rsidRPr="005C0E17" w:rsidRDefault="00F44E79" w:rsidP="00FB68C9">
      <w:pPr>
        <w:tabs>
          <w:tab w:val="left" w:pos="180"/>
        </w:tabs>
        <w:autoSpaceDE w:val="0"/>
        <w:autoSpaceDN w:val="0"/>
        <w:spacing w:before="70" w:line="262" w:lineRule="auto"/>
        <w:jc w:val="both"/>
        <w:rPr>
          <w:rFonts w:ascii="Times New Roman" w:hAnsi="Times New Roman" w:cs="Times New Roman"/>
        </w:rPr>
      </w:pPr>
      <w:r w:rsidRPr="005C0E17">
        <w:rPr>
          <w:rFonts w:ascii="Times New Roman" w:hAnsi="Times New Roman" w:cs="Times New Roman"/>
        </w:rPr>
        <w:tab/>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44E79" w:rsidRPr="005C0E17" w:rsidRDefault="00F44E79" w:rsidP="00FB68C9">
      <w:pPr>
        <w:tabs>
          <w:tab w:val="left" w:pos="180"/>
        </w:tabs>
        <w:autoSpaceDE w:val="0"/>
        <w:autoSpaceDN w:val="0"/>
        <w:spacing w:before="70" w:line="262" w:lineRule="auto"/>
        <w:ind w:right="1008"/>
        <w:jc w:val="both"/>
        <w:rPr>
          <w:rFonts w:ascii="Times New Roman" w:hAnsi="Times New Roman" w:cs="Times New Roman"/>
        </w:rPr>
      </w:pPr>
      <w:r w:rsidRPr="005C0E17">
        <w:rPr>
          <w:rFonts w:ascii="Times New Roman" w:hAnsi="Times New Roman" w:cs="Times New Roman"/>
        </w:rPr>
        <w:tab/>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5C0E17" w:rsidRDefault="00F44E79" w:rsidP="00FB68C9">
      <w:pPr>
        <w:tabs>
          <w:tab w:val="left" w:pos="180"/>
        </w:tabs>
        <w:autoSpaceDE w:val="0"/>
        <w:autoSpaceDN w:val="0"/>
        <w:spacing w:before="190" w:line="281"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Лексическая сторона речи </w:t>
      </w:r>
      <w:r w:rsidRPr="005C0E17">
        <w:rPr>
          <w:rFonts w:ascii="Times New Roman" w:hAnsi="Times New Roman" w:cs="Times New Roman"/>
        </w:rPr>
        <w:br/>
      </w:r>
      <w:r w:rsidRPr="005C0E17">
        <w:rPr>
          <w:rFonts w:ascii="Times New Roman" w:hAnsi="Times New Roman" w:cs="Times New Roman"/>
        </w:rPr>
        <w:tab/>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44E79" w:rsidRPr="005C0E17" w:rsidRDefault="00F44E79" w:rsidP="00FB68C9">
      <w:pPr>
        <w:autoSpaceDE w:val="0"/>
        <w:autoSpaceDN w:val="0"/>
        <w:spacing w:before="70" w:line="271" w:lineRule="auto"/>
        <w:ind w:firstLine="180"/>
        <w:jc w:val="both"/>
        <w:rPr>
          <w:rFonts w:ascii="Times New Roman" w:hAnsi="Times New Roman" w:cs="Times New Roman"/>
        </w:rPr>
      </w:pPr>
      <w:r w:rsidRPr="005C0E17">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44E79" w:rsidRPr="005C0E17" w:rsidRDefault="00F44E79" w:rsidP="00FB68C9">
      <w:pPr>
        <w:tabs>
          <w:tab w:val="left" w:pos="180"/>
        </w:tabs>
        <w:autoSpaceDE w:val="0"/>
        <w:autoSpaceDN w:val="0"/>
        <w:spacing w:before="70" w:line="286" w:lineRule="auto"/>
        <w:ind w:right="144"/>
        <w:jc w:val="both"/>
        <w:rPr>
          <w:rFonts w:ascii="Times New Roman" w:hAnsi="Times New Roman" w:cs="Times New Roman"/>
        </w:rPr>
      </w:pPr>
      <w:r w:rsidRPr="005C0E17">
        <w:rPr>
          <w:rFonts w:ascii="Times New Roman" w:hAnsi="Times New Roman" w:cs="Times New Roman"/>
        </w:rPr>
        <w:tab/>
        <w:t xml:space="preserve">Основные способы словообразования: </w:t>
      </w:r>
      <w:r w:rsidRPr="005C0E17">
        <w:rPr>
          <w:rFonts w:ascii="Times New Roman" w:hAnsi="Times New Roman" w:cs="Times New Roman"/>
        </w:rPr>
        <w:br/>
      </w:r>
      <w:r w:rsidRPr="005C0E17">
        <w:rPr>
          <w:rFonts w:ascii="Times New Roman" w:hAnsi="Times New Roman" w:cs="Times New Roman"/>
        </w:rPr>
        <w:tab/>
        <w:t xml:space="preserve">аффиксация: </w:t>
      </w:r>
      <w:r w:rsidRPr="005C0E17">
        <w:rPr>
          <w:rFonts w:ascii="Times New Roman" w:hAnsi="Times New Roman" w:cs="Times New Roman"/>
        </w:rPr>
        <w:br/>
      </w:r>
      <w:r w:rsidRPr="005C0E17">
        <w:rPr>
          <w:rFonts w:ascii="Times New Roman" w:hAnsi="Times New Roman" w:cs="Times New Roman"/>
        </w:rPr>
        <w:tab/>
        <w:t xml:space="preserve">образование имён существительных при помощи суффиксов -er/-or (teacher/visitor), -ist (scientist, tourist), -sion/-tion (dis- cussion/invitation); </w:t>
      </w:r>
      <w:r w:rsidRPr="005C0E17">
        <w:rPr>
          <w:rFonts w:ascii="Times New Roman" w:hAnsi="Times New Roman" w:cs="Times New Roman"/>
        </w:rPr>
        <w:br/>
      </w:r>
      <w:r w:rsidRPr="005C0E17">
        <w:rPr>
          <w:rFonts w:ascii="Times New Roman" w:hAnsi="Times New Roman" w:cs="Times New Roman"/>
        </w:rPr>
        <w:tab/>
        <w:t xml:space="preserve">образование имён  прилагательных при помощи суффиксов -ful (wonderful), -ian/-an </w:t>
      </w:r>
      <w:r w:rsidRPr="005C0E17">
        <w:rPr>
          <w:rFonts w:ascii="Times New Roman" w:hAnsi="Times New Roman" w:cs="Times New Roman"/>
        </w:rPr>
        <w:br/>
        <w:t xml:space="preserve">(Russian/American); </w:t>
      </w:r>
      <w:r w:rsidRPr="005C0E17">
        <w:rPr>
          <w:rFonts w:ascii="Times New Roman" w:hAnsi="Times New Roman" w:cs="Times New Roman"/>
        </w:rPr>
        <w:br/>
      </w:r>
      <w:r w:rsidRPr="005C0E17">
        <w:rPr>
          <w:rFonts w:ascii="Times New Roman" w:hAnsi="Times New Roman" w:cs="Times New Roman"/>
        </w:rPr>
        <w:tab/>
        <w:t xml:space="preserve">образование наречий при помощи суффикса -ly (recently); </w:t>
      </w:r>
      <w:r w:rsidRPr="005C0E17">
        <w:rPr>
          <w:rFonts w:ascii="Times New Roman" w:hAnsi="Times New Roman" w:cs="Times New Roman"/>
        </w:rPr>
        <w:br/>
      </w:r>
      <w:r w:rsidRPr="005C0E17">
        <w:rPr>
          <w:rFonts w:ascii="Times New Roman" w:hAnsi="Times New Roman" w:cs="Times New Roman"/>
        </w:rPr>
        <w:tab/>
        <w:t>образование имён прилагательных, имён существительных и наречий при помощи отрицательного префикса un- (unhappy, unreality, unusually).</w:t>
      </w:r>
    </w:p>
    <w:p w:rsidR="00F44E79" w:rsidRPr="005C0E17" w:rsidRDefault="00F44E79" w:rsidP="00FB68C9">
      <w:pPr>
        <w:tabs>
          <w:tab w:val="left" w:pos="180"/>
        </w:tabs>
        <w:autoSpaceDE w:val="0"/>
        <w:autoSpaceDN w:val="0"/>
        <w:spacing w:before="190" w:line="271" w:lineRule="auto"/>
        <w:ind w:right="720"/>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Грамматическая сторона речи </w:t>
      </w:r>
      <w:r w:rsidRPr="005C0E17">
        <w:rPr>
          <w:rFonts w:ascii="Times New Roman" w:hAnsi="Times New Roman" w:cs="Times New Roman"/>
        </w:rPr>
        <w:br/>
      </w:r>
      <w:r w:rsidRPr="005C0E17">
        <w:rPr>
          <w:rFonts w:ascii="Times New Roman" w:hAnsi="Times New Roman" w:cs="Times New Roman"/>
        </w:rPr>
        <w:tab/>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Предложения с несколькими обстоятельствами, следующими в определённом порядке.</w:t>
      </w:r>
    </w:p>
    <w:p w:rsidR="00F44E79" w:rsidRPr="005C0E17" w:rsidRDefault="00F44E79" w:rsidP="00FB68C9">
      <w:pPr>
        <w:tabs>
          <w:tab w:val="left" w:pos="180"/>
        </w:tabs>
        <w:autoSpaceDE w:val="0"/>
        <w:autoSpaceDN w:val="0"/>
        <w:spacing w:before="70" w:line="262" w:lineRule="auto"/>
        <w:ind w:right="432"/>
        <w:jc w:val="both"/>
        <w:rPr>
          <w:rFonts w:ascii="Times New Roman" w:hAnsi="Times New Roman" w:cs="Times New Roman"/>
        </w:rPr>
      </w:pPr>
      <w:r w:rsidRPr="005C0E17">
        <w:rPr>
          <w:rFonts w:ascii="Times New Roman" w:hAnsi="Times New Roman" w:cs="Times New Roman"/>
        </w:rPr>
        <w:tab/>
        <w:t>Вопросительные предложения (альтернативный и разделительный вопросы в Present/Past/Future Simple Tense).</w:t>
      </w:r>
    </w:p>
    <w:p w:rsidR="00F44E79" w:rsidRPr="005C0E17" w:rsidRDefault="00F44E79" w:rsidP="00FB68C9">
      <w:pPr>
        <w:autoSpaceDE w:val="0"/>
        <w:autoSpaceDN w:val="0"/>
        <w:spacing w:before="70" w:line="271" w:lineRule="auto"/>
        <w:ind w:right="144" w:firstLine="180"/>
        <w:jc w:val="both"/>
        <w:rPr>
          <w:rFonts w:ascii="Times New Roman" w:hAnsi="Times New Roman" w:cs="Times New Roman"/>
        </w:rPr>
      </w:pPr>
      <w:r w:rsidRPr="005C0E17">
        <w:rPr>
          <w:rFonts w:ascii="Times New Roman" w:hAnsi="Times New Roman" w:cs="Times New Roman"/>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sidRPr="005C0E17">
        <w:rPr>
          <w:rFonts w:ascii="Times New Roman" w:hAnsi="Times New Roman" w:cs="Times New Roman"/>
        </w:rPr>
        <w:br/>
        <w:t>предложениях.</w:t>
      </w:r>
    </w:p>
    <w:p w:rsidR="00F44E79" w:rsidRPr="005C0E17" w:rsidRDefault="00F44E79" w:rsidP="00621CC4">
      <w:pPr>
        <w:autoSpaceDE w:val="0"/>
        <w:autoSpaceDN w:val="0"/>
        <w:spacing w:before="70" w:line="230" w:lineRule="auto"/>
        <w:jc w:val="both"/>
        <w:rPr>
          <w:rFonts w:ascii="Times New Roman" w:hAnsi="Times New Roman" w:cs="Times New Roman"/>
        </w:rPr>
        <w:sectPr w:rsidR="00F44E79" w:rsidRPr="005C0E17">
          <w:pgSz w:w="11900" w:h="16840"/>
          <w:pgMar w:top="298" w:right="698" w:bottom="416" w:left="666" w:header="720" w:footer="720" w:gutter="0"/>
          <w:cols w:space="720" w:equalWidth="0">
            <w:col w:w="10536"/>
          </w:cols>
          <w:docGrid w:linePitch="360"/>
        </w:sectPr>
      </w:pPr>
      <w:r w:rsidRPr="005C0E17">
        <w:rPr>
          <w:rFonts w:ascii="Times New Roman" w:hAnsi="Times New Roman" w:cs="Times New Roman"/>
        </w:rPr>
        <w:t>Имена существительные во множественном числе, в том числе</w:t>
      </w:r>
      <w:r>
        <w:rPr>
          <w:rFonts w:ascii="Times New Roman" w:hAnsi="Times New Roman" w:cs="Times New Roman"/>
        </w:rPr>
        <w:t xml:space="preserve"> имена существительные, имеющие</w:t>
      </w:r>
    </w:p>
    <w:p w:rsidR="00F44E79" w:rsidRPr="005C0E17" w:rsidRDefault="00F44E79" w:rsidP="00FB68C9">
      <w:pPr>
        <w:autoSpaceDE w:val="0"/>
        <w:autoSpaceDN w:val="0"/>
        <w:spacing w:line="230" w:lineRule="auto"/>
        <w:jc w:val="both"/>
        <w:rPr>
          <w:rFonts w:ascii="Times New Roman" w:hAnsi="Times New Roman" w:cs="Times New Roman"/>
        </w:rPr>
      </w:pPr>
      <w:r w:rsidRPr="005C0E17">
        <w:rPr>
          <w:rFonts w:ascii="Times New Roman" w:hAnsi="Times New Roman" w:cs="Times New Roman"/>
        </w:rPr>
        <w:t>форму только множественного числа.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Имена существительные с причастиями настоящего и прошедшего времени.</w:t>
      </w:r>
    </w:p>
    <w:p w:rsidR="00F44E79" w:rsidRPr="005C0E17" w:rsidRDefault="00F44E79" w:rsidP="00FB68C9">
      <w:pPr>
        <w:tabs>
          <w:tab w:val="left" w:pos="180"/>
        </w:tabs>
        <w:autoSpaceDE w:val="0"/>
        <w:autoSpaceDN w:val="0"/>
        <w:spacing w:before="70" w:line="262" w:lineRule="auto"/>
        <w:ind w:right="288"/>
        <w:jc w:val="both"/>
        <w:rPr>
          <w:rFonts w:ascii="Times New Roman" w:hAnsi="Times New Roman" w:cs="Times New Roman"/>
        </w:rPr>
      </w:pPr>
      <w:r w:rsidRPr="005C0E17">
        <w:rPr>
          <w:rFonts w:ascii="Times New Roman" w:hAnsi="Times New Roman" w:cs="Times New Roman"/>
        </w:rPr>
        <w:tab/>
        <w:t>Наречия в положительной, сравнительной и превосходной степенях, образованные по правилу, и исключения.</w:t>
      </w:r>
    </w:p>
    <w:p w:rsidR="00F44E79" w:rsidRPr="005C0E17" w:rsidRDefault="00F44E79" w:rsidP="00FB68C9">
      <w:pPr>
        <w:tabs>
          <w:tab w:val="left" w:pos="180"/>
        </w:tabs>
        <w:autoSpaceDE w:val="0"/>
        <w:autoSpaceDN w:val="0"/>
        <w:spacing w:before="190"/>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СОЦИОКУЛЬТУРНЫЕ ЗНАНИЯ И УМЕНИЯ </w:t>
      </w:r>
      <w:r w:rsidRPr="005C0E17">
        <w:rPr>
          <w:rFonts w:ascii="Times New Roman" w:hAnsi="Times New Roman" w:cs="Times New Roman"/>
        </w:rPr>
        <w:br/>
      </w:r>
      <w:r w:rsidRPr="005C0E17">
        <w:rPr>
          <w:rFonts w:ascii="Times New Roman" w:hAnsi="Times New Roman" w:cs="Times New Roman"/>
        </w:rPr>
        <w:tab/>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44E79" w:rsidRPr="005C0E17" w:rsidRDefault="00F44E79" w:rsidP="00FB68C9">
      <w:pPr>
        <w:autoSpaceDE w:val="0"/>
        <w:autoSpaceDN w:val="0"/>
        <w:spacing w:before="70" w:line="271" w:lineRule="auto"/>
        <w:ind w:right="576" w:firstLine="180"/>
        <w:jc w:val="both"/>
        <w:rPr>
          <w:rFonts w:ascii="Times New Roman" w:hAnsi="Times New Roman" w:cs="Times New Roman"/>
        </w:rPr>
      </w:pPr>
      <w:r w:rsidRPr="005C0E17">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44E79" w:rsidRPr="005C0E17" w:rsidRDefault="00F44E79" w:rsidP="00FB68C9">
      <w:pPr>
        <w:autoSpaceDE w:val="0"/>
        <w:autoSpaceDN w:val="0"/>
        <w:spacing w:before="72" w:line="281" w:lineRule="auto"/>
        <w:ind w:right="144" w:firstLine="180"/>
        <w:jc w:val="both"/>
        <w:rPr>
          <w:rFonts w:ascii="Times New Roman" w:hAnsi="Times New Roman" w:cs="Times New Roman"/>
        </w:rPr>
      </w:pPr>
      <w:r w:rsidRPr="005C0E17">
        <w:rPr>
          <w:rFonts w:ascii="Times New Roman" w:hAnsi="Times New Roman"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w:t>
      </w:r>
      <w:r w:rsidRPr="005C0E17">
        <w:rPr>
          <w:rFonts w:ascii="Times New Roman" w:hAnsi="Times New Roman" w:cs="Times New Roman"/>
        </w:rPr>
        <w:br/>
        <w:t>достопримечательностях, выдающихся людях); с доступными в языковом отношении образцами детской поэзии и прозы на английском языке.</w:t>
      </w:r>
    </w:p>
    <w:p w:rsidR="00F44E79" w:rsidRPr="005C0E17" w:rsidRDefault="00F44E79" w:rsidP="00FB68C9">
      <w:pPr>
        <w:tabs>
          <w:tab w:val="left" w:pos="180"/>
        </w:tabs>
        <w:autoSpaceDE w:val="0"/>
        <w:autoSpaceDN w:val="0"/>
        <w:spacing w:before="70" w:line="283" w:lineRule="auto"/>
        <w:jc w:val="both"/>
        <w:rPr>
          <w:rFonts w:ascii="Times New Roman" w:hAnsi="Times New Roman" w:cs="Times New Roman"/>
        </w:rPr>
      </w:pPr>
      <w:r w:rsidRPr="005C0E17">
        <w:rPr>
          <w:rFonts w:ascii="Times New Roman" w:hAnsi="Times New Roman" w:cs="Times New Roman"/>
        </w:rPr>
        <w:tab/>
        <w:t xml:space="preserve">Формирование умений: </w:t>
      </w:r>
      <w:r w:rsidRPr="005C0E17">
        <w:rPr>
          <w:rFonts w:ascii="Times New Roman" w:hAnsi="Times New Roman" w:cs="Times New Roman"/>
        </w:rPr>
        <w:br/>
      </w:r>
      <w:r w:rsidRPr="005C0E17">
        <w:rPr>
          <w:rFonts w:ascii="Times New Roman" w:hAnsi="Times New Roman" w:cs="Times New Roman"/>
        </w:rPr>
        <w:tab/>
        <w:t xml:space="preserve">писать свои имя и фамилию, а также имена и фамилии своих родственников и друзей на английском языке; </w:t>
      </w:r>
      <w:r w:rsidRPr="005C0E17">
        <w:rPr>
          <w:rFonts w:ascii="Times New Roman" w:hAnsi="Times New Roman" w:cs="Times New Roman"/>
        </w:rPr>
        <w:br/>
      </w:r>
      <w:r w:rsidRPr="005C0E17">
        <w:rPr>
          <w:rFonts w:ascii="Times New Roman" w:hAnsi="Times New Roman" w:cs="Times New Roman"/>
        </w:rPr>
        <w:tab/>
        <w:t xml:space="preserve">правильно оформлять свой адрес на английском языке (в анкете, формуляре); </w:t>
      </w:r>
      <w:r w:rsidRPr="005C0E17">
        <w:rPr>
          <w:rFonts w:ascii="Times New Roman" w:hAnsi="Times New Roman" w:cs="Times New Roman"/>
        </w:rPr>
        <w:br/>
      </w:r>
      <w:r w:rsidRPr="005C0E17">
        <w:rPr>
          <w:rFonts w:ascii="Times New Roman" w:hAnsi="Times New Roman" w:cs="Times New Roman"/>
        </w:rPr>
        <w:tab/>
        <w:t xml:space="preserve">кратко представлять Россию и страну/страны изучаемого языка; </w:t>
      </w:r>
      <w:r w:rsidRPr="005C0E17">
        <w:rPr>
          <w:rFonts w:ascii="Times New Roman" w:hAnsi="Times New Roman" w:cs="Times New Roman"/>
        </w:rPr>
        <w:br/>
      </w:r>
      <w:r w:rsidRPr="005C0E17">
        <w:rPr>
          <w:rFonts w:ascii="Times New Roman" w:hAnsi="Times New Roman" w:cs="Times New Roman"/>
        </w:rPr>
        <w:tab/>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44E79" w:rsidRPr="005C0E17" w:rsidRDefault="00F44E79" w:rsidP="00FB68C9">
      <w:pPr>
        <w:autoSpaceDE w:val="0"/>
        <w:autoSpaceDN w:val="0"/>
        <w:spacing w:before="190" w:line="262" w:lineRule="auto"/>
        <w:ind w:left="180" w:right="864"/>
        <w:jc w:val="both"/>
        <w:rPr>
          <w:rFonts w:ascii="Times New Roman" w:hAnsi="Times New Roman" w:cs="Times New Roman"/>
        </w:rPr>
      </w:pPr>
      <w:r w:rsidRPr="005C0E17">
        <w:rPr>
          <w:rFonts w:ascii="Times New Roman" w:hAnsi="Times New Roman" w:cs="Times New Roman"/>
          <w:b/>
        </w:rPr>
        <w:t xml:space="preserve">КОМПЕНСАТОРНЫЕ УМЕНИЯ </w:t>
      </w:r>
      <w:r w:rsidRPr="005C0E17">
        <w:rPr>
          <w:rFonts w:ascii="Times New Roman" w:hAnsi="Times New Roman" w:cs="Times New Roman"/>
        </w:rPr>
        <w:br/>
        <w:t>Использование при чтении и аудировании языковой, в том числе контекстуальной, догадки.</w:t>
      </w:r>
    </w:p>
    <w:p w:rsidR="00F44E79" w:rsidRPr="005C0E17" w:rsidRDefault="00F44E79" w:rsidP="00FB68C9">
      <w:pPr>
        <w:tabs>
          <w:tab w:val="left" w:pos="180"/>
        </w:tabs>
        <w:autoSpaceDE w:val="0"/>
        <w:autoSpaceDN w:val="0"/>
        <w:spacing w:before="70" w:line="262" w:lineRule="auto"/>
        <w:ind w:right="576"/>
        <w:jc w:val="both"/>
        <w:rPr>
          <w:rFonts w:ascii="Times New Roman" w:hAnsi="Times New Roman" w:cs="Times New Roman"/>
        </w:rPr>
      </w:pPr>
      <w:r w:rsidRPr="005C0E17">
        <w:rPr>
          <w:rFonts w:ascii="Times New Roman" w:hAnsi="Times New Roman" w:cs="Times New Roman"/>
        </w:rPr>
        <w:tab/>
        <w:t>Использование в качестве опоры при порождении собственных высказываний ключевых слов, плана.</w:t>
      </w:r>
    </w:p>
    <w:p w:rsidR="00F44E79" w:rsidRPr="005C0E17" w:rsidRDefault="00F44E79" w:rsidP="00FB68C9">
      <w:pPr>
        <w:tabs>
          <w:tab w:val="left" w:pos="180"/>
        </w:tabs>
        <w:autoSpaceDE w:val="0"/>
        <w:autoSpaceDN w:val="0"/>
        <w:spacing w:before="70" w:line="262" w:lineRule="auto"/>
        <w:ind w:right="288"/>
        <w:jc w:val="both"/>
        <w:rPr>
          <w:rFonts w:ascii="Times New Roman" w:hAnsi="Times New Roman" w:cs="Times New Roman"/>
        </w:rPr>
      </w:pPr>
      <w:r w:rsidRPr="005C0E17">
        <w:rPr>
          <w:rFonts w:ascii="Times New Roman" w:hAnsi="Times New Roman" w:cs="Times New Roman"/>
        </w:rPr>
        <w:tab/>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jc w:val="both"/>
        <w:rPr>
          <w:rFonts w:ascii="Times New Roman" w:hAnsi="Times New Roman" w:cs="Times New Roman"/>
        </w:rPr>
        <w:sectPr w:rsidR="00F44E79" w:rsidRPr="005C0E17">
          <w:pgSz w:w="11900" w:h="16840"/>
          <w:pgMar w:top="286" w:right="678" w:bottom="1440" w:left="666" w:header="720" w:footer="720" w:gutter="0"/>
          <w:cols w:space="720" w:equalWidth="0">
            <w:col w:w="10556"/>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autoSpaceDE w:val="0"/>
        <w:autoSpaceDN w:val="0"/>
        <w:spacing w:line="230" w:lineRule="auto"/>
        <w:jc w:val="both"/>
        <w:rPr>
          <w:rFonts w:ascii="Times New Roman" w:hAnsi="Times New Roman" w:cs="Times New Roman"/>
          <w:b/>
        </w:rPr>
      </w:pPr>
      <w:r w:rsidRPr="005C0E17">
        <w:rPr>
          <w:rFonts w:ascii="Times New Roman" w:hAnsi="Times New Roman" w:cs="Times New Roman"/>
          <w:b/>
        </w:rPr>
        <w:t>СОДЕРЖАНИЕ УЧЕБНОГО ПРЕДМЕТА</w:t>
      </w:r>
    </w:p>
    <w:p w:rsidR="00F44E79" w:rsidRPr="005C0E17" w:rsidRDefault="00F44E79" w:rsidP="00FB68C9">
      <w:pPr>
        <w:autoSpaceDE w:val="0"/>
        <w:autoSpaceDN w:val="0"/>
        <w:spacing w:line="230" w:lineRule="auto"/>
        <w:jc w:val="both"/>
        <w:rPr>
          <w:rFonts w:ascii="Times New Roman" w:hAnsi="Times New Roman" w:cs="Times New Roman"/>
        </w:rPr>
      </w:pPr>
      <w:r w:rsidRPr="005C0E17">
        <w:rPr>
          <w:rFonts w:ascii="Times New Roman" w:hAnsi="Times New Roman" w:cs="Times New Roman"/>
          <w:b/>
        </w:rPr>
        <w:t>6 класс</w:t>
      </w:r>
    </w:p>
    <w:p w:rsidR="00F44E79" w:rsidRPr="005C0E17" w:rsidRDefault="00F44E79" w:rsidP="00FB68C9">
      <w:pPr>
        <w:tabs>
          <w:tab w:val="left" w:pos="180"/>
        </w:tabs>
        <w:autoSpaceDE w:val="0"/>
        <w:autoSpaceDN w:val="0"/>
        <w:spacing w:before="346" w:line="271" w:lineRule="auto"/>
        <w:ind w:right="1152"/>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КОММУНИКАТИВНЫЕ УМЕНИЯ </w:t>
      </w:r>
      <w:r w:rsidRPr="005C0E17">
        <w:rPr>
          <w:rFonts w:ascii="Times New Roman" w:hAnsi="Times New Roman" w:cs="Times New Roman"/>
        </w:rPr>
        <w:br/>
      </w:r>
      <w:r w:rsidRPr="005C0E17">
        <w:rPr>
          <w:rFonts w:ascii="Times New Roman" w:hAnsi="Times New Roman" w:cs="Times New Roman"/>
        </w:rPr>
        <w:tab/>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5C0E17" w:rsidRDefault="00F44E79" w:rsidP="00FB68C9">
      <w:pPr>
        <w:autoSpaceDE w:val="0"/>
        <w:autoSpaceDN w:val="0"/>
        <w:spacing w:before="70" w:line="271" w:lineRule="auto"/>
        <w:ind w:right="144" w:firstLine="180"/>
        <w:jc w:val="both"/>
        <w:rPr>
          <w:rFonts w:ascii="Times New Roman" w:hAnsi="Times New Roman" w:cs="Times New Roman"/>
        </w:rPr>
      </w:pPr>
      <w:r w:rsidRPr="005C0E17">
        <w:rPr>
          <w:rFonts w:ascii="Times New Roman" w:hAnsi="Times New Roman" w:cs="Times New Roman"/>
        </w:rPr>
        <w:t xml:space="preserve">Взаимоотношения в семье и с друзьями. Семейные праздники. Внешность и характер </w:t>
      </w:r>
      <w:r w:rsidRPr="005C0E17">
        <w:rPr>
          <w:rFonts w:ascii="Times New Roman" w:hAnsi="Times New Roman" w:cs="Times New Roman"/>
        </w:rPr>
        <w:br/>
        <w:t>человека/литературного персонажа. Досуг и увлечения/хобби современного подростка (чтение, кино, театр, спорт).</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фитнес, сбалансированное питание.</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Покупки: одежда, обувь и продукты питания.</w:t>
      </w:r>
    </w:p>
    <w:p w:rsidR="00F44E79" w:rsidRPr="005C0E17" w:rsidRDefault="00F44E79" w:rsidP="00FB68C9">
      <w:pPr>
        <w:tabs>
          <w:tab w:val="left" w:pos="180"/>
        </w:tabs>
        <w:autoSpaceDE w:val="0"/>
        <w:autoSpaceDN w:val="0"/>
        <w:spacing w:before="72" w:line="262" w:lineRule="auto"/>
        <w:ind w:right="720"/>
        <w:jc w:val="both"/>
        <w:rPr>
          <w:rFonts w:ascii="Times New Roman" w:hAnsi="Times New Roman" w:cs="Times New Roman"/>
        </w:rPr>
      </w:pPr>
      <w:r w:rsidRPr="005C0E17">
        <w:rPr>
          <w:rFonts w:ascii="Times New Roman" w:hAnsi="Times New Roman" w:cs="Times New Roman"/>
        </w:rPr>
        <w:tab/>
        <w:t>Школа, школьная жизнь, школьная форма, изучаемые предметы, любимый предмет, правила поведения в школе. Переписка с зарубежными сверстниками.</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Переписка с зарубежными сверстниками. Каникулы в различное время года. Виды отдыха.</w:t>
      </w:r>
    </w:p>
    <w:p w:rsidR="00F44E79" w:rsidRPr="005C0E17" w:rsidRDefault="00F44E79" w:rsidP="00FB68C9">
      <w:pPr>
        <w:autoSpaceDE w:val="0"/>
        <w:autoSpaceDN w:val="0"/>
        <w:spacing w:before="70" w:line="230" w:lineRule="auto"/>
        <w:jc w:val="both"/>
        <w:rPr>
          <w:rFonts w:ascii="Times New Roman" w:hAnsi="Times New Roman" w:cs="Times New Roman"/>
        </w:rPr>
      </w:pPr>
      <w:r w:rsidRPr="005C0E17">
        <w:rPr>
          <w:rFonts w:ascii="Times New Roman" w:hAnsi="Times New Roman" w:cs="Times New Roman"/>
        </w:rPr>
        <w:t>Путешествия по России и зарубежным странам.</w:t>
      </w:r>
    </w:p>
    <w:p w:rsidR="00F44E79" w:rsidRPr="005C0E17" w:rsidRDefault="00F44E79" w:rsidP="00FB68C9">
      <w:pPr>
        <w:tabs>
          <w:tab w:val="left" w:pos="180"/>
        </w:tabs>
        <w:autoSpaceDE w:val="0"/>
        <w:autoSpaceDN w:val="0"/>
        <w:spacing w:before="70" w:line="262" w:lineRule="auto"/>
        <w:ind w:right="576"/>
        <w:jc w:val="both"/>
        <w:rPr>
          <w:rFonts w:ascii="Times New Roman" w:hAnsi="Times New Roman" w:cs="Times New Roman"/>
        </w:rPr>
      </w:pPr>
      <w:r w:rsidRPr="005C0E17">
        <w:rPr>
          <w:rFonts w:ascii="Times New Roman" w:hAnsi="Times New Roman" w:cs="Times New Roman"/>
        </w:rPr>
        <w:tab/>
        <w:t>Природа: дикие и домашние животные. Климат, погода. Жизнь в городе и сельской местности. Описание родного города/села. Транспорт.</w:t>
      </w:r>
    </w:p>
    <w:p w:rsidR="00F44E79" w:rsidRPr="005C0E17" w:rsidRDefault="00F44E79" w:rsidP="00FB68C9">
      <w:pPr>
        <w:autoSpaceDE w:val="0"/>
        <w:autoSpaceDN w:val="0"/>
        <w:spacing w:before="70" w:line="271" w:lineRule="auto"/>
        <w:ind w:right="288" w:firstLine="180"/>
        <w:jc w:val="both"/>
        <w:rPr>
          <w:rFonts w:ascii="Times New Roman" w:hAnsi="Times New Roman" w:cs="Times New Roman"/>
        </w:rPr>
      </w:pPr>
      <w:r w:rsidRPr="005C0E17">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Выдающиеся люди родной страны и страны/стран изучаемого языка: писатели, поэты, учёные.</w:t>
      </w:r>
    </w:p>
    <w:p w:rsidR="00F44E79" w:rsidRPr="005C0E17" w:rsidRDefault="00F44E79" w:rsidP="00FB68C9">
      <w:pPr>
        <w:tabs>
          <w:tab w:val="left" w:pos="180"/>
        </w:tabs>
        <w:autoSpaceDE w:val="0"/>
        <w:autoSpaceDN w:val="0"/>
        <w:spacing w:before="190" w:line="288"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Говорение </w:t>
      </w:r>
      <w:r w:rsidRPr="005C0E17">
        <w:rPr>
          <w:rFonts w:ascii="Times New Roman" w:hAnsi="Times New Roman" w:cs="Times New Roman"/>
        </w:rPr>
        <w:br/>
      </w:r>
      <w:r w:rsidRPr="005C0E17">
        <w:rPr>
          <w:rFonts w:ascii="Times New Roman" w:hAnsi="Times New Roman" w:cs="Times New Roman"/>
        </w:rPr>
        <w:tab/>
        <w:t xml:space="preserve">Развитие коммуникативных умений </w:t>
      </w:r>
      <w:r w:rsidRPr="005C0E17">
        <w:rPr>
          <w:rFonts w:ascii="Times New Roman" w:hAnsi="Times New Roman" w:cs="Times New Roman"/>
          <w:b/>
          <w:i/>
        </w:rPr>
        <w:t>диалогической речи</w:t>
      </w:r>
      <w:r w:rsidRPr="005C0E17">
        <w:rPr>
          <w:rFonts w:ascii="Times New Roman" w:hAnsi="Times New Roman" w:cs="Times New Roman"/>
        </w:rPr>
        <w:t xml:space="preserve">, а именно умений вести: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диалог этикетного характера: </w:t>
      </w:r>
      <w:r w:rsidRPr="005C0E17">
        <w:rPr>
          <w:rFonts w:ascii="Times New Roman" w:hAnsi="Times New Roman"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диалог — побуждение к действию: </w:t>
      </w:r>
      <w:r w:rsidRPr="005C0E17">
        <w:rPr>
          <w:rFonts w:ascii="Times New Roman" w:hAnsi="Times New Roman" w:cs="Times New Roman"/>
        </w:rPr>
        <w:t xml:space="preserve">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диалог</w:t>
      </w:r>
      <w:r w:rsidRPr="005C0E17">
        <w:rPr>
          <w:rFonts w:ascii="Times New Roman" w:hAnsi="Times New Roman" w:cs="Times New Roman"/>
        </w:rPr>
        <w:t xml:space="preserve"> — </w:t>
      </w:r>
      <w:r w:rsidRPr="005C0E17">
        <w:rPr>
          <w:rFonts w:ascii="Times New Roman" w:hAnsi="Times New Roman" w:cs="Times New Roman"/>
          <w:i/>
        </w:rPr>
        <w:t xml:space="preserve">расспрос: </w:t>
      </w:r>
      <w:r w:rsidRPr="005C0E17">
        <w:rPr>
          <w:rFonts w:ascii="Times New Roman" w:hAnsi="Times New Roman"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E79" w:rsidRPr="005C0E17" w:rsidRDefault="00F44E79" w:rsidP="00FB68C9">
      <w:pPr>
        <w:autoSpaceDE w:val="0"/>
        <w:autoSpaceDN w:val="0"/>
        <w:spacing w:before="72"/>
        <w:ind w:right="144" w:firstLine="180"/>
        <w:jc w:val="both"/>
        <w:rPr>
          <w:rFonts w:ascii="Times New Roman" w:hAnsi="Times New Roman" w:cs="Times New Roman"/>
        </w:rPr>
      </w:pPr>
      <w:r w:rsidRPr="005C0E17">
        <w:rPr>
          <w:rFonts w:ascii="Times New Roman" w:hAnsi="Times New Roman" w:cs="Times New Roman"/>
        </w:rPr>
        <w:t xml:space="preserve">Вышеперечисленные умения диалогической речи развиваются в стандартных ситуациях </w:t>
      </w:r>
      <w:r w:rsidRPr="005C0E17">
        <w:rPr>
          <w:rFonts w:ascii="Times New Roman" w:hAnsi="Times New Roman" w:cs="Times New Roman"/>
        </w:rPr>
        <w:br/>
        <w:t>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Объём диалога — до 5 реплик со стороны каждого собеседника.</w:t>
      </w:r>
    </w:p>
    <w:p w:rsidR="00F44E79" w:rsidRPr="005C0E17" w:rsidRDefault="00F44E79" w:rsidP="00FB68C9">
      <w:pPr>
        <w:tabs>
          <w:tab w:val="left" w:pos="180"/>
        </w:tabs>
        <w:autoSpaceDE w:val="0"/>
        <w:autoSpaceDN w:val="0"/>
        <w:spacing w:before="70" w:line="286" w:lineRule="auto"/>
        <w:ind w:right="864"/>
        <w:jc w:val="both"/>
        <w:rPr>
          <w:rFonts w:ascii="Times New Roman" w:hAnsi="Times New Roman" w:cs="Times New Roman"/>
        </w:rPr>
      </w:pPr>
      <w:r w:rsidRPr="005C0E17">
        <w:rPr>
          <w:rFonts w:ascii="Times New Roman" w:hAnsi="Times New Roman" w:cs="Times New Roman"/>
        </w:rPr>
        <w:tab/>
        <w:t xml:space="preserve">Развитие коммуникативных умений </w:t>
      </w:r>
      <w:r w:rsidRPr="005C0E17">
        <w:rPr>
          <w:rFonts w:ascii="Times New Roman" w:hAnsi="Times New Roman" w:cs="Times New Roman"/>
          <w:b/>
          <w:i/>
        </w:rPr>
        <w:t>монологической речи</w:t>
      </w:r>
      <w:r w:rsidRPr="005C0E17">
        <w:rPr>
          <w:rFonts w:ascii="Times New Roman" w:hAnsi="Times New Roman" w:cs="Times New Roman"/>
        </w:rPr>
        <w:t xml:space="preserve">: </w:t>
      </w:r>
      <w:r w:rsidRPr="005C0E17">
        <w:rPr>
          <w:rFonts w:ascii="Times New Roman" w:hAnsi="Times New Roman" w:cs="Times New Roman"/>
        </w:rPr>
        <w:br/>
      </w:r>
      <w:r w:rsidRPr="005C0E17">
        <w:rPr>
          <w:rFonts w:ascii="Times New Roman" w:hAnsi="Times New Roman" w:cs="Times New Roman"/>
        </w:rPr>
        <w:tab/>
        <w:t>1) создание устных  связных  монологических  высказываний с использованием основных коммуникативных типов речи:</w:t>
      </w:r>
      <w:r w:rsidRPr="005C0E17">
        <w:rPr>
          <w:rFonts w:ascii="Times New Roman" w:hAnsi="Times New Roman" w:cs="Times New Roman"/>
        </w:rPr>
        <w:br/>
      </w:r>
      <w:r w:rsidRPr="005C0E17">
        <w:rPr>
          <w:rFonts w:ascii="Times New Roman" w:hAnsi="Times New Roman" w:cs="Times New Roman"/>
        </w:rPr>
        <w:tab/>
        <w:t>—   описание (предмета, внешности и одежды человека), в том числе характеристика (черты характера реального человека или литературного персонажа);</w:t>
      </w:r>
      <w:r w:rsidRPr="005C0E17">
        <w:rPr>
          <w:rFonts w:ascii="Times New Roman" w:hAnsi="Times New Roman" w:cs="Times New Roman"/>
        </w:rPr>
        <w:br/>
      </w:r>
      <w:r w:rsidRPr="005C0E17">
        <w:rPr>
          <w:rFonts w:ascii="Times New Roman" w:hAnsi="Times New Roman" w:cs="Times New Roman"/>
        </w:rPr>
        <w:tab/>
        <w:t xml:space="preserve">—   повествование/сообщение; </w:t>
      </w:r>
      <w:r w:rsidRPr="005C0E17">
        <w:rPr>
          <w:rFonts w:ascii="Times New Roman" w:hAnsi="Times New Roman" w:cs="Times New Roman"/>
        </w:rPr>
        <w:br/>
      </w:r>
      <w:r w:rsidRPr="005C0E17">
        <w:rPr>
          <w:rFonts w:ascii="Times New Roman" w:hAnsi="Times New Roman" w:cs="Times New Roman"/>
        </w:rPr>
        <w:tab/>
        <w:t xml:space="preserve">2) изложение (пересказ) основного содержания прочитанного текста; </w:t>
      </w:r>
      <w:r w:rsidRPr="005C0E17">
        <w:rPr>
          <w:rFonts w:ascii="Times New Roman" w:hAnsi="Times New Roman" w:cs="Times New Roman"/>
        </w:rPr>
        <w:br/>
      </w:r>
      <w:r w:rsidRPr="005C0E17">
        <w:rPr>
          <w:rFonts w:ascii="Times New Roman" w:hAnsi="Times New Roman" w:cs="Times New Roman"/>
        </w:rPr>
        <w:tab/>
        <w:t>3) краткое изложение результатов выполненной проектной работы.</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Данные умения монологической речи развиваются в стандартных ситуациях неофициального</w:t>
      </w:r>
    </w:p>
    <w:p w:rsidR="00F44E79" w:rsidRPr="005C0E17" w:rsidRDefault="00F44E79" w:rsidP="00FB68C9">
      <w:pPr>
        <w:jc w:val="both"/>
        <w:rPr>
          <w:rFonts w:ascii="Times New Roman" w:hAnsi="Times New Roman" w:cs="Times New Roman"/>
        </w:rPr>
        <w:sectPr w:rsidR="00F44E79" w:rsidRPr="005C0E17">
          <w:pgSz w:w="11900" w:h="16840"/>
          <w:pgMar w:top="298" w:right="650" w:bottom="398" w:left="666" w:header="720" w:footer="720" w:gutter="0"/>
          <w:cols w:space="720" w:equalWidth="0">
            <w:col w:w="10584"/>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line="262" w:lineRule="auto"/>
        <w:ind w:right="576"/>
        <w:jc w:val="both"/>
        <w:rPr>
          <w:rFonts w:ascii="Times New Roman" w:hAnsi="Times New Roman" w:cs="Times New Roman"/>
        </w:rPr>
      </w:pPr>
      <w:r w:rsidRPr="005C0E17">
        <w:rPr>
          <w:rFonts w:ascii="Times New Roman" w:hAnsi="Times New Roman" w:cs="Times New Roman"/>
        </w:rPr>
        <w:t>общения в рамках тематического содержания речи с опорой на ключевые слова, план, вопросы, таблицы и/или иллюстрации, фотографии.</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Объём монологического высказывания — 7-8 фраз.</w:t>
      </w:r>
    </w:p>
    <w:p w:rsidR="00F44E79" w:rsidRPr="005C0E17" w:rsidRDefault="00F44E79" w:rsidP="00FB68C9">
      <w:pPr>
        <w:tabs>
          <w:tab w:val="left" w:pos="180"/>
        </w:tabs>
        <w:autoSpaceDE w:val="0"/>
        <w:autoSpaceDN w:val="0"/>
        <w:spacing w:before="190" w:line="271" w:lineRule="auto"/>
        <w:ind w:right="1440"/>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Аудирование </w:t>
      </w:r>
      <w:r w:rsidRPr="005C0E17">
        <w:rPr>
          <w:rFonts w:ascii="Times New Roman" w:hAnsi="Times New Roman" w:cs="Times New Roman"/>
        </w:rPr>
        <w:br/>
      </w:r>
      <w:r w:rsidRPr="005C0E17">
        <w:rPr>
          <w:rFonts w:ascii="Times New Roman" w:hAnsi="Times New Roman" w:cs="Times New Roman"/>
        </w:rPr>
        <w:tab/>
        <w:t>При непосредственном общении: понимание на слух речи учителя и одноклассников и вербальная/невербальная реакция на услышанное.</w:t>
      </w:r>
    </w:p>
    <w:p w:rsidR="00F44E79" w:rsidRPr="005C0E17" w:rsidRDefault="00F44E79" w:rsidP="00FB68C9">
      <w:pPr>
        <w:autoSpaceDE w:val="0"/>
        <w:autoSpaceDN w:val="0"/>
        <w:spacing w:before="70"/>
        <w:ind w:firstLine="180"/>
        <w:jc w:val="both"/>
        <w:rPr>
          <w:rFonts w:ascii="Times New Roman" w:hAnsi="Times New Roman" w:cs="Times New Roman"/>
        </w:rPr>
      </w:pPr>
      <w:r w:rsidRPr="005C0E17">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5C0E17" w:rsidRDefault="00F44E79" w:rsidP="00FB68C9">
      <w:pPr>
        <w:autoSpaceDE w:val="0"/>
        <w:autoSpaceDN w:val="0"/>
        <w:spacing w:before="72" w:line="271" w:lineRule="auto"/>
        <w:ind w:right="864" w:firstLine="180"/>
        <w:jc w:val="both"/>
        <w:rPr>
          <w:rFonts w:ascii="Times New Roman" w:hAnsi="Times New Roman" w:cs="Times New Roman"/>
        </w:rPr>
      </w:pPr>
      <w:r w:rsidRPr="005C0E17">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44E79" w:rsidRPr="005C0E17" w:rsidRDefault="00F44E79" w:rsidP="00FB68C9">
      <w:pPr>
        <w:autoSpaceDE w:val="0"/>
        <w:autoSpaceDN w:val="0"/>
        <w:spacing w:before="70" w:line="271" w:lineRule="auto"/>
        <w:ind w:firstLine="180"/>
        <w:jc w:val="both"/>
        <w:rPr>
          <w:rFonts w:ascii="Times New Roman" w:hAnsi="Times New Roman" w:cs="Times New Roman"/>
        </w:rPr>
      </w:pPr>
      <w:r w:rsidRPr="005C0E17">
        <w:rPr>
          <w:rFonts w:ascii="Times New Roman" w:hAnsi="Times New Roman" w:cs="Times New Roman"/>
        </w:rPr>
        <w:t xml:space="preserve">Аудирование с пониманием запрашиваемой информации, предполагает умение выделять </w:t>
      </w:r>
      <w:r w:rsidRPr="005C0E17">
        <w:rPr>
          <w:rFonts w:ascii="Times New Roman" w:hAnsi="Times New Roman" w:cs="Times New Roman"/>
        </w:rPr>
        <w:br/>
        <w:t>запрашиваемую информацию, представленную в эксплицитной (явной) форме, в воспринимаемом на слух тексте.</w:t>
      </w:r>
    </w:p>
    <w:p w:rsidR="00F44E79" w:rsidRPr="005C0E17" w:rsidRDefault="00F44E79" w:rsidP="00FB68C9">
      <w:pPr>
        <w:tabs>
          <w:tab w:val="left" w:pos="180"/>
        </w:tabs>
        <w:autoSpaceDE w:val="0"/>
        <w:autoSpaceDN w:val="0"/>
        <w:spacing w:before="70" w:line="262" w:lineRule="auto"/>
        <w:ind w:right="144"/>
        <w:jc w:val="both"/>
        <w:rPr>
          <w:rFonts w:ascii="Times New Roman" w:hAnsi="Times New Roman" w:cs="Times New Roman"/>
        </w:rPr>
      </w:pPr>
      <w:r w:rsidRPr="005C0E17">
        <w:rPr>
          <w:rFonts w:ascii="Times New Roman" w:hAnsi="Times New Roman" w:cs="Times New Roman"/>
        </w:rPr>
        <w:tab/>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Время звучания текста/текстов для аудирования — до 1,5 минуты.</w:t>
      </w:r>
    </w:p>
    <w:p w:rsidR="00F44E79" w:rsidRPr="005C0E17" w:rsidRDefault="00F44E79" w:rsidP="00FB68C9">
      <w:pPr>
        <w:tabs>
          <w:tab w:val="left" w:pos="180"/>
        </w:tabs>
        <w:autoSpaceDE w:val="0"/>
        <w:autoSpaceDN w:val="0"/>
        <w:spacing w:before="190" w:line="281"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Смысловое чтение </w:t>
      </w:r>
      <w:r w:rsidRPr="005C0E17">
        <w:rPr>
          <w:rFonts w:ascii="Times New Roman" w:hAnsi="Times New Roman" w:cs="Times New Roman"/>
        </w:rPr>
        <w:br/>
      </w:r>
      <w:r w:rsidRPr="005C0E17">
        <w:rPr>
          <w:rFonts w:ascii="Times New Roman" w:hAnsi="Times New Roman" w:cs="Times New Roman"/>
        </w:rPr>
        <w:tab/>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5C0E17" w:rsidRDefault="00F44E79" w:rsidP="00FB68C9">
      <w:pPr>
        <w:autoSpaceDE w:val="0"/>
        <w:autoSpaceDN w:val="0"/>
        <w:spacing w:before="70"/>
        <w:ind w:right="432" w:firstLine="180"/>
        <w:jc w:val="both"/>
        <w:rPr>
          <w:rFonts w:ascii="Times New Roman" w:hAnsi="Times New Roman" w:cs="Times New Roman"/>
        </w:rPr>
      </w:pPr>
      <w:r w:rsidRPr="005C0E17">
        <w:rPr>
          <w:rFonts w:ascii="Times New Roman" w:hAnsi="Times New Roman" w:cs="Times New Roman"/>
        </w:rPr>
        <w:t xml:space="preserve">Чтение с пониманием основного содержания текста предполагает умение определять </w:t>
      </w:r>
      <w:r w:rsidRPr="005C0E17">
        <w:rPr>
          <w:rFonts w:ascii="Times New Roman" w:hAnsi="Times New Roman" w:cs="Times New Roman"/>
        </w:rPr>
        <w:br/>
        <w:t>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44E79" w:rsidRPr="005C0E17" w:rsidRDefault="00F44E79" w:rsidP="00FB68C9">
      <w:pPr>
        <w:tabs>
          <w:tab w:val="left" w:pos="180"/>
        </w:tabs>
        <w:autoSpaceDE w:val="0"/>
        <w:autoSpaceDN w:val="0"/>
        <w:spacing w:before="70" w:line="262" w:lineRule="auto"/>
        <w:ind w:right="288"/>
        <w:jc w:val="both"/>
        <w:rPr>
          <w:rFonts w:ascii="Times New Roman" w:hAnsi="Times New Roman" w:cs="Times New Roman"/>
        </w:rPr>
      </w:pPr>
      <w:r w:rsidRPr="005C0E17">
        <w:rPr>
          <w:rFonts w:ascii="Times New Roman" w:hAnsi="Times New Roman" w:cs="Times New Roman"/>
        </w:rPr>
        <w:tab/>
        <w:t>Чтение с пониманием запрашиваемой информации предполагает умения находить в прочитанном тексте и понимать запрашиваемую информацию.</w:t>
      </w:r>
    </w:p>
    <w:p w:rsidR="00F44E79" w:rsidRPr="005C0E17" w:rsidRDefault="00F44E79" w:rsidP="00FB68C9">
      <w:pPr>
        <w:autoSpaceDE w:val="0"/>
        <w:autoSpaceDN w:val="0"/>
        <w:spacing w:before="72" w:line="230" w:lineRule="auto"/>
        <w:ind w:left="180"/>
        <w:jc w:val="both"/>
        <w:rPr>
          <w:rFonts w:ascii="Times New Roman" w:hAnsi="Times New Roman" w:cs="Times New Roman"/>
        </w:rPr>
      </w:pPr>
      <w:r w:rsidRPr="005C0E17">
        <w:rPr>
          <w:rFonts w:ascii="Times New Roman" w:hAnsi="Times New Roman" w:cs="Times New Roman"/>
        </w:rPr>
        <w:t>Чтение несплошных текстов (таблиц) и понимание представленной в них информации.</w:t>
      </w:r>
    </w:p>
    <w:p w:rsidR="00F44E79" w:rsidRPr="005C0E17" w:rsidRDefault="00F44E79" w:rsidP="00FB68C9">
      <w:pPr>
        <w:autoSpaceDE w:val="0"/>
        <w:autoSpaceDN w:val="0"/>
        <w:spacing w:before="72"/>
        <w:ind w:firstLine="180"/>
        <w:jc w:val="both"/>
        <w:rPr>
          <w:rFonts w:ascii="Times New Roman" w:hAnsi="Times New Roman" w:cs="Times New Roman"/>
        </w:rPr>
      </w:pPr>
      <w:r w:rsidRPr="005C0E17">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Объём текста/текстов для чтения — 250-300 слов.</w:t>
      </w:r>
    </w:p>
    <w:p w:rsidR="00F44E79" w:rsidRPr="005C0E17" w:rsidRDefault="00F44E79" w:rsidP="00FB68C9">
      <w:pPr>
        <w:tabs>
          <w:tab w:val="left" w:pos="180"/>
        </w:tabs>
        <w:autoSpaceDE w:val="0"/>
        <w:autoSpaceDN w:val="0"/>
        <w:spacing w:before="190" w:line="286"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Письменная речь </w:t>
      </w:r>
      <w:r w:rsidRPr="005C0E17">
        <w:rPr>
          <w:rFonts w:ascii="Times New Roman" w:hAnsi="Times New Roman" w:cs="Times New Roman"/>
        </w:rPr>
        <w:br/>
      </w:r>
      <w:r w:rsidRPr="005C0E17">
        <w:rPr>
          <w:rFonts w:ascii="Times New Roman" w:hAnsi="Times New Roman" w:cs="Times New Roman"/>
        </w:rPr>
        <w:tab/>
        <w:t xml:space="preserve">Развитие умений письменной речи: </w:t>
      </w:r>
      <w:r w:rsidRPr="005C0E17">
        <w:rPr>
          <w:rFonts w:ascii="Times New Roman" w:hAnsi="Times New Roman" w:cs="Times New Roman"/>
        </w:rPr>
        <w:br/>
      </w:r>
      <w:r w:rsidRPr="005C0E17">
        <w:rPr>
          <w:rFonts w:ascii="Times New Roman" w:hAnsi="Times New Roman" w:cs="Times New Roman"/>
        </w:rPr>
        <w:tab/>
        <w:t xml:space="preserve">списывание текста и выписывание из него слов, словосочетаний, предложений в соответствии с решаемой коммуникативной задачей; </w:t>
      </w:r>
      <w:r w:rsidRPr="005C0E17">
        <w:rPr>
          <w:rFonts w:ascii="Times New Roman" w:hAnsi="Times New Roman" w:cs="Times New Roman"/>
        </w:rPr>
        <w:br/>
      </w:r>
      <w:r w:rsidRPr="005C0E17">
        <w:rPr>
          <w:rFonts w:ascii="Times New Roman" w:hAnsi="Times New Roman" w:cs="Times New Roman"/>
        </w:rPr>
        <w:tab/>
        <w:t xml:space="preserve">заполнение анкет и формуляров: сообщение о себе основных сведений в соответствии с нормами, принятыми в англоговорящих странах; </w:t>
      </w:r>
      <w:r w:rsidRPr="005C0E17">
        <w:rPr>
          <w:rFonts w:ascii="Times New Roman" w:hAnsi="Times New Roman" w:cs="Times New Roman"/>
        </w:rPr>
        <w:br/>
      </w:r>
      <w:r w:rsidRPr="005C0E17">
        <w:rPr>
          <w:rFonts w:ascii="Times New Roman" w:hAnsi="Times New Roman" w:cs="Times New Roman"/>
        </w:rPr>
        <w:tab/>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w:t>
      </w:r>
    </w:p>
    <w:p w:rsidR="00F44E79" w:rsidRPr="005C0E17" w:rsidRDefault="00F44E79" w:rsidP="00FB68C9">
      <w:pPr>
        <w:jc w:val="both"/>
        <w:rPr>
          <w:rFonts w:ascii="Times New Roman" w:hAnsi="Times New Roman" w:cs="Times New Roman"/>
        </w:rPr>
        <w:sectPr w:rsidR="00F44E79" w:rsidRPr="005C0E17">
          <w:pgSz w:w="11900" w:h="16840"/>
          <w:pgMar w:top="286" w:right="682" w:bottom="428" w:left="666" w:header="720" w:footer="720" w:gutter="0"/>
          <w:cols w:space="720" w:equalWidth="0">
            <w:col w:w="10552"/>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71" w:lineRule="auto"/>
        <w:ind w:right="144"/>
        <w:jc w:val="both"/>
        <w:rPr>
          <w:rFonts w:ascii="Times New Roman" w:hAnsi="Times New Roman" w:cs="Times New Roman"/>
        </w:rPr>
      </w:pPr>
      <w:r w:rsidRPr="005C0E17">
        <w:rPr>
          <w:rFonts w:ascii="Times New Roman" w:hAnsi="Times New Roman" w:cs="Times New Roman"/>
        </w:rPr>
        <w:t xml:space="preserve">общения, принятыми в стране/странах изучаемого языка. Объём письма — до 70 слов; </w:t>
      </w:r>
      <w:r w:rsidRPr="005C0E17">
        <w:rPr>
          <w:rFonts w:ascii="Times New Roman" w:hAnsi="Times New Roman" w:cs="Times New Roman"/>
        </w:rPr>
        <w:br/>
      </w:r>
      <w:r w:rsidRPr="005C0E17">
        <w:rPr>
          <w:rFonts w:ascii="Times New Roman" w:hAnsi="Times New Roman" w:cs="Times New Roman"/>
        </w:rPr>
        <w:tab/>
        <w:t>создание небольшого письменного высказывания с опорой на образец, план, иллюстрацию. Объём письменного высказывания — до 70 слов.</w:t>
      </w:r>
    </w:p>
    <w:p w:rsidR="00F44E79" w:rsidRPr="005C0E17" w:rsidRDefault="00F44E79" w:rsidP="00FB68C9">
      <w:pPr>
        <w:tabs>
          <w:tab w:val="left" w:pos="180"/>
        </w:tabs>
        <w:autoSpaceDE w:val="0"/>
        <w:autoSpaceDN w:val="0"/>
        <w:spacing w:before="190" w:line="281"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ЯЗЫКОВЫЕ ЗНАНИЯ И УМЕНИЯ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Фонетическая сторона речи </w:t>
      </w:r>
      <w:r w:rsidRPr="005C0E17">
        <w:rPr>
          <w:rFonts w:ascii="Times New Roman" w:hAnsi="Times New Roman" w:cs="Times New Roman"/>
        </w:rPr>
        <w:br/>
      </w:r>
      <w:r w:rsidRPr="005C0E17">
        <w:rPr>
          <w:rFonts w:ascii="Times New Roman" w:hAnsi="Times New Roman" w:cs="Times New Roman"/>
        </w:rPr>
        <w:tab/>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5C0E17" w:rsidRDefault="00F44E79" w:rsidP="00FB68C9">
      <w:pPr>
        <w:autoSpaceDE w:val="0"/>
        <w:autoSpaceDN w:val="0"/>
        <w:spacing w:before="72" w:line="271" w:lineRule="auto"/>
        <w:ind w:right="864" w:firstLine="180"/>
        <w:jc w:val="both"/>
        <w:rPr>
          <w:rFonts w:ascii="Times New Roman" w:hAnsi="Times New Roman" w:cs="Times New Roman"/>
        </w:rPr>
      </w:pPr>
      <w:r w:rsidRPr="005C0E17">
        <w:rPr>
          <w:rFonts w:ascii="Times New Roman" w:hAnsi="Times New Roman" w:cs="Times New Roman"/>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w:t>
      </w:r>
      <w:r w:rsidRPr="005C0E17">
        <w:rPr>
          <w:rFonts w:ascii="Times New Roman" w:hAnsi="Times New Roman" w:cs="Times New Roman"/>
        </w:rPr>
        <w:br/>
        <w:t>демонстрирующее понимание текста.</w:t>
      </w:r>
    </w:p>
    <w:p w:rsidR="00F44E79" w:rsidRPr="005C0E17" w:rsidRDefault="00F44E79" w:rsidP="00FB68C9">
      <w:pPr>
        <w:tabs>
          <w:tab w:val="left" w:pos="180"/>
        </w:tabs>
        <w:autoSpaceDE w:val="0"/>
        <w:autoSpaceDN w:val="0"/>
        <w:spacing w:before="70" w:line="262" w:lineRule="auto"/>
        <w:ind w:right="576"/>
        <w:jc w:val="both"/>
        <w:rPr>
          <w:rFonts w:ascii="Times New Roman" w:hAnsi="Times New Roman" w:cs="Times New Roman"/>
        </w:rPr>
      </w:pPr>
      <w:r w:rsidRPr="005C0E17">
        <w:rPr>
          <w:rFonts w:ascii="Times New Roman" w:hAnsi="Times New Roman" w:cs="Times New Roman"/>
        </w:rPr>
        <w:tab/>
        <w:t>Тексты для чтения вслух: сообщение информационного характера, отрывок из статьи научно-популярного характера, рассказ, диалог (беседа).</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Объём текста для чтения вслух — до 95 слов.</w:t>
      </w:r>
    </w:p>
    <w:p w:rsidR="00F44E79" w:rsidRPr="005C0E17" w:rsidRDefault="00F44E79" w:rsidP="00FB68C9">
      <w:pPr>
        <w:autoSpaceDE w:val="0"/>
        <w:autoSpaceDN w:val="0"/>
        <w:spacing w:before="190" w:line="262" w:lineRule="auto"/>
        <w:ind w:left="180" w:right="6192"/>
        <w:jc w:val="both"/>
        <w:rPr>
          <w:rFonts w:ascii="Times New Roman" w:hAnsi="Times New Roman" w:cs="Times New Roman"/>
        </w:rPr>
      </w:pPr>
      <w:r w:rsidRPr="005C0E17">
        <w:rPr>
          <w:rFonts w:ascii="Times New Roman" w:hAnsi="Times New Roman" w:cs="Times New Roman"/>
          <w:b/>
        </w:rPr>
        <w:t xml:space="preserve">Графика, орфография и пунктуация </w:t>
      </w:r>
      <w:r w:rsidRPr="005C0E17">
        <w:rPr>
          <w:rFonts w:ascii="Times New Roman" w:hAnsi="Times New Roman" w:cs="Times New Roman"/>
        </w:rPr>
        <w:br/>
        <w:t>Правильное написание изученных слов.</w:t>
      </w:r>
    </w:p>
    <w:p w:rsidR="00F44E79" w:rsidRPr="005C0E17" w:rsidRDefault="00F44E79" w:rsidP="00FB68C9">
      <w:pPr>
        <w:tabs>
          <w:tab w:val="left" w:pos="180"/>
        </w:tabs>
        <w:autoSpaceDE w:val="0"/>
        <w:autoSpaceDN w:val="0"/>
        <w:spacing w:before="70" w:line="262" w:lineRule="auto"/>
        <w:jc w:val="both"/>
        <w:rPr>
          <w:rFonts w:ascii="Times New Roman" w:hAnsi="Times New Roman" w:cs="Times New Roman"/>
        </w:rPr>
      </w:pPr>
      <w:r w:rsidRPr="005C0E17">
        <w:rPr>
          <w:rFonts w:ascii="Times New Roman" w:hAnsi="Times New Roman" w:cs="Times New Roman"/>
        </w:rPr>
        <w:tab/>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44E79" w:rsidRPr="005C0E17" w:rsidRDefault="00F44E79" w:rsidP="00FB68C9">
      <w:pPr>
        <w:tabs>
          <w:tab w:val="left" w:pos="180"/>
        </w:tabs>
        <w:autoSpaceDE w:val="0"/>
        <w:autoSpaceDN w:val="0"/>
        <w:spacing w:before="70" w:line="262" w:lineRule="auto"/>
        <w:ind w:right="1008"/>
        <w:jc w:val="both"/>
        <w:rPr>
          <w:rFonts w:ascii="Times New Roman" w:hAnsi="Times New Roman" w:cs="Times New Roman"/>
        </w:rPr>
      </w:pPr>
      <w:r w:rsidRPr="005C0E17">
        <w:rPr>
          <w:rFonts w:ascii="Times New Roman" w:hAnsi="Times New Roman" w:cs="Times New Roman"/>
        </w:rPr>
        <w:tab/>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5C0E17" w:rsidRDefault="00F44E79" w:rsidP="00FB68C9">
      <w:pPr>
        <w:tabs>
          <w:tab w:val="left" w:pos="180"/>
        </w:tabs>
        <w:autoSpaceDE w:val="0"/>
        <w:autoSpaceDN w:val="0"/>
        <w:spacing w:before="190" w:line="281"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Лексическая сторона речи </w:t>
      </w:r>
      <w:r w:rsidRPr="005C0E17">
        <w:rPr>
          <w:rFonts w:ascii="Times New Roman" w:hAnsi="Times New Roman" w:cs="Times New Roman"/>
        </w:rPr>
        <w:br/>
      </w:r>
      <w:r w:rsidRPr="005C0E17">
        <w:rPr>
          <w:rFonts w:ascii="Times New Roman" w:hAnsi="Times New Roman" w:cs="Times New Roman"/>
        </w:rPr>
        <w:tab/>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44E79" w:rsidRPr="005C0E17" w:rsidRDefault="00F44E79" w:rsidP="00FB68C9">
      <w:pPr>
        <w:tabs>
          <w:tab w:val="left" w:pos="180"/>
        </w:tabs>
        <w:autoSpaceDE w:val="0"/>
        <w:autoSpaceDN w:val="0"/>
        <w:spacing w:before="70" w:line="262" w:lineRule="auto"/>
        <w:ind w:right="720"/>
        <w:jc w:val="both"/>
        <w:rPr>
          <w:rFonts w:ascii="Times New Roman" w:hAnsi="Times New Roman" w:cs="Times New Roman"/>
        </w:rPr>
      </w:pPr>
      <w:r w:rsidRPr="005C0E17">
        <w:rPr>
          <w:rFonts w:ascii="Times New Roman" w:hAnsi="Times New Roman" w:cs="Times New Roman"/>
        </w:rPr>
        <w:tab/>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44E79" w:rsidRPr="005C0E17" w:rsidRDefault="00F44E79" w:rsidP="00FB68C9">
      <w:pPr>
        <w:autoSpaceDE w:val="0"/>
        <w:autoSpaceDN w:val="0"/>
        <w:spacing w:before="70" w:line="271" w:lineRule="auto"/>
        <w:ind w:firstLine="180"/>
        <w:jc w:val="both"/>
        <w:rPr>
          <w:rFonts w:ascii="Times New Roman" w:hAnsi="Times New Roman" w:cs="Times New Roman"/>
        </w:rPr>
      </w:pPr>
      <w:r w:rsidRPr="005C0E17">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44E79" w:rsidRPr="005C0E17" w:rsidRDefault="00F44E79" w:rsidP="00FB68C9">
      <w:pPr>
        <w:tabs>
          <w:tab w:val="left" w:pos="180"/>
        </w:tabs>
        <w:autoSpaceDE w:val="0"/>
        <w:autoSpaceDN w:val="0"/>
        <w:spacing w:before="72" w:line="281" w:lineRule="auto"/>
        <w:ind w:right="864"/>
        <w:jc w:val="both"/>
        <w:rPr>
          <w:rFonts w:ascii="Times New Roman" w:hAnsi="Times New Roman" w:cs="Times New Roman"/>
        </w:rPr>
      </w:pPr>
      <w:r w:rsidRPr="005C0E17">
        <w:rPr>
          <w:rFonts w:ascii="Times New Roman" w:hAnsi="Times New Roman" w:cs="Times New Roman"/>
        </w:rPr>
        <w:tab/>
        <w:t xml:space="preserve">Основные способы словообразования: </w:t>
      </w:r>
      <w:r w:rsidRPr="005C0E17">
        <w:rPr>
          <w:rFonts w:ascii="Times New Roman" w:hAnsi="Times New Roman" w:cs="Times New Roman"/>
        </w:rPr>
        <w:br/>
      </w:r>
      <w:r w:rsidRPr="005C0E17">
        <w:rPr>
          <w:rFonts w:ascii="Times New Roman" w:hAnsi="Times New Roman" w:cs="Times New Roman"/>
        </w:rPr>
        <w:tab/>
        <w:t xml:space="preserve">аффиксация: </w:t>
      </w:r>
      <w:r w:rsidRPr="005C0E17">
        <w:rPr>
          <w:rFonts w:ascii="Times New Roman" w:hAnsi="Times New Roman" w:cs="Times New Roman"/>
        </w:rPr>
        <w:br/>
      </w:r>
      <w:r w:rsidRPr="005C0E17">
        <w:rPr>
          <w:rFonts w:ascii="Times New Roman" w:hAnsi="Times New Roman" w:cs="Times New Roman"/>
        </w:rPr>
        <w:tab/>
        <w:t xml:space="preserve">образование имён существительных при помощи суффикса -ing (reading); </w:t>
      </w:r>
      <w:r w:rsidRPr="005C0E17">
        <w:rPr>
          <w:rFonts w:ascii="Times New Roman" w:hAnsi="Times New Roman" w:cs="Times New Roman"/>
        </w:rPr>
        <w:br/>
      </w:r>
      <w:r w:rsidRPr="005C0E17">
        <w:rPr>
          <w:rFonts w:ascii="Times New Roman" w:hAnsi="Times New Roman" w:cs="Times New Roman"/>
        </w:rPr>
        <w:tab/>
        <w:t>образование имён  прилагательных при помощи суффиксов -al (typical), -ing (amazing), -less (useless), -ive (impressive).</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Синонимы. Антонимы. Интернациональные слова.</w:t>
      </w:r>
    </w:p>
    <w:p w:rsidR="00F44E79" w:rsidRPr="005C0E17" w:rsidRDefault="00F44E79" w:rsidP="00FB68C9">
      <w:pPr>
        <w:tabs>
          <w:tab w:val="left" w:pos="180"/>
        </w:tabs>
        <w:autoSpaceDE w:val="0"/>
        <w:autoSpaceDN w:val="0"/>
        <w:spacing w:before="190" w:line="271" w:lineRule="auto"/>
        <w:ind w:right="720"/>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Грамматическая сторона речи </w:t>
      </w:r>
      <w:r w:rsidRPr="005C0E17">
        <w:rPr>
          <w:rFonts w:ascii="Times New Roman" w:hAnsi="Times New Roman" w:cs="Times New Roman"/>
        </w:rPr>
        <w:br/>
      </w:r>
      <w:r w:rsidRPr="005C0E17">
        <w:rPr>
          <w:rFonts w:ascii="Times New Roman" w:hAnsi="Times New Roman" w:cs="Times New Roman"/>
        </w:rPr>
        <w:tab/>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44E79" w:rsidRPr="005C0E17" w:rsidRDefault="00F44E79" w:rsidP="00FB68C9">
      <w:pPr>
        <w:tabs>
          <w:tab w:val="left" w:pos="180"/>
        </w:tabs>
        <w:autoSpaceDE w:val="0"/>
        <w:autoSpaceDN w:val="0"/>
        <w:spacing w:before="70" w:line="262" w:lineRule="auto"/>
        <w:ind w:right="144"/>
        <w:jc w:val="both"/>
        <w:rPr>
          <w:rFonts w:ascii="Times New Roman" w:hAnsi="Times New Roman" w:cs="Times New Roman"/>
        </w:rPr>
      </w:pPr>
      <w:r w:rsidRPr="005C0E17">
        <w:rPr>
          <w:rFonts w:ascii="Times New Roman" w:hAnsi="Times New Roman" w:cs="Times New Roman"/>
        </w:rPr>
        <w:tab/>
        <w:t>Сложноподчинённые предложения с придаточными определительными с союзными словами who, which, that.</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Сложноподчинённые предложения с придаточными времени с союзами for, since.</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Предложения с конструкциями as … as, not so … as.</w:t>
      </w:r>
    </w:p>
    <w:p w:rsidR="00F44E79" w:rsidRPr="005C0E17" w:rsidRDefault="00F44E79" w:rsidP="00621CC4">
      <w:pPr>
        <w:autoSpaceDE w:val="0"/>
        <w:autoSpaceDN w:val="0"/>
        <w:spacing w:before="70" w:line="230" w:lineRule="auto"/>
        <w:ind w:left="180"/>
        <w:jc w:val="both"/>
        <w:rPr>
          <w:rFonts w:ascii="Times New Roman" w:hAnsi="Times New Roman" w:cs="Times New Roman"/>
        </w:rPr>
        <w:sectPr w:rsidR="00F44E79" w:rsidRPr="005C0E17">
          <w:pgSz w:w="11900" w:h="16840"/>
          <w:pgMar w:top="286" w:right="724" w:bottom="368" w:left="666" w:header="720" w:footer="720" w:gutter="0"/>
          <w:cols w:space="720" w:equalWidth="0">
            <w:col w:w="10510"/>
          </w:cols>
          <w:docGrid w:linePitch="360"/>
        </w:sectPr>
      </w:pPr>
      <w:r w:rsidRPr="005C0E17">
        <w:rPr>
          <w:rFonts w:ascii="Times New Roman" w:hAnsi="Times New Roman" w:cs="Times New Roman"/>
        </w:rPr>
        <w:t>Все типы вопросительных предложений (общий, специальный,</w:t>
      </w:r>
      <w:r>
        <w:rPr>
          <w:rFonts w:ascii="Times New Roman" w:hAnsi="Times New Roman" w:cs="Times New Roman"/>
        </w:rPr>
        <w:t xml:space="preserve"> альтернативный, разделительный</w:t>
      </w: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FB68C9" w:rsidRDefault="00F44E79" w:rsidP="00FB68C9">
      <w:pPr>
        <w:autoSpaceDE w:val="0"/>
        <w:autoSpaceDN w:val="0"/>
        <w:spacing w:line="230" w:lineRule="auto"/>
        <w:jc w:val="both"/>
        <w:rPr>
          <w:rFonts w:ascii="Times New Roman" w:hAnsi="Times New Roman" w:cs="Times New Roman"/>
          <w:lang w:val="en-US"/>
        </w:rPr>
      </w:pPr>
      <w:r w:rsidRPr="005C0E17">
        <w:rPr>
          <w:rFonts w:ascii="Times New Roman" w:hAnsi="Times New Roman" w:cs="Times New Roman"/>
        </w:rPr>
        <w:t>вопросы</w:t>
      </w:r>
      <w:r w:rsidRPr="00FB68C9">
        <w:rPr>
          <w:rFonts w:ascii="Times New Roman" w:hAnsi="Times New Roman" w:cs="Times New Roman"/>
          <w:lang w:val="en-US"/>
        </w:rPr>
        <w:t xml:space="preserve">) </w:t>
      </w:r>
      <w:r w:rsidRPr="005C0E17">
        <w:rPr>
          <w:rFonts w:ascii="Times New Roman" w:hAnsi="Times New Roman" w:cs="Times New Roman"/>
        </w:rPr>
        <w:t>в</w:t>
      </w:r>
      <w:r w:rsidRPr="00FB68C9">
        <w:rPr>
          <w:rFonts w:ascii="Times New Roman" w:hAnsi="Times New Roman" w:cs="Times New Roman"/>
          <w:lang w:val="en-US"/>
        </w:rPr>
        <w:t xml:space="preserve"> Present/Past Continuous Tense.</w:t>
      </w:r>
    </w:p>
    <w:p w:rsidR="00F44E79" w:rsidRPr="005C0E17" w:rsidRDefault="00F44E79" w:rsidP="00FB68C9">
      <w:pPr>
        <w:tabs>
          <w:tab w:val="left" w:pos="180"/>
        </w:tabs>
        <w:autoSpaceDE w:val="0"/>
        <w:autoSpaceDN w:val="0"/>
        <w:spacing w:before="70" w:line="262" w:lineRule="auto"/>
        <w:ind w:right="1008"/>
        <w:jc w:val="both"/>
        <w:rPr>
          <w:rFonts w:ascii="Times New Roman" w:hAnsi="Times New Roman" w:cs="Times New Roman"/>
        </w:rPr>
      </w:pPr>
      <w:r w:rsidRPr="00FB68C9">
        <w:rPr>
          <w:rFonts w:ascii="Times New Roman" w:hAnsi="Times New Roman" w:cs="Times New Roman"/>
          <w:lang w:val="en-US"/>
        </w:rPr>
        <w:tab/>
      </w:r>
      <w:r w:rsidRPr="005C0E17">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F44E79" w:rsidRPr="00FB68C9" w:rsidRDefault="00F44E79" w:rsidP="00FB68C9">
      <w:pPr>
        <w:autoSpaceDE w:val="0"/>
        <w:autoSpaceDN w:val="0"/>
        <w:spacing w:before="70" w:line="262" w:lineRule="auto"/>
        <w:ind w:left="180" w:right="1440"/>
        <w:jc w:val="both"/>
        <w:rPr>
          <w:rFonts w:ascii="Times New Roman" w:hAnsi="Times New Roman" w:cs="Times New Roman"/>
          <w:lang w:val="en-US"/>
        </w:rPr>
      </w:pPr>
      <w:r w:rsidRPr="005C0E17">
        <w:rPr>
          <w:rFonts w:ascii="Times New Roman" w:hAnsi="Times New Roman" w:cs="Times New Roman"/>
        </w:rPr>
        <w:t>Модальные</w:t>
      </w:r>
      <w:r w:rsidRPr="00FB68C9">
        <w:rPr>
          <w:rFonts w:ascii="Times New Roman" w:hAnsi="Times New Roman" w:cs="Times New Roman"/>
          <w:lang w:val="en-US"/>
        </w:rPr>
        <w:t xml:space="preserve"> </w:t>
      </w:r>
      <w:r w:rsidRPr="005C0E17">
        <w:rPr>
          <w:rFonts w:ascii="Times New Roman" w:hAnsi="Times New Roman" w:cs="Times New Roman"/>
        </w:rPr>
        <w:t>глаголы</w:t>
      </w:r>
      <w:r w:rsidRPr="00FB68C9">
        <w:rPr>
          <w:rFonts w:ascii="Times New Roman" w:hAnsi="Times New Roman" w:cs="Times New Roman"/>
          <w:lang w:val="en-US"/>
        </w:rPr>
        <w:t xml:space="preserve"> </w:t>
      </w:r>
      <w:r w:rsidRPr="005C0E17">
        <w:rPr>
          <w:rFonts w:ascii="Times New Roman" w:hAnsi="Times New Roman" w:cs="Times New Roman"/>
        </w:rPr>
        <w:t>и</w:t>
      </w:r>
      <w:r w:rsidRPr="00FB68C9">
        <w:rPr>
          <w:rFonts w:ascii="Times New Roman" w:hAnsi="Times New Roman" w:cs="Times New Roman"/>
          <w:lang w:val="en-US"/>
        </w:rPr>
        <w:t xml:space="preserve"> </w:t>
      </w:r>
      <w:r w:rsidRPr="005C0E17">
        <w:rPr>
          <w:rFonts w:ascii="Times New Roman" w:hAnsi="Times New Roman" w:cs="Times New Roman"/>
        </w:rPr>
        <w:t>их</w:t>
      </w:r>
      <w:r w:rsidRPr="00FB68C9">
        <w:rPr>
          <w:rFonts w:ascii="Times New Roman" w:hAnsi="Times New Roman" w:cs="Times New Roman"/>
          <w:lang w:val="en-US"/>
        </w:rPr>
        <w:t xml:space="preserve"> </w:t>
      </w:r>
      <w:r w:rsidRPr="005C0E17">
        <w:rPr>
          <w:rFonts w:ascii="Times New Roman" w:hAnsi="Times New Roman" w:cs="Times New Roman"/>
        </w:rPr>
        <w:t>эквиваленты</w:t>
      </w:r>
      <w:r w:rsidRPr="00FB68C9">
        <w:rPr>
          <w:rFonts w:ascii="Times New Roman" w:hAnsi="Times New Roman" w:cs="Times New Roman"/>
          <w:lang w:val="en-US"/>
        </w:rPr>
        <w:t xml:space="preserve"> (can/be able to, must/ have to, may, should, need). </w:t>
      </w:r>
      <w:r w:rsidRPr="005C0E17">
        <w:rPr>
          <w:rFonts w:ascii="Times New Roman" w:hAnsi="Times New Roman" w:cs="Times New Roman"/>
        </w:rPr>
        <w:t>Слова</w:t>
      </w:r>
      <w:r w:rsidRPr="00FB68C9">
        <w:rPr>
          <w:rFonts w:ascii="Times New Roman" w:hAnsi="Times New Roman" w:cs="Times New Roman"/>
          <w:lang w:val="en-US"/>
        </w:rPr>
        <w:t xml:space="preserve">, </w:t>
      </w:r>
      <w:r w:rsidRPr="005C0E17">
        <w:rPr>
          <w:rFonts w:ascii="Times New Roman" w:hAnsi="Times New Roman" w:cs="Times New Roman"/>
        </w:rPr>
        <w:t>выражающие</w:t>
      </w:r>
      <w:r w:rsidRPr="00FB68C9">
        <w:rPr>
          <w:rFonts w:ascii="Times New Roman" w:hAnsi="Times New Roman" w:cs="Times New Roman"/>
          <w:lang w:val="en-US"/>
        </w:rPr>
        <w:t xml:space="preserve"> </w:t>
      </w:r>
      <w:r w:rsidRPr="005C0E17">
        <w:rPr>
          <w:rFonts w:ascii="Times New Roman" w:hAnsi="Times New Roman" w:cs="Times New Roman"/>
        </w:rPr>
        <w:t>количество</w:t>
      </w:r>
      <w:r w:rsidRPr="00FB68C9">
        <w:rPr>
          <w:rFonts w:ascii="Times New Roman" w:hAnsi="Times New Roman" w:cs="Times New Roman"/>
          <w:lang w:val="en-US"/>
        </w:rPr>
        <w:t xml:space="preserve"> (little/a little, few/a few).</w:t>
      </w:r>
    </w:p>
    <w:p w:rsidR="00F44E79" w:rsidRPr="00FB68C9" w:rsidRDefault="00F44E79" w:rsidP="00FB68C9">
      <w:pPr>
        <w:autoSpaceDE w:val="0"/>
        <w:autoSpaceDN w:val="0"/>
        <w:spacing w:before="70" w:line="271" w:lineRule="auto"/>
        <w:ind w:right="576" w:firstLine="180"/>
        <w:jc w:val="both"/>
        <w:rPr>
          <w:rFonts w:ascii="Times New Roman" w:hAnsi="Times New Roman" w:cs="Times New Roman"/>
          <w:lang w:val="en-US"/>
        </w:rPr>
      </w:pPr>
      <w:r w:rsidRPr="005C0E17">
        <w:rPr>
          <w:rFonts w:ascii="Times New Roman" w:hAnsi="Times New Roman" w:cs="Times New Roman"/>
        </w:rPr>
        <w:t>Возвратные</w:t>
      </w:r>
      <w:r w:rsidRPr="00FB68C9">
        <w:rPr>
          <w:rFonts w:ascii="Times New Roman" w:hAnsi="Times New Roman" w:cs="Times New Roman"/>
          <w:lang w:val="en-US"/>
        </w:rPr>
        <w:t xml:space="preserve">, </w:t>
      </w:r>
      <w:r w:rsidRPr="005C0E17">
        <w:rPr>
          <w:rFonts w:ascii="Times New Roman" w:hAnsi="Times New Roman" w:cs="Times New Roman"/>
        </w:rPr>
        <w:t>неопределённые</w:t>
      </w:r>
      <w:r w:rsidRPr="00FB68C9">
        <w:rPr>
          <w:rFonts w:ascii="Times New Roman" w:hAnsi="Times New Roman" w:cs="Times New Roman"/>
          <w:lang w:val="en-US"/>
        </w:rPr>
        <w:t xml:space="preserve"> </w:t>
      </w:r>
      <w:r w:rsidRPr="005C0E17">
        <w:rPr>
          <w:rFonts w:ascii="Times New Roman" w:hAnsi="Times New Roman" w:cs="Times New Roman"/>
        </w:rPr>
        <w:t>местоимения</w:t>
      </w:r>
      <w:r w:rsidRPr="00FB68C9">
        <w:rPr>
          <w:rFonts w:ascii="Times New Roman" w:hAnsi="Times New Roman" w:cs="Times New Roman"/>
          <w:lang w:val="en-US"/>
        </w:rPr>
        <w:t xml:space="preserve"> (some, any) </w:t>
      </w:r>
      <w:r w:rsidRPr="005C0E17">
        <w:rPr>
          <w:rFonts w:ascii="Times New Roman" w:hAnsi="Times New Roman" w:cs="Times New Roman"/>
        </w:rPr>
        <w:t>и</w:t>
      </w:r>
      <w:r w:rsidRPr="00FB68C9">
        <w:rPr>
          <w:rFonts w:ascii="Times New Roman" w:hAnsi="Times New Roman" w:cs="Times New Roman"/>
          <w:lang w:val="en-US"/>
        </w:rPr>
        <w:t xml:space="preserve"> </w:t>
      </w:r>
      <w:r w:rsidRPr="005C0E17">
        <w:rPr>
          <w:rFonts w:ascii="Times New Roman" w:hAnsi="Times New Roman" w:cs="Times New Roman"/>
        </w:rPr>
        <w:t>их</w:t>
      </w:r>
      <w:r w:rsidRPr="00FB68C9">
        <w:rPr>
          <w:rFonts w:ascii="Times New Roman" w:hAnsi="Times New Roman" w:cs="Times New Roman"/>
          <w:lang w:val="en-US"/>
        </w:rPr>
        <w:t xml:space="preserve"> </w:t>
      </w:r>
      <w:r w:rsidRPr="005C0E17">
        <w:rPr>
          <w:rFonts w:ascii="Times New Roman" w:hAnsi="Times New Roman" w:cs="Times New Roman"/>
        </w:rPr>
        <w:t>производные</w:t>
      </w:r>
      <w:r w:rsidRPr="00FB68C9">
        <w:rPr>
          <w:rFonts w:ascii="Times New Roman" w:hAnsi="Times New Roman" w:cs="Times New Roman"/>
          <w:lang w:val="en-US"/>
        </w:rPr>
        <w:t xml:space="preserve"> (somebody, anybody; something, anything, etc.) every </w:t>
      </w:r>
      <w:r w:rsidRPr="005C0E17">
        <w:rPr>
          <w:rFonts w:ascii="Times New Roman" w:hAnsi="Times New Roman" w:cs="Times New Roman"/>
        </w:rPr>
        <w:t>и</w:t>
      </w:r>
      <w:r w:rsidRPr="00FB68C9">
        <w:rPr>
          <w:rFonts w:ascii="Times New Roman" w:hAnsi="Times New Roman" w:cs="Times New Roman"/>
          <w:lang w:val="en-US"/>
        </w:rPr>
        <w:t xml:space="preserve"> </w:t>
      </w:r>
      <w:r w:rsidRPr="005C0E17">
        <w:rPr>
          <w:rFonts w:ascii="Times New Roman" w:hAnsi="Times New Roman" w:cs="Times New Roman"/>
        </w:rPr>
        <w:t>производные</w:t>
      </w:r>
      <w:r w:rsidRPr="00FB68C9">
        <w:rPr>
          <w:rFonts w:ascii="Times New Roman" w:hAnsi="Times New Roman" w:cs="Times New Roman"/>
          <w:lang w:val="en-US"/>
        </w:rPr>
        <w:t xml:space="preserve"> (everybody, everything, etc.) </w:t>
      </w:r>
      <w:r w:rsidRPr="005C0E17">
        <w:rPr>
          <w:rFonts w:ascii="Times New Roman" w:hAnsi="Times New Roman" w:cs="Times New Roman"/>
        </w:rPr>
        <w:t>в</w:t>
      </w:r>
      <w:r w:rsidRPr="00FB68C9">
        <w:rPr>
          <w:rFonts w:ascii="Times New Roman" w:hAnsi="Times New Roman" w:cs="Times New Roman"/>
          <w:lang w:val="en-US"/>
        </w:rPr>
        <w:t xml:space="preserve"> </w:t>
      </w:r>
      <w:r w:rsidRPr="005C0E17">
        <w:rPr>
          <w:rFonts w:ascii="Times New Roman" w:hAnsi="Times New Roman" w:cs="Times New Roman"/>
        </w:rPr>
        <w:t>повествовательных</w:t>
      </w:r>
      <w:r w:rsidRPr="00FB68C9">
        <w:rPr>
          <w:rFonts w:ascii="Times New Roman" w:hAnsi="Times New Roman" w:cs="Times New Roman"/>
          <w:lang w:val="en-US"/>
        </w:rPr>
        <w:t xml:space="preserve"> (</w:t>
      </w:r>
      <w:r w:rsidRPr="005C0E17">
        <w:rPr>
          <w:rFonts w:ascii="Times New Roman" w:hAnsi="Times New Roman" w:cs="Times New Roman"/>
        </w:rPr>
        <w:t>утвердительных</w:t>
      </w:r>
      <w:r w:rsidRPr="00FB68C9">
        <w:rPr>
          <w:rFonts w:ascii="Times New Roman" w:hAnsi="Times New Roman" w:cs="Times New Roman"/>
          <w:lang w:val="en-US"/>
        </w:rPr>
        <w:t xml:space="preserve"> </w:t>
      </w:r>
      <w:r w:rsidRPr="005C0E17">
        <w:rPr>
          <w:rFonts w:ascii="Times New Roman" w:hAnsi="Times New Roman" w:cs="Times New Roman"/>
        </w:rPr>
        <w:t>и</w:t>
      </w:r>
      <w:r w:rsidRPr="00FB68C9">
        <w:rPr>
          <w:rFonts w:ascii="Times New Roman" w:hAnsi="Times New Roman" w:cs="Times New Roman"/>
          <w:lang w:val="en-US"/>
        </w:rPr>
        <w:t xml:space="preserve"> </w:t>
      </w:r>
      <w:r w:rsidRPr="005C0E17">
        <w:rPr>
          <w:rFonts w:ascii="Times New Roman" w:hAnsi="Times New Roman" w:cs="Times New Roman"/>
        </w:rPr>
        <w:t>отрицательных</w:t>
      </w:r>
      <w:r w:rsidRPr="00FB68C9">
        <w:rPr>
          <w:rFonts w:ascii="Times New Roman" w:hAnsi="Times New Roman" w:cs="Times New Roman"/>
          <w:lang w:val="en-US"/>
        </w:rPr>
        <w:t xml:space="preserve">) </w:t>
      </w:r>
      <w:r w:rsidRPr="005C0E17">
        <w:rPr>
          <w:rFonts w:ascii="Times New Roman" w:hAnsi="Times New Roman" w:cs="Times New Roman"/>
        </w:rPr>
        <w:t>и</w:t>
      </w:r>
      <w:r w:rsidRPr="00FB68C9">
        <w:rPr>
          <w:rFonts w:ascii="Times New Roman" w:hAnsi="Times New Roman" w:cs="Times New Roman"/>
          <w:lang w:val="en-US"/>
        </w:rPr>
        <w:t xml:space="preserve"> </w:t>
      </w:r>
      <w:r w:rsidRPr="005C0E17">
        <w:rPr>
          <w:rFonts w:ascii="Times New Roman" w:hAnsi="Times New Roman" w:cs="Times New Roman"/>
        </w:rPr>
        <w:t>вопросительных</w:t>
      </w:r>
      <w:r w:rsidRPr="00FB68C9">
        <w:rPr>
          <w:rFonts w:ascii="Times New Roman" w:hAnsi="Times New Roman" w:cs="Times New Roman"/>
          <w:lang w:val="en-US"/>
        </w:rPr>
        <w:t xml:space="preserve"> </w:t>
      </w:r>
      <w:r w:rsidRPr="005C0E17">
        <w:rPr>
          <w:rFonts w:ascii="Times New Roman" w:hAnsi="Times New Roman" w:cs="Times New Roman"/>
        </w:rPr>
        <w:t>предложениях</w:t>
      </w:r>
      <w:r w:rsidRPr="00FB68C9">
        <w:rPr>
          <w:rFonts w:ascii="Times New Roman" w:hAnsi="Times New Roman" w:cs="Times New Roman"/>
          <w:lang w:val="en-US"/>
        </w:rPr>
        <w:t>.</w:t>
      </w:r>
    </w:p>
    <w:p w:rsidR="00F44E79" w:rsidRPr="005C0E17" w:rsidRDefault="00F44E79" w:rsidP="00FB68C9">
      <w:pPr>
        <w:autoSpaceDE w:val="0"/>
        <w:autoSpaceDN w:val="0"/>
        <w:spacing w:before="70" w:line="230" w:lineRule="auto"/>
        <w:ind w:left="180"/>
        <w:jc w:val="both"/>
        <w:rPr>
          <w:rFonts w:ascii="Times New Roman" w:hAnsi="Times New Roman" w:cs="Times New Roman"/>
        </w:rPr>
      </w:pPr>
      <w:r w:rsidRPr="005C0E17">
        <w:rPr>
          <w:rFonts w:ascii="Times New Roman" w:hAnsi="Times New Roman" w:cs="Times New Roman"/>
        </w:rPr>
        <w:t>Числительные для обозначения дат и больших чисел (100-1000).</w:t>
      </w:r>
    </w:p>
    <w:p w:rsidR="00F44E79" w:rsidRPr="005C0E17" w:rsidRDefault="00F44E79" w:rsidP="00FB68C9">
      <w:pPr>
        <w:autoSpaceDE w:val="0"/>
        <w:autoSpaceDN w:val="0"/>
        <w:spacing w:before="192" w:line="230" w:lineRule="auto"/>
        <w:ind w:left="180"/>
        <w:jc w:val="both"/>
        <w:rPr>
          <w:rFonts w:ascii="Times New Roman" w:hAnsi="Times New Roman" w:cs="Times New Roman"/>
        </w:rPr>
      </w:pPr>
      <w:r w:rsidRPr="005C0E17">
        <w:rPr>
          <w:rFonts w:ascii="Times New Roman" w:hAnsi="Times New Roman" w:cs="Times New Roman"/>
          <w:b/>
        </w:rPr>
        <w:t>СОЦИОКУЛЬТУРНЫЕ ЗНАНИЯ И УМЕНИЯ</w:t>
      </w:r>
    </w:p>
    <w:p w:rsidR="00F44E79" w:rsidRPr="005C0E17" w:rsidRDefault="00F44E79" w:rsidP="00FB68C9">
      <w:pPr>
        <w:autoSpaceDE w:val="0"/>
        <w:autoSpaceDN w:val="0"/>
        <w:spacing w:before="192" w:line="271" w:lineRule="auto"/>
        <w:ind w:firstLine="180"/>
        <w:jc w:val="both"/>
        <w:rPr>
          <w:rFonts w:ascii="Times New Roman" w:hAnsi="Times New Roman" w:cs="Times New Roman"/>
        </w:rPr>
      </w:pPr>
      <w:r w:rsidRPr="005C0E17">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44E79" w:rsidRPr="005C0E17" w:rsidRDefault="00F44E79" w:rsidP="00FB68C9">
      <w:pPr>
        <w:autoSpaceDE w:val="0"/>
        <w:autoSpaceDN w:val="0"/>
        <w:spacing w:before="70" w:line="271" w:lineRule="auto"/>
        <w:ind w:firstLine="180"/>
        <w:jc w:val="both"/>
        <w:rPr>
          <w:rFonts w:ascii="Times New Roman" w:hAnsi="Times New Roman" w:cs="Times New Roman"/>
        </w:rPr>
      </w:pPr>
      <w:r w:rsidRPr="005C0E17">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44E79" w:rsidRPr="005C0E17" w:rsidRDefault="00F44E79" w:rsidP="00FB68C9">
      <w:pPr>
        <w:autoSpaceDE w:val="0"/>
        <w:autoSpaceDN w:val="0"/>
        <w:spacing w:before="70" w:line="281" w:lineRule="auto"/>
        <w:ind w:right="144" w:firstLine="180"/>
        <w:jc w:val="both"/>
        <w:rPr>
          <w:rFonts w:ascii="Times New Roman" w:hAnsi="Times New Roman" w:cs="Times New Roman"/>
        </w:rPr>
      </w:pPr>
      <w:r w:rsidRPr="005C0E17">
        <w:rPr>
          <w:rFonts w:ascii="Times New Roman" w:hAnsi="Times New Roman"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r w:rsidRPr="005C0E17">
        <w:rPr>
          <w:rFonts w:ascii="Times New Roman" w:hAnsi="Times New Roman" w:cs="Times New Roman"/>
        </w:rPr>
        <w:br/>
        <w:t>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44E79" w:rsidRPr="005C0E17" w:rsidRDefault="00F44E79" w:rsidP="00FB68C9">
      <w:pPr>
        <w:tabs>
          <w:tab w:val="left" w:pos="180"/>
        </w:tabs>
        <w:autoSpaceDE w:val="0"/>
        <w:autoSpaceDN w:val="0"/>
        <w:spacing w:before="70" w:line="286" w:lineRule="auto"/>
        <w:jc w:val="both"/>
        <w:rPr>
          <w:rFonts w:ascii="Times New Roman" w:hAnsi="Times New Roman" w:cs="Times New Roman"/>
        </w:rPr>
      </w:pPr>
      <w:r w:rsidRPr="005C0E17">
        <w:rPr>
          <w:rFonts w:ascii="Times New Roman" w:hAnsi="Times New Roman" w:cs="Times New Roman"/>
        </w:rPr>
        <w:tab/>
        <w:t xml:space="preserve">Развитие умений: </w:t>
      </w:r>
      <w:r w:rsidRPr="005C0E17">
        <w:rPr>
          <w:rFonts w:ascii="Times New Roman" w:hAnsi="Times New Roman" w:cs="Times New Roman"/>
        </w:rPr>
        <w:br/>
      </w:r>
      <w:r w:rsidRPr="005C0E17">
        <w:rPr>
          <w:rFonts w:ascii="Times New Roman" w:hAnsi="Times New Roman" w:cs="Times New Roman"/>
        </w:rPr>
        <w:tab/>
        <w:t xml:space="preserve">писать свои имя и фамилию, а также имена и фамилии своих родственников и друзей на английском языке; </w:t>
      </w:r>
      <w:r w:rsidRPr="005C0E17">
        <w:rPr>
          <w:rFonts w:ascii="Times New Roman" w:hAnsi="Times New Roman" w:cs="Times New Roman"/>
        </w:rPr>
        <w:br/>
      </w:r>
      <w:r w:rsidRPr="005C0E17">
        <w:rPr>
          <w:rFonts w:ascii="Times New Roman" w:hAnsi="Times New Roman" w:cs="Times New Roman"/>
        </w:rPr>
        <w:tab/>
        <w:t xml:space="preserve">правильно оформлять свой адрес на английском языке (в анкете, формуляре); </w:t>
      </w:r>
      <w:r w:rsidRPr="005C0E17">
        <w:rPr>
          <w:rFonts w:ascii="Times New Roman" w:hAnsi="Times New Roman" w:cs="Times New Roman"/>
        </w:rPr>
        <w:br/>
      </w:r>
      <w:r w:rsidRPr="005C0E17">
        <w:rPr>
          <w:rFonts w:ascii="Times New Roman" w:hAnsi="Times New Roman" w:cs="Times New Roman"/>
        </w:rPr>
        <w:tab/>
        <w:t xml:space="preserve">кратко представлять Россию и страну/страны изучаемого языка; </w:t>
      </w:r>
      <w:r w:rsidRPr="005C0E17">
        <w:rPr>
          <w:rFonts w:ascii="Times New Roman" w:hAnsi="Times New Roman" w:cs="Times New Roman"/>
        </w:rPr>
        <w:br/>
      </w:r>
      <w:r w:rsidRPr="005C0E17">
        <w:rPr>
          <w:rFonts w:ascii="Times New Roman" w:hAnsi="Times New Roman" w:cs="Times New Roman"/>
        </w:rPr>
        <w:tab/>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r w:rsidRPr="005C0E17">
        <w:rPr>
          <w:rFonts w:ascii="Times New Roman" w:hAnsi="Times New Roman" w:cs="Times New Roman"/>
        </w:rPr>
        <w:br/>
      </w:r>
      <w:r w:rsidRPr="005C0E17">
        <w:rPr>
          <w:rFonts w:ascii="Times New Roman" w:hAnsi="Times New Roman" w:cs="Times New Roman"/>
        </w:rPr>
        <w:tab/>
        <w:t>кратко рассказывать о выдающихся людях родной страны и страны/стран изучаемого языка (учёных, писателях, поэтах).</w:t>
      </w:r>
    </w:p>
    <w:p w:rsidR="00F44E79" w:rsidRPr="005C0E17" w:rsidRDefault="00F44E79" w:rsidP="00FB68C9">
      <w:pPr>
        <w:autoSpaceDE w:val="0"/>
        <w:autoSpaceDN w:val="0"/>
        <w:spacing w:before="192" w:line="230" w:lineRule="auto"/>
        <w:ind w:left="180"/>
        <w:jc w:val="both"/>
        <w:rPr>
          <w:rFonts w:ascii="Times New Roman" w:hAnsi="Times New Roman" w:cs="Times New Roman"/>
        </w:rPr>
      </w:pPr>
      <w:r w:rsidRPr="005C0E17">
        <w:rPr>
          <w:rFonts w:ascii="Times New Roman" w:hAnsi="Times New Roman" w:cs="Times New Roman"/>
          <w:b/>
        </w:rPr>
        <w:t>КОМПЕНСАТОРНЫЕ УМЕНИЯ</w:t>
      </w:r>
    </w:p>
    <w:p w:rsidR="00F44E79" w:rsidRPr="005C0E17" w:rsidRDefault="00F44E79" w:rsidP="00FB68C9">
      <w:pPr>
        <w:autoSpaceDE w:val="0"/>
        <w:autoSpaceDN w:val="0"/>
        <w:spacing w:before="190" w:line="230" w:lineRule="auto"/>
        <w:ind w:left="180"/>
        <w:jc w:val="both"/>
        <w:rPr>
          <w:rFonts w:ascii="Times New Roman" w:hAnsi="Times New Roman" w:cs="Times New Roman"/>
        </w:rPr>
      </w:pPr>
      <w:r w:rsidRPr="005C0E17">
        <w:rPr>
          <w:rFonts w:ascii="Times New Roman" w:hAnsi="Times New Roman" w:cs="Times New Roman"/>
        </w:rPr>
        <w:t>Использование при чтении и аудировании языковой догадки, в том числе контекстуальной.</w:t>
      </w:r>
    </w:p>
    <w:p w:rsidR="00F44E79" w:rsidRPr="005C0E17" w:rsidRDefault="00F44E79" w:rsidP="00FB68C9">
      <w:pPr>
        <w:tabs>
          <w:tab w:val="left" w:pos="180"/>
        </w:tabs>
        <w:autoSpaceDE w:val="0"/>
        <w:autoSpaceDN w:val="0"/>
        <w:spacing w:before="70" w:line="262" w:lineRule="auto"/>
        <w:ind w:right="576"/>
        <w:jc w:val="both"/>
        <w:rPr>
          <w:rFonts w:ascii="Times New Roman" w:hAnsi="Times New Roman" w:cs="Times New Roman"/>
        </w:rPr>
      </w:pPr>
      <w:r w:rsidRPr="005C0E17">
        <w:rPr>
          <w:rFonts w:ascii="Times New Roman" w:hAnsi="Times New Roman" w:cs="Times New Roman"/>
        </w:rPr>
        <w:tab/>
        <w:t>Использование в качестве опоры при порождении собственных высказываний ключевых слов, плана.</w:t>
      </w:r>
    </w:p>
    <w:p w:rsidR="00F44E79" w:rsidRPr="005C0E17" w:rsidRDefault="00F44E79" w:rsidP="00FB68C9">
      <w:pPr>
        <w:tabs>
          <w:tab w:val="left" w:pos="180"/>
        </w:tabs>
        <w:autoSpaceDE w:val="0"/>
        <w:autoSpaceDN w:val="0"/>
        <w:spacing w:before="70"/>
        <w:ind w:right="288"/>
        <w:jc w:val="both"/>
        <w:rPr>
          <w:rFonts w:ascii="Times New Roman" w:hAnsi="Times New Roman" w:cs="Times New Roman"/>
        </w:rPr>
      </w:pPr>
      <w:r w:rsidRPr="005C0E17">
        <w:rPr>
          <w:rFonts w:ascii="Times New Roman" w:hAnsi="Times New Roman" w:cs="Times New Roman"/>
        </w:rPr>
        <w:tab/>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sidRPr="005C0E17">
        <w:rPr>
          <w:rFonts w:ascii="Times New Roman" w:hAnsi="Times New Roman" w:cs="Times New Roman"/>
        </w:rPr>
        <w:tab/>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СОДЕРЖАНИЕ УЧЕБНОГО ПРЕДМЕТА</w:t>
      </w: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8 класс</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КОММУНИКАТИВНЫЕ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Взаимоотношения в семье и с друзьями.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Внешность и характер человека/литературного персонажа.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Досуг и увлечения/хобби современного подростка (чтение, кино, театр, музей, спорт, музыка).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фитнес, сбалансированное питание. Посещение врача.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Покупки: одежда, обувь и продукты питания. Карманные деньги.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Виды отдыха в различное время года. Путешествия по России и зарубежным странам.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Природа: флора и фауна. Проблемы экологии. Климат, погода. Стихийные бедствия.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Условия  проживания   в   городской/сельской   местности. Транспорт.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Средства массовой информации (телевидение, радио, пресса, Интернет).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Выдающиеся люди родной страны и страны/стран изучаемого языка: учёные, писатели, поэты, художники, музыканты, спортсмены.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Говорение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коммуникативных  умений  </w:t>
      </w:r>
      <w:r w:rsidRPr="005C0E17">
        <w:rPr>
          <w:rFonts w:ascii="Times New Roman" w:hAnsi="Times New Roman" w:cs="Times New Roman"/>
          <w:b/>
          <w:bCs/>
          <w:i/>
          <w:iCs/>
        </w:rPr>
        <w:t>диалогической  речи</w:t>
      </w:r>
      <w:r w:rsidRPr="005C0E17">
        <w:rPr>
          <w:rFonts w:ascii="Times New Roman" w:hAnsi="Times New Roman" w:cs="Times New Roman"/>
        </w:rPr>
        <w:t>, а именно умений вести разные виды диалогов (диалог этикетного характера, диалог — побуждение к действию, диалог — расспрос; комбинированный диалог, включающий различные виды диалогов):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этикетного характера: </w:t>
      </w:r>
      <w:r w:rsidRPr="005C0E17">
        <w:rPr>
          <w:rFonts w:ascii="Times New Roman" w:hAnsi="Times New Roman"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 побуждение к действию: </w:t>
      </w:r>
      <w:r w:rsidRPr="005C0E17">
        <w:rPr>
          <w:rFonts w:ascii="Times New Roman" w:hAnsi="Times New Roman" w:cs="Times New Roman"/>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w:t>
      </w:r>
      <w:r w:rsidRPr="005C0E17">
        <w:rPr>
          <w:rFonts w:ascii="Times New Roman" w:hAnsi="Times New Roman" w:cs="Times New Roman"/>
        </w:rPr>
        <w:t> — </w:t>
      </w:r>
      <w:r w:rsidRPr="005C0E17">
        <w:rPr>
          <w:rFonts w:ascii="Times New Roman" w:hAnsi="Times New Roman" w:cs="Times New Roman"/>
          <w:i/>
          <w:iCs/>
        </w:rPr>
        <w:t>расспрос: </w:t>
      </w:r>
      <w:r w:rsidRPr="005C0E17">
        <w:rPr>
          <w:rFonts w:ascii="Times New Roman" w:hAnsi="Times New Roman"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диалога — до 7 реплик со стороны каждого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коммуникативных умений </w:t>
      </w:r>
      <w:r w:rsidRPr="005C0E17">
        <w:rPr>
          <w:rFonts w:ascii="Times New Roman" w:hAnsi="Times New Roman" w:cs="Times New Roman"/>
          <w:b/>
          <w:bCs/>
          <w:i/>
          <w:iCs/>
        </w:rPr>
        <w:t>монологической речи</w:t>
      </w:r>
      <w:r w:rsidRPr="005C0E17">
        <w:rPr>
          <w:rFonts w:ascii="Times New Roman" w:hAnsi="Times New Roman" w:cs="Times New Roman"/>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повествование/сообщение;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выражение и аргументирование своего мнения по отношению к услышанному/прочитанному;</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изложение (пересказ) основного содержания прочитанного/ прослушанного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составление рассказа по картинкам;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изложение результатов выполненной проектной работы.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монологического высказывания — 9-10 фраз.</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Аудирование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Время звучания текста/текстов для аудирования — до 2 минут.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Смысловое чтение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w:t>
      </w:r>
      <w:r w:rsidRPr="005C0E17">
        <w:rPr>
          <w:rFonts w:ascii="Times New Roman" w:hAnsi="Times New Roman" w:cs="Times New Roman"/>
          <w:i/>
          <w:iCs/>
        </w:rPr>
        <w:t>с пониманием основного содержания текста </w:t>
      </w:r>
      <w:r w:rsidRPr="005C0E17">
        <w:rPr>
          <w:rFonts w:ascii="Times New Roman" w:hAnsi="Times New Roman" w:cs="Times New Roman"/>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w:t>
      </w:r>
      <w:r w:rsidRPr="005C0E17">
        <w:rPr>
          <w:rFonts w:ascii="Times New Roman" w:hAnsi="Times New Roman" w:cs="Times New Roman"/>
          <w:i/>
          <w:iCs/>
        </w:rPr>
        <w:t>с пониманием нужной/интересующей/запрашиваемой информации </w:t>
      </w:r>
      <w:r w:rsidRPr="005C0E17">
        <w:rPr>
          <w:rFonts w:ascii="Times New Roman" w:hAnsi="Times New Roman" w:cs="Times New Roman"/>
        </w:rPr>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несплошных текстов (таблиц, диаграмм, схем) и понимание представленной в них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w:t>
      </w:r>
      <w:r w:rsidRPr="005C0E17">
        <w:rPr>
          <w:rFonts w:ascii="Times New Roman" w:hAnsi="Times New Roman" w:cs="Times New Roman"/>
          <w:i/>
          <w:iCs/>
        </w:rPr>
        <w:t>с полным пониманием содержания </w:t>
      </w:r>
      <w:r w:rsidRPr="005C0E17">
        <w:rPr>
          <w:rFonts w:ascii="Times New Roman" w:hAnsi="Times New Roman"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текста/текстов для чтения — 350-500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Письменная речь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умений письменной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составление плана/тезисов устного или письменного сообщения;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ЯЗЫКОВЫЕ ЗНАНИЯ И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Фонетическая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текста для чтения вслух — до 110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Графика, орфография и пунктуация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Правильное написание изученных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Лексическая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Основные способы словообразования: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 аффиксация:</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образование</w:t>
      </w:r>
      <w:r w:rsidRPr="00621CC4">
        <w:rPr>
          <w:rFonts w:ascii="Times New Roman" w:hAnsi="Times New Roman" w:cs="Times New Roman"/>
          <w:lang w:val="en-US"/>
        </w:rPr>
        <w:t xml:space="preserve"> </w:t>
      </w:r>
      <w:r w:rsidRPr="005C0E17">
        <w:rPr>
          <w:rFonts w:ascii="Times New Roman" w:hAnsi="Times New Roman" w:cs="Times New Roman"/>
        </w:rPr>
        <w:t>имен</w:t>
      </w:r>
      <w:r w:rsidRPr="00621CC4">
        <w:rPr>
          <w:rFonts w:ascii="Times New Roman" w:hAnsi="Times New Roman" w:cs="Times New Roman"/>
          <w:lang w:val="en-US"/>
        </w:rPr>
        <w:t xml:space="preserve"> </w:t>
      </w:r>
      <w:r w:rsidRPr="005C0E17">
        <w:rPr>
          <w:rFonts w:ascii="Times New Roman" w:hAnsi="Times New Roman" w:cs="Times New Roman"/>
        </w:rPr>
        <w:t>существительных</w:t>
      </w:r>
      <w:r w:rsidRPr="00621CC4">
        <w:rPr>
          <w:rFonts w:ascii="Times New Roman" w:hAnsi="Times New Roman" w:cs="Times New Roman"/>
          <w:lang w:val="en-US"/>
        </w:rPr>
        <w:t xml:space="preserve"> </w:t>
      </w:r>
      <w:r w:rsidRPr="005C0E17">
        <w:rPr>
          <w:rFonts w:ascii="Times New Roman" w:hAnsi="Times New Roman" w:cs="Times New Roman"/>
        </w:rPr>
        <w:t>при</w:t>
      </w:r>
      <w:r w:rsidRPr="00621CC4">
        <w:rPr>
          <w:rFonts w:ascii="Times New Roman" w:hAnsi="Times New Roman" w:cs="Times New Roman"/>
          <w:lang w:val="en-US"/>
        </w:rPr>
        <w:t xml:space="preserve"> </w:t>
      </w:r>
      <w:r w:rsidRPr="005C0E17">
        <w:rPr>
          <w:rFonts w:ascii="Times New Roman" w:hAnsi="Times New Roman" w:cs="Times New Roman"/>
        </w:rPr>
        <w:t>помощи</w:t>
      </w:r>
      <w:r w:rsidRPr="00621CC4">
        <w:rPr>
          <w:rFonts w:ascii="Times New Roman" w:hAnsi="Times New Roman" w:cs="Times New Roman"/>
          <w:lang w:val="en-US"/>
        </w:rPr>
        <w:t xml:space="preserve"> </w:t>
      </w:r>
      <w:r w:rsidRPr="005C0E17">
        <w:rPr>
          <w:rFonts w:ascii="Times New Roman" w:hAnsi="Times New Roman" w:cs="Times New Roman"/>
        </w:rPr>
        <w:t>суффиксов</w:t>
      </w:r>
      <w:r w:rsidRPr="00621CC4">
        <w:rPr>
          <w:rFonts w:ascii="Times New Roman" w:hAnsi="Times New Roman" w:cs="Times New Roman"/>
          <w:lang w:val="en-US"/>
        </w:rPr>
        <w:t>: -ance/-ence (performance/residence); -ity (activity); -ship (friendship);</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имен прилагательных при помощи префикса inter- (international);</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имен прилагательных при помощи -ed и -ing (interested—interesting);</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б)  конверсия: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имени существительного от неопределённой формы глагола (to walk — a walk);</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глагола от имени существительного (a present — to present);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имени существительного от прилагательного (rich — the rich).</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Различные средства связи в тексте для обеспечения его целостности (firstly, however, finally, at last, etc.).</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Грамматическая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Предложения</w:t>
      </w:r>
      <w:r w:rsidRPr="00621CC4">
        <w:rPr>
          <w:rFonts w:ascii="Times New Roman" w:hAnsi="Times New Roman" w:cs="Times New Roman"/>
          <w:lang w:val="en-US"/>
        </w:rPr>
        <w:t xml:space="preserve"> </w:t>
      </w:r>
      <w:r w:rsidRPr="005C0E17">
        <w:rPr>
          <w:rFonts w:ascii="Times New Roman" w:hAnsi="Times New Roman" w:cs="Times New Roman"/>
        </w:rPr>
        <w:t>со</w:t>
      </w:r>
      <w:r w:rsidRPr="00621CC4">
        <w:rPr>
          <w:rFonts w:ascii="Times New Roman" w:hAnsi="Times New Roman" w:cs="Times New Roman"/>
          <w:lang w:val="en-US"/>
        </w:rPr>
        <w:t xml:space="preserve"> </w:t>
      </w:r>
      <w:r w:rsidRPr="005C0E17">
        <w:rPr>
          <w:rFonts w:ascii="Times New Roman" w:hAnsi="Times New Roman" w:cs="Times New Roman"/>
        </w:rPr>
        <w:t>сложным</w:t>
      </w:r>
      <w:r w:rsidRPr="00621CC4">
        <w:rPr>
          <w:rFonts w:ascii="Times New Roman" w:hAnsi="Times New Roman" w:cs="Times New Roman"/>
          <w:lang w:val="en-US"/>
        </w:rPr>
        <w:t xml:space="preserve"> </w:t>
      </w:r>
      <w:r w:rsidRPr="005C0E17">
        <w:rPr>
          <w:rFonts w:ascii="Times New Roman" w:hAnsi="Times New Roman" w:cs="Times New Roman"/>
        </w:rPr>
        <w:t>дополнением</w:t>
      </w:r>
      <w:r w:rsidRPr="00621CC4">
        <w:rPr>
          <w:rFonts w:ascii="Times New Roman" w:hAnsi="Times New Roman" w:cs="Times New Roman"/>
          <w:lang w:val="en-US"/>
        </w:rPr>
        <w:t xml:space="preserve"> (Complex Object) (I saw her cross/crossing the road.).</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Согласование подлежащего, выраженного собирательным существительным (family, police) со сказуемым.</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Конструкции</w:t>
      </w:r>
      <w:r w:rsidRPr="00621CC4">
        <w:rPr>
          <w:rFonts w:ascii="Times New Roman" w:hAnsi="Times New Roman" w:cs="Times New Roman"/>
          <w:lang w:val="en-US"/>
        </w:rPr>
        <w:t xml:space="preserve"> </w:t>
      </w:r>
      <w:r w:rsidRPr="005C0E17">
        <w:rPr>
          <w:rFonts w:ascii="Times New Roman" w:hAnsi="Times New Roman" w:cs="Times New Roman"/>
        </w:rPr>
        <w:t>с</w:t>
      </w:r>
      <w:r w:rsidRPr="00621CC4">
        <w:rPr>
          <w:rFonts w:ascii="Times New Roman" w:hAnsi="Times New Roman" w:cs="Times New Roman"/>
          <w:lang w:val="en-US"/>
        </w:rPr>
        <w:t xml:space="preserve"> </w:t>
      </w:r>
      <w:r w:rsidRPr="005C0E17">
        <w:rPr>
          <w:rFonts w:ascii="Times New Roman" w:hAnsi="Times New Roman" w:cs="Times New Roman"/>
        </w:rPr>
        <w:t>глаголами</w:t>
      </w:r>
      <w:r w:rsidRPr="00621CC4">
        <w:rPr>
          <w:rFonts w:ascii="Times New Roman" w:hAnsi="Times New Roman" w:cs="Times New Roman"/>
          <w:lang w:val="en-US"/>
        </w:rPr>
        <w:t xml:space="preserve"> </w:t>
      </w:r>
      <w:r w:rsidRPr="005C0E17">
        <w:rPr>
          <w:rFonts w:ascii="Times New Roman" w:hAnsi="Times New Roman" w:cs="Times New Roman"/>
        </w:rPr>
        <w:t>на</w:t>
      </w:r>
      <w:r w:rsidRPr="00621CC4">
        <w:rPr>
          <w:rFonts w:ascii="Times New Roman" w:hAnsi="Times New Roman" w:cs="Times New Roman"/>
          <w:lang w:val="en-US"/>
        </w:rPr>
        <w:t xml:space="preserve"> -ing: to love/hate doing something.</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Конструкции</w:t>
      </w:r>
      <w:r w:rsidRPr="00621CC4">
        <w:rPr>
          <w:rFonts w:ascii="Times New Roman" w:hAnsi="Times New Roman" w:cs="Times New Roman"/>
          <w:lang w:val="en-US"/>
        </w:rPr>
        <w:t xml:space="preserve">, </w:t>
      </w:r>
      <w:r w:rsidRPr="005C0E17">
        <w:rPr>
          <w:rFonts w:ascii="Times New Roman" w:hAnsi="Times New Roman" w:cs="Times New Roman"/>
        </w:rPr>
        <w:t>содержащие</w:t>
      </w:r>
      <w:r w:rsidRPr="00621CC4">
        <w:rPr>
          <w:rFonts w:ascii="Times New Roman" w:hAnsi="Times New Roman" w:cs="Times New Roman"/>
          <w:lang w:val="en-US"/>
        </w:rPr>
        <w:t xml:space="preserve"> </w:t>
      </w:r>
      <w:r w:rsidRPr="005C0E17">
        <w:rPr>
          <w:rFonts w:ascii="Times New Roman" w:hAnsi="Times New Roman" w:cs="Times New Roman"/>
        </w:rPr>
        <w:t>глаголы</w:t>
      </w:r>
      <w:r w:rsidRPr="00621CC4">
        <w:rPr>
          <w:rFonts w:ascii="Times New Roman" w:hAnsi="Times New Roman" w:cs="Times New Roman"/>
          <w:lang w:val="en-US"/>
        </w:rPr>
        <w:t>-</w:t>
      </w:r>
      <w:r w:rsidRPr="005C0E17">
        <w:rPr>
          <w:rFonts w:ascii="Times New Roman" w:hAnsi="Times New Roman" w:cs="Times New Roman"/>
        </w:rPr>
        <w:t>связки</w:t>
      </w:r>
      <w:r w:rsidRPr="00621CC4">
        <w:rPr>
          <w:rFonts w:ascii="Times New Roman" w:hAnsi="Times New Roman" w:cs="Times New Roman"/>
          <w:lang w:val="en-US"/>
        </w:rPr>
        <w:t xml:space="preserve"> to be/to look/to feel/to seem.</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Конструкции</w:t>
      </w:r>
      <w:r w:rsidRPr="00621CC4">
        <w:rPr>
          <w:rFonts w:ascii="Times New Roman" w:hAnsi="Times New Roman" w:cs="Times New Roman"/>
          <w:lang w:val="en-US"/>
        </w:rPr>
        <w:t xml:space="preserve"> be/get used to + </w:t>
      </w:r>
      <w:r w:rsidRPr="005C0E17">
        <w:rPr>
          <w:rFonts w:ascii="Times New Roman" w:hAnsi="Times New Roman" w:cs="Times New Roman"/>
        </w:rPr>
        <w:t>инфинитив</w:t>
      </w:r>
      <w:r w:rsidRPr="00621CC4">
        <w:rPr>
          <w:rFonts w:ascii="Times New Roman" w:hAnsi="Times New Roman" w:cs="Times New Roman"/>
          <w:lang w:val="en-US"/>
        </w:rPr>
        <w:t xml:space="preserve"> </w:t>
      </w:r>
      <w:r w:rsidRPr="005C0E17">
        <w:rPr>
          <w:rFonts w:ascii="Times New Roman" w:hAnsi="Times New Roman" w:cs="Times New Roman"/>
        </w:rPr>
        <w:t>глагола</w:t>
      </w:r>
      <w:r w:rsidRPr="00621CC4">
        <w:rPr>
          <w:rFonts w:ascii="Times New Roman" w:hAnsi="Times New Roman" w:cs="Times New Roman"/>
          <w:lang w:val="en-US"/>
        </w:rPr>
        <w:t xml:space="preserve">; be/get used to + </w:t>
      </w:r>
      <w:r w:rsidRPr="005C0E17">
        <w:rPr>
          <w:rFonts w:ascii="Times New Roman" w:hAnsi="Times New Roman" w:cs="Times New Roman"/>
        </w:rPr>
        <w:t>инфинитив</w:t>
      </w:r>
      <w:r w:rsidRPr="00621CC4">
        <w:rPr>
          <w:rFonts w:ascii="Times New Roman" w:hAnsi="Times New Roman" w:cs="Times New Roman"/>
          <w:lang w:val="en-US"/>
        </w:rPr>
        <w:t xml:space="preserve"> </w:t>
      </w:r>
      <w:r w:rsidRPr="005C0E17">
        <w:rPr>
          <w:rFonts w:ascii="Times New Roman" w:hAnsi="Times New Roman" w:cs="Times New Roman"/>
        </w:rPr>
        <w:t>глагола</w:t>
      </w:r>
      <w:r w:rsidRPr="00621CC4">
        <w:rPr>
          <w:rFonts w:ascii="Times New Roman" w:hAnsi="Times New Roman" w:cs="Times New Roman"/>
          <w:lang w:val="en-US"/>
        </w:rPr>
        <w:t>; be/get used to doing something; be/get used to something.</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Конструкция</w:t>
      </w:r>
      <w:r w:rsidRPr="00621CC4">
        <w:rPr>
          <w:rFonts w:ascii="Times New Roman" w:hAnsi="Times New Roman" w:cs="Times New Roman"/>
          <w:lang w:val="en-US"/>
        </w:rPr>
        <w:t xml:space="preserve"> both … and … .</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Конструкции</w:t>
      </w:r>
      <w:r w:rsidRPr="00621CC4">
        <w:rPr>
          <w:rFonts w:ascii="Times New Roman" w:hAnsi="Times New Roman" w:cs="Times New Roman"/>
          <w:lang w:val="en-US"/>
        </w:rPr>
        <w:t xml:space="preserve"> c </w:t>
      </w:r>
      <w:r w:rsidRPr="005C0E17">
        <w:rPr>
          <w:rFonts w:ascii="Times New Roman" w:hAnsi="Times New Roman" w:cs="Times New Roman"/>
        </w:rPr>
        <w:t>глаголами</w:t>
      </w:r>
      <w:r w:rsidRPr="00621CC4">
        <w:rPr>
          <w:rFonts w:ascii="Times New Roman" w:hAnsi="Times New Roman" w:cs="Times New Roman"/>
          <w:lang w:val="en-US"/>
        </w:rPr>
        <w:t xml:space="preserve"> to stop, to remember, to forget (</w:t>
      </w:r>
      <w:r w:rsidRPr="005C0E17">
        <w:rPr>
          <w:rFonts w:ascii="Times New Roman" w:hAnsi="Times New Roman" w:cs="Times New Roman"/>
        </w:rPr>
        <w:t>разница</w:t>
      </w:r>
      <w:r w:rsidRPr="00621CC4">
        <w:rPr>
          <w:rFonts w:ascii="Times New Roman" w:hAnsi="Times New Roman" w:cs="Times New Roman"/>
          <w:lang w:val="en-US"/>
        </w:rPr>
        <w:t xml:space="preserve"> </w:t>
      </w:r>
      <w:r w:rsidRPr="005C0E17">
        <w:rPr>
          <w:rFonts w:ascii="Times New Roman" w:hAnsi="Times New Roman" w:cs="Times New Roman"/>
        </w:rPr>
        <w:t>в</w:t>
      </w:r>
      <w:r w:rsidRPr="00621CC4">
        <w:rPr>
          <w:rFonts w:ascii="Times New Roman" w:hAnsi="Times New Roman" w:cs="Times New Roman"/>
          <w:lang w:val="en-US"/>
        </w:rPr>
        <w:t xml:space="preserve"> </w:t>
      </w:r>
      <w:r w:rsidRPr="005C0E17">
        <w:rPr>
          <w:rFonts w:ascii="Times New Roman" w:hAnsi="Times New Roman" w:cs="Times New Roman"/>
        </w:rPr>
        <w:t>значении</w:t>
      </w:r>
      <w:r w:rsidRPr="00621CC4">
        <w:rPr>
          <w:rFonts w:ascii="Times New Roman" w:hAnsi="Times New Roman" w:cs="Times New Roman"/>
          <w:lang w:val="en-US"/>
        </w:rPr>
        <w:t xml:space="preserve"> to stop doing smth </w:t>
      </w:r>
      <w:r w:rsidRPr="005C0E17">
        <w:rPr>
          <w:rFonts w:ascii="Times New Roman" w:hAnsi="Times New Roman" w:cs="Times New Roman"/>
        </w:rPr>
        <w:t>и</w:t>
      </w:r>
      <w:r w:rsidRPr="00621CC4">
        <w:rPr>
          <w:rFonts w:ascii="Times New Roman" w:hAnsi="Times New Roman" w:cs="Times New Roman"/>
          <w:lang w:val="en-US"/>
        </w:rPr>
        <w:t xml:space="preserve"> to stop to do smth).</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Глаголы</w:t>
      </w:r>
      <w:r w:rsidRPr="00621CC4">
        <w:rPr>
          <w:rFonts w:ascii="Times New Roman" w:hAnsi="Times New Roman" w:cs="Times New Roman"/>
          <w:lang w:val="en-US"/>
        </w:rPr>
        <w:t xml:space="preserve"> </w:t>
      </w:r>
      <w:r w:rsidRPr="005C0E17">
        <w:rPr>
          <w:rFonts w:ascii="Times New Roman" w:hAnsi="Times New Roman" w:cs="Times New Roman"/>
        </w:rPr>
        <w:t>в</w:t>
      </w:r>
      <w:r w:rsidRPr="00621CC4">
        <w:rPr>
          <w:rFonts w:ascii="Times New Roman" w:hAnsi="Times New Roman" w:cs="Times New Roman"/>
          <w:lang w:val="en-US"/>
        </w:rPr>
        <w:t xml:space="preserve"> </w:t>
      </w:r>
      <w:r w:rsidRPr="005C0E17">
        <w:rPr>
          <w:rFonts w:ascii="Times New Roman" w:hAnsi="Times New Roman" w:cs="Times New Roman"/>
        </w:rPr>
        <w:t>видо</w:t>
      </w:r>
      <w:r w:rsidRPr="00621CC4">
        <w:rPr>
          <w:rFonts w:ascii="Times New Roman" w:hAnsi="Times New Roman" w:cs="Times New Roman"/>
          <w:lang w:val="en-US"/>
        </w:rPr>
        <w:t>-</w:t>
      </w:r>
      <w:r w:rsidRPr="005C0E17">
        <w:rPr>
          <w:rFonts w:ascii="Times New Roman" w:hAnsi="Times New Roman" w:cs="Times New Roman"/>
        </w:rPr>
        <w:t>временных</w:t>
      </w:r>
      <w:r w:rsidRPr="00621CC4">
        <w:rPr>
          <w:rFonts w:ascii="Times New Roman" w:hAnsi="Times New Roman" w:cs="Times New Roman"/>
          <w:lang w:val="en-US"/>
        </w:rPr>
        <w:t xml:space="preserve"> </w:t>
      </w:r>
      <w:r w:rsidRPr="005C0E17">
        <w:rPr>
          <w:rFonts w:ascii="Times New Roman" w:hAnsi="Times New Roman" w:cs="Times New Roman"/>
        </w:rPr>
        <w:t>формах</w:t>
      </w:r>
      <w:r w:rsidRPr="00621CC4">
        <w:rPr>
          <w:rFonts w:ascii="Times New Roman" w:hAnsi="Times New Roman" w:cs="Times New Roman"/>
          <w:lang w:val="en-US"/>
        </w:rPr>
        <w:t xml:space="preserve"> </w:t>
      </w:r>
      <w:r w:rsidRPr="005C0E17">
        <w:rPr>
          <w:rFonts w:ascii="Times New Roman" w:hAnsi="Times New Roman" w:cs="Times New Roman"/>
        </w:rPr>
        <w:t>действительного</w:t>
      </w:r>
      <w:r w:rsidRPr="00621CC4">
        <w:rPr>
          <w:rFonts w:ascii="Times New Roman" w:hAnsi="Times New Roman" w:cs="Times New Roman"/>
          <w:lang w:val="en-US"/>
        </w:rPr>
        <w:t xml:space="preserve"> </w:t>
      </w:r>
      <w:r w:rsidRPr="005C0E17">
        <w:rPr>
          <w:rFonts w:ascii="Times New Roman" w:hAnsi="Times New Roman" w:cs="Times New Roman"/>
        </w:rPr>
        <w:t>залога</w:t>
      </w:r>
      <w:r w:rsidRPr="00621CC4">
        <w:rPr>
          <w:rFonts w:ascii="Times New Roman" w:hAnsi="Times New Roman" w:cs="Times New Roman"/>
          <w:lang w:val="en-US"/>
        </w:rPr>
        <w:t xml:space="preserve"> </w:t>
      </w:r>
      <w:r w:rsidRPr="005C0E17">
        <w:rPr>
          <w:rFonts w:ascii="Times New Roman" w:hAnsi="Times New Roman" w:cs="Times New Roman"/>
        </w:rPr>
        <w:t>в</w:t>
      </w:r>
      <w:r w:rsidRPr="00621CC4">
        <w:rPr>
          <w:rFonts w:ascii="Times New Roman" w:hAnsi="Times New Roman" w:cs="Times New Roman"/>
          <w:lang w:val="en-US"/>
        </w:rPr>
        <w:t xml:space="preserve"> </w:t>
      </w:r>
      <w:r w:rsidRPr="005C0E17">
        <w:rPr>
          <w:rFonts w:ascii="Times New Roman" w:hAnsi="Times New Roman" w:cs="Times New Roman"/>
        </w:rPr>
        <w:t>изъявительном</w:t>
      </w:r>
      <w:r w:rsidRPr="00621CC4">
        <w:rPr>
          <w:rFonts w:ascii="Times New Roman" w:hAnsi="Times New Roman" w:cs="Times New Roman"/>
          <w:lang w:val="en-US"/>
        </w:rPr>
        <w:t xml:space="preserve"> </w:t>
      </w:r>
      <w:r w:rsidRPr="005C0E17">
        <w:rPr>
          <w:rFonts w:ascii="Times New Roman" w:hAnsi="Times New Roman" w:cs="Times New Roman"/>
        </w:rPr>
        <w:t>наклонении</w:t>
      </w:r>
      <w:r w:rsidRPr="00621CC4">
        <w:rPr>
          <w:rFonts w:ascii="Times New Roman" w:hAnsi="Times New Roman" w:cs="Times New Roman"/>
          <w:lang w:val="en-US"/>
        </w:rPr>
        <w:t xml:space="preserve"> (Past Perfect Tense, Present Perfect Continuous Tense, Future-in-the-Past).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Модальные глаголы в косвенной речи в настоящем и прошедшем времени.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Неличные формы глагола (инфинитив, герундий, причастия настоящего и прошедшего времени).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Наречия too — enough.</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Отрицательные местоимения no (и его производные nobody, nothing, etc.), none.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СОЦИОКУЛЬТУРНЫЕ ЗНАНИЯ И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Соблюдение нормы вежливости в межкультурном общении.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представлять Россию и страну/страны изучаемого языка (культурные явления, события,  достопримечательности);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КОМПЕНСАТОРНЫЕ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Переспрашивать, просить повторить, уточняя значение незнакомых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Использование в качестве опоры при порождении собственных высказываний ключевых слов, плана.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СОДЕРЖАНИЕ УЧЕБНОГО ПРЕДМЕТА</w:t>
      </w: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7 класс</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КОММУНИКАТИВНЫЕ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Взаимоотношения в семье и с друзьями. Семейные праздники. Обязанности по дому.</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фитнес, сбалансированное питание.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Покупки: одежда, обувь и продукты питания.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Каникулы в различное время года. Виды отдыха. Путешествия по России и зарубежным странам.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Природа: дикие и домашние животные. Климат, погода.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Жизнь в городе и сельской местности. Описание родного города/села. Транспорт.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Средства массовой информации (телевидение, журналы, Интернет).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Выдающиеся люди родной страны и страны/стран изучаемого языка: учёные, писатели, поэты, спортсмены.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Говорение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коммуникативных умений </w:t>
      </w:r>
      <w:r w:rsidRPr="005C0E17">
        <w:rPr>
          <w:rFonts w:ascii="Times New Roman" w:hAnsi="Times New Roman" w:cs="Times New Roman"/>
          <w:b/>
          <w:bCs/>
          <w:i/>
          <w:iCs/>
        </w:rPr>
        <w:t>диалогической речи</w:t>
      </w:r>
      <w:r w:rsidRPr="005C0E17">
        <w:rPr>
          <w:rFonts w:ascii="Times New Roman" w:hAnsi="Times New Roman"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этикетного характера: </w:t>
      </w:r>
      <w:r w:rsidRPr="005C0E17">
        <w:rPr>
          <w:rFonts w:ascii="Times New Roman" w:hAnsi="Times New Roman"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w:t>
      </w:r>
      <w:r w:rsidRPr="005C0E17">
        <w:rPr>
          <w:rFonts w:ascii="Times New Roman" w:hAnsi="Times New Roman" w:cs="Times New Roman"/>
        </w:rPr>
        <w:t>— </w:t>
      </w:r>
      <w:r w:rsidRPr="005C0E17">
        <w:rPr>
          <w:rFonts w:ascii="Times New Roman" w:hAnsi="Times New Roman" w:cs="Times New Roman"/>
          <w:i/>
          <w:iCs/>
        </w:rPr>
        <w:t>побуждение к действию: </w:t>
      </w:r>
      <w:r w:rsidRPr="005C0E17">
        <w:rPr>
          <w:rFonts w:ascii="Times New Roman" w:hAnsi="Times New Roman" w:cs="Times New Roman"/>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w:t>
      </w:r>
      <w:r w:rsidRPr="005C0E17">
        <w:rPr>
          <w:rFonts w:ascii="Times New Roman" w:hAnsi="Times New Roman" w:cs="Times New Roman"/>
        </w:rPr>
        <w:t>— </w:t>
      </w:r>
      <w:r w:rsidRPr="005C0E17">
        <w:rPr>
          <w:rFonts w:ascii="Times New Roman" w:hAnsi="Times New Roman" w:cs="Times New Roman"/>
          <w:i/>
          <w:iCs/>
        </w:rPr>
        <w:t>расспрос: </w:t>
      </w:r>
      <w:r w:rsidRPr="005C0E17">
        <w:rPr>
          <w:rFonts w:ascii="Times New Roman" w:hAnsi="Times New Roman"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диалога — до 6 реплик со стороны каждого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коммуникативных умений </w:t>
      </w:r>
      <w:r w:rsidRPr="005C0E17">
        <w:rPr>
          <w:rFonts w:ascii="Times New Roman" w:hAnsi="Times New Roman" w:cs="Times New Roman"/>
          <w:b/>
          <w:bCs/>
          <w:i/>
          <w:iCs/>
        </w:rPr>
        <w:t>монологической речи</w:t>
      </w:r>
      <w:r w:rsidRPr="005C0E17">
        <w:rPr>
          <w:rFonts w:ascii="Times New Roman" w:hAnsi="Times New Roman" w:cs="Times New Roman"/>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 создание устных  связных  монологических  высказываний с использованием основных коммуникативных типов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повествование/сообщение;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2) изложение (пересказ) основного содержания прочитанного/прослушанного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3) краткое изложение результатов выполненной проектной работы.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монологического высказывания — 8-9 фраз.</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Аудирование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Время звучания текста/текстов для аудирования — до 1,5 минуты.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Смысловое чтение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несплошных текстов (таблиц, диаграмм) и понимание представленной в них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текста/текстов для чтения — до 350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Письменная речь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умений письменной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создание небольшого письменного высказывания с опорой на образец, план, таблицу. Объём письменного высказывания — до 90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ЯЗЫКОВЫЕ ЗНАНИЯ И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Фонетическая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текста для чтения вслух — до 100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Графика, орфография и пунктуация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Правильное написание изученных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Лексическая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Основные способы словообразования: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 аффиксация: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имён существительных при помощи префикса un- (unreality) и при помощи суффиксов: -ment (development),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-ness (darkness);</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имён  прилагательных при помощи суффиксов -ly (friendly), -ous (famous), -y (busy);</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имён прилагательных и наречий при помощи префиксов in-/im- (informal, independently, impossible);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б) словосложение: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Грамматическая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Конструкция used to + инфинитив глагола.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Глаголы в наиболее употребительных формах страдательного залога (Present/Past Simple Passive).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Предлоги, употребляемые с глаголами в страдательном залоге. Модальный глагол might.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Наречия, совпадающие по форме с прилагательными (fast, high; early).</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Местоимения</w:t>
      </w:r>
      <w:r w:rsidRPr="00621CC4">
        <w:rPr>
          <w:rFonts w:ascii="Times New Roman" w:hAnsi="Times New Roman" w:cs="Times New Roman"/>
          <w:lang w:val="en-US"/>
        </w:rPr>
        <w:t xml:space="preserve"> other/another, both, all, one.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Количественные числительные для обозначения больших чисел (до 1 000 000).</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СОЦИОКУЛЬТУРНЫЕ ЗНАНИЯ И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 оформлять свой адрес на английском языке (в анкете);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представлять Россию и страну/страны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 спортсменах).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КОМПЕНСАТОРНЫЕ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Переспрашивать, просить повторить, уточняя значение незнакомых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Использование в качестве опоры при порождении собственных высказываний ключевых слов, плана.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СОДЕРЖАНИЕ УЧЕБНОГО ПРЕДМЕТА</w:t>
      </w: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9 класс</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КОММУНИКАТИВНЫЕ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Взаимоотношения в семье и с друзьями. Конфликты и их разрешение.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фитнес, сбалансированное питание. Посещение врача.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Покупки: одежда, обувь и продукты питания. Карманные деньги. Молодёжная мода.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Виды отдыха в различное время года. Путешествия по России и зарубежным странам. Транспорт.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Средства массовой информации (телевидение, радио, пресса, Интернет).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Говорение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коммуникативных  умений  </w:t>
      </w:r>
      <w:r w:rsidRPr="005C0E17">
        <w:rPr>
          <w:rFonts w:ascii="Times New Roman" w:hAnsi="Times New Roman" w:cs="Times New Roman"/>
          <w:b/>
          <w:bCs/>
          <w:i/>
          <w:iCs/>
        </w:rPr>
        <w:t>диалогической  речи</w:t>
      </w:r>
      <w:r w:rsidRPr="005C0E17">
        <w:rPr>
          <w:rFonts w:ascii="Times New Roman" w:hAnsi="Times New Roman" w:cs="Times New Roman"/>
        </w:rPr>
        <w:t>, а именно умений вести комбинированный диалог, включающий различные виды диалогов (этикетный диалог, диалог — побуждение к действию, диалог — расспрос); диалог — обмен мнениями: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этикетного характера: </w:t>
      </w:r>
      <w:r w:rsidRPr="005C0E17">
        <w:rPr>
          <w:rFonts w:ascii="Times New Roman" w:hAnsi="Times New Roman"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w:t>
      </w:r>
      <w:r w:rsidRPr="005C0E17">
        <w:rPr>
          <w:rFonts w:ascii="Times New Roman" w:hAnsi="Times New Roman" w:cs="Times New Roman"/>
        </w:rPr>
        <w:t>— </w:t>
      </w:r>
      <w:r w:rsidRPr="005C0E17">
        <w:rPr>
          <w:rFonts w:ascii="Times New Roman" w:hAnsi="Times New Roman" w:cs="Times New Roman"/>
          <w:i/>
          <w:iCs/>
        </w:rPr>
        <w:t>побуждение к действию: </w:t>
      </w:r>
      <w:r w:rsidRPr="005C0E17">
        <w:rPr>
          <w:rFonts w:ascii="Times New Roman" w:hAnsi="Times New Roman" w:cs="Times New Roman"/>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w:t>
      </w:r>
      <w:r w:rsidRPr="005C0E17">
        <w:rPr>
          <w:rFonts w:ascii="Times New Roman" w:hAnsi="Times New Roman" w:cs="Times New Roman"/>
        </w:rPr>
        <w:t>— </w:t>
      </w:r>
      <w:r w:rsidRPr="005C0E17">
        <w:rPr>
          <w:rFonts w:ascii="Times New Roman" w:hAnsi="Times New Roman" w:cs="Times New Roman"/>
          <w:i/>
          <w:iCs/>
        </w:rPr>
        <w:t>расспрос: </w:t>
      </w:r>
      <w:r w:rsidRPr="005C0E17">
        <w:rPr>
          <w:rFonts w:ascii="Times New Roman" w:hAnsi="Times New Roman"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диалог </w:t>
      </w:r>
      <w:r w:rsidRPr="005C0E17">
        <w:rPr>
          <w:rFonts w:ascii="Times New Roman" w:hAnsi="Times New Roman" w:cs="Times New Roman"/>
        </w:rPr>
        <w:t>— </w:t>
      </w:r>
      <w:r w:rsidRPr="005C0E17">
        <w:rPr>
          <w:rFonts w:ascii="Times New Roman" w:hAnsi="Times New Roman" w:cs="Times New Roman"/>
          <w:i/>
          <w:iCs/>
        </w:rPr>
        <w:t>обмен мнениями: </w:t>
      </w:r>
      <w:r w:rsidRPr="005C0E17">
        <w:rPr>
          <w:rFonts w:ascii="Times New Roman" w:hAnsi="Times New Roman" w:cs="Times New Roman"/>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коммуникативных умений </w:t>
      </w:r>
      <w:r w:rsidRPr="005C0E17">
        <w:rPr>
          <w:rFonts w:ascii="Times New Roman" w:hAnsi="Times New Roman" w:cs="Times New Roman"/>
          <w:b/>
          <w:bCs/>
          <w:i/>
          <w:iCs/>
        </w:rPr>
        <w:t>монологической речи</w:t>
      </w:r>
      <w:r w:rsidRPr="005C0E17">
        <w:rPr>
          <w:rFonts w:ascii="Times New Roman" w:hAnsi="Times New Roman" w:cs="Times New Roman"/>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повествование/сообщение;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рассуждение;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выражение и краткое аргументирование своего мнения по отношению к услышанному/прочитанному;</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составление рассказа по картинкам;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изложение результатов выполненной проектной работы.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монологического высказывания — 10-12 фраз.</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Аудирование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Время звучания текста/текстов для аудирования — до 2 минут.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Смысловое чтение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несплошных текстов (таблиц, диаграмм, схем) и понимание представленной в них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w:t>
      </w:r>
      <w:r w:rsidRPr="005C0E17">
        <w:rPr>
          <w:rFonts w:ascii="Times New Roman" w:hAnsi="Times New Roman" w:cs="Times New Roman"/>
          <w:i/>
          <w:iCs/>
        </w:rPr>
        <w:t>с полным пониманием содержания </w:t>
      </w:r>
      <w:r w:rsidRPr="005C0E17">
        <w:rPr>
          <w:rFonts w:ascii="Times New Roman" w:hAnsi="Times New Roman"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текста/текстов для чтения — 500-600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Письменная речь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умений письменной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составление плана/тезисов устного или письменного сообщения;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заполнение таблицы с краткой фиксацией содержания прочитанного/прослушанного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преобразование таблицы, схемы в текстовый вариант представления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письменное представление результатов выполненной проектной работы (объём — 100-120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ЯЗЫКОВЫЕ ЗНАНИЯ И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Фонетическая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Выражение модального значения, чувства и эмоции.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текста для чтения вслух — до 110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Графика, орфография и пунктуация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Правильное написание изученных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Лексическая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Основные способы словообразования: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 аффиксация: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глаголов с помощью префиксов under-, over-, dis-, mis-;</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имён прилагательных с помощью суффиксов -able/-ible;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имён существительных с помощью отрицательных префиксов in-/im-;</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б) словосложение: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 конверсия: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образование глагола от имени прилагательного (cool — to cool).</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Различные средства связи в тексте для обеспечения его целостности (firstly, however, finally, at last, etc.).</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Грамматическая сторона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44E79" w:rsidRPr="00621CC4" w:rsidRDefault="00F44E79" w:rsidP="00FB68C9">
      <w:pPr>
        <w:ind w:firstLine="227"/>
        <w:jc w:val="both"/>
        <w:rPr>
          <w:rFonts w:ascii="Times New Roman" w:hAnsi="Times New Roman" w:cs="Times New Roman"/>
          <w:lang w:val="en-US"/>
        </w:rPr>
      </w:pPr>
      <w:r w:rsidRPr="005C0E17">
        <w:rPr>
          <w:rFonts w:ascii="Times New Roman" w:hAnsi="Times New Roman" w:cs="Times New Roman"/>
        </w:rPr>
        <w:t>Предложения</w:t>
      </w:r>
      <w:r w:rsidRPr="00621CC4">
        <w:rPr>
          <w:rFonts w:ascii="Times New Roman" w:hAnsi="Times New Roman" w:cs="Times New Roman"/>
          <w:lang w:val="en-US"/>
        </w:rPr>
        <w:t xml:space="preserve"> </w:t>
      </w:r>
      <w:r w:rsidRPr="005C0E17">
        <w:rPr>
          <w:rFonts w:ascii="Times New Roman" w:hAnsi="Times New Roman" w:cs="Times New Roman"/>
        </w:rPr>
        <w:t>со</w:t>
      </w:r>
      <w:r w:rsidRPr="00621CC4">
        <w:rPr>
          <w:rFonts w:ascii="Times New Roman" w:hAnsi="Times New Roman" w:cs="Times New Roman"/>
          <w:lang w:val="en-US"/>
        </w:rPr>
        <w:t xml:space="preserve"> </w:t>
      </w:r>
      <w:r w:rsidRPr="005C0E17">
        <w:rPr>
          <w:rFonts w:ascii="Times New Roman" w:hAnsi="Times New Roman" w:cs="Times New Roman"/>
        </w:rPr>
        <w:t>сложным</w:t>
      </w:r>
      <w:r w:rsidRPr="00621CC4">
        <w:rPr>
          <w:rFonts w:ascii="Times New Roman" w:hAnsi="Times New Roman" w:cs="Times New Roman"/>
          <w:lang w:val="en-US"/>
        </w:rPr>
        <w:t xml:space="preserve"> </w:t>
      </w:r>
      <w:r w:rsidRPr="005C0E17">
        <w:rPr>
          <w:rFonts w:ascii="Times New Roman" w:hAnsi="Times New Roman" w:cs="Times New Roman"/>
        </w:rPr>
        <w:t>дополнением</w:t>
      </w:r>
      <w:r w:rsidRPr="00621CC4">
        <w:rPr>
          <w:rFonts w:ascii="Times New Roman" w:hAnsi="Times New Roman" w:cs="Times New Roman"/>
          <w:lang w:val="en-US"/>
        </w:rPr>
        <w:t xml:space="preserve"> (Complex Object) (I want to have my hair cut.).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Условные предложения нереального характера (Conditional II).</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Конструкции для выражения предпочтения I prefer …/I’d prefer …/I’d rather … .</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Конструкция I wish … .</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Предложения с конструкцией either … or, neither … nor.</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Порядок следования имён прилагательных (nice long blond hair).</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СОЦИОКУЛЬТУРНЫЕ ЗНАНИЯ И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Формирование элементарного представление о различных вариантах английского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Соблюдение нормы вежливости в межкультурном общении.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Развитие умений: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 оформлять свой адрес на английском языке (в анкете);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представлять Россию и страну/страны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КОМПЕНСАТОРНЫЕ УМЕНИЯ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Переспрашивать, просить повторить, уточняя значение незнакомых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Использование в качестве опоры при порождении собственных высказываний ключевых слов, плана.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autoSpaceDE w:val="0"/>
        <w:autoSpaceDN w:val="0"/>
        <w:spacing w:line="230" w:lineRule="auto"/>
        <w:jc w:val="both"/>
        <w:rPr>
          <w:rFonts w:ascii="Times New Roman" w:hAnsi="Times New Roman" w:cs="Times New Roman"/>
          <w:b/>
        </w:rPr>
      </w:pPr>
    </w:p>
    <w:p w:rsidR="00F44E79" w:rsidRPr="005C0E17" w:rsidRDefault="00F44E79" w:rsidP="00FB68C9">
      <w:pPr>
        <w:autoSpaceDE w:val="0"/>
        <w:autoSpaceDN w:val="0"/>
        <w:spacing w:line="230" w:lineRule="auto"/>
        <w:jc w:val="both"/>
        <w:rPr>
          <w:rFonts w:ascii="Times New Roman" w:hAnsi="Times New Roman" w:cs="Times New Roman"/>
          <w:b/>
        </w:rPr>
      </w:pPr>
      <w:r w:rsidRPr="005C0E17">
        <w:rPr>
          <w:rFonts w:ascii="Times New Roman" w:hAnsi="Times New Roman" w:cs="Times New Roman"/>
          <w:b/>
        </w:rPr>
        <w:t>ПЛАНИРУЕМЫЕ ОБРАЗОВАТЕЛЬНЫЕ РЕЗУЛЬТАТЫ</w:t>
      </w:r>
    </w:p>
    <w:p w:rsidR="00F44E79" w:rsidRPr="005C0E17" w:rsidRDefault="00F44E79" w:rsidP="00FB68C9">
      <w:pPr>
        <w:autoSpaceDE w:val="0"/>
        <w:autoSpaceDN w:val="0"/>
        <w:spacing w:line="230" w:lineRule="auto"/>
        <w:jc w:val="both"/>
        <w:rPr>
          <w:rFonts w:ascii="Times New Roman" w:hAnsi="Times New Roman" w:cs="Times New Roman"/>
        </w:rPr>
      </w:pPr>
      <w:r w:rsidRPr="005C0E17">
        <w:rPr>
          <w:rFonts w:ascii="Times New Roman" w:hAnsi="Times New Roman" w:cs="Times New Roman"/>
          <w:b/>
        </w:rPr>
        <w:t>5 класс</w:t>
      </w:r>
    </w:p>
    <w:p w:rsidR="00F44E79" w:rsidRPr="005C0E17" w:rsidRDefault="00F44E79" w:rsidP="00FB68C9">
      <w:pPr>
        <w:tabs>
          <w:tab w:val="left" w:pos="180"/>
        </w:tabs>
        <w:autoSpaceDE w:val="0"/>
        <w:autoSpaceDN w:val="0"/>
        <w:spacing w:before="346" w:line="262" w:lineRule="auto"/>
        <w:ind w:right="432"/>
        <w:jc w:val="both"/>
        <w:rPr>
          <w:rFonts w:ascii="Times New Roman" w:hAnsi="Times New Roman" w:cs="Times New Roman"/>
        </w:rPr>
      </w:pPr>
      <w:r w:rsidRPr="005C0E17">
        <w:rPr>
          <w:rFonts w:ascii="Times New Roman" w:hAnsi="Times New Roman" w:cs="Times New Roman"/>
        </w:rPr>
        <w:tab/>
        <w:t>Изучение английского языка в 5 классе направлено на достижение обучающимися личностных, метапредметных и предметных результатов освоения учебного предмета.</w:t>
      </w:r>
    </w:p>
    <w:p w:rsidR="00F44E79" w:rsidRPr="005C0E17" w:rsidRDefault="00F44E79" w:rsidP="00FB68C9">
      <w:pPr>
        <w:autoSpaceDE w:val="0"/>
        <w:autoSpaceDN w:val="0"/>
        <w:spacing w:before="262" w:line="230" w:lineRule="auto"/>
        <w:jc w:val="both"/>
        <w:rPr>
          <w:rFonts w:ascii="Times New Roman" w:hAnsi="Times New Roman" w:cs="Times New Roman"/>
        </w:rPr>
      </w:pPr>
      <w:r w:rsidRPr="005C0E17">
        <w:rPr>
          <w:rFonts w:ascii="Times New Roman" w:hAnsi="Times New Roman" w:cs="Times New Roman"/>
          <w:b/>
        </w:rPr>
        <w:t>ЛИЧНОСТНЫЕ РЕЗУЛЬТАТЫ</w:t>
      </w:r>
    </w:p>
    <w:p w:rsidR="00F44E79" w:rsidRPr="005C0E17" w:rsidRDefault="00F44E79" w:rsidP="00FB68C9">
      <w:pPr>
        <w:autoSpaceDE w:val="0"/>
        <w:autoSpaceDN w:val="0"/>
        <w:spacing w:before="166" w:line="281" w:lineRule="auto"/>
        <w:ind w:right="576" w:firstLine="180"/>
        <w:jc w:val="both"/>
        <w:rPr>
          <w:rFonts w:ascii="Times New Roman" w:hAnsi="Times New Roman" w:cs="Times New Roman"/>
        </w:rPr>
      </w:pPr>
      <w:r w:rsidRPr="005C0E17">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5C0E17" w:rsidRDefault="00F44E79" w:rsidP="00FB68C9">
      <w:pPr>
        <w:tabs>
          <w:tab w:val="left" w:pos="180"/>
        </w:tabs>
        <w:autoSpaceDE w:val="0"/>
        <w:autoSpaceDN w:val="0"/>
        <w:spacing w:before="192"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Личностные результаты </w:t>
      </w:r>
      <w:r w:rsidRPr="005C0E17">
        <w:rPr>
          <w:rFonts w:ascii="Times New Roman" w:hAnsi="Times New Roman" w:cs="Times New Roman"/>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i/>
        </w:rPr>
        <w:t>Гражданского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готовность к выполнению обязанностей гражданина и реализации его прав, уважение прав, свобод и законных интересов других людей; </w:t>
      </w:r>
      <w:r w:rsidRPr="005C0E17">
        <w:rPr>
          <w:rFonts w:ascii="Times New Roman" w:hAnsi="Times New Roman" w:cs="Times New Roman"/>
        </w:rPr>
        <w:br/>
      </w:r>
      <w:r w:rsidRPr="005C0E17">
        <w:rPr>
          <w:rFonts w:ascii="Times New Roman" w:hAnsi="Times New Roman" w:cs="Times New Roman"/>
        </w:rPr>
        <w:tab/>
        <w:t xml:space="preserve">активное участие в жизни семьи, Организации, местного сообщества, родного края, страны; </w:t>
      </w:r>
      <w:r w:rsidRPr="005C0E17">
        <w:rPr>
          <w:rFonts w:ascii="Times New Roman" w:hAnsi="Times New Roman" w:cs="Times New Roman"/>
        </w:rPr>
        <w:tab/>
        <w:t xml:space="preserve">неприятие любых форм экстремизма, дискриминации; понимание роли различных социальных институтов в жизни человека; </w:t>
      </w:r>
      <w:r w:rsidRPr="005C0E17">
        <w:rPr>
          <w:rFonts w:ascii="Times New Roman" w:hAnsi="Times New Roman" w:cs="Times New Roman"/>
        </w:rPr>
        <w:br/>
      </w:r>
      <w:r w:rsidRPr="005C0E17">
        <w:rPr>
          <w:rFonts w:ascii="Times New Roman" w:hAnsi="Times New Roman" w:cs="Times New Roman"/>
        </w:rPr>
        <w:tab/>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5C0E17">
        <w:rPr>
          <w:rFonts w:ascii="Times New Roman" w:hAnsi="Times New Roman" w:cs="Times New Roman"/>
        </w:rPr>
        <w:tab/>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5C0E17">
        <w:rPr>
          <w:rFonts w:ascii="Times New Roman" w:hAnsi="Times New Roman" w:cs="Times New Roman"/>
        </w:rPr>
        <w:br/>
      </w:r>
      <w:r w:rsidRPr="005C0E17">
        <w:rPr>
          <w:rFonts w:ascii="Times New Roman" w:hAnsi="Times New Roman" w:cs="Times New Roman"/>
        </w:rPr>
        <w:tab/>
        <w:t>готовность к участию в гуманитарной деятельности (волонтёрство, помощь людям, нуждающимся в ней).</w:t>
      </w:r>
    </w:p>
    <w:p w:rsidR="00F44E79" w:rsidRPr="005C0E17" w:rsidRDefault="00F44E79" w:rsidP="00FB68C9">
      <w:pPr>
        <w:tabs>
          <w:tab w:val="left" w:pos="180"/>
        </w:tabs>
        <w:autoSpaceDE w:val="0"/>
        <w:autoSpaceDN w:val="0"/>
        <w:spacing w:before="70" w:line="286" w:lineRule="auto"/>
        <w:ind w:right="432"/>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Патриотического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5C0E17">
        <w:rPr>
          <w:rFonts w:ascii="Times New Roman" w:hAnsi="Times New Roman" w:cs="Times New Roman"/>
        </w:rPr>
        <w:br/>
      </w:r>
      <w:r w:rsidRPr="005C0E17">
        <w:rPr>
          <w:rFonts w:ascii="Times New Roman" w:hAnsi="Times New Roman" w:cs="Times New Roman"/>
        </w:rPr>
        <w:tab/>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Pr="005C0E17">
        <w:rPr>
          <w:rFonts w:ascii="Times New Roman" w:hAnsi="Times New Roman" w:cs="Times New Roman"/>
        </w:rPr>
        <w:br/>
      </w:r>
      <w:r w:rsidRPr="005C0E17">
        <w:rPr>
          <w:rFonts w:ascii="Times New Roman" w:hAnsi="Times New Roman" w:cs="Times New Roman"/>
        </w:rPr>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5C0E17" w:rsidRDefault="00F44E79" w:rsidP="00FB68C9">
      <w:pPr>
        <w:tabs>
          <w:tab w:val="left" w:pos="180"/>
        </w:tabs>
        <w:autoSpaceDE w:val="0"/>
        <w:autoSpaceDN w:val="0"/>
        <w:spacing w:before="70" w:line="281"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Духовно-нравственного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ориентация на моральные ценности и нормы в ситуациях нравственного выбора; </w:t>
      </w:r>
      <w:r w:rsidRPr="005C0E17">
        <w:rPr>
          <w:rFonts w:ascii="Times New Roman" w:hAnsi="Times New Roman" w:cs="Times New Roman"/>
        </w:rPr>
        <w:br/>
      </w:r>
      <w:r w:rsidRPr="005C0E17">
        <w:rPr>
          <w:rFonts w:ascii="Times New Roman" w:hAnsi="Times New Roman" w:cs="Times New Roman"/>
        </w:rPr>
        <w:tab/>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5C0E17">
        <w:rPr>
          <w:rFonts w:ascii="Times New Roman" w:hAnsi="Times New Roman" w:cs="Times New Roman"/>
        </w:rPr>
        <w:br/>
      </w:r>
      <w:r w:rsidRPr="005C0E17">
        <w:rPr>
          <w:rFonts w:ascii="Times New Roman" w:hAnsi="Times New Roman" w:cs="Times New Roman"/>
        </w:rPr>
        <w:tab/>
        <w:t>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Pr="005C0E17" w:rsidRDefault="00F44E79" w:rsidP="00FB68C9">
      <w:pPr>
        <w:tabs>
          <w:tab w:val="left" w:pos="180"/>
        </w:tabs>
        <w:autoSpaceDE w:val="0"/>
        <w:autoSpaceDN w:val="0"/>
        <w:spacing w:before="70"/>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Эстетическоговоспитания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4E79" w:rsidRPr="005C0E17" w:rsidRDefault="00F44E79" w:rsidP="00FB68C9">
      <w:pPr>
        <w:jc w:val="both"/>
        <w:rPr>
          <w:rFonts w:ascii="Times New Roman" w:hAnsi="Times New Roman" w:cs="Times New Roman"/>
        </w:rPr>
        <w:sectPr w:rsidR="00F44E79" w:rsidRPr="005C0E17">
          <w:pgSz w:w="11900" w:h="16840"/>
          <w:pgMar w:top="298" w:right="650" w:bottom="420" w:left="666" w:header="720" w:footer="720" w:gutter="0"/>
          <w:cols w:space="720" w:equalWidth="0">
            <w:col w:w="10584"/>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71" w:lineRule="auto"/>
        <w:ind w:right="144"/>
        <w:jc w:val="both"/>
        <w:rPr>
          <w:rFonts w:ascii="Times New Roman" w:hAnsi="Times New Roman" w:cs="Times New Roman"/>
        </w:rPr>
      </w:pPr>
      <w:r w:rsidRPr="005C0E17">
        <w:rPr>
          <w:rFonts w:ascii="Times New Roman" w:hAnsi="Times New Roman" w:cs="Times New Roman"/>
        </w:rPr>
        <w:tab/>
        <w:t xml:space="preserve">понимание ценности отечественного и мирового искусства, роли этнических культурных традиций и народного творчества; </w:t>
      </w:r>
      <w:r w:rsidRPr="005C0E17">
        <w:rPr>
          <w:rFonts w:ascii="Times New Roman" w:hAnsi="Times New Roman" w:cs="Times New Roman"/>
        </w:rPr>
        <w:br/>
      </w:r>
      <w:r w:rsidRPr="005C0E17">
        <w:rPr>
          <w:rFonts w:ascii="Times New Roman" w:hAnsi="Times New Roman" w:cs="Times New Roman"/>
        </w:rPr>
        <w:tab/>
        <w:t>стремление к самовыражению в разных видах искусства.</w:t>
      </w:r>
    </w:p>
    <w:p w:rsidR="00F44E79" w:rsidRPr="005C0E17" w:rsidRDefault="00F44E79" w:rsidP="00FB68C9">
      <w:pPr>
        <w:tabs>
          <w:tab w:val="left" w:pos="180"/>
        </w:tabs>
        <w:autoSpaceDE w:val="0"/>
        <w:autoSpaceDN w:val="0"/>
        <w:spacing w:before="7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Физического воспитания, формирования культуры здоровья и эмоционального благополучия</w:t>
      </w:r>
      <w:r w:rsidRPr="005C0E17">
        <w:rPr>
          <w:rFonts w:ascii="Times New Roman" w:hAnsi="Times New Roman" w:cs="Times New Roman"/>
          <w:b/>
        </w:rPr>
        <w:t xml:space="preserve">: </w:t>
      </w:r>
      <w:r w:rsidRPr="005C0E17">
        <w:rPr>
          <w:rFonts w:ascii="Times New Roman" w:hAnsi="Times New Roman" w:cs="Times New Roman"/>
        </w:rPr>
        <w:tab/>
        <w:t xml:space="preserve">осознание ценности жизни; </w:t>
      </w:r>
      <w:r w:rsidRPr="005C0E17">
        <w:rPr>
          <w:rFonts w:ascii="Times New Roman" w:hAnsi="Times New Roman" w:cs="Times New Roman"/>
        </w:rPr>
        <w:br/>
      </w:r>
      <w:r w:rsidRPr="005C0E17">
        <w:rPr>
          <w:rFonts w:ascii="Times New Roman" w:hAnsi="Times New Roman" w:cs="Times New Roman"/>
        </w:rPr>
        <w:tab/>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5C0E17">
        <w:rPr>
          <w:rFonts w:ascii="Times New Roman" w:hAnsi="Times New Roman" w:cs="Times New Roman"/>
        </w:rPr>
        <w:br/>
      </w:r>
      <w:r w:rsidRPr="005C0E17">
        <w:rPr>
          <w:rFonts w:ascii="Times New Roman" w:hAnsi="Times New Roman" w:cs="Times New Roman"/>
        </w:rPr>
        <w:tab/>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5C0E17">
        <w:rPr>
          <w:rFonts w:ascii="Times New Roman" w:hAnsi="Times New Roman" w:cs="Times New Roman"/>
        </w:rPr>
        <w:br/>
      </w:r>
      <w:r w:rsidRPr="005C0E17">
        <w:rPr>
          <w:rFonts w:ascii="Times New Roman" w:hAnsi="Times New Roman" w:cs="Times New Roman"/>
        </w:rPr>
        <w:tab/>
        <w:t xml:space="preserve">соблюдение правил безопасности, в том числе навыков безопасного поведения в интернет-среде; </w:t>
      </w:r>
      <w:r w:rsidRPr="005C0E17">
        <w:rPr>
          <w:rFonts w:ascii="Times New Roman" w:hAnsi="Times New Roman" w:cs="Times New Roman"/>
        </w:rPr>
        <w:tab/>
        <w:t xml:space="preserve">способность адаптироваться к стрессовым ситуациям и меняющимся социальным, </w:t>
      </w:r>
      <w:r w:rsidRPr="005C0E17">
        <w:rPr>
          <w:rFonts w:ascii="Times New Roman" w:hAnsi="Times New Roman" w:cs="Times New Roman"/>
        </w:rPr>
        <w:br/>
        <w:t xml:space="preserve">информационным и природным условиям, в том числе осмысляя собственный опыт и выстраивая дальнейшие цели; </w:t>
      </w:r>
      <w:r w:rsidRPr="005C0E17">
        <w:rPr>
          <w:rFonts w:ascii="Times New Roman" w:hAnsi="Times New Roman" w:cs="Times New Roman"/>
        </w:rPr>
        <w:br/>
      </w:r>
      <w:r w:rsidRPr="005C0E17">
        <w:rPr>
          <w:rFonts w:ascii="Times New Roman" w:hAnsi="Times New Roman" w:cs="Times New Roman"/>
        </w:rPr>
        <w:tab/>
        <w:t xml:space="preserve">умение принимать себя и других, не осуждая; </w:t>
      </w:r>
      <w:r w:rsidRPr="005C0E17">
        <w:rPr>
          <w:rFonts w:ascii="Times New Roman" w:hAnsi="Times New Roman" w:cs="Times New Roman"/>
        </w:rPr>
        <w:br/>
      </w:r>
      <w:r w:rsidRPr="005C0E17">
        <w:rPr>
          <w:rFonts w:ascii="Times New Roman" w:hAnsi="Times New Roman" w:cs="Times New Roman"/>
        </w:rPr>
        <w:tab/>
        <w:t xml:space="preserve">умение осознавать эмоциональное состояние себя и других, умение управлять собственным эмоциональным состоянием; </w:t>
      </w:r>
      <w:r w:rsidRPr="005C0E17">
        <w:rPr>
          <w:rFonts w:ascii="Times New Roman" w:hAnsi="Times New Roman" w:cs="Times New Roman"/>
        </w:rPr>
        <w:br/>
      </w:r>
      <w:r w:rsidRPr="005C0E17">
        <w:rPr>
          <w:rFonts w:ascii="Times New Roman" w:hAnsi="Times New Roman" w:cs="Times New Roman"/>
        </w:rPr>
        <w:tab/>
        <w:t>сформированность навыка рефлексии, признание своего права на ошибку и такого же права другого человека.</w:t>
      </w:r>
    </w:p>
    <w:p w:rsidR="00F44E79" w:rsidRPr="005C0E17" w:rsidRDefault="00F44E79" w:rsidP="00FB68C9">
      <w:pPr>
        <w:tabs>
          <w:tab w:val="left" w:pos="180"/>
        </w:tabs>
        <w:autoSpaceDE w:val="0"/>
        <w:autoSpaceDN w:val="0"/>
        <w:spacing w:before="7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Трудового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5C0E17">
        <w:rPr>
          <w:rFonts w:ascii="Times New Roman" w:hAnsi="Times New Roman" w:cs="Times New Roman"/>
        </w:rPr>
        <w:br/>
      </w:r>
      <w:r w:rsidRPr="005C0E17">
        <w:rPr>
          <w:rFonts w:ascii="Times New Roman" w:hAnsi="Times New Roman" w:cs="Times New Roman"/>
        </w:rPr>
        <w:tab/>
        <w:t xml:space="preserve">интерес к практическому изучению профессий и труда различного рода, в том числе на основе применения изучаемого предметного знания; </w:t>
      </w:r>
      <w:r w:rsidRPr="005C0E17">
        <w:rPr>
          <w:rFonts w:ascii="Times New Roman" w:hAnsi="Times New Roman" w:cs="Times New Roman"/>
        </w:rPr>
        <w:br/>
      </w:r>
      <w:r w:rsidRPr="005C0E17">
        <w:rPr>
          <w:rFonts w:ascii="Times New Roman" w:hAnsi="Times New Roman" w:cs="Times New Roman"/>
        </w:rPr>
        <w:tab/>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sidRPr="005C0E17">
        <w:rPr>
          <w:rFonts w:ascii="Times New Roman" w:hAnsi="Times New Roman" w:cs="Times New Roman"/>
        </w:rPr>
        <w:br/>
      </w:r>
      <w:r w:rsidRPr="005C0E17">
        <w:rPr>
          <w:rFonts w:ascii="Times New Roman" w:hAnsi="Times New Roman" w:cs="Times New Roman"/>
        </w:rPr>
        <w:tab/>
        <w:t xml:space="preserve">готовность адаптироваться в профессиональной среде; </w:t>
      </w:r>
      <w:r w:rsidRPr="005C0E17">
        <w:rPr>
          <w:rFonts w:ascii="Times New Roman" w:hAnsi="Times New Roman" w:cs="Times New Roman"/>
        </w:rPr>
        <w:br/>
      </w:r>
      <w:r w:rsidRPr="005C0E17">
        <w:rPr>
          <w:rFonts w:ascii="Times New Roman" w:hAnsi="Times New Roman" w:cs="Times New Roman"/>
        </w:rPr>
        <w:tab/>
        <w:t xml:space="preserve">уважение к труду и результатам трудовой деятельности; </w:t>
      </w:r>
      <w:r w:rsidRPr="005C0E17">
        <w:rPr>
          <w:rFonts w:ascii="Times New Roman" w:hAnsi="Times New Roman" w:cs="Times New Roman"/>
        </w:rPr>
        <w:br/>
      </w:r>
      <w:r w:rsidRPr="005C0E17">
        <w:rPr>
          <w:rFonts w:ascii="Times New Roman" w:hAnsi="Times New Roman" w:cs="Times New Roman"/>
        </w:rPr>
        <w:ta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4E79" w:rsidRPr="005C0E17" w:rsidRDefault="00F44E79" w:rsidP="00FB68C9">
      <w:pPr>
        <w:tabs>
          <w:tab w:val="left" w:pos="180"/>
        </w:tabs>
        <w:autoSpaceDE w:val="0"/>
        <w:autoSpaceDN w:val="0"/>
        <w:spacing w:before="72" w:line="286"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Экологического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5C0E17">
        <w:rPr>
          <w:rFonts w:ascii="Times New Roman" w:hAnsi="Times New Roman" w:cs="Times New Roman"/>
        </w:rPr>
        <w:br/>
      </w:r>
      <w:r w:rsidRPr="005C0E17">
        <w:rPr>
          <w:rFonts w:ascii="Times New Roman" w:hAnsi="Times New Roman" w:cs="Times New Roman"/>
        </w:rPr>
        <w:tab/>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5C0E17">
        <w:rPr>
          <w:rFonts w:ascii="Times New Roman" w:hAnsi="Times New Roman" w:cs="Times New Roman"/>
        </w:rPr>
        <w:tab/>
        <w:t xml:space="preserve">осознание своей роли как гражданина и потребителя в условиях взаимосвязи природной, </w:t>
      </w:r>
      <w:r w:rsidRPr="005C0E17">
        <w:rPr>
          <w:rFonts w:ascii="Times New Roman" w:hAnsi="Times New Roman" w:cs="Times New Roman"/>
        </w:rPr>
        <w:br/>
        <w:t xml:space="preserve">технологической и социальной сред; </w:t>
      </w:r>
      <w:r w:rsidRPr="005C0E17">
        <w:rPr>
          <w:rFonts w:ascii="Times New Roman" w:hAnsi="Times New Roman" w:cs="Times New Roman"/>
        </w:rPr>
        <w:br/>
      </w:r>
      <w:r w:rsidRPr="005C0E17">
        <w:rPr>
          <w:rFonts w:ascii="Times New Roman" w:hAnsi="Times New Roman" w:cs="Times New Roman"/>
        </w:rPr>
        <w:tab/>
        <w:t>готовность к участию в практической деятельности экологической направленности.</w:t>
      </w:r>
    </w:p>
    <w:p w:rsidR="00F44E79" w:rsidRPr="005C0E17" w:rsidRDefault="00F44E79" w:rsidP="00FB68C9">
      <w:pPr>
        <w:tabs>
          <w:tab w:val="left" w:pos="180"/>
        </w:tabs>
        <w:autoSpaceDE w:val="0"/>
        <w:autoSpaceDN w:val="0"/>
        <w:spacing w:before="70" w:line="281" w:lineRule="auto"/>
        <w:ind w:right="144"/>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Ценности научного познания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5C0E17">
        <w:rPr>
          <w:rFonts w:ascii="Times New Roman" w:hAnsi="Times New Roman" w:cs="Times New Roman"/>
        </w:rPr>
        <w:br/>
      </w:r>
      <w:r w:rsidRPr="005C0E17">
        <w:rPr>
          <w:rFonts w:ascii="Times New Roman" w:hAnsi="Times New Roman" w:cs="Times New Roman"/>
        </w:rPr>
        <w:tab/>
        <w:t xml:space="preserve">овладение языковой и читательской культурой как средством познания мира; </w:t>
      </w:r>
      <w:r w:rsidRPr="005C0E17">
        <w:rPr>
          <w:rFonts w:ascii="Times New Roman" w:hAnsi="Times New Roman" w:cs="Times New Roman"/>
        </w:rPr>
        <w:br/>
      </w:r>
      <w:r w:rsidRPr="005C0E17">
        <w:rPr>
          <w:rFonts w:ascii="Times New Roman" w:hAnsi="Times New Roman" w:cs="Times New Roman"/>
        </w:rPr>
        <w:tab/>
        <w:t>овладение основными навыками исследовательской деятельности, установка на осмысление опыта,</w:t>
      </w:r>
    </w:p>
    <w:p w:rsidR="00F44E79" w:rsidRPr="005C0E17" w:rsidRDefault="00F44E79" w:rsidP="00FB68C9">
      <w:pPr>
        <w:jc w:val="both"/>
        <w:rPr>
          <w:rFonts w:ascii="Times New Roman" w:hAnsi="Times New Roman" w:cs="Times New Roman"/>
        </w:rPr>
        <w:sectPr w:rsidR="00F44E79" w:rsidRPr="005C0E17">
          <w:pgSz w:w="11900" w:h="16840"/>
          <w:pgMar w:top="298" w:right="640" w:bottom="428" w:left="666" w:header="720" w:footer="720" w:gutter="0"/>
          <w:cols w:space="720" w:equalWidth="0">
            <w:col w:w="10594"/>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line="262" w:lineRule="auto"/>
        <w:ind w:right="864"/>
        <w:jc w:val="both"/>
        <w:rPr>
          <w:rFonts w:ascii="Times New Roman" w:hAnsi="Times New Roman" w:cs="Times New Roman"/>
        </w:rPr>
      </w:pPr>
      <w:r w:rsidRPr="005C0E17">
        <w:rPr>
          <w:rFonts w:ascii="Times New Roman" w:hAnsi="Times New Roman" w:cs="Times New Roman"/>
        </w:rPr>
        <w:t>наблюдений, поступков и стремление совершенствовать пути достижения индивидуального и коллективного благополучия.</w:t>
      </w:r>
    </w:p>
    <w:p w:rsidR="00F44E79" w:rsidRPr="005C0E17" w:rsidRDefault="00F44E79" w:rsidP="00FB68C9">
      <w:pPr>
        <w:tabs>
          <w:tab w:val="left" w:pos="180"/>
        </w:tabs>
        <w:autoSpaceDE w:val="0"/>
        <w:autoSpaceDN w:val="0"/>
        <w:spacing w:before="70" w:line="290"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Личностные результаты, обеспечивающие адаптацию обучающегосяк изменяющимся условиям социальной и природной среды, включают</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5C0E17">
        <w:rPr>
          <w:rFonts w:ascii="Times New Roman" w:hAnsi="Times New Roman" w:cs="Times New Roman"/>
        </w:rPr>
        <w:br/>
        <w:t xml:space="preserve">деятельности, а также в рамках социального взаимодействия с людьми из другой культурной среды; </w:t>
      </w:r>
      <w:r w:rsidRPr="005C0E17">
        <w:rPr>
          <w:rFonts w:ascii="Times New Roman" w:hAnsi="Times New Roman" w:cs="Times New Roman"/>
        </w:rPr>
        <w:tab/>
        <w:t xml:space="preserve">способность обучающихся взаимодействовать в условиях неопределённости, открытость опыту и знаниям других; </w:t>
      </w:r>
      <w:r w:rsidRPr="005C0E17">
        <w:rPr>
          <w:rFonts w:ascii="Times New Roman" w:hAnsi="Times New Roman" w:cs="Times New Roman"/>
        </w:rPr>
        <w:br/>
      </w:r>
      <w:r w:rsidRPr="005C0E17">
        <w:rPr>
          <w:rFonts w:ascii="Times New Roman" w:hAnsi="Times New Roman" w:cs="Times New Roman"/>
        </w:rPr>
        <w:tab/>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r w:rsidRPr="005C0E17">
        <w:rPr>
          <w:rFonts w:ascii="Times New Roman" w:hAnsi="Times New Roman" w:cs="Times New Roman"/>
        </w:rPr>
        <w:br/>
      </w:r>
      <w:r w:rsidRPr="005C0E17">
        <w:rPr>
          <w:rFonts w:ascii="Times New Roman" w:hAnsi="Times New Roman" w:cs="Times New Roman"/>
        </w:rPr>
        <w:tab/>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r w:rsidRPr="005C0E17">
        <w:rPr>
          <w:rFonts w:ascii="Times New Roman" w:hAnsi="Times New Roman" w:cs="Times New Roman"/>
        </w:rPr>
        <w:tab/>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5C0E17">
        <w:rPr>
          <w:rFonts w:ascii="Times New Roman" w:hAnsi="Times New Roman" w:cs="Times New Roman"/>
        </w:rPr>
        <w:br/>
        <w:t xml:space="preserve">понятиями), а также оперировать терминами и представлениями в области концепции устойчивого развития; </w:t>
      </w:r>
      <w:r w:rsidRPr="005C0E17">
        <w:rPr>
          <w:rFonts w:ascii="Times New Roman" w:hAnsi="Times New Roman" w:cs="Times New Roman"/>
        </w:rPr>
        <w:br/>
      </w:r>
      <w:r w:rsidRPr="005C0E17">
        <w:rPr>
          <w:rFonts w:ascii="Times New Roman" w:hAnsi="Times New Roman" w:cs="Times New Roman"/>
        </w:rPr>
        <w:tab/>
        <w:t xml:space="preserve">умение анализировать и выявлять взаимосвязи природы, общества и экономики; </w:t>
      </w:r>
      <w:r w:rsidRPr="005C0E17">
        <w:rPr>
          <w:rFonts w:ascii="Times New Roman" w:hAnsi="Times New Roman" w:cs="Times New Roman"/>
        </w:rPr>
        <w:br/>
      </w:r>
      <w:r w:rsidRPr="005C0E17">
        <w:rPr>
          <w:rFonts w:ascii="Times New Roman" w:hAnsi="Times New Roman" w:cs="Times New Roman"/>
        </w:rPr>
        <w:tab/>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r w:rsidRPr="005C0E17">
        <w:rPr>
          <w:rFonts w:ascii="Times New Roman" w:hAnsi="Times New Roman" w:cs="Times New Roman"/>
        </w:rPr>
        <w:br/>
      </w:r>
      <w:r w:rsidRPr="005C0E17">
        <w:rPr>
          <w:rFonts w:ascii="Times New Roman" w:hAnsi="Times New Roman" w:cs="Times New Roman"/>
        </w:rPr>
        <w:tab/>
        <w:t xml:space="preserve">способность обучающихся осознавать стрессовую ситуацию, оценивать происходящие изменения и их последствия; </w:t>
      </w:r>
      <w:r w:rsidRPr="005C0E17">
        <w:rPr>
          <w:rFonts w:ascii="Times New Roman" w:hAnsi="Times New Roman" w:cs="Times New Roman"/>
        </w:rPr>
        <w:br/>
      </w:r>
      <w:r w:rsidRPr="005C0E17">
        <w:rPr>
          <w:rFonts w:ascii="Times New Roman" w:hAnsi="Times New Roman" w:cs="Times New Roman"/>
        </w:rPr>
        <w:tab/>
        <w:t xml:space="preserve">воспринимать стрессовую ситуацию как вызов, требующий контрмер; </w:t>
      </w:r>
      <w:r w:rsidRPr="005C0E17">
        <w:rPr>
          <w:rFonts w:ascii="Times New Roman" w:hAnsi="Times New Roman" w:cs="Times New Roman"/>
        </w:rPr>
        <w:br/>
      </w:r>
      <w:r w:rsidRPr="005C0E17">
        <w:rPr>
          <w:rFonts w:ascii="Times New Roman" w:hAnsi="Times New Roman" w:cs="Times New Roman"/>
        </w:rPr>
        <w:tab/>
        <w:t xml:space="preserve">оценивать ситуацию стресса, корректировать принимаемые решения и действия; </w:t>
      </w:r>
      <w:r w:rsidRPr="005C0E17">
        <w:rPr>
          <w:rFonts w:ascii="Times New Roman" w:hAnsi="Times New Roman" w:cs="Times New Roman"/>
        </w:rPr>
        <w:br/>
      </w:r>
      <w:r w:rsidRPr="005C0E17">
        <w:rPr>
          <w:rFonts w:ascii="Times New Roman" w:hAnsi="Times New Roman" w:cs="Times New Roman"/>
        </w:rPr>
        <w:tab/>
        <w:t xml:space="preserve">формулировать и оценивать риски и последствия, формировать опыт, уметь находить позитивное в произошедшей ситуации; </w:t>
      </w:r>
      <w:r w:rsidRPr="005C0E17">
        <w:rPr>
          <w:rFonts w:ascii="Times New Roman" w:hAnsi="Times New Roman" w:cs="Times New Roman"/>
        </w:rPr>
        <w:br/>
      </w:r>
      <w:r w:rsidRPr="005C0E17">
        <w:rPr>
          <w:rFonts w:ascii="Times New Roman" w:hAnsi="Times New Roman" w:cs="Times New Roman"/>
        </w:rPr>
        <w:tab/>
        <w:t>быть готовым действовать в отсутствие гарантий успеха.</w:t>
      </w:r>
    </w:p>
    <w:p w:rsidR="00F44E79" w:rsidRPr="005C0E17" w:rsidRDefault="00F44E79" w:rsidP="00FB68C9">
      <w:pPr>
        <w:autoSpaceDE w:val="0"/>
        <w:autoSpaceDN w:val="0"/>
        <w:spacing w:before="264" w:line="230" w:lineRule="auto"/>
        <w:jc w:val="both"/>
        <w:rPr>
          <w:rFonts w:ascii="Times New Roman" w:hAnsi="Times New Roman" w:cs="Times New Roman"/>
        </w:rPr>
      </w:pPr>
      <w:r w:rsidRPr="005C0E17">
        <w:rPr>
          <w:rFonts w:ascii="Times New Roman" w:hAnsi="Times New Roman" w:cs="Times New Roman"/>
          <w:b/>
        </w:rPr>
        <w:t>МЕТАПРЕДМЕТНЫЕ РЕЗУЛЬТАТЫ</w:t>
      </w:r>
    </w:p>
    <w:p w:rsidR="00F44E79" w:rsidRPr="005C0E17" w:rsidRDefault="00F44E79" w:rsidP="00FB68C9">
      <w:pPr>
        <w:tabs>
          <w:tab w:val="left" w:pos="180"/>
        </w:tabs>
        <w:autoSpaceDE w:val="0"/>
        <w:autoSpaceDN w:val="0"/>
        <w:spacing w:before="168" w:line="288" w:lineRule="auto"/>
        <w:ind w:right="144"/>
        <w:jc w:val="both"/>
        <w:rPr>
          <w:rFonts w:ascii="Times New Roman" w:hAnsi="Times New Roman" w:cs="Times New Roman"/>
        </w:rPr>
      </w:pPr>
      <w:r w:rsidRPr="005C0E17">
        <w:rPr>
          <w:rFonts w:ascii="Times New Roman" w:hAnsi="Times New Roman" w:cs="Times New Roman"/>
        </w:rPr>
        <w:tab/>
        <w:t xml:space="preserve">Метапредметные результаты освоения программы основного общего образования, в том числе адаптированной, должны отражать: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i/>
        </w:rPr>
        <w:t>Овладение универсальными учебными познавательными действиями</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1) базовые логические действия: </w:t>
      </w:r>
      <w:r w:rsidRPr="005C0E17">
        <w:rPr>
          <w:rFonts w:ascii="Times New Roman" w:hAnsi="Times New Roman" w:cs="Times New Roman"/>
        </w:rPr>
        <w:br/>
      </w:r>
      <w:r w:rsidRPr="005C0E17">
        <w:rPr>
          <w:rFonts w:ascii="Times New Roman" w:hAnsi="Times New Roman" w:cs="Times New Roman"/>
        </w:rPr>
        <w:tab/>
        <w:t xml:space="preserve">выявлять и характеризовать существенные признаки объектов (явлений); </w:t>
      </w:r>
      <w:r w:rsidRPr="005C0E17">
        <w:rPr>
          <w:rFonts w:ascii="Times New Roman" w:hAnsi="Times New Roman" w:cs="Times New Roman"/>
        </w:rPr>
        <w:br/>
      </w:r>
      <w:r w:rsidRPr="005C0E17">
        <w:rPr>
          <w:rFonts w:ascii="Times New Roman" w:hAnsi="Times New Roman" w:cs="Times New Roman"/>
        </w:rPr>
        <w:tab/>
        <w:t xml:space="preserve">устанавливать существенный признак классификации, основания для обобщения и сравнения, критерии проводимого анализа; </w:t>
      </w:r>
      <w:r w:rsidRPr="005C0E17">
        <w:rPr>
          <w:rFonts w:ascii="Times New Roman" w:hAnsi="Times New Roman" w:cs="Times New Roman"/>
        </w:rPr>
        <w:br/>
      </w:r>
      <w:r w:rsidRPr="005C0E17">
        <w:rPr>
          <w:rFonts w:ascii="Times New Roman" w:hAnsi="Times New Roman" w:cs="Times New Roman"/>
        </w:rPr>
        <w:tab/>
        <w:t xml:space="preserve">с учётом предложенной задачи выявлять закономерности и противоречия в рассматриваемых фактах, данных и наблюдениях; </w:t>
      </w:r>
      <w:r w:rsidRPr="005C0E17">
        <w:rPr>
          <w:rFonts w:ascii="Times New Roman" w:hAnsi="Times New Roman" w:cs="Times New Roman"/>
        </w:rPr>
        <w:br/>
      </w:r>
      <w:r w:rsidRPr="005C0E17">
        <w:rPr>
          <w:rFonts w:ascii="Times New Roman" w:hAnsi="Times New Roman" w:cs="Times New Roman"/>
        </w:rPr>
        <w:tab/>
        <w:t xml:space="preserve">предлагать критерии для выявления закономерностей и противоречий; </w:t>
      </w:r>
      <w:r w:rsidRPr="005C0E17">
        <w:rPr>
          <w:rFonts w:ascii="Times New Roman" w:hAnsi="Times New Roman" w:cs="Times New Roman"/>
        </w:rPr>
        <w:br/>
      </w:r>
      <w:r w:rsidRPr="005C0E17">
        <w:rPr>
          <w:rFonts w:ascii="Times New Roman" w:hAnsi="Times New Roman" w:cs="Times New Roman"/>
        </w:rPr>
        <w:tab/>
        <w:t xml:space="preserve">выявлять дефицит информации, данных, необходимых для решения поставленной задачи; </w:t>
      </w:r>
      <w:r w:rsidRPr="005C0E17">
        <w:rPr>
          <w:rFonts w:ascii="Times New Roman" w:hAnsi="Times New Roman" w:cs="Times New Roman"/>
        </w:rPr>
        <w:tab/>
        <w:t xml:space="preserve">выявлять причинно-следственные связи при изучении явлений и процессов; </w:t>
      </w:r>
      <w:r w:rsidRPr="005C0E17">
        <w:rPr>
          <w:rFonts w:ascii="Times New Roman" w:hAnsi="Times New Roman" w:cs="Times New Roman"/>
        </w:rPr>
        <w:br/>
      </w:r>
      <w:r w:rsidRPr="005C0E17">
        <w:rPr>
          <w:rFonts w:ascii="Times New Roman" w:hAnsi="Times New Roman" w:cs="Times New Roman"/>
        </w:rPr>
        <w:tab/>
        <w:t>делать выводы с использованием дедуктивных и индуктивных умозаключений, умозаключений по аналогии, формулировать гипотезы о взаимосвязях;</w:t>
      </w:r>
    </w:p>
    <w:p w:rsidR="00F44E79" w:rsidRPr="005C0E17" w:rsidRDefault="00F44E79" w:rsidP="00FB68C9">
      <w:pPr>
        <w:jc w:val="both"/>
        <w:rPr>
          <w:rFonts w:ascii="Times New Roman" w:hAnsi="Times New Roman" w:cs="Times New Roman"/>
        </w:rPr>
        <w:sectPr w:rsidR="00F44E79" w:rsidRPr="005C0E17">
          <w:pgSz w:w="11900" w:h="16840"/>
          <w:pgMar w:top="286" w:right="654" w:bottom="296" w:left="666" w:header="720" w:footer="720" w:gutter="0"/>
          <w:cols w:space="720" w:equalWidth="0">
            <w:col w:w="10580"/>
          </w:cols>
          <w:docGrid w:linePitch="360"/>
        </w:sectPr>
      </w:pPr>
    </w:p>
    <w:p w:rsidR="00F44E79" w:rsidRPr="005C0E17" w:rsidRDefault="00F44E79" w:rsidP="00FB68C9">
      <w:pPr>
        <w:autoSpaceDE w:val="0"/>
        <w:autoSpaceDN w:val="0"/>
        <w:spacing w:after="90"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90" w:lineRule="auto"/>
        <w:jc w:val="both"/>
        <w:rPr>
          <w:rFonts w:ascii="Times New Roman" w:hAnsi="Times New Roman" w:cs="Times New Roman"/>
        </w:rPr>
      </w:pPr>
      <w:r w:rsidRPr="005C0E17">
        <w:rPr>
          <w:rFonts w:ascii="Times New Roman" w:hAnsi="Times New Roman" w:cs="Times New Roman"/>
        </w:rPr>
        <w:tab/>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5C0E17">
        <w:rPr>
          <w:rFonts w:ascii="Times New Roman" w:hAnsi="Times New Roman" w:cs="Times New Roman"/>
        </w:rPr>
        <w:tab/>
      </w:r>
      <w:r w:rsidRPr="005C0E17">
        <w:rPr>
          <w:rFonts w:ascii="Times New Roman" w:hAnsi="Times New Roman" w:cs="Times New Roman"/>
          <w:i/>
        </w:rPr>
        <w:t xml:space="preserve">2) базовые исследовательские действия: </w:t>
      </w:r>
      <w:r w:rsidRPr="005C0E17">
        <w:rPr>
          <w:rFonts w:ascii="Times New Roman" w:hAnsi="Times New Roman" w:cs="Times New Roman"/>
        </w:rPr>
        <w:br/>
      </w:r>
      <w:r w:rsidRPr="005C0E17">
        <w:rPr>
          <w:rFonts w:ascii="Times New Roman" w:hAnsi="Times New Roman" w:cs="Times New Roman"/>
        </w:rPr>
        <w:tab/>
        <w:t xml:space="preserve">использовать вопросы как исследовательский инструмент познания; </w:t>
      </w:r>
      <w:r w:rsidRPr="005C0E17">
        <w:rPr>
          <w:rFonts w:ascii="Times New Roman" w:hAnsi="Times New Roman" w:cs="Times New Roman"/>
        </w:rPr>
        <w:br/>
      </w:r>
      <w:r w:rsidRPr="005C0E17">
        <w:rPr>
          <w:rFonts w:ascii="Times New Roman" w:hAnsi="Times New Roman" w:cs="Times New Roman"/>
        </w:rPr>
        <w:tab/>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5C0E17">
        <w:rPr>
          <w:rFonts w:ascii="Times New Roman" w:hAnsi="Times New Roman" w:cs="Times New Roman"/>
        </w:rPr>
        <w:br/>
      </w:r>
      <w:r w:rsidRPr="005C0E17">
        <w:rPr>
          <w:rFonts w:ascii="Times New Roman" w:hAnsi="Times New Roman" w:cs="Times New Roman"/>
        </w:rPr>
        <w:tab/>
        <w:t xml:space="preserve">формулировать гипотезу об истинности собственных суждений и суждений других, </w:t>
      </w:r>
      <w:r w:rsidRPr="005C0E17">
        <w:rPr>
          <w:rFonts w:ascii="Times New Roman" w:hAnsi="Times New Roman" w:cs="Times New Roman"/>
        </w:rPr>
        <w:br/>
        <w:t xml:space="preserve">аргументировать свою позицию, мнение; </w:t>
      </w:r>
      <w:r w:rsidRPr="005C0E17">
        <w:rPr>
          <w:rFonts w:ascii="Times New Roman" w:hAnsi="Times New Roman" w:cs="Times New Roman"/>
        </w:rPr>
        <w:br/>
      </w:r>
      <w:r w:rsidRPr="005C0E17">
        <w:rPr>
          <w:rFonts w:ascii="Times New Roman" w:hAnsi="Times New Roman" w:cs="Times New Roman"/>
        </w:rPr>
        <w:tab/>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r w:rsidRPr="005C0E17">
        <w:rPr>
          <w:rFonts w:ascii="Times New Roman" w:hAnsi="Times New Roman" w:cs="Times New Roman"/>
        </w:rPr>
        <w:br/>
      </w:r>
      <w:r w:rsidRPr="005C0E17">
        <w:rPr>
          <w:rFonts w:ascii="Times New Roman" w:hAnsi="Times New Roman" w:cs="Times New Roman"/>
        </w:rPr>
        <w:tab/>
        <w:t xml:space="preserve">оценивать на применимость и достоверность информацию, полученную в ходе исследования (эксперимента); </w:t>
      </w:r>
      <w:r w:rsidRPr="005C0E17">
        <w:rPr>
          <w:rFonts w:ascii="Times New Roman" w:hAnsi="Times New Roman" w:cs="Times New Roman"/>
        </w:rPr>
        <w:br/>
      </w:r>
      <w:r w:rsidRPr="005C0E17">
        <w:rPr>
          <w:rFonts w:ascii="Times New Roman" w:hAnsi="Times New Roman" w:cs="Times New Roman"/>
        </w:rPr>
        <w:tab/>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r w:rsidRPr="005C0E17">
        <w:rPr>
          <w:rFonts w:ascii="Times New Roman" w:hAnsi="Times New Roman" w:cs="Times New Roman"/>
        </w:rPr>
        <w:br/>
      </w:r>
      <w:r w:rsidRPr="005C0E17">
        <w:rPr>
          <w:rFonts w:ascii="Times New Roman" w:hAnsi="Times New Roman" w:cs="Times New Roman"/>
        </w:rPr>
        <w:tab/>
        <w:t xml:space="preserve">прогнозировать возможное дальнейшее развитие процессов, событий и их последствия в </w:t>
      </w:r>
      <w:r w:rsidRPr="005C0E17">
        <w:rPr>
          <w:rFonts w:ascii="Times New Roman" w:hAnsi="Times New Roman" w:cs="Times New Roman"/>
        </w:rPr>
        <w:br/>
        <w:t xml:space="preserve">аналогичных или сходных ситуациях, выдвигать предположения об их развитии в новых условиях и контекстах;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3) работа с информацией: </w:t>
      </w:r>
      <w:r w:rsidRPr="005C0E17">
        <w:rPr>
          <w:rFonts w:ascii="Times New Roman" w:hAnsi="Times New Roman" w:cs="Times New Roman"/>
        </w:rPr>
        <w:br/>
      </w:r>
      <w:r w:rsidRPr="005C0E17">
        <w:rPr>
          <w:rFonts w:ascii="Times New Roman" w:hAnsi="Times New Roman" w:cs="Times New Roman"/>
        </w:rPr>
        <w:tab/>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sidRPr="005C0E17">
        <w:rPr>
          <w:rFonts w:ascii="Times New Roman" w:hAnsi="Times New Roman" w:cs="Times New Roman"/>
        </w:rPr>
        <w:br/>
      </w:r>
      <w:r w:rsidRPr="005C0E17">
        <w:rPr>
          <w:rFonts w:ascii="Times New Roman" w:hAnsi="Times New Roman" w:cs="Times New Roman"/>
        </w:rPr>
        <w:tab/>
        <w:t xml:space="preserve">выбирать, анализировать, систематизировать и интерпретировать информацию различных видов и форм представления; </w:t>
      </w:r>
      <w:r w:rsidRPr="005C0E17">
        <w:rPr>
          <w:rFonts w:ascii="Times New Roman" w:hAnsi="Times New Roman" w:cs="Times New Roman"/>
        </w:rPr>
        <w:br/>
      </w:r>
      <w:r w:rsidRPr="005C0E17">
        <w:rPr>
          <w:rFonts w:ascii="Times New Roman" w:hAnsi="Times New Roman" w:cs="Times New Roman"/>
        </w:rPr>
        <w:tab/>
        <w:t xml:space="preserve">находить сходные аргументы (подтверждающие или опровергающие одну и ту же идею, версию) в различных информационных источниках; </w:t>
      </w:r>
      <w:r w:rsidRPr="005C0E17">
        <w:rPr>
          <w:rFonts w:ascii="Times New Roman" w:hAnsi="Times New Roman" w:cs="Times New Roman"/>
        </w:rPr>
        <w:br/>
      </w:r>
      <w:r w:rsidRPr="005C0E17">
        <w:rPr>
          <w:rFonts w:ascii="Times New Roman" w:hAnsi="Times New Roman" w:cs="Times New Roman"/>
        </w:rPr>
        <w:tab/>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5C0E17">
        <w:rPr>
          <w:rFonts w:ascii="Times New Roman" w:hAnsi="Times New Roman" w:cs="Times New Roman"/>
        </w:rPr>
        <w:tab/>
        <w:t xml:space="preserve">оценивать надёжность информации по критериям, предложенным педагогическим работником или сформулированным самостоятельно; </w:t>
      </w:r>
      <w:r w:rsidRPr="005C0E17">
        <w:rPr>
          <w:rFonts w:ascii="Times New Roman" w:hAnsi="Times New Roman" w:cs="Times New Roman"/>
        </w:rPr>
        <w:br/>
      </w:r>
      <w:r w:rsidRPr="005C0E17">
        <w:rPr>
          <w:rFonts w:ascii="Times New Roman" w:hAnsi="Times New Roman" w:cs="Times New Roman"/>
        </w:rPr>
        <w:tab/>
        <w:t>эффективно запоминать и систематизировать информацию.</w:t>
      </w:r>
    </w:p>
    <w:p w:rsidR="00F44E79" w:rsidRPr="005C0E17" w:rsidRDefault="00F44E79" w:rsidP="00FB68C9">
      <w:pPr>
        <w:tabs>
          <w:tab w:val="left" w:pos="180"/>
        </w:tabs>
        <w:autoSpaceDE w:val="0"/>
        <w:autoSpaceDN w:val="0"/>
        <w:spacing w:before="72" w:line="262" w:lineRule="auto"/>
        <w:ind w:right="1296"/>
        <w:jc w:val="both"/>
        <w:rPr>
          <w:rFonts w:ascii="Times New Roman" w:hAnsi="Times New Roman" w:cs="Times New Roman"/>
        </w:rPr>
      </w:pPr>
      <w:r w:rsidRPr="005C0E17">
        <w:rPr>
          <w:rFonts w:ascii="Times New Roman" w:hAnsi="Times New Roman" w:cs="Times New Roman"/>
        </w:rPr>
        <w:tab/>
        <w:t>Овладение системой универсальных учебных познавательных действий обеспечивает сформированность когнитивных навыков у обучающихся.</w:t>
      </w:r>
    </w:p>
    <w:p w:rsidR="00F44E79" w:rsidRPr="005C0E17" w:rsidRDefault="00F44E79" w:rsidP="00FB68C9">
      <w:pPr>
        <w:tabs>
          <w:tab w:val="left" w:pos="180"/>
        </w:tabs>
        <w:autoSpaceDE w:val="0"/>
        <w:autoSpaceDN w:val="0"/>
        <w:spacing w:before="19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Овладение универсальными учебными коммуникативными действиями</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1) общение: </w:t>
      </w:r>
      <w:r w:rsidRPr="005C0E17">
        <w:rPr>
          <w:rFonts w:ascii="Times New Roman" w:hAnsi="Times New Roman" w:cs="Times New Roman"/>
        </w:rPr>
        <w:br/>
      </w:r>
      <w:r w:rsidRPr="005C0E17">
        <w:rPr>
          <w:rFonts w:ascii="Times New Roman" w:hAnsi="Times New Roman" w:cs="Times New Roman"/>
        </w:rPr>
        <w:tab/>
        <w:t xml:space="preserve">воспринимать и формулировать суждения, выражать эмоции в соответствии с целями и условиями общения; </w:t>
      </w:r>
      <w:r w:rsidRPr="005C0E17">
        <w:rPr>
          <w:rFonts w:ascii="Times New Roman" w:hAnsi="Times New Roman" w:cs="Times New Roman"/>
        </w:rPr>
        <w:br/>
      </w:r>
      <w:r w:rsidRPr="005C0E17">
        <w:rPr>
          <w:rFonts w:ascii="Times New Roman" w:hAnsi="Times New Roman" w:cs="Times New Roman"/>
        </w:rPr>
        <w:tab/>
        <w:t xml:space="preserve">выражать себя (свою точку зрения) в устных и письменных текстах; </w:t>
      </w:r>
      <w:r w:rsidRPr="005C0E17">
        <w:rPr>
          <w:rFonts w:ascii="Times New Roman" w:hAnsi="Times New Roman" w:cs="Times New Roman"/>
        </w:rPr>
        <w:br/>
      </w:r>
      <w:r w:rsidRPr="005C0E17">
        <w:rPr>
          <w:rFonts w:ascii="Times New Roman" w:hAnsi="Times New Roman" w:cs="Times New Roman"/>
        </w:rPr>
        <w:tab/>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sidRPr="005C0E17">
        <w:rPr>
          <w:rFonts w:ascii="Times New Roman" w:hAnsi="Times New Roman" w:cs="Times New Roman"/>
        </w:rPr>
        <w:tab/>
        <w:t xml:space="preserve">понимать намерения других, проявлять уважительное отношение к собеседнику и в корректной форме формулировать свои возражения; </w:t>
      </w:r>
      <w:r w:rsidRPr="005C0E17">
        <w:rPr>
          <w:rFonts w:ascii="Times New Roman" w:hAnsi="Times New Roman" w:cs="Times New Roman"/>
        </w:rPr>
        <w:br/>
      </w:r>
      <w:r w:rsidRPr="005C0E17">
        <w:rPr>
          <w:rFonts w:ascii="Times New Roman" w:hAnsi="Times New Roman" w:cs="Times New Roman"/>
        </w:rPr>
        <w:tab/>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r w:rsidRPr="005C0E17">
        <w:rPr>
          <w:rFonts w:ascii="Times New Roman" w:hAnsi="Times New Roman" w:cs="Times New Roman"/>
        </w:rPr>
        <w:br/>
      </w:r>
      <w:r w:rsidRPr="005C0E17">
        <w:rPr>
          <w:rFonts w:ascii="Times New Roman" w:hAnsi="Times New Roman" w:cs="Times New Roman"/>
        </w:rPr>
        <w:tab/>
        <w:t>сопоставлять свои суждения с суждениями других участников диалога, обнаруживать различие и сходство позиций;</w:t>
      </w:r>
    </w:p>
    <w:p w:rsidR="00F44E79" w:rsidRPr="005C0E17" w:rsidRDefault="00F44E79" w:rsidP="00FB68C9">
      <w:pPr>
        <w:jc w:val="both"/>
        <w:rPr>
          <w:rFonts w:ascii="Times New Roman" w:hAnsi="Times New Roman" w:cs="Times New Roman"/>
        </w:rPr>
        <w:sectPr w:rsidR="00F44E79" w:rsidRPr="005C0E17">
          <w:pgSz w:w="11900" w:h="16840"/>
          <w:pgMar w:top="310" w:right="822" w:bottom="356" w:left="666" w:header="720" w:footer="720" w:gutter="0"/>
          <w:cols w:space="720" w:equalWidth="0">
            <w:col w:w="10412"/>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90" w:lineRule="auto"/>
        <w:jc w:val="both"/>
        <w:rPr>
          <w:rFonts w:ascii="Times New Roman" w:hAnsi="Times New Roman" w:cs="Times New Roman"/>
        </w:rPr>
      </w:pPr>
      <w:r w:rsidRPr="005C0E17">
        <w:rPr>
          <w:rFonts w:ascii="Times New Roman" w:hAnsi="Times New Roman" w:cs="Times New Roman"/>
        </w:rPr>
        <w:tab/>
        <w:t xml:space="preserve">публично представлять результаты выполненного опыта (эксперимента, исследования, проекта); </w:t>
      </w:r>
      <w:r w:rsidRPr="005C0E17">
        <w:rPr>
          <w:rFonts w:ascii="Times New Roman" w:hAnsi="Times New Roman" w:cs="Times New Roman"/>
        </w:rPr>
        <w:tab/>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2) совместная деятельность: </w:t>
      </w:r>
      <w:r w:rsidRPr="005C0E17">
        <w:rPr>
          <w:rFonts w:ascii="Times New Roman" w:hAnsi="Times New Roman" w:cs="Times New Roman"/>
        </w:rPr>
        <w:br/>
      </w:r>
      <w:r w:rsidRPr="005C0E17">
        <w:rPr>
          <w:rFonts w:ascii="Times New Roman" w:hAnsi="Times New Roman" w:cs="Times New Roman"/>
        </w:rPr>
        <w:tab/>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r w:rsidRPr="005C0E17">
        <w:rPr>
          <w:rFonts w:ascii="Times New Roman" w:hAnsi="Times New Roman" w:cs="Times New Roman"/>
        </w:rPr>
        <w:br/>
      </w:r>
      <w:r w:rsidRPr="005C0E17">
        <w:rPr>
          <w:rFonts w:ascii="Times New Roman" w:hAnsi="Times New Roman" w:cs="Times New Roman"/>
        </w:rPr>
        <w:tab/>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r w:rsidRPr="005C0E17">
        <w:rPr>
          <w:rFonts w:ascii="Times New Roman" w:hAnsi="Times New Roman" w:cs="Times New Roman"/>
        </w:rPr>
        <w:br/>
      </w:r>
      <w:r w:rsidRPr="005C0E17">
        <w:rPr>
          <w:rFonts w:ascii="Times New Roman" w:hAnsi="Times New Roman" w:cs="Times New Roman"/>
        </w:rPr>
        <w:tab/>
        <w:t xml:space="preserve">уметь обобщать мнения нескольких людей, проявлять готовность руководить, выполнять </w:t>
      </w:r>
      <w:r w:rsidRPr="005C0E17">
        <w:rPr>
          <w:rFonts w:ascii="Times New Roman" w:hAnsi="Times New Roman" w:cs="Times New Roman"/>
        </w:rPr>
        <w:br/>
        <w:t xml:space="preserve">поручения, подчиняться; </w:t>
      </w:r>
      <w:r w:rsidRPr="005C0E17">
        <w:rPr>
          <w:rFonts w:ascii="Times New Roman" w:hAnsi="Times New Roman" w:cs="Times New Roman"/>
        </w:rPr>
        <w:br/>
      </w:r>
      <w:r w:rsidRPr="005C0E17">
        <w:rPr>
          <w:rFonts w:ascii="Times New Roman" w:hAnsi="Times New Roman" w:cs="Times New Roman"/>
        </w:rPr>
        <w:tab/>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r w:rsidRPr="005C0E17">
        <w:rPr>
          <w:rFonts w:ascii="Times New Roman" w:hAnsi="Times New Roman" w:cs="Times New Roman"/>
        </w:rPr>
        <w:tab/>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5C0E17">
        <w:rPr>
          <w:rFonts w:ascii="Times New Roman" w:hAnsi="Times New Roman" w:cs="Times New Roman"/>
        </w:rPr>
        <w:br/>
      </w:r>
      <w:r w:rsidRPr="005C0E17">
        <w:rPr>
          <w:rFonts w:ascii="Times New Roman" w:hAnsi="Times New Roman" w:cs="Times New Roman"/>
        </w:rPr>
        <w:tab/>
        <w:t xml:space="preserve">оценивать качество своего вклада в общий продукт по критериям, самостоятельно </w:t>
      </w:r>
      <w:r w:rsidRPr="005C0E17">
        <w:rPr>
          <w:rFonts w:ascii="Times New Roman" w:hAnsi="Times New Roman" w:cs="Times New Roman"/>
        </w:rPr>
        <w:br/>
        <w:t xml:space="preserve">сформулированным участниками взаимодействия; </w:t>
      </w:r>
      <w:r w:rsidRPr="005C0E17">
        <w:rPr>
          <w:rFonts w:ascii="Times New Roman" w:hAnsi="Times New Roman" w:cs="Times New Roman"/>
        </w:rPr>
        <w:br/>
      </w:r>
      <w:r w:rsidRPr="005C0E17">
        <w:rPr>
          <w:rFonts w:ascii="Times New Roman" w:hAnsi="Times New Roman" w:cs="Times New Roman"/>
        </w:rPr>
        <w:tab/>
        <w:t xml:space="preserve">сравнивать результаты с исходной задачей и вклад каждого члена команды в достижение </w:t>
      </w:r>
      <w:r w:rsidRPr="005C0E17">
        <w:rPr>
          <w:rFonts w:ascii="Times New Roman" w:hAnsi="Times New Roman" w:cs="Times New Roman"/>
        </w:rPr>
        <w:br/>
        <w:t>результатов, разделять сферу ответственности и проявлять готовность к предоставлению отчёта перед группой.</w:t>
      </w:r>
    </w:p>
    <w:p w:rsidR="00F44E79" w:rsidRPr="005C0E17" w:rsidRDefault="00F44E79" w:rsidP="00FB68C9">
      <w:pPr>
        <w:tabs>
          <w:tab w:val="left" w:pos="180"/>
        </w:tabs>
        <w:autoSpaceDE w:val="0"/>
        <w:autoSpaceDN w:val="0"/>
        <w:spacing w:before="70" w:line="262" w:lineRule="auto"/>
        <w:ind w:right="1152"/>
        <w:jc w:val="both"/>
        <w:rPr>
          <w:rFonts w:ascii="Times New Roman" w:hAnsi="Times New Roman" w:cs="Times New Roman"/>
        </w:rPr>
      </w:pPr>
      <w:r w:rsidRPr="005C0E17">
        <w:rPr>
          <w:rFonts w:ascii="Times New Roman" w:hAnsi="Times New Roman" w:cs="Times New Roman"/>
        </w:rPr>
        <w:tab/>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44E79" w:rsidRPr="005C0E17" w:rsidRDefault="00F44E79" w:rsidP="00FB68C9">
      <w:pPr>
        <w:tabs>
          <w:tab w:val="left" w:pos="180"/>
        </w:tabs>
        <w:autoSpaceDE w:val="0"/>
        <w:autoSpaceDN w:val="0"/>
        <w:spacing w:before="190" w:line="290"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Овладение универсальными учебными регулятивными действиями</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1) самоорганизация: </w:t>
      </w:r>
      <w:r w:rsidRPr="005C0E17">
        <w:rPr>
          <w:rFonts w:ascii="Times New Roman" w:hAnsi="Times New Roman" w:cs="Times New Roman"/>
        </w:rPr>
        <w:br/>
      </w:r>
      <w:r w:rsidRPr="005C0E17">
        <w:rPr>
          <w:rFonts w:ascii="Times New Roman" w:hAnsi="Times New Roman" w:cs="Times New Roman"/>
        </w:rPr>
        <w:tab/>
        <w:t xml:space="preserve">выявлять проблемы для решения в жизненных и учебных ситуациях; </w:t>
      </w:r>
      <w:r w:rsidRPr="005C0E17">
        <w:rPr>
          <w:rFonts w:ascii="Times New Roman" w:hAnsi="Times New Roman" w:cs="Times New Roman"/>
        </w:rPr>
        <w:br/>
      </w:r>
      <w:r w:rsidRPr="005C0E17">
        <w:rPr>
          <w:rFonts w:ascii="Times New Roman" w:hAnsi="Times New Roman" w:cs="Times New Roman"/>
        </w:rPr>
        <w:tab/>
        <w:t xml:space="preserve">ориентироваться в различных подходах принятия решений (индивидуальное, принятие решения в группе, принятие решений группой); </w:t>
      </w:r>
      <w:r w:rsidRPr="005C0E17">
        <w:rPr>
          <w:rFonts w:ascii="Times New Roman" w:hAnsi="Times New Roman" w:cs="Times New Roman"/>
        </w:rPr>
        <w:br/>
      </w:r>
      <w:r w:rsidRPr="005C0E17">
        <w:rPr>
          <w:rFonts w:ascii="Times New Roman" w:hAnsi="Times New Roman" w:cs="Times New Roman"/>
        </w:rPr>
        <w:tab/>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5C0E17">
        <w:rPr>
          <w:rFonts w:ascii="Times New Roman" w:hAnsi="Times New Roman" w:cs="Times New Roman"/>
        </w:rPr>
        <w:br/>
      </w:r>
      <w:r w:rsidRPr="005C0E17">
        <w:rPr>
          <w:rFonts w:ascii="Times New Roman" w:hAnsi="Times New Roman" w:cs="Times New Roman"/>
        </w:rPr>
        <w:tab/>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r w:rsidRPr="005C0E17">
        <w:rPr>
          <w:rFonts w:ascii="Times New Roman" w:hAnsi="Times New Roman" w:cs="Times New Roman"/>
        </w:rPr>
        <w:br/>
      </w:r>
      <w:r w:rsidRPr="005C0E17">
        <w:rPr>
          <w:rFonts w:ascii="Times New Roman" w:hAnsi="Times New Roman" w:cs="Times New Roman"/>
        </w:rPr>
        <w:tab/>
        <w:t xml:space="preserve">делать выбор и брать ответственность за решение;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2) самоконтроль: </w:t>
      </w:r>
      <w:r w:rsidRPr="005C0E17">
        <w:rPr>
          <w:rFonts w:ascii="Times New Roman" w:hAnsi="Times New Roman" w:cs="Times New Roman"/>
        </w:rPr>
        <w:br/>
      </w:r>
      <w:r w:rsidRPr="005C0E17">
        <w:rPr>
          <w:rFonts w:ascii="Times New Roman" w:hAnsi="Times New Roman" w:cs="Times New Roman"/>
        </w:rPr>
        <w:tab/>
        <w:t xml:space="preserve">владеть способами самоконтроля, самомотивации и рефлексии; </w:t>
      </w:r>
      <w:r w:rsidRPr="005C0E17">
        <w:rPr>
          <w:rFonts w:ascii="Times New Roman" w:hAnsi="Times New Roman" w:cs="Times New Roman"/>
        </w:rPr>
        <w:br/>
      </w:r>
      <w:r w:rsidRPr="005C0E17">
        <w:rPr>
          <w:rFonts w:ascii="Times New Roman" w:hAnsi="Times New Roman" w:cs="Times New Roman"/>
        </w:rPr>
        <w:tab/>
        <w:t xml:space="preserve">давать адекватную оценку ситуации и предлагать план её изменения; </w:t>
      </w:r>
      <w:r w:rsidRPr="005C0E17">
        <w:rPr>
          <w:rFonts w:ascii="Times New Roman" w:hAnsi="Times New Roman" w:cs="Times New Roman"/>
        </w:rPr>
        <w:br/>
      </w:r>
      <w:r w:rsidRPr="005C0E17">
        <w:rPr>
          <w:rFonts w:ascii="Times New Roman" w:hAnsi="Times New Roman" w:cs="Times New Roman"/>
        </w:rPr>
        <w:tab/>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5C0E17">
        <w:rPr>
          <w:rFonts w:ascii="Times New Roman" w:hAnsi="Times New Roman" w:cs="Times New Roman"/>
        </w:rPr>
        <w:br/>
      </w:r>
      <w:r w:rsidRPr="005C0E17">
        <w:rPr>
          <w:rFonts w:ascii="Times New Roman" w:hAnsi="Times New Roman" w:cs="Times New Roman"/>
        </w:rPr>
        <w:tab/>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r w:rsidRPr="005C0E17">
        <w:rPr>
          <w:rFonts w:ascii="Times New Roman" w:hAnsi="Times New Roman" w:cs="Times New Roman"/>
        </w:rPr>
        <w:br/>
      </w:r>
      <w:r w:rsidRPr="005C0E17">
        <w:rPr>
          <w:rFonts w:ascii="Times New Roman" w:hAnsi="Times New Roman" w:cs="Times New Roman"/>
        </w:rPr>
        <w:tab/>
        <w:t xml:space="preserve">вносить коррективы в деятельность на основе новых обстоятельств, изменившихся ситуаций, установленных ошибок, возникших трудностей; </w:t>
      </w:r>
      <w:r w:rsidRPr="005C0E17">
        <w:rPr>
          <w:rFonts w:ascii="Times New Roman" w:hAnsi="Times New Roman" w:cs="Times New Roman"/>
        </w:rPr>
        <w:br/>
      </w:r>
      <w:r w:rsidRPr="005C0E17">
        <w:rPr>
          <w:rFonts w:ascii="Times New Roman" w:hAnsi="Times New Roman" w:cs="Times New Roman"/>
        </w:rPr>
        <w:tab/>
        <w:t xml:space="preserve">оценивать соответствие результата цели и условиям;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3) эмоциональный интеллект:</w:t>
      </w:r>
    </w:p>
    <w:p w:rsidR="00F44E79" w:rsidRPr="005C0E17" w:rsidRDefault="00F44E79" w:rsidP="00FB68C9">
      <w:pPr>
        <w:jc w:val="both"/>
        <w:rPr>
          <w:rFonts w:ascii="Times New Roman" w:hAnsi="Times New Roman" w:cs="Times New Roman"/>
        </w:rPr>
        <w:sectPr w:rsidR="00F44E79" w:rsidRPr="005C0E17">
          <w:pgSz w:w="11900" w:h="16840"/>
          <w:pgMar w:top="298" w:right="688" w:bottom="368" w:left="666" w:header="720" w:footer="720" w:gutter="0"/>
          <w:cols w:space="720" w:equalWidth="0">
            <w:col w:w="10546"/>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86" w:lineRule="auto"/>
        <w:jc w:val="both"/>
        <w:rPr>
          <w:rFonts w:ascii="Times New Roman" w:hAnsi="Times New Roman" w:cs="Times New Roman"/>
        </w:rPr>
      </w:pPr>
      <w:r w:rsidRPr="005C0E17">
        <w:rPr>
          <w:rFonts w:ascii="Times New Roman" w:hAnsi="Times New Roman" w:cs="Times New Roman"/>
        </w:rPr>
        <w:tab/>
        <w:t xml:space="preserve">различать, называть и управлять собственными эмоциями и эмоциями других; </w:t>
      </w:r>
      <w:r w:rsidRPr="005C0E17">
        <w:rPr>
          <w:rFonts w:ascii="Times New Roman" w:hAnsi="Times New Roman" w:cs="Times New Roman"/>
        </w:rPr>
        <w:br/>
      </w:r>
      <w:r w:rsidRPr="005C0E17">
        <w:rPr>
          <w:rFonts w:ascii="Times New Roman" w:hAnsi="Times New Roman" w:cs="Times New Roman"/>
        </w:rPr>
        <w:tab/>
        <w:t xml:space="preserve">выявлять и анализировать причины эмоций; </w:t>
      </w:r>
      <w:r w:rsidRPr="005C0E17">
        <w:rPr>
          <w:rFonts w:ascii="Times New Roman" w:hAnsi="Times New Roman" w:cs="Times New Roman"/>
        </w:rPr>
        <w:br/>
      </w:r>
      <w:r w:rsidRPr="005C0E17">
        <w:rPr>
          <w:rFonts w:ascii="Times New Roman" w:hAnsi="Times New Roman" w:cs="Times New Roman"/>
        </w:rPr>
        <w:tab/>
        <w:t xml:space="preserve">ставить себя на место другого человека, понимать мотивы и намерения другого; </w:t>
      </w:r>
      <w:r w:rsidRPr="005C0E17">
        <w:rPr>
          <w:rFonts w:ascii="Times New Roman" w:hAnsi="Times New Roman" w:cs="Times New Roman"/>
        </w:rPr>
        <w:br/>
      </w:r>
      <w:r w:rsidRPr="005C0E17">
        <w:rPr>
          <w:rFonts w:ascii="Times New Roman" w:hAnsi="Times New Roman" w:cs="Times New Roman"/>
        </w:rPr>
        <w:tab/>
        <w:t xml:space="preserve">регулировать способ выражения эмоций;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4) принятие себя и других: </w:t>
      </w:r>
      <w:r w:rsidRPr="005C0E17">
        <w:rPr>
          <w:rFonts w:ascii="Times New Roman" w:hAnsi="Times New Roman" w:cs="Times New Roman"/>
        </w:rPr>
        <w:br/>
      </w:r>
      <w:r w:rsidRPr="005C0E17">
        <w:rPr>
          <w:rFonts w:ascii="Times New Roman" w:hAnsi="Times New Roman" w:cs="Times New Roman"/>
        </w:rPr>
        <w:tab/>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r w:rsidRPr="005C0E17">
        <w:rPr>
          <w:rFonts w:ascii="Times New Roman" w:hAnsi="Times New Roman" w:cs="Times New Roman"/>
        </w:rPr>
        <w:br/>
      </w:r>
      <w:r w:rsidRPr="005C0E17">
        <w:rPr>
          <w:rFonts w:ascii="Times New Roman" w:hAnsi="Times New Roman" w:cs="Times New Roman"/>
        </w:rPr>
        <w:tab/>
        <w:t xml:space="preserve">открытость себе и другим; </w:t>
      </w:r>
      <w:r w:rsidRPr="005C0E17">
        <w:rPr>
          <w:rFonts w:ascii="Times New Roman" w:hAnsi="Times New Roman" w:cs="Times New Roman"/>
        </w:rPr>
        <w:br/>
      </w:r>
      <w:r w:rsidRPr="005C0E17">
        <w:rPr>
          <w:rFonts w:ascii="Times New Roman" w:hAnsi="Times New Roman" w:cs="Times New Roman"/>
        </w:rPr>
        <w:tab/>
        <w:t>осознавать невозможность контролировать всё вокруг.</w:t>
      </w:r>
    </w:p>
    <w:p w:rsidR="00F44E79" w:rsidRPr="005C0E17" w:rsidRDefault="00F44E79" w:rsidP="00FB68C9">
      <w:pPr>
        <w:autoSpaceDE w:val="0"/>
        <w:autoSpaceDN w:val="0"/>
        <w:spacing w:before="70" w:line="274" w:lineRule="auto"/>
        <w:ind w:right="144" w:firstLine="180"/>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E79" w:rsidRPr="005C0E17" w:rsidRDefault="00F44E79" w:rsidP="00FB68C9">
      <w:pPr>
        <w:autoSpaceDE w:val="0"/>
        <w:autoSpaceDN w:val="0"/>
        <w:spacing w:before="262" w:line="230" w:lineRule="auto"/>
        <w:jc w:val="both"/>
        <w:rPr>
          <w:rFonts w:ascii="Times New Roman" w:hAnsi="Times New Roman" w:cs="Times New Roman"/>
        </w:rPr>
      </w:pPr>
      <w:r w:rsidRPr="005C0E17">
        <w:rPr>
          <w:rFonts w:ascii="Times New Roman" w:hAnsi="Times New Roman" w:cs="Times New Roman"/>
          <w:b/>
        </w:rPr>
        <w:t>ПРЕДМЕТНЫЕ РЕЗУЛЬТАТЫ</w:t>
      </w:r>
    </w:p>
    <w:p w:rsidR="00F44E79" w:rsidRPr="005C0E17" w:rsidRDefault="00F44E79" w:rsidP="00FB68C9">
      <w:pPr>
        <w:autoSpaceDE w:val="0"/>
        <w:autoSpaceDN w:val="0"/>
        <w:spacing w:before="166" w:line="281" w:lineRule="auto"/>
        <w:ind w:firstLine="180"/>
        <w:jc w:val="both"/>
        <w:rPr>
          <w:rFonts w:ascii="Times New Roman" w:hAnsi="Times New Roman" w:cs="Times New Roman"/>
        </w:rPr>
      </w:pPr>
      <w:r w:rsidRPr="005C0E17">
        <w:rPr>
          <w:rFonts w:ascii="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44E79" w:rsidRPr="005C0E17" w:rsidRDefault="00F44E79" w:rsidP="00FB68C9">
      <w:pPr>
        <w:tabs>
          <w:tab w:val="left" w:pos="180"/>
        </w:tabs>
        <w:autoSpaceDE w:val="0"/>
        <w:autoSpaceDN w:val="0"/>
        <w:spacing w:before="190" w:line="290" w:lineRule="auto"/>
        <w:jc w:val="both"/>
        <w:rPr>
          <w:rFonts w:ascii="Times New Roman" w:hAnsi="Times New Roman" w:cs="Times New Roman"/>
        </w:rPr>
      </w:pPr>
      <w:r w:rsidRPr="005C0E17">
        <w:rPr>
          <w:rFonts w:ascii="Times New Roman" w:hAnsi="Times New Roman" w:cs="Times New Roman"/>
        </w:rPr>
        <w:tab/>
        <w:t xml:space="preserve">1) Владеть основными видами речевой деятельности: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говорение: </w:t>
      </w:r>
      <w:r w:rsidRPr="005C0E17">
        <w:rPr>
          <w:rFonts w:ascii="Times New Roman" w:hAnsi="Times New Roman" w:cs="Times New Roman"/>
          <w:i/>
        </w:rPr>
        <w:t xml:space="preserve">вести разные виды диалогов </w:t>
      </w:r>
      <w:r w:rsidRPr="005C0E17">
        <w:rPr>
          <w:rFonts w:ascii="Times New Roman" w:hAnsi="Times New Roman" w:cs="Times New Roman"/>
        </w:rPr>
        <w:t xml:space="preserve">(диалог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5C0E17">
        <w:rPr>
          <w:rFonts w:ascii="Times New Roman" w:hAnsi="Times New Roman" w:cs="Times New Roman"/>
        </w:rPr>
        <w:tab/>
      </w:r>
      <w:r w:rsidRPr="005C0E17">
        <w:rPr>
          <w:rFonts w:ascii="Times New Roman" w:hAnsi="Times New Roman" w:cs="Times New Roman"/>
          <w:i/>
        </w:rPr>
        <w:t xml:space="preserve">создавать разные виды монологических высказываний </w:t>
      </w:r>
      <w:r w:rsidRPr="005C0E17">
        <w:rPr>
          <w:rFonts w:ascii="Times New Roman" w:hAnsi="Times New Roman"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5C0E17">
        <w:rPr>
          <w:rFonts w:ascii="Times New Roman" w:hAnsi="Times New Roman" w:cs="Times New Roman"/>
          <w:i/>
        </w:rPr>
        <w:t xml:space="preserve">излагать </w:t>
      </w:r>
      <w:r w:rsidRPr="005C0E17">
        <w:rPr>
          <w:rFonts w:ascii="Times New Roman" w:hAnsi="Times New Roman" w:cs="Times New Roman"/>
        </w:rPr>
        <w:t xml:space="preserve">основное содержание прочитанного текста с вербальными и/или зрительными опорами (объём — 5-6 фраз); кратко </w:t>
      </w:r>
      <w:r w:rsidRPr="005C0E17">
        <w:rPr>
          <w:rFonts w:ascii="Times New Roman" w:hAnsi="Times New Roman" w:cs="Times New Roman"/>
          <w:i/>
        </w:rPr>
        <w:t xml:space="preserve">излагать </w:t>
      </w:r>
      <w:r w:rsidRPr="005C0E17">
        <w:rPr>
          <w:rFonts w:ascii="Times New Roman" w:hAnsi="Times New Roman" w:cs="Times New Roman"/>
        </w:rPr>
        <w:t xml:space="preserve">результаты  выполненной проектной работы (объём — до 6 фраз);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аудирование: </w:t>
      </w:r>
      <w:r w:rsidRPr="005C0E17">
        <w:rPr>
          <w:rFonts w:ascii="Times New Roman" w:hAnsi="Times New Roman" w:cs="Times New Roman"/>
          <w:i/>
        </w:rPr>
        <w:t xml:space="preserve">воспринимать на слух и понимать </w:t>
      </w:r>
      <w:r w:rsidRPr="005C0E17">
        <w:rPr>
          <w:rFonts w:ascii="Times New Roman" w:hAnsi="Times New Roman" w:cs="Times New Roman"/>
        </w:rP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смысловоечтение: </w:t>
      </w:r>
      <w:r w:rsidRPr="005C0E17">
        <w:rPr>
          <w:rFonts w:ascii="Times New Roman" w:hAnsi="Times New Roman" w:cs="Times New Roman"/>
          <w:i/>
        </w:rPr>
        <w:t xml:space="preserve">читать про себя и понимать </w:t>
      </w:r>
      <w:r w:rsidRPr="005C0E17">
        <w:rPr>
          <w:rFonts w:ascii="Times New Roman" w:hAnsi="Times New Roman" w:cs="Times New Roman"/>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письменная речь: </w:t>
      </w:r>
      <w:r w:rsidRPr="005C0E17">
        <w:rPr>
          <w:rFonts w:ascii="Times New Roman" w:hAnsi="Times New Roman" w:cs="Times New Roman"/>
          <w:i/>
        </w:rPr>
        <w:t xml:space="preserve">писать </w:t>
      </w:r>
      <w:r w:rsidRPr="005C0E17">
        <w:rPr>
          <w:rFonts w:ascii="Times New Roman" w:hAnsi="Times New Roman"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w:t>
      </w:r>
      <w:r w:rsidRPr="005C0E17">
        <w:rPr>
          <w:rFonts w:ascii="Times New Roman" w:hAnsi="Times New Roman" w:cs="Times New Roman"/>
        </w:rPr>
        <w:br/>
        <w:t xml:space="preserve">изучаемого языка; </w:t>
      </w:r>
      <w:r w:rsidRPr="005C0E17">
        <w:rPr>
          <w:rFonts w:ascii="Times New Roman" w:hAnsi="Times New Roman" w:cs="Times New Roman"/>
          <w:i/>
        </w:rPr>
        <w:t xml:space="preserve">писать </w:t>
      </w:r>
      <w:r w:rsidRPr="005C0E17">
        <w:rPr>
          <w:rFonts w:ascii="Times New Roman" w:hAnsi="Times New Roman" w:cs="Times New Roman"/>
        </w:rPr>
        <w:t>электронное сообщение личного характера, соблюдая речевой этикет, принятый в стране/странах изучаемого языка (объём сообщения — до 60 слов);</w:t>
      </w:r>
    </w:p>
    <w:p w:rsidR="00F44E79" w:rsidRPr="005C0E17" w:rsidRDefault="00F44E79" w:rsidP="00FB68C9">
      <w:pPr>
        <w:autoSpaceDE w:val="0"/>
        <w:autoSpaceDN w:val="0"/>
        <w:spacing w:before="190" w:line="271" w:lineRule="auto"/>
        <w:ind w:firstLine="180"/>
        <w:jc w:val="both"/>
        <w:rPr>
          <w:rFonts w:ascii="Times New Roman" w:hAnsi="Times New Roman" w:cs="Times New Roman"/>
        </w:rPr>
      </w:pPr>
      <w:r w:rsidRPr="005C0E17">
        <w:rPr>
          <w:rFonts w:ascii="Times New Roman" w:hAnsi="Times New Roman" w:cs="Times New Roman"/>
        </w:rPr>
        <w:t xml:space="preserve">2) </w:t>
      </w:r>
      <w:r w:rsidRPr="005C0E17">
        <w:rPr>
          <w:rFonts w:ascii="Times New Roman" w:hAnsi="Times New Roman" w:cs="Times New Roman"/>
          <w:i/>
        </w:rPr>
        <w:t>владеть</w:t>
      </w:r>
      <w:r w:rsidRPr="005C0E17">
        <w:rPr>
          <w:rFonts w:ascii="Times New Roman" w:hAnsi="Times New Roman" w:cs="Times New Roman"/>
          <w:b/>
        </w:rPr>
        <w:t xml:space="preserve"> фонетическими </w:t>
      </w:r>
      <w:r w:rsidRPr="005C0E17">
        <w:rPr>
          <w:rFonts w:ascii="Times New Roman" w:hAnsi="Times New Roman" w:cs="Times New Roman"/>
        </w:rPr>
        <w:t xml:space="preserve">навыками: </w:t>
      </w:r>
      <w:r w:rsidRPr="005C0E17">
        <w:rPr>
          <w:rFonts w:ascii="Times New Roman" w:hAnsi="Times New Roman" w:cs="Times New Roman"/>
          <w:i/>
        </w:rPr>
        <w:t xml:space="preserve">различать на слух и адекватно, </w:t>
      </w:r>
      <w:r w:rsidRPr="005C0E17">
        <w:rPr>
          <w:rFonts w:ascii="Times New Roman" w:hAnsi="Times New Roman" w:cs="Times New Roman"/>
        </w:rPr>
        <w:t xml:space="preserve">без ошибок, ведущих к сбою коммуникации, </w:t>
      </w:r>
      <w:r w:rsidRPr="005C0E17">
        <w:rPr>
          <w:rFonts w:ascii="Times New Roman" w:hAnsi="Times New Roman" w:cs="Times New Roman"/>
          <w:i/>
        </w:rPr>
        <w:t xml:space="preserve">произносить </w:t>
      </w:r>
      <w:r w:rsidRPr="005C0E17">
        <w:rPr>
          <w:rFonts w:ascii="Times New Roman" w:hAnsi="Times New Roman" w:cs="Times New Roman"/>
        </w:rPr>
        <w:t xml:space="preserve">слова с правильным ударением и фразы с соблюдением их ритмико-интонационных особенностей, в том числе </w:t>
      </w:r>
      <w:r w:rsidRPr="005C0E17">
        <w:rPr>
          <w:rFonts w:ascii="Times New Roman" w:hAnsi="Times New Roman" w:cs="Times New Roman"/>
          <w:i/>
        </w:rPr>
        <w:t xml:space="preserve">применять правила </w:t>
      </w:r>
      <w:r w:rsidRPr="005C0E17">
        <w:rPr>
          <w:rFonts w:ascii="Times New Roman" w:hAnsi="Times New Roman" w:cs="Times New Roman"/>
        </w:rPr>
        <w:t>отсутствия фразового ударения на</w:t>
      </w:r>
    </w:p>
    <w:p w:rsidR="00F44E79" w:rsidRPr="005C0E17" w:rsidRDefault="00F44E79" w:rsidP="00FB68C9">
      <w:pPr>
        <w:jc w:val="both"/>
        <w:rPr>
          <w:rFonts w:ascii="Times New Roman" w:hAnsi="Times New Roman" w:cs="Times New Roman"/>
        </w:rPr>
        <w:sectPr w:rsidR="00F44E79" w:rsidRPr="005C0E17">
          <w:pgSz w:w="11900" w:h="16840"/>
          <w:pgMar w:top="298" w:right="676" w:bottom="332" w:left="666" w:header="720" w:footer="720" w:gutter="0"/>
          <w:cols w:space="720" w:equalWidth="0">
            <w:col w:w="10558"/>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86" w:lineRule="auto"/>
        <w:jc w:val="both"/>
        <w:rPr>
          <w:rFonts w:ascii="Times New Roman" w:hAnsi="Times New Roman" w:cs="Times New Roman"/>
        </w:rPr>
      </w:pPr>
      <w:r w:rsidRPr="005C0E17">
        <w:rPr>
          <w:rFonts w:ascii="Times New Roman" w:hAnsi="Times New Roman" w:cs="Times New Roman"/>
        </w:rPr>
        <w:t xml:space="preserve">служебных словах; </w:t>
      </w:r>
      <w:r w:rsidRPr="005C0E17">
        <w:rPr>
          <w:rFonts w:ascii="Times New Roman" w:hAnsi="Times New Roman" w:cs="Times New Roman"/>
          <w:i/>
        </w:rPr>
        <w:t xml:space="preserve">выразительно читать вслух </w:t>
      </w:r>
      <w:r w:rsidRPr="005C0E17">
        <w:rPr>
          <w:rFonts w:ascii="Times New Roman" w:hAnsi="Times New Roman" w:cs="Times New Roman"/>
        </w:rPr>
        <w:t xml:space="preserve">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владеть</w:t>
      </w:r>
      <w:r w:rsidRPr="005C0E17">
        <w:rPr>
          <w:rFonts w:ascii="Times New Roman" w:hAnsi="Times New Roman" w:cs="Times New Roman"/>
          <w:b/>
        </w:rPr>
        <w:t xml:space="preserve"> орфографическими </w:t>
      </w:r>
      <w:r w:rsidRPr="005C0E17">
        <w:rPr>
          <w:rFonts w:ascii="Times New Roman" w:hAnsi="Times New Roman" w:cs="Times New Roman"/>
        </w:rPr>
        <w:t xml:space="preserve">навыками: правильно </w:t>
      </w:r>
      <w:r w:rsidRPr="005C0E17">
        <w:rPr>
          <w:rFonts w:ascii="Times New Roman" w:hAnsi="Times New Roman" w:cs="Times New Roman"/>
          <w:i/>
        </w:rPr>
        <w:t xml:space="preserve">писать </w:t>
      </w:r>
      <w:r w:rsidRPr="005C0E17">
        <w:rPr>
          <w:rFonts w:ascii="Times New Roman" w:hAnsi="Times New Roman" w:cs="Times New Roman"/>
        </w:rPr>
        <w:t xml:space="preserve">изученные слова;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владеть</w:t>
      </w:r>
      <w:r w:rsidRPr="005C0E17">
        <w:rPr>
          <w:rFonts w:ascii="Times New Roman" w:hAnsi="Times New Roman" w:cs="Times New Roman"/>
          <w:b/>
        </w:rPr>
        <w:t xml:space="preserve"> пунктуационными </w:t>
      </w:r>
      <w:r w:rsidRPr="005C0E17">
        <w:rPr>
          <w:rFonts w:ascii="Times New Roman" w:hAnsi="Times New Roman" w:cs="Times New Roman"/>
        </w:rPr>
        <w:t>навыками:</w:t>
      </w:r>
      <w:r w:rsidRPr="005C0E17">
        <w:rPr>
          <w:rFonts w:ascii="Times New Roman" w:hAnsi="Times New Roman" w:cs="Times New Roman"/>
          <w:i/>
        </w:rPr>
        <w:t xml:space="preserve">использовать </w:t>
      </w:r>
      <w:r w:rsidRPr="005C0E17">
        <w:rPr>
          <w:rFonts w:ascii="Times New Roman" w:hAnsi="Times New Roman" w:cs="Times New Roman"/>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44E79" w:rsidRPr="005C0E17" w:rsidRDefault="00F44E79" w:rsidP="00FB68C9">
      <w:pPr>
        <w:tabs>
          <w:tab w:val="left" w:pos="180"/>
        </w:tabs>
        <w:autoSpaceDE w:val="0"/>
        <w:autoSpaceDN w:val="0"/>
        <w:spacing w:before="190" w:line="286" w:lineRule="auto"/>
        <w:ind w:right="144"/>
        <w:jc w:val="both"/>
        <w:rPr>
          <w:rFonts w:ascii="Times New Roman" w:hAnsi="Times New Roman" w:cs="Times New Roman"/>
        </w:rPr>
      </w:pPr>
      <w:r w:rsidRPr="005C0E17">
        <w:rPr>
          <w:rFonts w:ascii="Times New Roman" w:hAnsi="Times New Roman" w:cs="Times New Roman"/>
        </w:rPr>
        <w:tab/>
        <w:t xml:space="preserve">3) </w:t>
      </w:r>
      <w:r w:rsidRPr="005C0E17">
        <w:rPr>
          <w:rFonts w:ascii="Times New Roman" w:hAnsi="Times New Roman" w:cs="Times New Roman"/>
          <w:i/>
        </w:rPr>
        <w:t xml:space="preserve">распознавать </w:t>
      </w:r>
      <w:r w:rsidRPr="005C0E17">
        <w:rPr>
          <w:rFonts w:ascii="Times New Roman" w:hAnsi="Times New Roman" w:cs="Times New Roman"/>
        </w:rPr>
        <w:t xml:space="preserve">в звучащем и письменном тексте 675 лексических единиц (слов, словосочетаний, речевых клише) и правильно </w:t>
      </w:r>
      <w:r w:rsidRPr="005C0E17">
        <w:rPr>
          <w:rFonts w:ascii="Times New Roman" w:hAnsi="Times New Roman" w:cs="Times New Roman"/>
          <w:i/>
        </w:rPr>
        <w:t xml:space="preserve">употреблять </w:t>
      </w:r>
      <w:r w:rsidRPr="005C0E17">
        <w:rPr>
          <w:rFonts w:ascii="Times New Roman" w:hAnsi="Times New Roman" w:cs="Times New Roman"/>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распознавать и употреблять </w:t>
      </w:r>
      <w:r w:rsidRPr="005C0E17">
        <w:rPr>
          <w:rFonts w:ascii="Times New Roman" w:hAnsi="Times New Roman" w:cs="Times New Roman"/>
        </w:rPr>
        <w:t xml:space="preserve">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распознавать и употреблять </w:t>
      </w:r>
      <w:r w:rsidRPr="005C0E17">
        <w:rPr>
          <w:rFonts w:ascii="Times New Roman" w:hAnsi="Times New Roman" w:cs="Times New Roman"/>
        </w:rPr>
        <w:t xml:space="preserve">в устной и письменной речи изученные синонимы и </w:t>
      </w:r>
      <w:r w:rsidRPr="005C0E17">
        <w:rPr>
          <w:rFonts w:ascii="Times New Roman" w:hAnsi="Times New Roman" w:cs="Times New Roman"/>
        </w:rPr>
        <w:br/>
        <w:t>интернациональные слова;</w:t>
      </w:r>
    </w:p>
    <w:p w:rsidR="00F44E79" w:rsidRPr="005C0E17" w:rsidRDefault="00F44E79" w:rsidP="00FB68C9">
      <w:pPr>
        <w:tabs>
          <w:tab w:val="left" w:pos="180"/>
        </w:tabs>
        <w:autoSpaceDE w:val="0"/>
        <w:autoSpaceDN w:val="0"/>
        <w:spacing w:before="190" w:line="288" w:lineRule="auto"/>
        <w:jc w:val="both"/>
        <w:rPr>
          <w:rFonts w:ascii="Times New Roman" w:hAnsi="Times New Roman" w:cs="Times New Roman"/>
        </w:rPr>
      </w:pPr>
      <w:r w:rsidRPr="005C0E17">
        <w:rPr>
          <w:rFonts w:ascii="Times New Roman" w:hAnsi="Times New Roman" w:cs="Times New Roman"/>
        </w:rPr>
        <w:tab/>
        <w:t xml:space="preserve">4) </w:t>
      </w:r>
      <w:r w:rsidRPr="005C0E17">
        <w:rPr>
          <w:rFonts w:ascii="Times New Roman" w:hAnsi="Times New Roman" w:cs="Times New Roman"/>
          <w:i/>
        </w:rPr>
        <w:t xml:space="preserve">знать и понимать </w:t>
      </w:r>
      <w:r w:rsidRPr="005C0E17">
        <w:rPr>
          <w:rFonts w:ascii="Times New Roman" w:hAnsi="Times New Roman" w:cs="Times New Roman"/>
        </w:rPr>
        <w:t xml:space="preserve">особенности структуры простых и сложных предложений английского языка; различных коммуникативных типов предложений английского языка;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распознавать </w:t>
      </w:r>
      <w:r w:rsidRPr="005C0E17">
        <w:rPr>
          <w:rFonts w:ascii="Times New Roman" w:hAnsi="Times New Roman" w:cs="Times New Roman"/>
        </w:rPr>
        <w:t>в письменном и звучащем тексте и употреблять в устной и письменной речи:</w:t>
      </w:r>
      <w:r w:rsidRPr="005C0E17">
        <w:rPr>
          <w:rFonts w:ascii="Times New Roman" w:hAnsi="Times New Roman" w:cs="Times New Roman"/>
        </w:rPr>
        <w:tab/>
        <w:t>-  предложения с несколькими обстоятельствами, следующими в определённом порядке;</w:t>
      </w:r>
      <w:r w:rsidRPr="005C0E17">
        <w:rPr>
          <w:rFonts w:ascii="Times New Roman" w:hAnsi="Times New Roman" w:cs="Times New Roman"/>
        </w:rPr>
        <w:br/>
      </w:r>
      <w:r w:rsidRPr="005C0E17">
        <w:rPr>
          <w:rFonts w:ascii="Times New Roman" w:hAnsi="Times New Roman" w:cs="Times New Roman"/>
        </w:rPr>
        <w:tab/>
        <w:t>- вопросительные предложения (альтернативный и разделительный вопросы в Present/Past/Future Simple Tense);</w:t>
      </w:r>
      <w:r w:rsidRPr="005C0E17">
        <w:rPr>
          <w:rFonts w:ascii="Times New Roman" w:hAnsi="Times New Roman" w:cs="Times New Roman"/>
        </w:rPr>
        <w:br/>
      </w:r>
      <w:r w:rsidRPr="005C0E17">
        <w:rPr>
          <w:rFonts w:ascii="Times New Roman" w:hAnsi="Times New Roman" w:cs="Times New Roman"/>
        </w:rPr>
        <w:tab/>
        <w:t>-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r w:rsidRPr="005C0E17">
        <w:rPr>
          <w:rFonts w:ascii="Times New Roman" w:hAnsi="Times New Roman" w:cs="Times New Roman"/>
        </w:rPr>
        <w:br/>
      </w:r>
      <w:r w:rsidRPr="005C0E17">
        <w:rPr>
          <w:rFonts w:ascii="Times New Roman" w:hAnsi="Times New Roman" w:cs="Times New Roman"/>
        </w:rPr>
        <w:tab/>
        <w:t>- имена существительные во множественном числе, в том числе имена существительные, имеющие форму только множественного числа;</w:t>
      </w:r>
      <w:r w:rsidRPr="005C0E17">
        <w:rPr>
          <w:rFonts w:ascii="Times New Roman" w:hAnsi="Times New Roman" w:cs="Times New Roman"/>
        </w:rPr>
        <w:br/>
      </w:r>
      <w:r w:rsidRPr="005C0E17">
        <w:rPr>
          <w:rFonts w:ascii="Times New Roman" w:hAnsi="Times New Roman" w:cs="Times New Roman"/>
        </w:rPr>
        <w:tab/>
        <w:t>- имена существительные с причастиями настоящего и прошедшего времени;</w:t>
      </w:r>
      <w:r w:rsidRPr="005C0E17">
        <w:rPr>
          <w:rFonts w:ascii="Times New Roman" w:hAnsi="Times New Roman" w:cs="Times New Roman"/>
        </w:rPr>
        <w:br/>
      </w:r>
      <w:r w:rsidRPr="005C0E17">
        <w:rPr>
          <w:rFonts w:ascii="Times New Roman" w:hAnsi="Times New Roman" w:cs="Times New Roman"/>
        </w:rPr>
        <w:tab/>
        <w:t>- наречия в положительной, сравнительной и превосходной степенях, образованные по правилу, и исключения;</w:t>
      </w:r>
    </w:p>
    <w:p w:rsidR="00F44E79" w:rsidRPr="005C0E17" w:rsidRDefault="00F44E79" w:rsidP="00FB68C9">
      <w:pPr>
        <w:tabs>
          <w:tab w:val="left" w:pos="180"/>
        </w:tabs>
        <w:autoSpaceDE w:val="0"/>
        <w:autoSpaceDN w:val="0"/>
        <w:spacing w:before="190" w:line="286" w:lineRule="auto"/>
        <w:jc w:val="both"/>
        <w:rPr>
          <w:rFonts w:ascii="Times New Roman" w:hAnsi="Times New Roman" w:cs="Times New Roman"/>
        </w:rPr>
      </w:pPr>
      <w:r w:rsidRPr="005C0E17">
        <w:rPr>
          <w:rFonts w:ascii="Times New Roman" w:hAnsi="Times New Roman" w:cs="Times New Roman"/>
        </w:rPr>
        <w:tab/>
        <w:t xml:space="preserve">5) </w:t>
      </w:r>
      <w:r w:rsidRPr="005C0E17">
        <w:rPr>
          <w:rFonts w:ascii="Times New Roman" w:hAnsi="Times New Roman" w:cs="Times New Roman"/>
          <w:i/>
        </w:rPr>
        <w:t xml:space="preserve">владеть </w:t>
      </w:r>
      <w:r w:rsidRPr="005C0E17">
        <w:rPr>
          <w:rFonts w:ascii="Times New Roman" w:hAnsi="Times New Roman" w:cs="Times New Roman"/>
        </w:rPr>
        <w:t>социокультурными знаниями и умениями:</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 использовать </w:t>
      </w:r>
      <w:r w:rsidRPr="005C0E17">
        <w:rPr>
          <w:rFonts w:ascii="Times New Roman" w:hAnsi="Times New Roman"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 знать/понимать и использовать </w:t>
      </w:r>
      <w:r w:rsidRPr="005C0E17">
        <w:rPr>
          <w:rFonts w:ascii="Times New Roman" w:hAnsi="Times New Roman" w:cs="Times New Roman"/>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 правильно оформлять </w:t>
      </w:r>
      <w:r w:rsidRPr="005C0E17">
        <w:rPr>
          <w:rFonts w:ascii="Times New Roman" w:hAnsi="Times New Roman" w:cs="Times New Roman"/>
        </w:rPr>
        <w:t>адрес, писать фамилии и имена (свои, родственников и друзей) на английском языке (в анкете, формуляре);</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 обладать базовыми знаниями </w:t>
      </w:r>
      <w:r w:rsidRPr="005C0E17">
        <w:rPr>
          <w:rFonts w:ascii="Times New Roman" w:hAnsi="Times New Roman" w:cs="Times New Roman"/>
        </w:rPr>
        <w:t>о социокультурном портрете родной страны и страны/стран изучаемого языка;</w:t>
      </w:r>
      <w:r w:rsidRPr="005C0E17">
        <w:rPr>
          <w:rFonts w:ascii="Times New Roman" w:hAnsi="Times New Roman" w:cs="Times New Roman"/>
        </w:rPr>
        <w:br/>
      </w:r>
      <w:r w:rsidRPr="005C0E17">
        <w:rPr>
          <w:rFonts w:ascii="Times New Roman" w:hAnsi="Times New Roman" w:cs="Times New Roman"/>
        </w:rPr>
        <w:tab/>
        <w:t xml:space="preserve">- </w:t>
      </w:r>
      <w:r w:rsidRPr="005C0E17">
        <w:rPr>
          <w:rFonts w:ascii="Times New Roman" w:hAnsi="Times New Roman" w:cs="Times New Roman"/>
          <w:i/>
        </w:rPr>
        <w:t xml:space="preserve">кратко представлять </w:t>
      </w:r>
      <w:r w:rsidRPr="005C0E17">
        <w:rPr>
          <w:rFonts w:ascii="Times New Roman" w:hAnsi="Times New Roman" w:cs="Times New Roman"/>
        </w:rPr>
        <w:t>Россию и страны/стран изучаемого языка;</w:t>
      </w:r>
    </w:p>
    <w:p w:rsidR="00F44E79" w:rsidRPr="005C0E17" w:rsidRDefault="00F44E79" w:rsidP="00FB68C9">
      <w:pPr>
        <w:autoSpaceDE w:val="0"/>
        <w:autoSpaceDN w:val="0"/>
        <w:spacing w:before="190" w:line="230" w:lineRule="auto"/>
        <w:ind w:left="180"/>
        <w:jc w:val="both"/>
        <w:rPr>
          <w:rFonts w:ascii="Times New Roman" w:hAnsi="Times New Roman" w:cs="Times New Roman"/>
        </w:rPr>
      </w:pPr>
      <w:r w:rsidRPr="005C0E17">
        <w:rPr>
          <w:rFonts w:ascii="Times New Roman" w:hAnsi="Times New Roman" w:cs="Times New Roman"/>
        </w:rPr>
        <w:t xml:space="preserve">6) </w:t>
      </w:r>
      <w:r w:rsidRPr="005C0E17">
        <w:rPr>
          <w:rFonts w:ascii="Times New Roman" w:hAnsi="Times New Roman" w:cs="Times New Roman"/>
          <w:i/>
        </w:rPr>
        <w:t xml:space="preserve">владеть </w:t>
      </w:r>
      <w:r w:rsidRPr="005C0E17">
        <w:rPr>
          <w:rFonts w:ascii="Times New Roman" w:hAnsi="Times New Roman" w:cs="Times New Roman"/>
        </w:rPr>
        <w:t>компенсаторными умениями: использовать при чтении и аудировании языковую</w:t>
      </w:r>
    </w:p>
    <w:p w:rsidR="00F44E79" w:rsidRPr="005C0E17" w:rsidRDefault="00F44E79" w:rsidP="00FB68C9">
      <w:pPr>
        <w:jc w:val="both"/>
        <w:rPr>
          <w:rFonts w:ascii="Times New Roman" w:hAnsi="Times New Roman" w:cs="Times New Roman"/>
        </w:rPr>
        <w:sectPr w:rsidR="00F44E79" w:rsidRPr="005C0E17">
          <w:pgSz w:w="11900" w:h="16840"/>
          <w:pgMar w:top="286" w:right="728" w:bottom="368" w:left="666" w:header="720" w:footer="720" w:gutter="0"/>
          <w:cols w:space="720" w:equalWidth="0">
            <w:col w:w="10506"/>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line="271" w:lineRule="auto"/>
        <w:jc w:val="both"/>
        <w:rPr>
          <w:rFonts w:ascii="Times New Roman" w:hAnsi="Times New Roman" w:cs="Times New Roman"/>
        </w:rPr>
      </w:pPr>
      <w:r w:rsidRPr="005C0E17">
        <w:rPr>
          <w:rFonts w:ascii="Times New Roman" w:hAnsi="Times New Roman" w:cs="Times New Roman"/>
        </w:rP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E79" w:rsidRPr="005C0E17" w:rsidRDefault="00F44E79" w:rsidP="00FB68C9">
      <w:pPr>
        <w:tabs>
          <w:tab w:val="left" w:pos="180"/>
        </w:tabs>
        <w:autoSpaceDE w:val="0"/>
        <w:autoSpaceDN w:val="0"/>
        <w:spacing w:before="190" w:line="262" w:lineRule="auto"/>
        <w:jc w:val="both"/>
        <w:rPr>
          <w:rFonts w:ascii="Times New Roman" w:hAnsi="Times New Roman" w:cs="Times New Roman"/>
        </w:rPr>
      </w:pPr>
      <w:r w:rsidRPr="005C0E17">
        <w:rPr>
          <w:rFonts w:ascii="Times New Roman" w:hAnsi="Times New Roman" w:cs="Times New Roman"/>
        </w:rPr>
        <w:tab/>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44E79" w:rsidRPr="005C0E17" w:rsidRDefault="00F44E79" w:rsidP="00FB68C9">
      <w:pPr>
        <w:tabs>
          <w:tab w:val="left" w:pos="180"/>
        </w:tabs>
        <w:autoSpaceDE w:val="0"/>
        <w:autoSpaceDN w:val="0"/>
        <w:spacing w:before="190" w:line="262" w:lineRule="auto"/>
        <w:ind w:right="576"/>
        <w:jc w:val="both"/>
        <w:rPr>
          <w:rFonts w:ascii="Times New Roman" w:hAnsi="Times New Roman" w:cs="Times New Roman"/>
        </w:rPr>
      </w:pPr>
      <w:r w:rsidRPr="005C0E17">
        <w:rPr>
          <w:rFonts w:ascii="Times New Roman" w:hAnsi="Times New Roman" w:cs="Times New Roman"/>
        </w:rPr>
        <w:tab/>
        <w:t>8) использовать иноязычные словари и справочники, в том числе информационно-справочные системы в электронной форме.</w:t>
      </w:r>
    </w:p>
    <w:p w:rsidR="00F44E79" w:rsidRPr="005C0E17" w:rsidRDefault="00F44E79" w:rsidP="00FB68C9">
      <w:pPr>
        <w:jc w:val="both"/>
        <w:rPr>
          <w:rFonts w:ascii="Times New Roman" w:hAnsi="Times New Roman" w:cs="Times New Roman"/>
        </w:rPr>
      </w:pPr>
    </w:p>
    <w:p w:rsidR="00F44E79" w:rsidRPr="005C0E17" w:rsidRDefault="00F44E79" w:rsidP="00FB68C9">
      <w:pPr>
        <w:autoSpaceDE w:val="0"/>
        <w:autoSpaceDN w:val="0"/>
        <w:spacing w:line="230" w:lineRule="auto"/>
        <w:jc w:val="both"/>
        <w:rPr>
          <w:rFonts w:ascii="Times New Roman" w:hAnsi="Times New Roman" w:cs="Times New Roman"/>
          <w:b/>
        </w:rPr>
      </w:pPr>
      <w:r w:rsidRPr="005C0E17">
        <w:rPr>
          <w:rFonts w:ascii="Times New Roman" w:hAnsi="Times New Roman" w:cs="Times New Roman"/>
          <w:b/>
        </w:rPr>
        <w:t>ПЛАНИРУЕМЫЕ ОБРАЗОВАТЕЛЬНЫЕ РЕЗУЛЬТАТЫ</w:t>
      </w:r>
    </w:p>
    <w:p w:rsidR="00F44E79" w:rsidRPr="005C0E17" w:rsidRDefault="00F44E79" w:rsidP="00FB68C9">
      <w:pPr>
        <w:autoSpaceDE w:val="0"/>
        <w:autoSpaceDN w:val="0"/>
        <w:spacing w:line="230" w:lineRule="auto"/>
        <w:jc w:val="both"/>
        <w:rPr>
          <w:rFonts w:ascii="Times New Roman" w:hAnsi="Times New Roman" w:cs="Times New Roman"/>
        </w:rPr>
      </w:pPr>
      <w:r w:rsidRPr="005C0E17">
        <w:rPr>
          <w:rFonts w:ascii="Times New Roman" w:hAnsi="Times New Roman" w:cs="Times New Roman"/>
          <w:b/>
        </w:rPr>
        <w:t>6 класс</w:t>
      </w:r>
    </w:p>
    <w:p w:rsidR="00F44E79" w:rsidRPr="005C0E17" w:rsidRDefault="00F44E79" w:rsidP="00FB68C9">
      <w:pPr>
        <w:tabs>
          <w:tab w:val="left" w:pos="180"/>
        </w:tabs>
        <w:autoSpaceDE w:val="0"/>
        <w:autoSpaceDN w:val="0"/>
        <w:spacing w:before="346" w:line="262" w:lineRule="auto"/>
        <w:ind w:right="432"/>
        <w:jc w:val="both"/>
        <w:rPr>
          <w:rFonts w:ascii="Times New Roman" w:hAnsi="Times New Roman" w:cs="Times New Roman"/>
        </w:rPr>
      </w:pPr>
      <w:r w:rsidRPr="005C0E17">
        <w:rPr>
          <w:rFonts w:ascii="Times New Roman" w:hAnsi="Times New Roman" w:cs="Times New Roman"/>
        </w:rPr>
        <w:tab/>
        <w:t>Изучение английского языка в 6 классе направлено на достижение обучающимися личностных, метапредметных и предметных результатов освоения учебного предмета.</w:t>
      </w:r>
    </w:p>
    <w:p w:rsidR="00F44E79" w:rsidRPr="005C0E17" w:rsidRDefault="00F44E79" w:rsidP="00FB68C9">
      <w:pPr>
        <w:autoSpaceDE w:val="0"/>
        <w:autoSpaceDN w:val="0"/>
        <w:spacing w:before="262" w:line="230" w:lineRule="auto"/>
        <w:jc w:val="both"/>
        <w:rPr>
          <w:rFonts w:ascii="Times New Roman" w:hAnsi="Times New Roman" w:cs="Times New Roman"/>
        </w:rPr>
      </w:pPr>
      <w:r w:rsidRPr="005C0E17">
        <w:rPr>
          <w:rFonts w:ascii="Times New Roman" w:hAnsi="Times New Roman" w:cs="Times New Roman"/>
          <w:b/>
        </w:rPr>
        <w:t>ЛИЧНОСТНЫЕ РЕЗУЛЬТАТЫ</w:t>
      </w:r>
    </w:p>
    <w:p w:rsidR="00F44E79" w:rsidRPr="005C0E17" w:rsidRDefault="00F44E79" w:rsidP="00FB68C9">
      <w:pPr>
        <w:autoSpaceDE w:val="0"/>
        <w:autoSpaceDN w:val="0"/>
        <w:spacing w:before="166" w:line="281" w:lineRule="auto"/>
        <w:ind w:right="576" w:firstLine="180"/>
        <w:jc w:val="both"/>
        <w:rPr>
          <w:rFonts w:ascii="Times New Roman" w:hAnsi="Times New Roman" w:cs="Times New Roman"/>
        </w:rPr>
      </w:pPr>
      <w:r w:rsidRPr="005C0E17">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5C0E17" w:rsidRDefault="00F44E79" w:rsidP="00FB68C9">
      <w:pPr>
        <w:tabs>
          <w:tab w:val="left" w:pos="180"/>
        </w:tabs>
        <w:autoSpaceDE w:val="0"/>
        <w:autoSpaceDN w:val="0"/>
        <w:spacing w:before="192"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rPr>
        <w:t xml:space="preserve">Личностные результаты </w:t>
      </w:r>
      <w:r w:rsidRPr="005C0E17">
        <w:rPr>
          <w:rFonts w:ascii="Times New Roman" w:hAnsi="Times New Roman" w:cs="Times New Roman"/>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i/>
        </w:rPr>
        <w:t>Гражданского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готовность к выполнению обязанностей гражданина и реализации его прав, уважение прав, свобод и законных интересов других людей; </w:t>
      </w:r>
      <w:r w:rsidRPr="005C0E17">
        <w:rPr>
          <w:rFonts w:ascii="Times New Roman" w:hAnsi="Times New Roman" w:cs="Times New Roman"/>
        </w:rPr>
        <w:br/>
      </w:r>
      <w:r w:rsidRPr="005C0E17">
        <w:rPr>
          <w:rFonts w:ascii="Times New Roman" w:hAnsi="Times New Roman" w:cs="Times New Roman"/>
        </w:rPr>
        <w:tab/>
        <w:t xml:space="preserve">активное участие в жизни семьи, Организации, местного сообщества, родного края, страны; </w:t>
      </w:r>
      <w:r w:rsidRPr="005C0E17">
        <w:rPr>
          <w:rFonts w:ascii="Times New Roman" w:hAnsi="Times New Roman" w:cs="Times New Roman"/>
        </w:rPr>
        <w:tab/>
        <w:t xml:space="preserve">неприятие любых форм экстремизма, дискриминации; понимание роли различных социальных институтов в жизни человека; </w:t>
      </w:r>
      <w:r w:rsidRPr="005C0E17">
        <w:rPr>
          <w:rFonts w:ascii="Times New Roman" w:hAnsi="Times New Roman" w:cs="Times New Roman"/>
        </w:rPr>
        <w:br/>
      </w:r>
      <w:r w:rsidRPr="005C0E17">
        <w:rPr>
          <w:rFonts w:ascii="Times New Roman" w:hAnsi="Times New Roman" w:cs="Times New Roman"/>
        </w:rPr>
        <w:tab/>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5C0E17">
        <w:rPr>
          <w:rFonts w:ascii="Times New Roman" w:hAnsi="Times New Roman" w:cs="Times New Roman"/>
        </w:rPr>
        <w:tab/>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5C0E17">
        <w:rPr>
          <w:rFonts w:ascii="Times New Roman" w:hAnsi="Times New Roman" w:cs="Times New Roman"/>
        </w:rPr>
        <w:br/>
      </w:r>
      <w:r w:rsidRPr="005C0E17">
        <w:rPr>
          <w:rFonts w:ascii="Times New Roman" w:hAnsi="Times New Roman" w:cs="Times New Roman"/>
        </w:rPr>
        <w:tab/>
        <w:t>готовность к участию в гуманитарной деятельности (волонтёрство, помощь людям, нуждающимся в ней).</w:t>
      </w:r>
    </w:p>
    <w:p w:rsidR="00F44E79" w:rsidRPr="005C0E17" w:rsidRDefault="00F44E79" w:rsidP="00FB68C9">
      <w:pPr>
        <w:tabs>
          <w:tab w:val="left" w:pos="180"/>
        </w:tabs>
        <w:autoSpaceDE w:val="0"/>
        <w:autoSpaceDN w:val="0"/>
        <w:spacing w:before="70" w:line="286" w:lineRule="auto"/>
        <w:ind w:right="432"/>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Патриотического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5C0E17">
        <w:rPr>
          <w:rFonts w:ascii="Times New Roman" w:hAnsi="Times New Roman" w:cs="Times New Roman"/>
        </w:rPr>
        <w:br/>
      </w:r>
      <w:r w:rsidRPr="005C0E17">
        <w:rPr>
          <w:rFonts w:ascii="Times New Roman" w:hAnsi="Times New Roman" w:cs="Times New Roman"/>
        </w:rPr>
        <w:tab/>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Pr="005C0E17">
        <w:rPr>
          <w:rFonts w:ascii="Times New Roman" w:hAnsi="Times New Roman" w:cs="Times New Roman"/>
        </w:rPr>
        <w:br/>
      </w:r>
      <w:r w:rsidRPr="005C0E17">
        <w:rPr>
          <w:rFonts w:ascii="Times New Roman" w:hAnsi="Times New Roman" w:cs="Times New Roman"/>
        </w:rPr>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5C0E17" w:rsidRDefault="00F44E79" w:rsidP="00FB68C9">
      <w:pPr>
        <w:tabs>
          <w:tab w:val="left" w:pos="180"/>
        </w:tabs>
        <w:autoSpaceDE w:val="0"/>
        <w:autoSpaceDN w:val="0"/>
        <w:spacing w:before="70" w:line="281"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Духовно-нравственного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ориентация на моральные ценности и нормы в ситуациях нравственного выбора; </w:t>
      </w:r>
      <w:r w:rsidRPr="005C0E17">
        <w:rPr>
          <w:rFonts w:ascii="Times New Roman" w:hAnsi="Times New Roman" w:cs="Times New Roman"/>
        </w:rPr>
        <w:br/>
      </w:r>
      <w:r w:rsidRPr="005C0E17">
        <w:rPr>
          <w:rFonts w:ascii="Times New Roman" w:hAnsi="Times New Roman" w:cs="Times New Roman"/>
        </w:rPr>
        <w:tab/>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5C0E17">
        <w:rPr>
          <w:rFonts w:ascii="Times New Roman" w:hAnsi="Times New Roman" w:cs="Times New Roman"/>
        </w:rPr>
        <w:br/>
      </w:r>
      <w:r w:rsidRPr="005C0E17">
        <w:rPr>
          <w:rFonts w:ascii="Times New Roman" w:hAnsi="Times New Roman" w:cs="Times New Roman"/>
        </w:rPr>
        <w:tab/>
        <w:t>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Pr="005C0E17" w:rsidRDefault="00F44E79" w:rsidP="00FB68C9">
      <w:pPr>
        <w:tabs>
          <w:tab w:val="left" w:pos="180"/>
        </w:tabs>
        <w:autoSpaceDE w:val="0"/>
        <w:autoSpaceDN w:val="0"/>
        <w:spacing w:before="70"/>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Эстетического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4E79" w:rsidRPr="005C0E17" w:rsidRDefault="00F44E79" w:rsidP="00FB68C9">
      <w:pPr>
        <w:jc w:val="both"/>
        <w:rPr>
          <w:rFonts w:ascii="Times New Roman" w:hAnsi="Times New Roman" w:cs="Times New Roman"/>
        </w:rPr>
        <w:sectPr w:rsidR="00F44E79" w:rsidRPr="005C0E17">
          <w:pgSz w:w="11900" w:h="16840"/>
          <w:pgMar w:top="298" w:right="650" w:bottom="420" w:left="666" w:header="720" w:footer="720" w:gutter="0"/>
          <w:cols w:space="720" w:equalWidth="0">
            <w:col w:w="10584"/>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71" w:lineRule="auto"/>
        <w:ind w:right="144"/>
        <w:jc w:val="both"/>
        <w:rPr>
          <w:rFonts w:ascii="Times New Roman" w:hAnsi="Times New Roman" w:cs="Times New Roman"/>
        </w:rPr>
      </w:pPr>
      <w:r w:rsidRPr="005C0E17">
        <w:rPr>
          <w:rFonts w:ascii="Times New Roman" w:hAnsi="Times New Roman" w:cs="Times New Roman"/>
        </w:rPr>
        <w:tab/>
        <w:t xml:space="preserve">понимание ценности отечественного и мирового искусства, роли этнических культурных традиций и народного творчества; </w:t>
      </w:r>
      <w:r w:rsidRPr="005C0E17">
        <w:rPr>
          <w:rFonts w:ascii="Times New Roman" w:hAnsi="Times New Roman" w:cs="Times New Roman"/>
        </w:rPr>
        <w:br/>
      </w:r>
      <w:r w:rsidRPr="005C0E17">
        <w:rPr>
          <w:rFonts w:ascii="Times New Roman" w:hAnsi="Times New Roman" w:cs="Times New Roman"/>
        </w:rPr>
        <w:tab/>
        <w:t>стремление к самовыражению в разных видах искусства.</w:t>
      </w:r>
    </w:p>
    <w:p w:rsidR="00F44E79" w:rsidRPr="005C0E17" w:rsidRDefault="00F44E79" w:rsidP="00FB68C9">
      <w:pPr>
        <w:tabs>
          <w:tab w:val="left" w:pos="180"/>
        </w:tabs>
        <w:autoSpaceDE w:val="0"/>
        <w:autoSpaceDN w:val="0"/>
        <w:spacing w:before="7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Физического воспитания, формирования культуры здоровья и эмоционального благополучия</w:t>
      </w:r>
      <w:r w:rsidRPr="005C0E17">
        <w:rPr>
          <w:rFonts w:ascii="Times New Roman" w:hAnsi="Times New Roman" w:cs="Times New Roman"/>
          <w:b/>
        </w:rPr>
        <w:t xml:space="preserve">: </w:t>
      </w:r>
      <w:r w:rsidRPr="005C0E17">
        <w:rPr>
          <w:rFonts w:ascii="Times New Roman" w:hAnsi="Times New Roman" w:cs="Times New Roman"/>
        </w:rPr>
        <w:tab/>
        <w:t xml:space="preserve">осознание ценности жизни; </w:t>
      </w:r>
      <w:r w:rsidRPr="005C0E17">
        <w:rPr>
          <w:rFonts w:ascii="Times New Roman" w:hAnsi="Times New Roman" w:cs="Times New Roman"/>
        </w:rPr>
        <w:br/>
      </w:r>
      <w:r w:rsidRPr="005C0E17">
        <w:rPr>
          <w:rFonts w:ascii="Times New Roman" w:hAnsi="Times New Roman" w:cs="Times New Roman"/>
        </w:rPr>
        <w:tab/>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5C0E17">
        <w:rPr>
          <w:rFonts w:ascii="Times New Roman" w:hAnsi="Times New Roman" w:cs="Times New Roman"/>
        </w:rPr>
        <w:br/>
      </w:r>
      <w:r w:rsidRPr="005C0E17">
        <w:rPr>
          <w:rFonts w:ascii="Times New Roman" w:hAnsi="Times New Roman" w:cs="Times New Roman"/>
        </w:rPr>
        <w:tab/>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5C0E17">
        <w:rPr>
          <w:rFonts w:ascii="Times New Roman" w:hAnsi="Times New Roman" w:cs="Times New Roman"/>
        </w:rPr>
        <w:br/>
      </w:r>
      <w:r w:rsidRPr="005C0E17">
        <w:rPr>
          <w:rFonts w:ascii="Times New Roman" w:hAnsi="Times New Roman" w:cs="Times New Roman"/>
        </w:rPr>
        <w:tab/>
        <w:t xml:space="preserve">соблюдение правил безопасности, в том числе навыков безопасного поведения в интернет-среде; </w:t>
      </w:r>
      <w:r w:rsidRPr="005C0E17">
        <w:rPr>
          <w:rFonts w:ascii="Times New Roman" w:hAnsi="Times New Roman" w:cs="Times New Roman"/>
        </w:rPr>
        <w:tab/>
        <w:t xml:space="preserve">способность адаптироваться к стрессовым ситуациям и меняющимся социальным, </w:t>
      </w:r>
      <w:r w:rsidRPr="005C0E17">
        <w:rPr>
          <w:rFonts w:ascii="Times New Roman" w:hAnsi="Times New Roman" w:cs="Times New Roman"/>
        </w:rPr>
        <w:br/>
        <w:t xml:space="preserve">информационным и природным условиям, в том числе осмысляя собственный опыт и выстраивая дальнейшие цели; </w:t>
      </w:r>
      <w:r w:rsidRPr="005C0E17">
        <w:rPr>
          <w:rFonts w:ascii="Times New Roman" w:hAnsi="Times New Roman" w:cs="Times New Roman"/>
        </w:rPr>
        <w:br/>
      </w:r>
      <w:r w:rsidRPr="005C0E17">
        <w:rPr>
          <w:rFonts w:ascii="Times New Roman" w:hAnsi="Times New Roman" w:cs="Times New Roman"/>
        </w:rPr>
        <w:tab/>
        <w:t xml:space="preserve">умение принимать себя и других, не осуждая; </w:t>
      </w:r>
      <w:r w:rsidRPr="005C0E17">
        <w:rPr>
          <w:rFonts w:ascii="Times New Roman" w:hAnsi="Times New Roman" w:cs="Times New Roman"/>
        </w:rPr>
        <w:br/>
      </w:r>
      <w:r w:rsidRPr="005C0E17">
        <w:rPr>
          <w:rFonts w:ascii="Times New Roman" w:hAnsi="Times New Roman" w:cs="Times New Roman"/>
        </w:rPr>
        <w:tab/>
        <w:t xml:space="preserve">умение осознавать эмоциональное состояние себя и других, умение управлять собственным эмоциональным состоянием; </w:t>
      </w:r>
      <w:r w:rsidRPr="005C0E17">
        <w:rPr>
          <w:rFonts w:ascii="Times New Roman" w:hAnsi="Times New Roman" w:cs="Times New Roman"/>
        </w:rPr>
        <w:br/>
      </w:r>
      <w:r w:rsidRPr="005C0E17">
        <w:rPr>
          <w:rFonts w:ascii="Times New Roman" w:hAnsi="Times New Roman" w:cs="Times New Roman"/>
        </w:rPr>
        <w:tab/>
        <w:t>сформированность навыка рефлексии, признание своего права на ошибку и такого же права другого человека.</w:t>
      </w:r>
    </w:p>
    <w:p w:rsidR="00F44E79" w:rsidRPr="005C0E17" w:rsidRDefault="00F44E79" w:rsidP="00FB68C9">
      <w:pPr>
        <w:tabs>
          <w:tab w:val="left" w:pos="180"/>
        </w:tabs>
        <w:autoSpaceDE w:val="0"/>
        <w:autoSpaceDN w:val="0"/>
        <w:spacing w:before="7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Трудового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5C0E17">
        <w:rPr>
          <w:rFonts w:ascii="Times New Roman" w:hAnsi="Times New Roman" w:cs="Times New Roman"/>
        </w:rPr>
        <w:br/>
      </w:r>
      <w:r w:rsidRPr="005C0E17">
        <w:rPr>
          <w:rFonts w:ascii="Times New Roman" w:hAnsi="Times New Roman" w:cs="Times New Roman"/>
        </w:rPr>
        <w:tab/>
        <w:t xml:space="preserve">интерес к практическому изучению профессий и труда различного рода, в том числе на основе применения изучаемого предметного знания; </w:t>
      </w:r>
      <w:r w:rsidRPr="005C0E17">
        <w:rPr>
          <w:rFonts w:ascii="Times New Roman" w:hAnsi="Times New Roman" w:cs="Times New Roman"/>
        </w:rPr>
        <w:br/>
      </w:r>
      <w:r w:rsidRPr="005C0E17">
        <w:rPr>
          <w:rFonts w:ascii="Times New Roman" w:hAnsi="Times New Roman" w:cs="Times New Roman"/>
        </w:rPr>
        <w:tab/>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sidRPr="005C0E17">
        <w:rPr>
          <w:rFonts w:ascii="Times New Roman" w:hAnsi="Times New Roman" w:cs="Times New Roman"/>
        </w:rPr>
        <w:br/>
      </w:r>
      <w:r w:rsidRPr="005C0E17">
        <w:rPr>
          <w:rFonts w:ascii="Times New Roman" w:hAnsi="Times New Roman" w:cs="Times New Roman"/>
        </w:rPr>
        <w:tab/>
        <w:t xml:space="preserve">готовность адаптироваться в профессиональной среде; </w:t>
      </w:r>
      <w:r w:rsidRPr="005C0E17">
        <w:rPr>
          <w:rFonts w:ascii="Times New Roman" w:hAnsi="Times New Roman" w:cs="Times New Roman"/>
        </w:rPr>
        <w:br/>
      </w:r>
      <w:r w:rsidRPr="005C0E17">
        <w:rPr>
          <w:rFonts w:ascii="Times New Roman" w:hAnsi="Times New Roman" w:cs="Times New Roman"/>
        </w:rPr>
        <w:tab/>
        <w:t xml:space="preserve">уважение к труду и результатам трудовой деятельности; </w:t>
      </w:r>
      <w:r w:rsidRPr="005C0E17">
        <w:rPr>
          <w:rFonts w:ascii="Times New Roman" w:hAnsi="Times New Roman" w:cs="Times New Roman"/>
        </w:rPr>
        <w:br/>
      </w:r>
      <w:r w:rsidRPr="005C0E17">
        <w:rPr>
          <w:rFonts w:ascii="Times New Roman" w:hAnsi="Times New Roman" w:cs="Times New Roman"/>
        </w:rPr>
        <w:ta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4E79" w:rsidRPr="005C0E17" w:rsidRDefault="00F44E79" w:rsidP="00FB68C9">
      <w:pPr>
        <w:tabs>
          <w:tab w:val="left" w:pos="180"/>
        </w:tabs>
        <w:autoSpaceDE w:val="0"/>
        <w:autoSpaceDN w:val="0"/>
        <w:spacing w:before="72" w:line="286"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Экологического воспитания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5C0E17">
        <w:rPr>
          <w:rFonts w:ascii="Times New Roman" w:hAnsi="Times New Roman" w:cs="Times New Roman"/>
        </w:rPr>
        <w:br/>
      </w:r>
      <w:r w:rsidRPr="005C0E17">
        <w:rPr>
          <w:rFonts w:ascii="Times New Roman" w:hAnsi="Times New Roman" w:cs="Times New Roman"/>
        </w:rPr>
        <w:tab/>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5C0E17">
        <w:rPr>
          <w:rFonts w:ascii="Times New Roman" w:hAnsi="Times New Roman" w:cs="Times New Roman"/>
        </w:rPr>
        <w:tab/>
        <w:t xml:space="preserve">осознание своей роли как гражданина и потребителя в условиях взаимосвязи природной, </w:t>
      </w:r>
      <w:r w:rsidRPr="005C0E17">
        <w:rPr>
          <w:rFonts w:ascii="Times New Roman" w:hAnsi="Times New Roman" w:cs="Times New Roman"/>
        </w:rPr>
        <w:br/>
        <w:t xml:space="preserve">технологической и социальной сред; </w:t>
      </w:r>
      <w:r w:rsidRPr="005C0E17">
        <w:rPr>
          <w:rFonts w:ascii="Times New Roman" w:hAnsi="Times New Roman" w:cs="Times New Roman"/>
        </w:rPr>
        <w:br/>
      </w:r>
      <w:r w:rsidRPr="005C0E17">
        <w:rPr>
          <w:rFonts w:ascii="Times New Roman" w:hAnsi="Times New Roman" w:cs="Times New Roman"/>
        </w:rPr>
        <w:tab/>
        <w:t>готовность к участию в практической деятельности экологической направленности.</w:t>
      </w:r>
    </w:p>
    <w:p w:rsidR="00F44E79" w:rsidRPr="005C0E17" w:rsidRDefault="00F44E79" w:rsidP="00FB68C9">
      <w:pPr>
        <w:tabs>
          <w:tab w:val="left" w:pos="180"/>
        </w:tabs>
        <w:autoSpaceDE w:val="0"/>
        <w:autoSpaceDN w:val="0"/>
        <w:spacing w:before="70" w:line="281" w:lineRule="auto"/>
        <w:ind w:right="144"/>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Ценности научного познания</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5C0E17">
        <w:rPr>
          <w:rFonts w:ascii="Times New Roman" w:hAnsi="Times New Roman" w:cs="Times New Roman"/>
        </w:rPr>
        <w:br/>
      </w:r>
      <w:r w:rsidRPr="005C0E17">
        <w:rPr>
          <w:rFonts w:ascii="Times New Roman" w:hAnsi="Times New Roman" w:cs="Times New Roman"/>
        </w:rPr>
        <w:tab/>
        <w:t xml:space="preserve">овладение языковой и читательской культурой как средством познания мира; </w:t>
      </w:r>
      <w:r w:rsidRPr="005C0E17">
        <w:rPr>
          <w:rFonts w:ascii="Times New Roman" w:hAnsi="Times New Roman" w:cs="Times New Roman"/>
        </w:rPr>
        <w:br/>
      </w:r>
      <w:r w:rsidRPr="005C0E17">
        <w:rPr>
          <w:rFonts w:ascii="Times New Roman" w:hAnsi="Times New Roman" w:cs="Times New Roman"/>
        </w:rPr>
        <w:tab/>
        <w:t>овладение основными навыками исследовательской деятельности, установка на осмысление опыта,</w:t>
      </w:r>
    </w:p>
    <w:p w:rsidR="00F44E79" w:rsidRPr="005C0E17" w:rsidRDefault="00F44E79" w:rsidP="00FB68C9">
      <w:pPr>
        <w:jc w:val="both"/>
        <w:rPr>
          <w:rFonts w:ascii="Times New Roman" w:hAnsi="Times New Roman" w:cs="Times New Roman"/>
        </w:rPr>
        <w:sectPr w:rsidR="00F44E79" w:rsidRPr="005C0E17">
          <w:pgSz w:w="11900" w:h="16840"/>
          <w:pgMar w:top="298" w:right="640" w:bottom="428" w:left="666" w:header="720" w:footer="720" w:gutter="0"/>
          <w:cols w:space="720" w:equalWidth="0">
            <w:col w:w="10594"/>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line="262" w:lineRule="auto"/>
        <w:ind w:right="864"/>
        <w:jc w:val="both"/>
        <w:rPr>
          <w:rFonts w:ascii="Times New Roman" w:hAnsi="Times New Roman" w:cs="Times New Roman"/>
        </w:rPr>
      </w:pPr>
      <w:r w:rsidRPr="005C0E17">
        <w:rPr>
          <w:rFonts w:ascii="Times New Roman" w:hAnsi="Times New Roman" w:cs="Times New Roman"/>
        </w:rPr>
        <w:t>наблюдений, поступков и стремление совершенствовать пути достижения индивидуального и коллективного благополучия.</w:t>
      </w:r>
    </w:p>
    <w:p w:rsidR="00F44E79" w:rsidRPr="005C0E17" w:rsidRDefault="00F44E79" w:rsidP="00FB68C9">
      <w:pPr>
        <w:tabs>
          <w:tab w:val="left" w:pos="180"/>
        </w:tabs>
        <w:autoSpaceDE w:val="0"/>
        <w:autoSpaceDN w:val="0"/>
        <w:spacing w:before="190" w:line="290"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b/>
          <w:i/>
        </w:rPr>
        <w:t>Личностные результаты, обеспечивающие адаптацию обучающегосяк изменяющимся условиям социальной и природной среды, включают</w:t>
      </w:r>
      <w:r w:rsidRPr="005C0E17">
        <w:rPr>
          <w:rFonts w:ascii="Times New Roman" w:hAnsi="Times New Roman" w:cs="Times New Roman"/>
          <w:b/>
        </w:rPr>
        <w:t xml:space="preserve">: </w:t>
      </w:r>
      <w:r w:rsidRPr="005C0E17">
        <w:rPr>
          <w:rFonts w:ascii="Times New Roman" w:hAnsi="Times New Roman" w:cs="Times New Roman"/>
        </w:rPr>
        <w:br/>
      </w:r>
      <w:r w:rsidRPr="005C0E17">
        <w:rPr>
          <w:rFonts w:ascii="Times New Roman" w:hAnsi="Times New Roman" w:cs="Times New Roman"/>
        </w:rPr>
        <w:tab/>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5C0E17">
        <w:rPr>
          <w:rFonts w:ascii="Times New Roman" w:hAnsi="Times New Roman" w:cs="Times New Roman"/>
        </w:rPr>
        <w:br/>
        <w:t xml:space="preserve">деятельности, а также в рамках социального взаимодействия с людьми из другой культурной среды; </w:t>
      </w:r>
      <w:r w:rsidRPr="005C0E17">
        <w:rPr>
          <w:rFonts w:ascii="Times New Roman" w:hAnsi="Times New Roman" w:cs="Times New Roman"/>
        </w:rPr>
        <w:tab/>
        <w:t xml:space="preserve">способность обучающихся взаимодействовать в условиях неопределённости, открытость опыту и знаниям других; </w:t>
      </w:r>
      <w:r w:rsidRPr="005C0E17">
        <w:rPr>
          <w:rFonts w:ascii="Times New Roman" w:hAnsi="Times New Roman" w:cs="Times New Roman"/>
        </w:rPr>
        <w:br/>
      </w:r>
      <w:r w:rsidRPr="005C0E17">
        <w:rPr>
          <w:rFonts w:ascii="Times New Roman" w:hAnsi="Times New Roman" w:cs="Times New Roman"/>
        </w:rPr>
        <w:tab/>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r w:rsidRPr="005C0E17">
        <w:rPr>
          <w:rFonts w:ascii="Times New Roman" w:hAnsi="Times New Roman" w:cs="Times New Roman"/>
        </w:rPr>
        <w:br/>
      </w:r>
      <w:r w:rsidRPr="005C0E17">
        <w:rPr>
          <w:rFonts w:ascii="Times New Roman" w:hAnsi="Times New Roman" w:cs="Times New Roman"/>
        </w:rPr>
        <w:tab/>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r w:rsidRPr="005C0E17">
        <w:rPr>
          <w:rFonts w:ascii="Times New Roman" w:hAnsi="Times New Roman" w:cs="Times New Roman"/>
        </w:rPr>
        <w:tab/>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5C0E17">
        <w:rPr>
          <w:rFonts w:ascii="Times New Roman" w:hAnsi="Times New Roman" w:cs="Times New Roman"/>
        </w:rPr>
        <w:br/>
        <w:t xml:space="preserve">понятиями), а также оперировать терминами и представлениями в области концепции устойчивого развития; </w:t>
      </w:r>
      <w:r w:rsidRPr="005C0E17">
        <w:rPr>
          <w:rFonts w:ascii="Times New Roman" w:hAnsi="Times New Roman" w:cs="Times New Roman"/>
        </w:rPr>
        <w:br/>
      </w:r>
      <w:r w:rsidRPr="005C0E17">
        <w:rPr>
          <w:rFonts w:ascii="Times New Roman" w:hAnsi="Times New Roman" w:cs="Times New Roman"/>
        </w:rPr>
        <w:tab/>
        <w:t xml:space="preserve">умение анализировать и выявлять взаимосвязи природы, общества и экономики; </w:t>
      </w:r>
      <w:r w:rsidRPr="005C0E17">
        <w:rPr>
          <w:rFonts w:ascii="Times New Roman" w:hAnsi="Times New Roman" w:cs="Times New Roman"/>
        </w:rPr>
        <w:br/>
      </w:r>
      <w:r w:rsidRPr="005C0E17">
        <w:rPr>
          <w:rFonts w:ascii="Times New Roman" w:hAnsi="Times New Roman" w:cs="Times New Roman"/>
        </w:rPr>
        <w:tab/>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r w:rsidRPr="005C0E17">
        <w:rPr>
          <w:rFonts w:ascii="Times New Roman" w:hAnsi="Times New Roman" w:cs="Times New Roman"/>
        </w:rPr>
        <w:br/>
      </w:r>
      <w:r w:rsidRPr="005C0E17">
        <w:rPr>
          <w:rFonts w:ascii="Times New Roman" w:hAnsi="Times New Roman" w:cs="Times New Roman"/>
        </w:rPr>
        <w:tab/>
        <w:t xml:space="preserve">способность обучающихся осознавать стрессовую ситуацию, оценивать происходящие изменения и их последствия; </w:t>
      </w:r>
      <w:r w:rsidRPr="005C0E17">
        <w:rPr>
          <w:rFonts w:ascii="Times New Roman" w:hAnsi="Times New Roman" w:cs="Times New Roman"/>
        </w:rPr>
        <w:br/>
      </w:r>
      <w:r w:rsidRPr="005C0E17">
        <w:rPr>
          <w:rFonts w:ascii="Times New Roman" w:hAnsi="Times New Roman" w:cs="Times New Roman"/>
        </w:rPr>
        <w:tab/>
        <w:t xml:space="preserve">воспринимать стрессовую ситуацию как вызов, требующий контрмер; </w:t>
      </w:r>
      <w:r w:rsidRPr="005C0E17">
        <w:rPr>
          <w:rFonts w:ascii="Times New Roman" w:hAnsi="Times New Roman" w:cs="Times New Roman"/>
        </w:rPr>
        <w:br/>
      </w:r>
      <w:r w:rsidRPr="005C0E17">
        <w:rPr>
          <w:rFonts w:ascii="Times New Roman" w:hAnsi="Times New Roman" w:cs="Times New Roman"/>
        </w:rPr>
        <w:tab/>
        <w:t xml:space="preserve">оценивать ситуацию стресса, корректировать принимаемые решения и действия; </w:t>
      </w:r>
      <w:r w:rsidRPr="005C0E17">
        <w:rPr>
          <w:rFonts w:ascii="Times New Roman" w:hAnsi="Times New Roman" w:cs="Times New Roman"/>
        </w:rPr>
        <w:br/>
      </w:r>
      <w:r w:rsidRPr="005C0E17">
        <w:rPr>
          <w:rFonts w:ascii="Times New Roman" w:hAnsi="Times New Roman" w:cs="Times New Roman"/>
        </w:rPr>
        <w:tab/>
        <w:t xml:space="preserve">формулировать и оценивать риски и последствия, формировать опыт, уметь находить позитивное в произошедшей ситуации; </w:t>
      </w:r>
      <w:r w:rsidRPr="005C0E17">
        <w:rPr>
          <w:rFonts w:ascii="Times New Roman" w:hAnsi="Times New Roman" w:cs="Times New Roman"/>
        </w:rPr>
        <w:br/>
      </w:r>
      <w:r w:rsidRPr="005C0E17">
        <w:rPr>
          <w:rFonts w:ascii="Times New Roman" w:hAnsi="Times New Roman" w:cs="Times New Roman"/>
        </w:rPr>
        <w:tab/>
        <w:t>быть готовым действовать в отсутствие гарантий успеха.</w:t>
      </w:r>
    </w:p>
    <w:p w:rsidR="00F44E79" w:rsidRPr="005C0E17" w:rsidRDefault="00F44E79" w:rsidP="00FB68C9">
      <w:pPr>
        <w:autoSpaceDE w:val="0"/>
        <w:autoSpaceDN w:val="0"/>
        <w:spacing w:before="264" w:line="230" w:lineRule="auto"/>
        <w:jc w:val="both"/>
        <w:rPr>
          <w:rFonts w:ascii="Times New Roman" w:hAnsi="Times New Roman" w:cs="Times New Roman"/>
        </w:rPr>
      </w:pPr>
      <w:r w:rsidRPr="005C0E17">
        <w:rPr>
          <w:rFonts w:ascii="Times New Roman" w:hAnsi="Times New Roman" w:cs="Times New Roman"/>
          <w:b/>
        </w:rPr>
        <w:t>МЕТАПРЕДМЕТНЫЕ РЕЗУЛЬТАТЫ</w:t>
      </w:r>
    </w:p>
    <w:p w:rsidR="00F44E79" w:rsidRPr="005C0E17" w:rsidRDefault="00F44E79" w:rsidP="00FB68C9">
      <w:pPr>
        <w:tabs>
          <w:tab w:val="left" w:pos="180"/>
        </w:tabs>
        <w:autoSpaceDE w:val="0"/>
        <w:autoSpaceDN w:val="0"/>
        <w:spacing w:before="168" w:line="262" w:lineRule="auto"/>
        <w:ind w:right="576"/>
        <w:jc w:val="both"/>
        <w:rPr>
          <w:rFonts w:ascii="Times New Roman" w:hAnsi="Times New Roman" w:cs="Times New Roman"/>
        </w:rPr>
      </w:pPr>
      <w:r w:rsidRPr="005C0E17">
        <w:rPr>
          <w:rFonts w:ascii="Times New Roman" w:hAnsi="Times New Roman" w:cs="Times New Roman"/>
        </w:rPr>
        <w:tab/>
        <w:t>Метапредметные результаты освоения программы основного общего образования, в том числе адаптированной, должны отражать:</w:t>
      </w:r>
    </w:p>
    <w:p w:rsidR="00F44E79" w:rsidRPr="005C0E17" w:rsidRDefault="00F44E79" w:rsidP="00FB68C9">
      <w:pPr>
        <w:autoSpaceDE w:val="0"/>
        <w:autoSpaceDN w:val="0"/>
        <w:spacing w:before="190" w:line="230" w:lineRule="auto"/>
        <w:ind w:left="180"/>
        <w:jc w:val="both"/>
        <w:rPr>
          <w:rFonts w:ascii="Times New Roman" w:hAnsi="Times New Roman" w:cs="Times New Roman"/>
        </w:rPr>
      </w:pPr>
      <w:r w:rsidRPr="005C0E17">
        <w:rPr>
          <w:rFonts w:ascii="Times New Roman" w:hAnsi="Times New Roman" w:cs="Times New Roman"/>
          <w:b/>
          <w:i/>
        </w:rPr>
        <w:t>Овладение универсальными учебными познавательными действиями</w:t>
      </w:r>
      <w:r w:rsidRPr="005C0E17">
        <w:rPr>
          <w:rFonts w:ascii="Times New Roman" w:hAnsi="Times New Roman" w:cs="Times New Roman"/>
          <w:b/>
        </w:rPr>
        <w:t>:</w:t>
      </w:r>
    </w:p>
    <w:p w:rsidR="00F44E79" w:rsidRPr="005C0E17" w:rsidRDefault="00F44E79" w:rsidP="00FB68C9">
      <w:pPr>
        <w:tabs>
          <w:tab w:val="left" w:pos="180"/>
        </w:tabs>
        <w:autoSpaceDE w:val="0"/>
        <w:autoSpaceDN w:val="0"/>
        <w:spacing w:before="190" w:line="286" w:lineRule="auto"/>
        <w:ind w:right="576"/>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1)     базовые логические действия: </w:t>
      </w:r>
      <w:r w:rsidRPr="005C0E17">
        <w:rPr>
          <w:rFonts w:ascii="Times New Roman" w:hAnsi="Times New Roman" w:cs="Times New Roman"/>
        </w:rPr>
        <w:br/>
      </w:r>
      <w:r w:rsidRPr="005C0E17">
        <w:rPr>
          <w:rFonts w:ascii="Times New Roman" w:hAnsi="Times New Roman" w:cs="Times New Roman"/>
        </w:rPr>
        <w:tab/>
        <w:t xml:space="preserve">выявлять и характеризовать существенные признаки объектов (явлений); </w:t>
      </w:r>
      <w:r w:rsidRPr="005C0E17">
        <w:rPr>
          <w:rFonts w:ascii="Times New Roman" w:hAnsi="Times New Roman" w:cs="Times New Roman"/>
        </w:rPr>
        <w:br/>
      </w:r>
      <w:r w:rsidRPr="005C0E17">
        <w:rPr>
          <w:rFonts w:ascii="Times New Roman" w:hAnsi="Times New Roman" w:cs="Times New Roman"/>
        </w:rPr>
        <w:tab/>
        <w:t xml:space="preserve">устанавливать существенный признак классификации, основания для обобщения и сравнения, критерии проводимого анализа; </w:t>
      </w:r>
      <w:r w:rsidRPr="005C0E17">
        <w:rPr>
          <w:rFonts w:ascii="Times New Roman" w:hAnsi="Times New Roman" w:cs="Times New Roman"/>
        </w:rPr>
        <w:br/>
      </w:r>
      <w:r w:rsidRPr="005C0E17">
        <w:rPr>
          <w:rFonts w:ascii="Times New Roman" w:hAnsi="Times New Roman" w:cs="Times New Roman"/>
        </w:rPr>
        <w:tab/>
        <w:t xml:space="preserve">с учётом предложенной задачи выявлять закономерности и противоречия в рассматриваемых фактах, данных и наблюдениях; </w:t>
      </w:r>
      <w:r w:rsidRPr="005C0E17">
        <w:rPr>
          <w:rFonts w:ascii="Times New Roman" w:hAnsi="Times New Roman" w:cs="Times New Roman"/>
        </w:rPr>
        <w:br/>
      </w:r>
      <w:r w:rsidRPr="005C0E17">
        <w:rPr>
          <w:rFonts w:ascii="Times New Roman" w:hAnsi="Times New Roman" w:cs="Times New Roman"/>
        </w:rPr>
        <w:tab/>
        <w:t xml:space="preserve">предлагать критерии для выявления закономерностей и противоречий; </w:t>
      </w:r>
      <w:r w:rsidRPr="005C0E17">
        <w:rPr>
          <w:rFonts w:ascii="Times New Roman" w:hAnsi="Times New Roman" w:cs="Times New Roman"/>
        </w:rPr>
        <w:br/>
      </w:r>
      <w:r w:rsidRPr="005C0E17">
        <w:rPr>
          <w:rFonts w:ascii="Times New Roman" w:hAnsi="Times New Roman" w:cs="Times New Roman"/>
        </w:rPr>
        <w:tab/>
        <w:t xml:space="preserve">выявлять дефицит информации, данных, необходимых для решения поставленной задачи; </w:t>
      </w:r>
      <w:r w:rsidRPr="005C0E17">
        <w:rPr>
          <w:rFonts w:ascii="Times New Roman" w:hAnsi="Times New Roman" w:cs="Times New Roman"/>
        </w:rPr>
        <w:tab/>
        <w:t>выявлять причинно-следственные связи при изучении явлений и процессов;</w:t>
      </w:r>
    </w:p>
    <w:p w:rsidR="00F44E79" w:rsidRPr="005C0E17" w:rsidRDefault="00F44E79" w:rsidP="00FB68C9">
      <w:pPr>
        <w:jc w:val="both"/>
        <w:rPr>
          <w:rFonts w:ascii="Times New Roman" w:hAnsi="Times New Roman" w:cs="Times New Roman"/>
        </w:rPr>
        <w:sectPr w:rsidR="00F44E79" w:rsidRPr="005C0E17">
          <w:pgSz w:w="11900" w:h="16840"/>
          <w:pgMar w:top="286" w:right="654" w:bottom="452" w:left="666" w:header="720" w:footer="720" w:gutter="0"/>
          <w:cols w:space="720" w:equalWidth="0">
            <w:col w:w="10580"/>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jc w:val="both"/>
        <w:rPr>
          <w:rFonts w:ascii="Times New Roman" w:hAnsi="Times New Roman" w:cs="Times New Roman"/>
        </w:rPr>
      </w:pPr>
      <w:r w:rsidRPr="005C0E17">
        <w:rPr>
          <w:rFonts w:ascii="Times New Roman" w:hAnsi="Times New Roman" w:cs="Times New Roman"/>
        </w:rPr>
        <w:tab/>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r w:rsidRPr="005C0E17">
        <w:rPr>
          <w:rFonts w:ascii="Times New Roman" w:hAnsi="Times New Roman" w:cs="Times New Roman"/>
        </w:rPr>
        <w:br/>
      </w:r>
      <w:r w:rsidRPr="005C0E17">
        <w:rPr>
          <w:rFonts w:ascii="Times New Roman" w:hAnsi="Times New Roman" w:cs="Times New Roman"/>
        </w:rPr>
        <w:ta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E79" w:rsidRPr="005C0E17" w:rsidRDefault="00F44E79" w:rsidP="00FB68C9">
      <w:pPr>
        <w:tabs>
          <w:tab w:val="left" w:pos="180"/>
        </w:tabs>
        <w:autoSpaceDE w:val="0"/>
        <w:autoSpaceDN w:val="0"/>
        <w:spacing w:before="19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2)     базовые исследовательские действия: </w:t>
      </w:r>
      <w:r w:rsidRPr="005C0E17">
        <w:rPr>
          <w:rFonts w:ascii="Times New Roman" w:hAnsi="Times New Roman" w:cs="Times New Roman"/>
        </w:rPr>
        <w:br/>
      </w:r>
      <w:r w:rsidRPr="005C0E17">
        <w:rPr>
          <w:rFonts w:ascii="Times New Roman" w:hAnsi="Times New Roman" w:cs="Times New Roman"/>
        </w:rPr>
        <w:tab/>
        <w:t xml:space="preserve">использовать вопросы как исследовательский инструмент познания; </w:t>
      </w:r>
      <w:r w:rsidRPr="005C0E17">
        <w:rPr>
          <w:rFonts w:ascii="Times New Roman" w:hAnsi="Times New Roman" w:cs="Times New Roman"/>
        </w:rPr>
        <w:br/>
      </w:r>
      <w:r w:rsidRPr="005C0E17">
        <w:rPr>
          <w:rFonts w:ascii="Times New Roman" w:hAnsi="Times New Roman" w:cs="Times New Roman"/>
        </w:rPr>
        <w:tab/>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5C0E17">
        <w:rPr>
          <w:rFonts w:ascii="Times New Roman" w:hAnsi="Times New Roman" w:cs="Times New Roman"/>
        </w:rPr>
        <w:br/>
      </w:r>
      <w:r w:rsidRPr="005C0E17">
        <w:rPr>
          <w:rFonts w:ascii="Times New Roman" w:hAnsi="Times New Roman" w:cs="Times New Roman"/>
        </w:rPr>
        <w:tab/>
        <w:t xml:space="preserve">формулировать гипотезу об истинности собственных суждений и суждений других, </w:t>
      </w:r>
      <w:r w:rsidRPr="005C0E17">
        <w:rPr>
          <w:rFonts w:ascii="Times New Roman" w:hAnsi="Times New Roman" w:cs="Times New Roman"/>
        </w:rPr>
        <w:br/>
        <w:t xml:space="preserve">аргументировать свою позицию, мнение; </w:t>
      </w:r>
      <w:r w:rsidRPr="005C0E17">
        <w:rPr>
          <w:rFonts w:ascii="Times New Roman" w:hAnsi="Times New Roman" w:cs="Times New Roman"/>
        </w:rPr>
        <w:br/>
      </w:r>
      <w:r w:rsidRPr="005C0E17">
        <w:rPr>
          <w:rFonts w:ascii="Times New Roman" w:hAnsi="Times New Roman" w:cs="Times New Roman"/>
        </w:rPr>
        <w:tab/>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r w:rsidRPr="005C0E17">
        <w:rPr>
          <w:rFonts w:ascii="Times New Roman" w:hAnsi="Times New Roman" w:cs="Times New Roman"/>
        </w:rPr>
        <w:br/>
      </w:r>
      <w:r w:rsidRPr="005C0E17">
        <w:rPr>
          <w:rFonts w:ascii="Times New Roman" w:hAnsi="Times New Roman" w:cs="Times New Roman"/>
        </w:rPr>
        <w:tab/>
        <w:t xml:space="preserve">оценивать на применимость и достоверность информацию, полученную в ходе исследования (эксперимента); </w:t>
      </w:r>
      <w:r w:rsidRPr="005C0E17">
        <w:rPr>
          <w:rFonts w:ascii="Times New Roman" w:hAnsi="Times New Roman" w:cs="Times New Roman"/>
        </w:rPr>
        <w:br/>
      </w:r>
      <w:r w:rsidRPr="005C0E17">
        <w:rPr>
          <w:rFonts w:ascii="Times New Roman" w:hAnsi="Times New Roman" w:cs="Times New Roman"/>
        </w:rPr>
        <w:tab/>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r w:rsidRPr="005C0E17">
        <w:rPr>
          <w:rFonts w:ascii="Times New Roman" w:hAnsi="Times New Roman" w:cs="Times New Roman"/>
        </w:rPr>
        <w:br/>
      </w:r>
      <w:r w:rsidRPr="005C0E17">
        <w:rPr>
          <w:rFonts w:ascii="Times New Roman" w:hAnsi="Times New Roman" w:cs="Times New Roman"/>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44E79" w:rsidRPr="005C0E17" w:rsidRDefault="00F44E79" w:rsidP="00FB68C9">
      <w:pPr>
        <w:tabs>
          <w:tab w:val="left" w:pos="180"/>
        </w:tabs>
        <w:autoSpaceDE w:val="0"/>
        <w:autoSpaceDN w:val="0"/>
        <w:spacing w:before="19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3)     работа с информацией: </w:t>
      </w:r>
      <w:r w:rsidRPr="005C0E17">
        <w:rPr>
          <w:rFonts w:ascii="Times New Roman" w:hAnsi="Times New Roman" w:cs="Times New Roman"/>
        </w:rPr>
        <w:br/>
      </w:r>
      <w:r w:rsidRPr="005C0E17">
        <w:rPr>
          <w:rFonts w:ascii="Times New Roman" w:hAnsi="Times New Roman" w:cs="Times New Roman"/>
        </w:rPr>
        <w:tab/>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sidRPr="005C0E17">
        <w:rPr>
          <w:rFonts w:ascii="Times New Roman" w:hAnsi="Times New Roman" w:cs="Times New Roman"/>
        </w:rPr>
        <w:br/>
      </w:r>
      <w:r w:rsidRPr="005C0E17">
        <w:rPr>
          <w:rFonts w:ascii="Times New Roman" w:hAnsi="Times New Roman" w:cs="Times New Roman"/>
        </w:rPr>
        <w:tab/>
        <w:t xml:space="preserve">выбирать, анализировать, систематизировать и интерпретировать информацию различных видов и форм представления; </w:t>
      </w:r>
      <w:r w:rsidRPr="005C0E17">
        <w:rPr>
          <w:rFonts w:ascii="Times New Roman" w:hAnsi="Times New Roman" w:cs="Times New Roman"/>
        </w:rPr>
        <w:br/>
      </w:r>
      <w:r w:rsidRPr="005C0E17">
        <w:rPr>
          <w:rFonts w:ascii="Times New Roman" w:hAnsi="Times New Roman" w:cs="Times New Roman"/>
        </w:rPr>
        <w:tab/>
        <w:t xml:space="preserve">находить сходные аргументы (подтверждающие или опровергающие одну и ту же идею, версию) в различных информационных источниках; </w:t>
      </w:r>
      <w:r w:rsidRPr="005C0E17">
        <w:rPr>
          <w:rFonts w:ascii="Times New Roman" w:hAnsi="Times New Roman" w:cs="Times New Roman"/>
        </w:rPr>
        <w:br/>
      </w:r>
      <w:r w:rsidRPr="005C0E17">
        <w:rPr>
          <w:rFonts w:ascii="Times New Roman" w:hAnsi="Times New Roman" w:cs="Times New Roman"/>
        </w:rPr>
        <w:tab/>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5C0E17">
        <w:rPr>
          <w:rFonts w:ascii="Times New Roman" w:hAnsi="Times New Roman" w:cs="Times New Roman"/>
        </w:rPr>
        <w:tab/>
        <w:t xml:space="preserve">оценивать надёжность информации по критериям, предложенным педагогическим работником или сформулированным самостоятельно; </w:t>
      </w:r>
      <w:r w:rsidRPr="005C0E17">
        <w:rPr>
          <w:rFonts w:ascii="Times New Roman" w:hAnsi="Times New Roman" w:cs="Times New Roman"/>
        </w:rPr>
        <w:br/>
      </w:r>
      <w:r w:rsidRPr="005C0E17">
        <w:rPr>
          <w:rFonts w:ascii="Times New Roman" w:hAnsi="Times New Roman" w:cs="Times New Roman"/>
        </w:rPr>
        <w:tab/>
        <w:t>эффективно запоминать и систематизировать информацию.</w:t>
      </w:r>
    </w:p>
    <w:p w:rsidR="00F44E79" w:rsidRPr="005C0E17" w:rsidRDefault="00F44E79" w:rsidP="00FB68C9">
      <w:pPr>
        <w:tabs>
          <w:tab w:val="left" w:pos="180"/>
        </w:tabs>
        <w:autoSpaceDE w:val="0"/>
        <w:autoSpaceDN w:val="0"/>
        <w:spacing w:before="70" w:line="262" w:lineRule="auto"/>
        <w:ind w:right="1296"/>
        <w:jc w:val="both"/>
        <w:rPr>
          <w:rFonts w:ascii="Times New Roman" w:hAnsi="Times New Roman" w:cs="Times New Roman"/>
        </w:rPr>
      </w:pPr>
      <w:r w:rsidRPr="005C0E17">
        <w:rPr>
          <w:rFonts w:ascii="Times New Roman" w:hAnsi="Times New Roman" w:cs="Times New Roman"/>
        </w:rPr>
        <w:tab/>
        <w:t>Овладение системой универсальных учебных познавательных действий обеспечивает сформированность когнитивных навыков у обучающихся.</w:t>
      </w:r>
    </w:p>
    <w:p w:rsidR="00F44E79" w:rsidRPr="005C0E17" w:rsidRDefault="00F44E79" w:rsidP="00FB68C9">
      <w:pPr>
        <w:autoSpaceDE w:val="0"/>
        <w:autoSpaceDN w:val="0"/>
        <w:spacing w:before="190" w:line="230" w:lineRule="auto"/>
        <w:ind w:left="180"/>
        <w:jc w:val="both"/>
        <w:rPr>
          <w:rFonts w:ascii="Times New Roman" w:hAnsi="Times New Roman" w:cs="Times New Roman"/>
        </w:rPr>
      </w:pPr>
      <w:r w:rsidRPr="005C0E17">
        <w:rPr>
          <w:rFonts w:ascii="Times New Roman" w:hAnsi="Times New Roman" w:cs="Times New Roman"/>
          <w:b/>
          <w:i/>
        </w:rPr>
        <w:t>Овладение универсальными учебными коммуникативными действиями</w:t>
      </w:r>
      <w:r w:rsidRPr="005C0E17">
        <w:rPr>
          <w:rFonts w:ascii="Times New Roman" w:hAnsi="Times New Roman" w:cs="Times New Roman"/>
          <w:b/>
        </w:rPr>
        <w:t>:</w:t>
      </w:r>
    </w:p>
    <w:p w:rsidR="00F44E79" w:rsidRPr="005C0E17" w:rsidRDefault="00F44E79" w:rsidP="00FB68C9">
      <w:pPr>
        <w:tabs>
          <w:tab w:val="left" w:pos="180"/>
        </w:tabs>
        <w:autoSpaceDE w:val="0"/>
        <w:autoSpaceDN w:val="0"/>
        <w:spacing w:before="190" w:line="286"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1)     общение: </w:t>
      </w:r>
      <w:r w:rsidRPr="005C0E17">
        <w:rPr>
          <w:rFonts w:ascii="Times New Roman" w:hAnsi="Times New Roman" w:cs="Times New Roman"/>
        </w:rPr>
        <w:br/>
      </w:r>
      <w:r w:rsidRPr="005C0E17">
        <w:rPr>
          <w:rFonts w:ascii="Times New Roman" w:hAnsi="Times New Roman" w:cs="Times New Roman"/>
        </w:rPr>
        <w:tab/>
        <w:t xml:space="preserve">воспринимать и формулировать суждения, выражать эмоции в соответствии с целями и условиями общения; </w:t>
      </w:r>
      <w:r w:rsidRPr="005C0E17">
        <w:rPr>
          <w:rFonts w:ascii="Times New Roman" w:hAnsi="Times New Roman" w:cs="Times New Roman"/>
        </w:rPr>
        <w:br/>
      </w:r>
      <w:r w:rsidRPr="005C0E17">
        <w:rPr>
          <w:rFonts w:ascii="Times New Roman" w:hAnsi="Times New Roman" w:cs="Times New Roman"/>
        </w:rPr>
        <w:tab/>
        <w:t xml:space="preserve">выражать себя (свою точку зрения) в устных и письменных текстах; </w:t>
      </w:r>
      <w:r w:rsidRPr="005C0E17">
        <w:rPr>
          <w:rFonts w:ascii="Times New Roman" w:hAnsi="Times New Roman" w:cs="Times New Roman"/>
        </w:rPr>
        <w:br/>
      </w:r>
      <w:r w:rsidRPr="005C0E17">
        <w:rPr>
          <w:rFonts w:ascii="Times New Roman" w:hAnsi="Times New Roman" w:cs="Times New Roman"/>
        </w:rPr>
        <w:tab/>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sidRPr="005C0E17">
        <w:rPr>
          <w:rFonts w:ascii="Times New Roman" w:hAnsi="Times New Roman" w:cs="Times New Roman"/>
        </w:rPr>
        <w:tab/>
        <w:t xml:space="preserve">понимать намерения других, проявлять уважительное отношение к собеседнику и в корректной форме формулировать свои возражения; </w:t>
      </w:r>
      <w:r w:rsidRPr="005C0E17">
        <w:rPr>
          <w:rFonts w:ascii="Times New Roman" w:hAnsi="Times New Roman" w:cs="Times New Roman"/>
        </w:rPr>
        <w:br/>
      </w:r>
      <w:r w:rsidRPr="005C0E17">
        <w:rPr>
          <w:rFonts w:ascii="Times New Roman" w:hAnsi="Times New Roman" w:cs="Times New Roman"/>
        </w:rPr>
        <w:tab/>
        <w:t>в ходе диалога и(или) дискуссии задавать вопросы по существу обсуждаемой темы и высказывать</w:t>
      </w:r>
    </w:p>
    <w:p w:rsidR="00F44E79" w:rsidRPr="005C0E17" w:rsidRDefault="00F44E79" w:rsidP="00FB68C9">
      <w:pPr>
        <w:jc w:val="both"/>
        <w:rPr>
          <w:rFonts w:ascii="Times New Roman" w:hAnsi="Times New Roman" w:cs="Times New Roman"/>
        </w:rPr>
        <w:sectPr w:rsidR="00F44E79" w:rsidRPr="005C0E17">
          <w:pgSz w:w="11900" w:h="16840"/>
          <w:pgMar w:top="298" w:right="822" w:bottom="356" w:left="666" w:header="720" w:footer="720" w:gutter="0"/>
          <w:cols w:space="720" w:equalWidth="0">
            <w:col w:w="10412"/>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83" w:lineRule="auto"/>
        <w:ind w:right="288"/>
        <w:jc w:val="both"/>
        <w:rPr>
          <w:rFonts w:ascii="Times New Roman" w:hAnsi="Times New Roman" w:cs="Times New Roman"/>
        </w:rPr>
      </w:pPr>
      <w:r w:rsidRPr="005C0E17">
        <w:rPr>
          <w:rFonts w:ascii="Times New Roman" w:hAnsi="Times New Roman" w:cs="Times New Roman"/>
        </w:rPr>
        <w:t xml:space="preserve">идеи, нацеленные на решение задачи и поддержание благожелательности общения; </w:t>
      </w:r>
      <w:r w:rsidRPr="005C0E17">
        <w:rPr>
          <w:rFonts w:ascii="Times New Roman" w:hAnsi="Times New Roman" w:cs="Times New Roman"/>
        </w:rPr>
        <w:br/>
      </w:r>
      <w:r w:rsidRPr="005C0E17">
        <w:rPr>
          <w:rFonts w:ascii="Times New Roman" w:hAnsi="Times New Roman" w:cs="Times New Roman"/>
        </w:rPr>
        <w:tab/>
        <w:t xml:space="preserve">сопоставлять свои суждения с суждениями других участников диалога, обнаруживать различие и сходство позиций; </w:t>
      </w:r>
      <w:r w:rsidRPr="005C0E17">
        <w:rPr>
          <w:rFonts w:ascii="Times New Roman" w:hAnsi="Times New Roman" w:cs="Times New Roman"/>
        </w:rPr>
        <w:br/>
      </w:r>
      <w:r w:rsidRPr="005C0E17">
        <w:rPr>
          <w:rFonts w:ascii="Times New Roman" w:hAnsi="Times New Roman" w:cs="Times New Roman"/>
        </w:rPr>
        <w:tab/>
        <w:t xml:space="preserve">публично представлять результаты выполненного опыта (эксперимента, исследования, проекта); </w:t>
      </w:r>
      <w:r w:rsidRPr="005C0E17">
        <w:rPr>
          <w:rFonts w:ascii="Times New Roman" w:hAnsi="Times New Roman" w:cs="Times New Roman"/>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4E79" w:rsidRPr="005C0E17" w:rsidRDefault="00F44E79" w:rsidP="00FB68C9">
      <w:pPr>
        <w:tabs>
          <w:tab w:val="left" w:pos="180"/>
        </w:tabs>
        <w:autoSpaceDE w:val="0"/>
        <w:autoSpaceDN w:val="0"/>
        <w:spacing w:before="190" w:line="288"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2)     совместная деятельность: </w:t>
      </w:r>
      <w:r w:rsidRPr="005C0E17">
        <w:rPr>
          <w:rFonts w:ascii="Times New Roman" w:hAnsi="Times New Roman" w:cs="Times New Roman"/>
        </w:rPr>
        <w:br/>
      </w:r>
      <w:r w:rsidRPr="005C0E17">
        <w:rPr>
          <w:rFonts w:ascii="Times New Roman" w:hAnsi="Times New Roman" w:cs="Times New Roman"/>
        </w:rPr>
        <w:tab/>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r w:rsidRPr="005C0E17">
        <w:rPr>
          <w:rFonts w:ascii="Times New Roman" w:hAnsi="Times New Roman" w:cs="Times New Roman"/>
        </w:rPr>
        <w:br/>
      </w:r>
      <w:r w:rsidRPr="005C0E17">
        <w:rPr>
          <w:rFonts w:ascii="Times New Roman" w:hAnsi="Times New Roman" w:cs="Times New Roman"/>
        </w:rPr>
        <w:tab/>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r w:rsidRPr="005C0E17">
        <w:rPr>
          <w:rFonts w:ascii="Times New Roman" w:hAnsi="Times New Roman" w:cs="Times New Roman"/>
        </w:rPr>
        <w:br/>
      </w:r>
      <w:r w:rsidRPr="005C0E17">
        <w:rPr>
          <w:rFonts w:ascii="Times New Roman" w:hAnsi="Times New Roman" w:cs="Times New Roman"/>
        </w:rPr>
        <w:tab/>
        <w:t xml:space="preserve">уметь обобщать мнения нескольких людей, проявлять готовность руководить, выполнять </w:t>
      </w:r>
      <w:r w:rsidRPr="005C0E17">
        <w:rPr>
          <w:rFonts w:ascii="Times New Roman" w:hAnsi="Times New Roman" w:cs="Times New Roman"/>
        </w:rPr>
        <w:br/>
        <w:t xml:space="preserve">поручения, подчиняться; </w:t>
      </w:r>
      <w:r w:rsidRPr="005C0E17">
        <w:rPr>
          <w:rFonts w:ascii="Times New Roman" w:hAnsi="Times New Roman" w:cs="Times New Roman"/>
        </w:rPr>
        <w:br/>
      </w:r>
      <w:r w:rsidRPr="005C0E17">
        <w:rPr>
          <w:rFonts w:ascii="Times New Roman" w:hAnsi="Times New Roman" w:cs="Times New Roman"/>
        </w:rPr>
        <w:tab/>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r w:rsidRPr="005C0E17">
        <w:rPr>
          <w:rFonts w:ascii="Times New Roman" w:hAnsi="Times New Roman" w:cs="Times New Roman"/>
        </w:rPr>
        <w:tab/>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5C0E17">
        <w:rPr>
          <w:rFonts w:ascii="Times New Roman" w:hAnsi="Times New Roman" w:cs="Times New Roman"/>
        </w:rPr>
        <w:br/>
      </w:r>
      <w:r w:rsidRPr="005C0E17">
        <w:rPr>
          <w:rFonts w:ascii="Times New Roman" w:hAnsi="Times New Roman" w:cs="Times New Roman"/>
        </w:rPr>
        <w:tab/>
        <w:t xml:space="preserve">оценивать качество своего вклада в общий продукт по критериям, самостоятельно </w:t>
      </w:r>
      <w:r w:rsidRPr="005C0E17">
        <w:rPr>
          <w:rFonts w:ascii="Times New Roman" w:hAnsi="Times New Roman" w:cs="Times New Roman"/>
        </w:rPr>
        <w:br/>
        <w:t xml:space="preserve">сформулированным участниками взаимодействия; </w:t>
      </w:r>
      <w:r w:rsidRPr="005C0E17">
        <w:rPr>
          <w:rFonts w:ascii="Times New Roman" w:hAnsi="Times New Roman" w:cs="Times New Roman"/>
        </w:rPr>
        <w:br/>
      </w:r>
      <w:r w:rsidRPr="005C0E17">
        <w:rPr>
          <w:rFonts w:ascii="Times New Roman" w:hAnsi="Times New Roman" w:cs="Times New Roman"/>
        </w:rPr>
        <w:tab/>
        <w:t xml:space="preserve">сравнивать результаты с исходной задачей и вклад каждого члена команды в достижение </w:t>
      </w:r>
      <w:r w:rsidRPr="005C0E17">
        <w:rPr>
          <w:rFonts w:ascii="Times New Roman" w:hAnsi="Times New Roman" w:cs="Times New Roman"/>
        </w:rPr>
        <w:br/>
        <w:t>результатов, разделять сферу ответственности и проявлять готовность к предоставлению отчёта перед группой.</w:t>
      </w:r>
    </w:p>
    <w:p w:rsidR="00F44E79" w:rsidRPr="005C0E17" w:rsidRDefault="00F44E79" w:rsidP="00FB68C9">
      <w:pPr>
        <w:tabs>
          <w:tab w:val="left" w:pos="180"/>
        </w:tabs>
        <w:autoSpaceDE w:val="0"/>
        <w:autoSpaceDN w:val="0"/>
        <w:spacing w:before="70" w:line="262" w:lineRule="auto"/>
        <w:ind w:right="1152"/>
        <w:jc w:val="both"/>
        <w:rPr>
          <w:rFonts w:ascii="Times New Roman" w:hAnsi="Times New Roman" w:cs="Times New Roman"/>
        </w:rPr>
      </w:pPr>
      <w:r w:rsidRPr="005C0E17">
        <w:rPr>
          <w:rFonts w:ascii="Times New Roman" w:hAnsi="Times New Roman" w:cs="Times New Roman"/>
        </w:rPr>
        <w:tab/>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44E79" w:rsidRPr="005C0E17" w:rsidRDefault="00F44E79" w:rsidP="00FB68C9">
      <w:pPr>
        <w:autoSpaceDE w:val="0"/>
        <w:autoSpaceDN w:val="0"/>
        <w:spacing w:before="190" w:line="230" w:lineRule="auto"/>
        <w:ind w:left="180"/>
        <w:jc w:val="both"/>
        <w:rPr>
          <w:rFonts w:ascii="Times New Roman" w:hAnsi="Times New Roman" w:cs="Times New Roman"/>
        </w:rPr>
      </w:pPr>
      <w:r w:rsidRPr="005C0E17">
        <w:rPr>
          <w:rFonts w:ascii="Times New Roman" w:hAnsi="Times New Roman" w:cs="Times New Roman"/>
          <w:b/>
          <w:i/>
        </w:rPr>
        <w:t>Овладение универсальными учебными регулятивными действиями</w:t>
      </w:r>
      <w:r w:rsidRPr="005C0E17">
        <w:rPr>
          <w:rFonts w:ascii="Times New Roman" w:hAnsi="Times New Roman" w:cs="Times New Roman"/>
          <w:b/>
        </w:rPr>
        <w:t>:</w:t>
      </w:r>
    </w:p>
    <w:p w:rsidR="00F44E79" w:rsidRPr="005C0E17" w:rsidRDefault="00F44E79" w:rsidP="00FB68C9">
      <w:pPr>
        <w:tabs>
          <w:tab w:val="left" w:pos="180"/>
        </w:tabs>
        <w:autoSpaceDE w:val="0"/>
        <w:autoSpaceDN w:val="0"/>
        <w:spacing w:before="190" w:line="286" w:lineRule="auto"/>
        <w:ind w:right="288"/>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1)     самоорганизация: </w:t>
      </w:r>
      <w:r w:rsidRPr="005C0E17">
        <w:rPr>
          <w:rFonts w:ascii="Times New Roman" w:hAnsi="Times New Roman" w:cs="Times New Roman"/>
        </w:rPr>
        <w:br/>
      </w:r>
      <w:r w:rsidRPr="005C0E17">
        <w:rPr>
          <w:rFonts w:ascii="Times New Roman" w:hAnsi="Times New Roman" w:cs="Times New Roman"/>
        </w:rPr>
        <w:tab/>
        <w:t xml:space="preserve">выявлять проблемы для решения в жизненных и учебных ситуациях; </w:t>
      </w:r>
      <w:r w:rsidRPr="005C0E17">
        <w:rPr>
          <w:rFonts w:ascii="Times New Roman" w:hAnsi="Times New Roman" w:cs="Times New Roman"/>
        </w:rPr>
        <w:br/>
      </w:r>
      <w:r w:rsidRPr="005C0E17">
        <w:rPr>
          <w:rFonts w:ascii="Times New Roman" w:hAnsi="Times New Roman" w:cs="Times New Roman"/>
        </w:rPr>
        <w:tab/>
        <w:t xml:space="preserve">ориентироваться в различных подходах принятия решений (индивидуальное, принятие решения в группе, принятие решений группой); </w:t>
      </w:r>
      <w:r w:rsidRPr="005C0E17">
        <w:rPr>
          <w:rFonts w:ascii="Times New Roman" w:hAnsi="Times New Roman" w:cs="Times New Roman"/>
        </w:rPr>
        <w:br/>
      </w:r>
      <w:r w:rsidRPr="005C0E17">
        <w:rPr>
          <w:rFonts w:ascii="Times New Roman" w:hAnsi="Times New Roman" w:cs="Times New Roman"/>
        </w:rPr>
        <w:tab/>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5C0E17">
        <w:rPr>
          <w:rFonts w:ascii="Times New Roman" w:hAnsi="Times New Roman" w:cs="Times New Roman"/>
        </w:rPr>
        <w:br/>
      </w:r>
      <w:r w:rsidRPr="005C0E17">
        <w:rPr>
          <w:rFonts w:ascii="Times New Roman" w:hAnsi="Times New Roman" w:cs="Times New Roman"/>
        </w:rPr>
        <w:tab/>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r w:rsidRPr="005C0E17">
        <w:rPr>
          <w:rFonts w:ascii="Times New Roman" w:hAnsi="Times New Roman" w:cs="Times New Roman"/>
        </w:rPr>
        <w:br/>
      </w:r>
      <w:r w:rsidRPr="005C0E17">
        <w:rPr>
          <w:rFonts w:ascii="Times New Roman" w:hAnsi="Times New Roman" w:cs="Times New Roman"/>
        </w:rPr>
        <w:tab/>
        <w:t>делать выбор и брать ответственность за решение;</w:t>
      </w:r>
    </w:p>
    <w:p w:rsidR="00F44E79" w:rsidRPr="005C0E17" w:rsidRDefault="00F44E79" w:rsidP="00FB68C9">
      <w:pPr>
        <w:tabs>
          <w:tab w:val="left" w:pos="180"/>
        </w:tabs>
        <w:autoSpaceDE w:val="0"/>
        <w:autoSpaceDN w:val="0"/>
        <w:spacing w:before="190" w:line="283" w:lineRule="auto"/>
        <w:ind w:right="576"/>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2)     самоконтроль: </w:t>
      </w:r>
      <w:r w:rsidRPr="005C0E17">
        <w:rPr>
          <w:rFonts w:ascii="Times New Roman" w:hAnsi="Times New Roman" w:cs="Times New Roman"/>
        </w:rPr>
        <w:br/>
      </w:r>
      <w:r w:rsidRPr="005C0E17">
        <w:rPr>
          <w:rFonts w:ascii="Times New Roman" w:hAnsi="Times New Roman" w:cs="Times New Roman"/>
        </w:rPr>
        <w:tab/>
        <w:t xml:space="preserve">владеть способами самоконтроля, самомотивации и рефлексии; </w:t>
      </w:r>
      <w:r w:rsidRPr="005C0E17">
        <w:rPr>
          <w:rFonts w:ascii="Times New Roman" w:hAnsi="Times New Roman" w:cs="Times New Roman"/>
        </w:rPr>
        <w:br/>
      </w:r>
      <w:r w:rsidRPr="005C0E17">
        <w:rPr>
          <w:rFonts w:ascii="Times New Roman" w:hAnsi="Times New Roman" w:cs="Times New Roman"/>
        </w:rPr>
        <w:tab/>
        <w:t xml:space="preserve">давать адекватную оценку ситуации и предлагать план её изменения; </w:t>
      </w:r>
      <w:r w:rsidRPr="005C0E17">
        <w:rPr>
          <w:rFonts w:ascii="Times New Roman" w:hAnsi="Times New Roman" w:cs="Times New Roman"/>
        </w:rPr>
        <w:br/>
      </w:r>
      <w:r w:rsidRPr="005C0E17">
        <w:rPr>
          <w:rFonts w:ascii="Times New Roman" w:hAnsi="Times New Roman" w:cs="Times New Roman"/>
        </w:rPr>
        <w:tab/>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5C0E17">
        <w:rPr>
          <w:rFonts w:ascii="Times New Roman" w:hAnsi="Times New Roman" w:cs="Times New Roman"/>
        </w:rPr>
        <w:br/>
      </w:r>
      <w:r w:rsidRPr="005C0E17">
        <w:rPr>
          <w:rFonts w:ascii="Times New Roman" w:hAnsi="Times New Roman" w:cs="Times New Roman"/>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44E79" w:rsidRPr="005C0E17" w:rsidRDefault="00F44E79" w:rsidP="00FB68C9">
      <w:pPr>
        <w:jc w:val="both"/>
        <w:rPr>
          <w:rFonts w:ascii="Times New Roman" w:hAnsi="Times New Roman" w:cs="Times New Roman"/>
        </w:rPr>
        <w:sectPr w:rsidR="00F44E79" w:rsidRPr="005C0E17">
          <w:pgSz w:w="11900" w:h="16840"/>
          <w:pgMar w:top="286" w:right="688" w:bottom="368" w:left="666" w:header="720" w:footer="720" w:gutter="0"/>
          <w:cols w:space="720" w:equalWidth="0">
            <w:col w:w="10546"/>
          </w:cols>
          <w:docGrid w:linePitch="360"/>
        </w:sectPr>
      </w:pPr>
    </w:p>
    <w:p w:rsidR="00F44E79" w:rsidRPr="005C0E17" w:rsidRDefault="00F44E79" w:rsidP="00FB68C9">
      <w:pPr>
        <w:autoSpaceDE w:val="0"/>
        <w:autoSpaceDN w:val="0"/>
        <w:spacing w:after="78"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71" w:lineRule="auto"/>
        <w:ind w:right="720"/>
        <w:jc w:val="both"/>
        <w:rPr>
          <w:rFonts w:ascii="Times New Roman" w:hAnsi="Times New Roman" w:cs="Times New Roman"/>
        </w:rPr>
      </w:pPr>
      <w:r w:rsidRPr="005C0E17">
        <w:rPr>
          <w:rFonts w:ascii="Times New Roman" w:hAnsi="Times New Roman" w:cs="Times New Roman"/>
        </w:rPr>
        <w:tab/>
        <w:t xml:space="preserve">вносить коррективы в деятельность на основе новых обстоятельств, изменившихся ситуаций, установленных ошибок, возникших трудностей; </w:t>
      </w:r>
      <w:r w:rsidRPr="005C0E17">
        <w:rPr>
          <w:rFonts w:ascii="Times New Roman" w:hAnsi="Times New Roman" w:cs="Times New Roman"/>
        </w:rPr>
        <w:br/>
      </w:r>
      <w:r w:rsidRPr="005C0E17">
        <w:rPr>
          <w:rFonts w:ascii="Times New Roman" w:hAnsi="Times New Roman" w:cs="Times New Roman"/>
        </w:rPr>
        <w:tab/>
        <w:t>оценивать соответствие результата цели и условиям;</w:t>
      </w:r>
    </w:p>
    <w:p w:rsidR="00F44E79" w:rsidRPr="005C0E17" w:rsidRDefault="00F44E79" w:rsidP="00FB68C9">
      <w:pPr>
        <w:autoSpaceDE w:val="0"/>
        <w:autoSpaceDN w:val="0"/>
        <w:spacing w:before="190" w:line="281" w:lineRule="auto"/>
        <w:ind w:left="180" w:right="2016"/>
        <w:jc w:val="both"/>
        <w:rPr>
          <w:rFonts w:ascii="Times New Roman" w:hAnsi="Times New Roman" w:cs="Times New Roman"/>
        </w:rPr>
      </w:pPr>
      <w:r w:rsidRPr="005C0E17">
        <w:rPr>
          <w:rFonts w:ascii="Times New Roman" w:hAnsi="Times New Roman" w:cs="Times New Roman"/>
          <w:i/>
        </w:rPr>
        <w:t xml:space="preserve">3)     эмоциональный интеллект: </w:t>
      </w:r>
      <w:r w:rsidRPr="005C0E17">
        <w:rPr>
          <w:rFonts w:ascii="Times New Roman" w:hAnsi="Times New Roman" w:cs="Times New Roman"/>
        </w:rPr>
        <w:br/>
        <w:t xml:space="preserve">различать, называть и управлять собственными эмоциями и эмоциями других; выявлять и анализировать причины эмоций; </w:t>
      </w:r>
      <w:r w:rsidRPr="005C0E17">
        <w:rPr>
          <w:rFonts w:ascii="Times New Roman" w:hAnsi="Times New Roman" w:cs="Times New Roman"/>
        </w:rPr>
        <w:br/>
        <w:t>ставить себя на место другого человека, понимать мотивы и намерения другого; регулировать способ выражения эмоций;</w:t>
      </w:r>
    </w:p>
    <w:p w:rsidR="00F44E79" w:rsidRPr="005C0E17" w:rsidRDefault="00F44E79" w:rsidP="00FB68C9">
      <w:pPr>
        <w:tabs>
          <w:tab w:val="left" w:pos="180"/>
        </w:tabs>
        <w:autoSpaceDE w:val="0"/>
        <w:autoSpaceDN w:val="0"/>
        <w:spacing w:before="190" w:line="281" w:lineRule="auto"/>
        <w:jc w:val="both"/>
        <w:rPr>
          <w:rFonts w:ascii="Times New Roman" w:hAnsi="Times New Roman" w:cs="Times New Roman"/>
        </w:rPr>
      </w:pPr>
      <w:r w:rsidRPr="005C0E17">
        <w:rPr>
          <w:rFonts w:ascii="Times New Roman" w:hAnsi="Times New Roman" w:cs="Times New Roman"/>
        </w:rPr>
        <w:tab/>
      </w:r>
      <w:r w:rsidRPr="005C0E17">
        <w:rPr>
          <w:rFonts w:ascii="Times New Roman" w:hAnsi="Times New Roman" w:cs="Times New Roman"/>
          <w:i/>
        </w:rPr>
        <w:t xml:space="preserve">4)     принятие себя и других: </w:t>
      </w:r>
      <w:r w:rsidRPr="005C0E17">
        <w:rPr>
          <w:rFonts w:ascii="Times New Roman" w:hAnsi="Times New Roman" w:cs="Times New Roman"/>
        </w:rPr>
        <w:br/>
      </w:r>
      <w:r w:rsidRPr="005C0E17">
        <w:rPr>
          <w:rFonts w:ascii="Times New Roman" w:hAnsi="Times New Roman" w:cs="Times New Roman"/>
        </w:rPr>
        <w:tab/>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r w:rsidRPr="005C0E17">
        <w:rPr>
          <w:rFonts w:ascii="Times New Roman" w:hAnsi="Times New Roman" w:cs="Times New Roman"/>
        </w:rPr>
        <w:br/>
      </w:r>
      <w:r w:rsidRPr="005C0E17">
        <w:rPr>
          <w:rFonts w:ascii="Times New Roman" w:hAnsi="Times New Roman" w:cs="Times New Roman"/>
        </w:rPr>
        <w:tab/>
        <w:t xml:space="preserve">открытость себе и другим; </w:t>
      </w:r>
      <w:r w:rsidRPr="005C0E17">
        <w:rPr>
          <w:rFonts w:ascii="Times New Roman" w:hAnsi="Times New Roman" w:cs="Times New Roman"/>
        </w:rPr>
        <w:br/>
      </w:r>
      <w:r w:rsidRPr="005C0E17">
        <w:rPr>
          <w:rFonts w:ascii="Times New Roman" w:hAnsi="Times New Roman" w:cs="Times New Roman"/>
        </w:rPr>
        <w:tab/>
        <w:t>осознавать невозможность контролировать всё вокруг.</w:t>
      </w:r>
    </w:p>
    <w:p w:rsidR="00F44E79" w:rsidRPr="005C0E17" w:rsidRDefault="00F44E79" w:rsidP="00FB68C9">
      <w:pPr>
        <w:autoSpaceDE w:val="0"/>
        <w:autoSpaceDN w:val="0"/>
        <w:spacing w:before="70" w:line="271" w:lineRule="auto"/>
        <w:ind w:right="144" w:firstLine="180"/>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E79" w:rsidRPr="005C0E17" w:rsidRDefault="00F44E79" w:rsidP="00FB68C9">
      <w:pPr>
        <w:autoSpaceDE w:val="0"/>
        <w:autoSpaceDN w:val="0"/>
        <w:spacing w:before="262" w:line="230" w:lineRule="auto"/>
        <w:jc w:val="both"/>
        <w:rPr>
          <w:rFonts w:ascii="Times New Roman" w:hAnsi="Times New Roman" w:cs="Times New Roman"/>
        </w:rPr>
      </w:pPr>
      <w:r w:rsidRPr="005C0E17">
        <w:rPr>
          <w:rFonts w:ascii="Times New Roman" w:hAnsi="Times New Roman" w:cs="Times New Roman"/>
          <w:b/>
        </w:rPr>
        <w:t>ПРЕДМЕТНЫЕ РЕЗУЛЬТАТЫ</w:t>
      </w:r>
    </w:p>
    <w:p w:rsidR="00F44E79" w:rsidRPr="005C0E17" w:rsidRDefault="00F44E79" w:rsidP="00FB68C9">
      <w:pPr>
        <w:autoSpaceDE w:val="0"/>
        <w:autoSpaceDN w:val="0"/>
        <w:spacing w:before="166" w:line="281" w:lineRule="auto"/>
        <w:ind w:firstLine="180"/>
        <w:jc w:val="both"/>
        <w:rPr>
          <w:rFonts w:ascii="Times New Roman" w:hAnsi="Times New Roman" w:cs="Times New Roman"/>
        </w:rPr>
      </w:pPr>
      <w:r w:rsidRPr="005C0E17">
        <w:rPr>
          <w:rFonts w:ascii="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44E79" w:rsidRPr="005C0E17" w:rsidRDefault="00F44E79" w:rsidP="00FB68C9">
      <w:pPr>
        <w:tabs>
          <w:tab w:val="left" w:pos="180"/>
        </w:tabs>
        <w:autoSpaceDE w:val="0"/>
        <w:autoSpaceDN w:val="0"/>
        <w:spacing w:before="190" w:line="290" w:lineRule="auto"/>
        <w:jc w:val="both"/>
        <w:rPr>
          <w:rFonts w:ascii="Times New Roman" w:hAnsi="Times New Roman" w:cs="Times New Roman"/>
        </w:rPr>
      </w:pPr>
      <w:r w:rsidRPr="005C0E17">
        <w:rPr>
          <w:rFonts w:ascii="Times New Roman" w:hAnsi="Times New Roman" w:cs="Times New Roman"/>
        </w:rPr>
        <w:tab/>
        <w:t xml:space="preserve">1) Владеть основными видами речевой деятельности: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говорение: </w:t>
      </w:r>
      <w:r w:rsidRPr="005C0E17">
        <w:rPr>
          <w:rFonts w:ascii="Times New Roman" w:hAnsi="Times New Roman" w:cs="Times New Roman"/>
          <w:i/>
        </w:rPr>
        <w:t xml:space="preserve">вести разные виды диалогов </w:t>
      </w:r>
      <w:r w:rsidRPr="005C0E17">
        <w:rPr>
          <w:rFonts w:ascii="Times New Roman" w:hAnsi="Times New Roman" w:cs="Times New Roman"/>
        </w:rPr>
        <w:t xml:space="preserve">(диалог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создавать разные виды монологических высказываний </w:t>
      </w:r>
      <w:r w:rsidRPr="005C0E17">
        <w:rPr>
          <w:rFonts w:ascii="Times New Roman" w:hAnsi="Times New Roman"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5C0E17">
        <w:rPr>
          <w:rFonts w:ascii="Times New Roman" w:hAnsi="Times New Roman" w:cs="Times New Roman"/>
          <w:i/>
        </w:rPr>
        <w:t xml:space="preserve">излагать </w:t>
      </w:r>
      <w:r w:rsidRPr="005C0E17">
        <w:rPr>
          <w:rFonts w:ascii="Times New Roman" w:hAnsi="Times New Roman" w:cs="Times New Roman"/>
        </w:rPr>
        <w:t xml:space="preserve">основное содержание прочитанного текста с вербальными и/или зрительными опорами (объём — 7-8 фраз); кратко </w:t>
      </w:r>
      <w:r w:rsidRPr="005C0E17">
        <w:rPr>
          <w:rFonts w:ascii="Times New Roman" w:hAnsi="Times New Roman" w:cs="Times New Roman"/>
          <w:i/>
        </w:rPr>
        <w:t xml:space="preserve">излагать </w:t>
      </w:r>
      <w:r w:rsidRPr="005C0E17">
        <w:rPr>
          <w:rFonts w:ascii="Times New Roman" w:hAnsi="Times New Roman" w:cs="Times New Roman"/>
        </w:rPr>
        <w:t xml:space="preserve">результаты  выполненной проектной работы (объём — 7-8 фраз);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аудирование: </w:t>
      </w:r>
      <w:r w:rsidRPr="005C0E17">
        <w:rPr>
          <w:rFonts w:ascii="Times New Roman" w:hAnsi="Times New Roman" w:cs="Times New Roman"/>
          <w:i/>
        </w:rPr>
        <w:t>воспринимать на слух и понимать</w:t>
      </w:r>
      <w:r w:rsidRPr="005C0E17">
        <w:rPr>
          <w:rFonts w:ascii="Times New Roman" w:hAnsi="Times New Roman"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r w:rsidRPr="005C0E17">
        <w:rPr>
          <w:rFonts w:ascii="Times New Roman" w:hAnsi="Times New Roman" w:cs="Times New Roman"/>
        </w:rPr>
        <w:tab/>
      </w:r>
      <w:r w:rsidRPr="005C0E17">
        <w:rPr>
          <w:rFonts w:ascii="Times New Roman" w:hAnsi="Times New Roman" w:cs="Times New Roman"/>
          <w:b/>
        </w:rPr>
        <w:t xml:space="preserve">смысловоечтение: </w:t>
      </w:r>
      <w:r w:rsidRPr="005C0E17">
        <w:rPr>
          <w:rFonts w:ascii="Times New Roman" w:hAnsi="Times New Roman" w:cs="Times New Roman"/>
          <w:i/>
        </w:rPr>
        <w:t xml:space="preserve">читать про себя и понимать </w:t>
      </w:r>
      <w:r w:rsidRPr="005C0E17">
        <w:rPr>
          <w:rFonts w:ascii="Times New Roman" w:hAnsi="Times New Roman" w:cs="Times New Roman"/>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5C0E17">
        <w:rPr>
          <w:rFonts w:ascii="Times New Roman" w:hAnsi="Times New Roman" w:cs="Times New Roman"/>
          <w:i/>
        </w:rPr>
        <w:t xml:space="preserve">определять </w:t>
      </w:r>
      <w:r w:rsidRPr="005C0E17">
        <w:rPr>
          <w:rFonts w:ascii="Times New Roman" w:hAnsi="Times New Roman" w:cs="Times New Roman"/>
        </w:rPr>
        <w:t xml:space="preserve">тему текста по заголовку;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b/>
        </w:rPr>
        <w:t xml:space="preserve">письменная речь: </w:t>
      </w:r>
      <w:r w:rsidRPr="005C0E17">
        <w:rPr>
          <w:rFonts w:ascii="Times New Roman" w:hAnsi="Times New Roman" w:cs="Times New Roman"/>
          <w:i/>
        </w:rPr>
        <w:t xml:space="preserve">заполнять </w:t>
      </w:r>
      <w:r w:rsidRPr="005C0E17">
        <w:rPr>
          <w:rFonts w:ascii="Times New Roman" w:hAnsi="Times New Roman" w:cs="Times New Roman"/>
        </w:rPr>
        <w:t>анкеты и формуляры в соответствии с нормами речевого этикета,</w:t>
      </w:r>
    </w:p>
    <w:p w:rsidR="00F44E79" w:rsidRPr="005C0E17" w:rsidRDefault="00F44E79" w:rsidP="00FB68C9">
      <w:pPr>
        <w:jc w:val="both"/>
        <w:rPr>
          <w:rFonts w:ascii="Times New Roman" w:hAnsi="Times New Roman" w:cs="Times New Roman"/>
        </w:rPr>
        <w:sectPr w:rsidR="00F44E79" w:rsidRPr="005C0E17">
          <w:pgSz w:w="11900" w:h="16840"/>
          <w:pgMar w:top="298" w:right="676" w:bottom="438" w:left="666" w:header="720" w:footer="720" w:gutter="0"/>
          <w:cols w:space="720" w:equalWidth="0">
            <w:col w:w="10558"/>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jc w:val="both"/>
        <w:rPr>
          <w:rFonts w:ascii="Times New Roman" w:hAnsi="Times New Roman" w:cs="Times New Roman"/>
        </w:rPr>
      </w:pPr>
      <w:r w:rsidRPr="005C0E17">
        <w:rPr>
          <w:rFonts w:ascii="Times New Roman" w:hAnsi="Times New Roman" w:cs="Times New Roman"/>
        </w:rPr>
        <w:t xml:space="preserve">принятыми в стране/странах изучаемого языка, с указанием личной информации; </w:t>
      </w:r>
      <w:r w:rsidRPr="005C0E17">
        <w:rPr>
          <w:rFonts w:ascii="Times New Roman" w:hAnsi="Times New Roman" w:cs="Times New Roman"/>
          <w:i/>
        </w:rPr>
        <w:t xml:space="preserve">писать </w:t>
      </w:r>
      <w:r w:rsidRPr="005C0E17">
        <w:rPr>
          <w:rFonts w:ascii="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sidRPr="005C0E17">
        <w:rPr>
          <w:rFonts w:ascii="Times New Roman" w:hAnsi="Times New Roman" w:cs="Times New Roman"/>
          <w:i/>
        </w:rPr>
        <w:t xml:space="preserve">создавать </w:t>
      </w:r>
      <w:r w:rsidRPr="005C0E17">
        <w:rPr>
          <w:rFonts w:ascii="Times New Roman" w:hAnsi="Times New Roman" w:cs="Times New Roman"/>
        </w:rPr>
        <w:t>небольшое письменное высказывание с опорой на образец, план, ключевые слова, картинку (объём высказывания — до 70 слов);</w:t>
      </w:r>
    </w:p>
    <w:p w:rsidR="00F44E79" w:rsidRPr="005C0E17" w:rsidRDefault="00F44E79" w:rsidP="00FB68C9">
      <w:pPr>
        <w:tabs>
          <w:tab w:val="left" w:pos="180"/>
        </w:tabs>
        <w:autoSpaceDE w:val="0"/>
        <w:autoSpaceDN w:val="0"/>
        <w:spacing w:before="190" w:line="286" w:lineRule="auto"/>
        <w:jc w:val="both"/>
        <w:rPr>
          <w:rFonts w:ascii="Times New Roman" w:hAnsi="Times New Roman" w:cs="Times New Roman"/>
        </w:rPr>
      </w:pPr>
      <w:r w:rsidRPr="005C0E17">
        <w:rPr>
          <w:rFonts w:ascii="Times New Roman" w:hAnsi="Times New Roman" w:cs="Times New Roman"/>
        </w:rPr>
        <w:tab/>
        <w:t xml:space="preserve">2) </w:t>
      </w:r>
      <w:r w:rsidRPr="005C0E17">
        <w:rPr>
          <w:rFonts w:ascii="Times New Roman" w:hAnsi="Times New Roman" w:cs="Times New Roman"/>
          <w:i/>
        </w:rPr>
        <w:t>владеть</w:t>
      </w:r>
      <w:r w:rsidRPr="005C0E17">
        <w:rPr>
          <w:rFonts w:ascii="Times New Roman" w:hAnsi="Times New Roman" w:cs="Times New Roman"/>
          <w:b/>
        </w:rPr>
        <w:t xml:space="preserve"> фонетическими </w:t>
      </w:r>
      <w:r w:rsidRPr="005C0E17">
        <w:rPr>
          <w:rFonts w:ascii="Times New Roman" w:hAnsi="Times New Roman" w:cs="Times New Roman"/>
        </w:rPr>
        <w:t xml:space="preserve">навыками: </w:t>
      </w:r>
      <w:r w:rsidRPr="005C0E17">
        <w:rPr>
          <w:rFonts w:ascii="Times New Roman" w:hAnsi="Times New Roman" w:cs="Times New Roman"/>
          <w:i/>
        </w:rPr>
        <w:t>различать на слух и адекватно</w:t>
      </w:r>
      <w:r w:rsidRPr="005C0E17">
        <w:rPr>
          <w:rFonts w:ascii="Times New Roman" w:hAnsi="Times New Roman" w:cs="Times New Roman"/>
        </w:rPr>
        <w:t xml:space="preserve">, без ошибок, ведущих к сбою коммуникации, </w:t>
      </w:r>
      <w:r w:rsidRPr="005C0E17">
        <w:rPr>
          <w:rFonts w:ascii="Times New Roman" w:hAnsi="Times New Roman" w:cs="Times New Roman"/>
          <w:i/>
        </w:rPr>
        <w:t xml:space="preserve">произносить </w:t>
      </w:r>
      <w:r w:rsidRPr="005C0E17">
        <w:rPr>
          <w:rFonts w:ascii="Times New Roman" w:hAnsi="Times New Roman" w:cs="Times New Roman"/>
        </w:rPr>
        <w:t xml:space="preserve">слова с правильным ударением и фразы с соблюдением их ритмико-интонационных особенностей, в том числе </w:t>
      </w:r>
      <w:r w:rsidRPr="005C0E17">
        <w:rPr>
          <w:rFonts w:ascii="Times New Roman" w:hAnsi="Times New Roman" w:cs="Times New Roman"/>
          <w:i/>
        </w:rPr>
        <w:t>применятьправила</w:t>
      </w:r>
      <w:r w:rsidRPr="005C0E17">
        <w:rPr>
          <w:rFonts w:ascii="Times New Roman" w:hAnsi="Times New Roman" w:cs="Times New Roman"/>
        </w:rPr>
        <w:t xml:space="preserve">отсутствия фразового ударения на служебных словах; </w:t>
      </w:r>
      <w:r w:rsidRPr="005C0E17">
        <w:rPr>
          <w:rFonts w:ascii="Times New Roman" w:hAnsi="Times New Roman" w:cs="Times New Roman"/>
          <w:i/>
        </w:rPr>
        <w:t xml:space="preserve">выразительно читать вслух </w:t>
      </w:r>
      <w:r w:rsidRPr="005C0E17">
        <w:rPr>
          <w:rFonts w:ascii="Times New Roman" w:hAnsi="Times New Roman" w:cs="Times New Roman"/>
        </w:rPr>
        <w:t xml:space="preserve">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владеть</w:t>
      </w:r>
      <w:r w:rsidRPr="005C0E17">
        <w:rPr>
          <w:rFonts w:ascii="Times New Roman" w:hAnsi="Times New Roman" w:cs="Times New Roman"/>
          <w:b/>
        </w:rPr>
        <w:t xml:space="preserve"> орфографическими </w:t>
      </w:r>
      <w:r w:rsidRPr="005C0E17">
        <w:rPr>
          <w:rFonts w:ascii="Times New Roman" w:hAnsi="Times New Roman" w:cs="Times New Roman"/>
        </w:rPr>
        <w:t xml:space="preserve">навыками: правильно </w:t>
      </w:r>
      <w:r w:rsidRPr="005C0E17">
        <w:rPr>
          <w:rFonts w:ascii="Times New Roman" w:hAnsi="Times New Roman" w:cs="Times New Roman"/>
          <w:i/>
        </w:rPr>
        <w:t xml:space="preserve">писать </w:t>
      </w:r>
      <w:r w:rsidRPr="005C0E17">
        <w:rPr>
          <w:rFonts w:ascii="Times New Roman" w:hAnsi="Times New Roman" w:cs="Times New Roman"/>
        </w:rPr>
        <w:t xml:space="preserve">изученные слова;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владеть</w:t>
      </w:r>
      <w:r w:rsidRPr="005C0E17">
        <w:rPr>
          <w:rFonts w:ascii="Times New Roman" w:hAnsi="Times New Roman" w:cs="Times New Roman"/>
          <w:b/>
        </w:rPr>
        <w:t xml:space="preserve"> пунктуационными </w:t>
      </w:r>
      <w:r w:rsidRPr="005C0E17">
        <w:rPr>
          <w:rFonts w:ascii="Times New Roman" w:hAnsi="Times New Roman" w:cs="Times New Roman"/>
        </w:rPr>
        <w:t>навыками:</w:t>
      </w:r>
      <w:r w:rsidRPr="005C0E17">
        <w:rPr>
          <w:rFonts w:ascii="Times New Roman" w:hAnsi="Times New Roman" w:cs="Times New Roman"/>
          <w:i/>
        </w:rPr>
        <w:t xml:space="preserve">использовать </w:t>
      </w:r>
      <w:r w:rsidRPr="005C0E17">
        <w:rPr>
          <w:rFonts w:ascii="Times New Roman" w:hAnsi="Times New Roman" w:cs="Times New Roman"/>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5C0E17">
        <w:rPr>
          <w:rFonts w:ascii="Times New Roman" w:hAnsi="Times New Roman" w:cs="Times New Roman"/>
          <w:i/>
        </w:rPr>
        <w:t xml:space="preserve">оформлять </w:t>
      </w:r>
      <w:r w:rsidRPr="005C0E17">
        <w:rPr>
          <w:rFonts w:ascii="Times New Roman" w:hAnsi="Times New Roman" w:cs="Times New Roman"/>
        </w:rPr>
        <w:t>электронное сообщение личного характера;</w:t>
      </w:r>
    </w:p>
    <w:p w:rsidR="00F44E79" w:rsidRPr="005C0E17" w:rsidRDefault="00F44E79" w:rsidP="00FB68C9">
      <w:pPr>
        <w:tabs>
          <w:tab w:val="left" w:pos="180"/>
        </w:tabs>
        <w:autoSpaceDE w:val="0"/>
        <w:autoSpaceDN w:val="0"/>
        <w:spacing w:before="190" w:line="286" w:lineRule="auto"/>
        <w:ind w:right="288"/>
        <w:jc w:val="both"/>
        <w:rPr>
          <w:rFonts w:ascii="Times New Roman" w:hAnsi="Times New Roman" w:cs="Times New Roman"/>
        </w:rPr>
      </w:pPr>
      <w:r w:rsidRPr="005C0E17">
        <w:rPr>
          <w:rFonts w:ascii="Times New Roman" w:hAnsi="Times New Roman" w:cs="Times New Roman"/>
        </w:rPr>
        <w:tab/>
        <w:t xml:space="preserve">3) </w:t>
      </w:r>
      <w:r w:rsidRPr="005C0E17">
        <w:rPr>
          <w:rFonts w:ascii="Times New Roman" w:hAnsi="Times New Roman" w:cs="Times New Roman"/>
          <w:i/>
        </w:rPr>
        <w:t xml:space="preserve">распознавать </w:t>
      </w:r>
      <w:r w:rsidRPr="005C0E17">
        <w:rPr>
          <w:rFonts w:ascii="Times New Roman" w:hAnsi="Times New Roman" w:cs="Times New Roman"/>
        </w:rPr>
        <w:t xml:space="preserve">в звучащем и письменном тексте 800 лексических единиц (слов, словосочетаний, речевых клише) и правильно </w:t>
      </w:r>
      <w:r w:rsidRPr="005C0E17">
        <w:rPr>
          <w:rFonts w:ascii="Times New Roman" w:hAnsi="Times New Roman" w:cs="Times New Roman"/>
          <w:i/>
        </w:rPr>
        <w:t>употреблять</w:t>
      </w:r>
      <w:r w:rsidRPr="005C0E17">
        <w:rPr>
          <w:rFonts w:ascii="Times New Roman" w:hAnsi="Times New Roman" w:cs="Times New Roman"/>
        </w:rPr>
        <w:t xml:space="preserve">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sidRPr="005C0E17">
        <w:rPr>
          <w:rFonts w:ascii="Times New Roman" w:hAnsi="Times New Roman" w:cs="Times New Roman"/>
        </w:rPr>
        <w:tab/>
      </w:r>
      <w:r w:rsidRPr="005C0E17">
        <w:rPr>
          <w:rFonts w:ascii="Times New Roman" w:hAnsi="Times New Roman" w:cs="Times New Roman"/>
          <w:i/>
        </w:rPr>
        <w:t xml:space="preserve">распознавать и употреблять </w:t>
      </w:r>
      <w:r w:rsidRPr="005C0E17">
        <w:rPr>
          <w:rFonts w:ascii="Times New Roman" w:hAnsi="Times New Roman" w:cs="Times New Roman"/>
        </w:rPr>
        <w:t xml:space="preserve">в устной и письменной речи родственные слова, образованные с использованием аффиксации: имена существительные с помощью суффикса -ing; имена </w:t>
      </w:r>
      <w:r w:rsidRPr="005C0E17">
        <w:rPr>
          <w:rFonts w:ascii="Times New Roman" w:hAnsi="Times New Roman" w:cs="Times New Roman"/>
        </w:rPr>
        <w:br/>
        <w:t xml:space="preserve">прилагательные с помощью суффиксов -ing, -less, -ive, -al;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распознавать и употреблять </w:t>
      </w:r>
      <w:r w:rsidRPr="005C0E17">
        <w:rPr>
          <w:rFonts w:ascii="Times New Roman" w:hAnsi="Times New Roman" w:cs="Times New Roman"/>
        </w:rPr>
        <w:t xml:space="preserve">в устной и письменной речи изученные синонимы, антонимы и интернациональные слова;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распознавать и употреблять </w:t>
      </w:r>
      <w:r w:rsidRPr="005C0E17">
        <w:rPr>
          <w:rFonts w:ascii="Times New Roman" w:hAnsi="Times New Roman" w:cs="Times New Roman"/>
        </w:rPr>
        <w:t>в устной и письменной речи различные средства связи для обеспечения целостности высказывания;</w:t>
      </w:r>
    </w:p>
    <w:p w:rsidR="00F44E79" w:rsidRPr="005C0E17" w:rsidRDefault="00F44E79" w:rsidP="00FB68C9">
      <w:pPr>
        <w:tabs>
          <w:tab w:val="left" w:pos="180"/>
        </w:tabs>
        <w:autoSpaceDE w:val="0"/>
        <w:autoSpaceDN w:val="0"/>
        <w:spacing w:before="190" w:line="288" w:lineRule="auto"/>
        <w:ind w:right="144"/>
        <w:jc w:val="both"/>
        <w:rPr>
          <w:rFonts w:ascii="Times New Roman" w:hAnsi="Times New Roman" w:cs="Times New Roman"/>
        </w:rPr>
      </w:pPr>
      <w:r w:rsidRPr="005C0E17">
        <w:rPr>
          <w:rFonts w:ascii="Times New Roman" w:hAnsi="Times New Roman" w:cs="Times New Roman"/>
        </w:rPr>
        <w:tab/>
        <w:t xml:space="preserve">4) </w:t>
      </w:r>
      <w:r w:rsidRPr="005C0E17">
        <w:rPr>
          <w:rFonts w:ascii="Times New Roman" w:hAnsi="Times New Roman" w:cs="Times New Roman"/>
          <w:i/>
        </w:rPr>
        <w:t xml:space="preserve">знать и понимать </w:t>
      </w:r>
      <w:r w:rsidRPr="005C0E17">
        <w:rPr>
          <w:rFonts w:ascii="Times New Roman" w:hAnsi="Times New Roman" w:cs="Times New Roman"/>
        </w:rPr>
        <w:t xml:space="preserve">особенности структуры простых и сложных предложений английского языка; различных коммуникативных типов предложений английского языка; </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распознавать </w:t>
      </w:r>
      <w:r w:rsidRPr="005C0E17">
        <w:rPr>
          <w:rFonts w:ascii="Times New Roman" w:hAnsi="Times New Roman" w:cs="Times New Roman"/>
        </w:rPr>
        <w:t xml:space="preserve">в письменном и звучащем тексте и </w:t>
      </w:r>
      <w:r w:rsidRPr="005C0E17">
        <w:rPr>
          <w:rFonts w:ascii="Times New Roman" w:hAnsi="Times New Roman" w:cs="Times New Roman"/>
          <w:i/>
        </w:rPr>
        <w:t xml:space="preserve">употреблять </w:t>
      </w:r>
      <w:r w:rsidRPr="005C0E17">
        <w:rPr>
          <w:rFonts w:ascii="Times New Roman" w:hAnsi="Times New Roman" w:cs="Times New Roman"/>
        </w:rPr>
        <w:t>в устной и письменной речи:</w:t>
      </w:r>
      <w:r w:rsidRPr="005C0E17">
        <w:rPr>
          <w:rFonts w:ascii="Times New Roman" w:hAnsi="Times New Roman" w:cs="Times New Roman"/>
        </w:rPr>
        <w:tab/>
        <w:t>- сложноподчинённые предложения с придаточными определительными с союзными словами who, which, that;</w:t>
      </w:r>
      <w:r w:rsidRPr="005C0E17">
        <w:rPr>
          <w:rFonts w:ascii="Times New Roman" w:hAnsi="Times New Roman" w:cs="Times New Roman"/>
        </w:rPr>
        <w:br/>
      </w:r>
      <w:r w:rsidRPr="005C0E17">
        <w:rPr>
          <w:rFonts w:ascii="Times New Roman" w:hAnsi="Times New Roman" w:cs="Times New Roman"/>
        </w:rPr>
        <w:tab/>
        <w:t>- сложноподчинённые предложения с придаточными времени с союзами for, since;</w:t>
      </w:r>
      <w:r w:rsidRPr="005C0E17">
        <w:rPr>
          <w:rFonts w:ascii="Times New Roman" w:hAnsi="Times New Roman" w:cs="Times New Roman"/>
        </w:rPr>
        <w:br/>
      </w:r>
      <w:r w:rsidRPr="005C0E17">
        <w:rPr>
          <w:rFonts w:ascii="Times New Roman" w:hAnsi="Times New Roman" w:cs="Times New Roman"/>
        </w:rPr>
        <w:tab/>
        <w:t>- предложения с конструкциями as … as, not so … as;</w:t>
      </w:r>
      <w:r w:rsidRPr="005C0E17">
        <w:rPr>
          <w:rFonts w:ascii="Times New Roman" w:hAnsi="Times New Roman" w:cs="Times New Roman"/>
        </w:rPr>
        <w:br/>
      </w:r>
      <w:r w:rsidRPr="005C0E17">
        <w:rPr>
          <w:rFonts w:ascii="Times New Roman" w:hAnsi="Times New Roman" w:cs="Times New Roman"/>
        </w:rPr>
        <w:tab/>
        <w:t>- глаголы в  видо-временных  формах  действительного  залога в изъявительном  наклонении  в Present/Past  Continuous Tense;</w:t>
      </w:r>
      <w:r w:rsidRPr="005C0E17">
        <w:rPr>
          <w:rFonts w:ascii="Times New Roman" w:hAnsi="Times New Roman" w:cs="Times New Roman"/>
        </w:rPr>
        <w:br/>
      </w:r>
      <w:r w:rsidRPr="005C0E17">
        <w:rPr>
          <w:rFonts w:ascii="Times New Roman" w:hAnsi="Times New Roman" w:cs="Times New Roman"/>
        </w:rPr>
        <w:tab/>
        <w:t>- все типы вопросительных предложений (общий, специальный, альтернативный, разделительный вопросы) в Present/Past Continuous Tense;</w:t>
      </w:r>
      <w:r w:rsidRPr="005C0E17">
        <w:rPr>
          <w:rFonts w:ascii="Times New Roman" w:hAnsi="Times New Roman" w:cs="Times New Roman"/>
        </w:rPr>
        <w:br/>
      </w:r>
      <w:r w:rsidRPr="005C0E17">
        <w:rPr>
          <w:rFonts w:ascii="Times New Roman" w:hAnsi="Times New Roman" w:cs="Times New Roman"/>
        </w:rPr>
        <w:tab/>
        <w:t>- модальные глаголы и их эквиваленты (can/be able to, must/have to, may, should, need);</w:t>
      </w:r>
      <w:r w:rsidRPr="005C0E17">
        <w:rPr>
          <w:rFonts w:ascii="Times New Roman" w:hAnsi="Times New Roman" w:cs="Times New Roman"/>
        </w:rPr>
        <w:br/>
      </w:r>
      <w:r w:rsidRPr="005C0E17">
        <w:rPr>
          <w:rFonts w:ascii="Times New Roman" w:hAnsi="Times New Roman" w:cs="Times New Roman"/>
        </w:rPr>
        <w:tab/>
        <w:t>- cлова, выражающие количество (little/a little, few/a few);</w:t>
      </w:r>
      <w:r w:rsidRPr="005C0E17">
        <w:rPr>
          <w:rFonts w:ascii="Times New Roman" w:hAnsi="Times New Roman" w:cs="Times New Roman"/>
        </w:rPr>
        <w:br/>
      </w:r>
      <w:r w:rsidRPr="005C0E17">
        <w:rPr>
          <w:rFonts w:ascii="Times New Roman" w:hAnsi="Times New Roman" w:cs="Times New Roman"/>
        </w:rPr>
        <w:tab/>
        <w:t>- 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r w:rsidRPr="005C0E17">
        <w:rPr>
          <w:rFonts w:ascii="Times New Roman" w:hAnsi="Times New Roman" w:cs="Times New Roman"/>
        </w:rPr>
        <w:br/>
      </w:r>
      <w:r w:rsidRPr="005C0E17">
        <w:rPr>
          <w:rFonts w:ascii="Times New Roman" w:hAnsi="Times New Roman" w:cs="Times New Roman"/>
        </w:rPr>
        <w:tab/>
        <w:t>- числительные для обозначения дат и больших чисел (100-1000);</w:t>
      </w:r>
    </w:p>
    <w:p w:rsidR="00F44E79" w:rsidRPr="005C0E17" w:rsidRDefault="00F44E79" w:rsidP="00FB68C9">
      <w:pPr>
        <w:autoSpaceDE w:val="0"/>
        <w:autoSpaceDN w:val="0"/>
        <w:spacing w:before="190" w:line="262" w:lineRule="auto"/>
        <w:ind w:left="180" w:right="1152"/>
        <w:jc w:val="both"/>
        <w:rPr>
          <w:rFonts w:ascii="Times New Roman" w:hAnsi="Times New Roman" w:cs="Times New Roman"/>
        </w:rPr>
      </w:pPr>
      <w:r w:rsidRPr="005C0E17">
        <w:rPr>
          <w:rFonts w:ascii="Times New Roman" w:hAnsi="Times New Roman" w:cs="Times New Roman"/>
        </w:rPr>
        <w:t xml:space="preserve">5) </w:t>
      </w:r>
      <w:r w:rsidRPr="005C0E17">
        <w:rPr>
          <w:rFonts w:ascii="Times New Roman" w:hAnsi="Times New Roman" w:cs="Times New Roman"/>
          <w:i/>
        </w:rPr>
        <w:t xml:space="preserve">владеть </w:t>
      </w:r>
      <w:r w:rsidRPr="005C0E17">
        <w:rPr>
          <w:rFonts w:ascii="Times New Roman" w:hAnsi="Times New Roman" w:cs="Times New Roman"/>
        </w:rPr>
        <w:t>социокультурными знаниями и умениями:</w:t>
      </w:r>
      <w:r w:rsidRPr="005C0E17">
        <w:rPr>
          <w:rFonts w:ascii="Times New Roman" w:hAnsi="Times New Roman" w:cs="Times New Roman"/>
        </w:rPr>
        <w:br/>
      </w:r>
      <w:r w:rsidRPr="005C0E17">
        <w:rPr>
          <w:rFonts w:ascii="Times New Roman" w:hAnsi="Times New Roman" w:cs="Times New Roman"/>
          <w:i/>
        </w:rPr>
        <w:t xml:space="preserve">- использовать </w:t>
      </w:r>
      <w:r w:rsidRPr="005C0E17">
        <w:rPr>
          <w:rFonts w:ascii="Times New Roman" w:hAnsi="Times New Roman" w:cs="Times New Roman"/>
        </w:rPr>
        <w:t>отдельные социокультурные элементы речевого поведенческого этикета в</w:t>
      </w:r>
    </w:p>
    <w:p w:rsidR="00F44E79" w:rsidRPr="005C0E17" w:rsidRDefault="00F44E79" w:rsidP="00FB68C9">
      <w:pPr>
        <w:jc w:val="both"/>
        <w:rPr>
          <w:rFonts w:ascii="Times New Roman" w:hAnsi="Times New Roman" w:cs="Times New Roman"/>
        </w:rPr>
        <w:sectPr w:rsidR="00F44E79" w:rsidRPr="005C0E17">
          <w:pgSz w:w="11900" w:h="16840"/>
          <w:pgMar w:top="286" w:right="648" w:bottom="368" w:left="666" w:header="720" w:footer="720" w:gutter="0"/>
          <w:cols w:space="720" w:equalWidth="0">
            <w:col w:w="10586"/>
          </w:cols>
          <w:docGrid w:linePitch="360"/>
        </w:sect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tabs>
          <w:tab w:val="left" w:pos="180"/>
        </w:tabs>
        <w:autoSpaceDE w:val="0"/>
        <w:autoSpaceDN w:val="0"/>
        <w:spacing w:line="281" w:lineRule="auto"/>
        <w:jc w:val="both"/>
        <w:rPr>
          <w:rFonts w:ascii="Times New Roman" w:hAnsi="Times New Roman" w:cs="Times New Roman"/>
        </w:rPr>
      </w:pPr>
      <w:r w:rsidRPr="005C0E17">
        <w:rPr>
          <w:rFonts w:ascii="Times New Roman" w:hAnsi="Times New Roman" w:cs="Times New Roman"/>
        </w:rPr>
        <w:t>стране/странах изучаемого языка в рамках тематического содержания речи;</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 знать/понимать и использовать </w:t>
      </w:r>
      <w:r w:rsidRPr="005C0E17">
        <w:rPr>
          <w:rFonts w:ascii="Times New Roman" w:hAnsi="Times New Roman" w:cs="Times New Roman"/>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r w:rsidRPr="005C0E17">
        <w:rPr>
          <w:rFonts w:ascii="Times New Roman" w:hAnsi="Times New Roman" w:cs="Times New Roman"/>
        </w:rPr>
        <w:tab/>
      </w:r>
      <w:r w:rsidRPr="005C0E17">
        <w:rPr>
          <w:rFonts w:ascii="Times New Roman" w:hAnsi="Times New Roman" w:cs="Times New Roman"/>
          <w:i/>
        </w:rPr>
        <w:t xml:space="preserve">- обладать базовыми знаниями </w:t>
      </w:r>
      <w:r w:rsidRPr="005C0E17">
        <w:rPr>
          <w:rFonts w:ascii="Times New Roman" w:hAnsi="Times New Roman" w:cs="Times New Roman"/>
        </w:rPr>
        <w:t>о социокультурном портрете родной страны и страны/стран изучаемого языка;</w:t>
      </w:r>
      <w:r w:rsidRPr="005C0E17">
        <w:rPr>
          <w:rFonts w:ascii="Times New Roman" w:hAnsi="Times New Roman" w:cs="Times New Roman"/>
        </w:rPr>
        <w:br/>
      </w:r>
      <w:r w:rsidRPr="005C0E17">
        <w:rPr>
          <w:rFonts w:ascii="Times New Roman" w:hAnsi="Times New Roman" w:cs="Times New Roman"/>
        </w:rPr>
        <w:tab/>
      </w:r>
      <w:r w:rsidRPr="005C0E17">
        <w:rPr>
          <w:rFonts w:ascii="Times New Roman" w:hAnsi="Times New Roman" w:cs="Times New Roman"/>
          <w:i/>
        </w:rPr>
        <w:t xml:space="preserve">- кратко представлять </w:t>
      </w:r>
      <w:r w:rsidRPr="005C0E17">
        <w:rPr>
          <w:rFonts w:ascii="Times New Roman" w:hAnsi="Times New Roman" w:cs="Times New Roman"/>
        </w:rPr>
        <w:t>Россию и страну/страны изучаемого языка;</w:t>
      </w:r>
    </w:p>
    <w:p w:rsidR="00F44E79" w:rsidRPr="005C0E17" w:rsidRDefault="00F44E79" w:rsidP="00FB68C9">
      <w:pPr>
        <w:autoSpaceDE w:val="0"/>
        <w:autoSpaceDN w:val="0"/>
        <w:spacing w:before="190"/>
        <w:ind w:firstLine="180"/>
        <w:jc w:val="both"/>
        <w:rPr>
          <w:rFonts w:ascii="Times New Roman" w:hAnsi="Times New Roman" w:cs="Times New Roman"/>
        </w:rPr>
      </w:pPr>
      <w:r w:rsidRPr="005C0E17">
        <w:rPr>
          <w:rFonts w:ascii="Times New Roman" w:hAnsi="Times New Roman" w:cs="Times New Roman"/>
        </w:rPr>
        <w:t xml:space="preserve">6) </w:t>
      </w:r>
      <w:r w:rsidRPr="005C0E17">
        <w:rPr>
          <w:rFonts w:ascii="Times New Roman" w:hAnsi="Times New Roman" w:cs="Times New Roman"/>
          <w:i/>
        </w:rPr>
        <w:t xml:space="preserve">владеть </w:t>
      </w:r>
      <w:r w:rsidRPr="005C0E17">
        <w:rPr>
          <w:rFonts w:ascii="Times New Roman" w:hAnsi="Times New Roman" w:cs="Times New Roman"/>
        </w:rPr>
        <w:t xml:space="preserve">компенсаторными умениями: </w:t>
      </w:r>
      <w:r w:rsidRPr="005C0E17">
        <w:rPr>
          <w:rFonts w:ascii="Times New Roman" w:hAnsi="Times New Roman" w:cs="Times New Roman"/>
          <w:i/>
        </w:rPr>
        <w:t xml:space="preserve">использовать </w:t>
      </w:r>
      <w:r w:rsidRPr="005C0E17">
        <w:rPr>
          <w:rFonts w:ascii="Times New Roman" w:hAnsi="Times New Roman" w:cs="Times New Roman"/>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autoSpaceDE w:val="0"/>
        <w:autoSpaceDN w:val="0"/>
        <w:spacing w:before="192" w:line="262" w:lineRule="auto"/>
        <w:jc w:val="both"/>
        <w:rPr>
          <w:rFonts w:ascii="Times New Roman" w:hAnsi="Times New Roman" w:cs="Times New Roman"/>
        </w:rPr>
      </w:pPr>
      <w:r w:rsidRPr="005C0E17">
        <w:rPr>
          <w:rFonts w:ascii="Times New Roman" w:hAnsi="Times New Roman" w:cs="Times New Roman"/>
        </w:rPr>
        <w:t xml:space="preserve">7) </w:t>
      </w:r>
      <w:r w:rsidRPr="005C0E17">
        <w:rPr>
          <w:rFonts w:ascii="Times New Roman" w:hAnsi="Times New Roman" w:cs="Times New Roman"/>
          <w:i/>
        </w:rPr>
        <w:t xml:space="preserve">участвовать </w:t>
      </w:r>
      <w:r w:rsidRPr="005C0E17">
        <w:rPr>
          <w:rFonts w:ascii="Times New Roman" w:hAnsi="Times New Roman" w:cs="Times New Roman"/>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44E79" w:rsidRPr="005C0E17" w:rsidRDefault="00F44E79" w:rsidP="00FB68C9">
      <w:pPr>
        <w:tabs>
          <w:tab w:val="left" w:pos="180"/>
        </w:tabs>
        <w:autoSpaceDE w:val="0"/>
        <w:autoSpaceDN w:val="0"/>
        <w:spacing w:before="190" w:line="262" w:lineRule="auto"/>
        <w:ind w:right="576"/>
        <w:jc w:val="both"/>
        <w:rPr>
          <w:rFonts w:ascii="Times New Roman" w:hAnsi="Times New Roman" w:cs="Times New Roman"/>
        </w:rPr>
      </w:pPr>
      <w:r w:rsidRPr="005C0E17">
        <w:rPr>
          <w:rFonts w:ascii="Times New Roman" w:hAnsi="Times New Roman" w:cs="Times New Roman"/>
        </w:rPr>
        <w:tab/>
        <w:t xml:space="preserve">8) </w:t>
      </w:r>
      <w:r w:rsidRPr="005C0E17">
        <w:rPr>
          <w:rFonts w:ascii="Times New Roman" w:hAnsi="Times New Roman" w:cs="Times New Roman"/>
          <w:i/>
        </w:rPr>
        <w:t xml:space="preserve">использовать </w:t>
      </w:r>
      <w:r w:rsidRPr="005C0E17">
        <w:rPr>
          <w:rFonts w:ascii="Times New Roman" w:hAnsi="Times New Roman" w:cs="Times New Roman"/>
        </w:rPr>
        <w:t>иноязычные словари и справочники, в том числе информационно-справочные системы в электронной форме;</w:t>
      </w:r>
    </w:p>
    <w:p w:rsidR="00F44E79" w:rsidRPr="005C0E17" w:rsidRDefault="00F44E79" w:rsidP="00FB68C9">
      <w:pPr>
        <w:tabs>
          <w:tab w:val="left" w:pos="180"/>
        </w:tabs>
        <w:autoSpaceDE w:val="0"/>
        <w:autoSpaceDN w:val="0"/>
        <w:spacing w:before="190" w:line="262" w:lineRule="auto"/>
        <w:ind w:right="1152"/>
        <w:jc w:val="both"/>
        <w:rPr>
          <w:rFonts w:ascii="Times New Roman" w:hAnsi="Times New Roman" w:cs="Times New Roman"/>
        </w:rPr>
      </w:pPr>
      <w:r w:rsidRPr="005C0E17">
        <w:rPr>
          <w:rFonts w:ascii="Times New Roman" w:hAnsi="Times New Roman" w:cs="Times New Roman"/>
        </w:rPr>
        <w:tab/>
        <w:t xml:space="preserve">9) </w:t>
      </w:r>
      <w:r w:rsidRPr="005C0E17">
        <w:rPr>
          <w:rFonts w:ascii="Times New Roman" w:hAnsi="Times New Roman" w:cs="Times New Roman"/>
          <w:i/>
        </w:rPr>
        <w:t>достигать</w:t>
      </w:r>
      <w:r w:rsidRPr="005C0E17">
        <w:rPr>
          <w:rFonts w:ascii="Times New Roman" w:hAnsi="Times New Roman" w:cs="Times New Roman"/>
        </w:rPr>
        <w:t>взаимопонимания в процессе устного и письменного общения с носителями иностранного языка, с людьми другой культуры;</w:t>
      </w:r>
    </w:p>
    <w:p w:rsidR="00F44E79" w:rsidRPr="005C0E17" w:rsidRDefault="00F44E79" w:rsidP="00FB68C9">
      <w:pPr>
        <w:tabs>
          <w:tab w:val="left" w:pos="180"/>
        </w:tabs>
        <w:autoSpaceDE w:val="0"/>
        <w:autoSpaceDN w:val="0"/>
        <w:spacing w:before="190" w:line="262" w:lineRule="auto"/>
        <w:ind w:right="144"/>
        <w:jc w:val="both"/>
        <w:rPr>
          <w:rFonts w:ascii="Times New Roman" w:hAnsi="Times New Roman" w:cs="Times New Roman"/>
        </w:rPr>
      </w:pPr>
      <w:r w:rsidRPr="005C0E17">
        <w:rPr>
          <w:rFonts w:ascii="Times New Roman" w:hAnsi="Times New Roman" w:cs="Times New Roman"/>
        </w:rPr>
        <w:tab/>
        <w:t xml:space="preserve">10) </w:t>
      </w:r>
      <w:r w:rsidRPr="005C0E17">
        <w:rPr>
          <w:rFonts w:ascii="Times New Roman" w:hAnsi="Times New Roman" w:cs="Times New Roman"/>
          <w:i/>
        </w:rPr>
        <w:t xml:space="preserve">сравнивать </w:t>
      </w:r>
      <w:r w:rsidRPr="005C0E17">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5C0E17" w:rsidRDefault="00F44E79" w:rsidP="00FB68C9">
      <w:pPr>
        <w:jc w:val="both"/>
        <w:rPr>
          <w:rFonts w:ascii="Times New Roman" w:hAnsi="Times New Roman" w:cs="Times New Roman"/>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ПЛАНИРУЕМЫЕ ОБРАЗОВАТЕЛЬНЫЕ РЕЗУЛЬТАТЫ</w:t>
      </w: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7 класс</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Изучение английского языка в 7 классе направлено на достижение обучающимися личностных, метапредметных и предметных результатов освоения учебного предмета.</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ЛИЧНОСТНЫЕ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Личностные результаты </w:t>
      </w:r>
      <w:r w:rsidRPr="005C0E17">
        <w:rPr>
          <w:rFonts w:ascii="Times New Roman" w:hAnsi="Times New Roman" w:cs="Times New Roman"/>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Гражданского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активное участие в жизни семьи, Организации, местного сообщества, родного края, страны;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участию в гуманитарной деятельности (волонтёрство, помощь людям, нуждающимся в ней).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Патриотического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Духовно-нравственного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на моральные ценности и нормы в ситуациях нравственного выбора;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Эстетического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стремление к самовыражению в разных видах искусства.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Физического воспитания, формирования культуры здоровья и эмоционального благополучия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ценности жизни;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соблюдение правил безопасности, в том числе навыков безопасного поведения в интернет-среде;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принимать себя и других, не осуждая;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Трудового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адаптироваться в профессиональной 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уважение к труду и результатам трудовой деятельности;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Экологического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участию в практической деятельности экологической направленности.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Ценности научного познания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языковой и читательской культурой как средством познания мира;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Личностные результаты, обеспечивающие адаптацию обучающегося к изменяющимся условиям социальной и природной среды, включают</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анализировать и выявлять взаимосвязи природы, общества и экономики;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воспринимать стрессовую ситуацию как вызов, требующий контрмер;</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ситуацию стресса, корректировать принимаемые решения и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и оценивать риски и последствия, формировать опыт, уметь находить позитивное в произошедшей ситуации;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быть готовым действовать в отсутствие гарантий успеха.</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МЕТАПРЕДМЕТНЫЕ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познавательными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базовые логические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и характеризовать существенные признаки объектов (явлений);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предлагать критерии для выявления закономерностей и противоречий;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дефицит информации, данных, необходимых для решения поставленной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причинно-следственные связи при изучении явлений и процессов;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базовые исследовательские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использовать вопросы как исследовательский инструмент познания;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3)     работа с информацией: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эффективно запоминать и систематизировать информацию.</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коммуникативными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общение: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выражать себя (свою точку зрения) в устных и письменных текстах;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публично представлять результаты выполненного опыта (эксперимента, исследования, проекта);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совместная деятельность: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регулятивными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самоорганизация: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проблемы для решения в жизненных и учебных ситуациях;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делать выбор и брать ответственность за решение;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самоконтроль: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владеть способами самоконтроля, самомотивации и рефлексии;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давать адекватную оценку ситуации и предлагать план её изменения;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соответствие результата цели и условиям;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3)     эмоциональный интеллект: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различать, называть и управлять собственными эмоциями и эмоциями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и анализировать причины эмоций;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ставить себя на место другого человека, понимать мотивы и намерения другого;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регулировать способ выражения эмоций;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4)     принятие себя и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открытость себе и другим;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осознавать невозможность контролировать всё вокруг.</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ПРЕДМЕТНЫЕ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 </w:t>
      </w:r>
      <w:r w:rsidRPr="005C0E17">
        <w:rPr>
          <w:rFonts w:ascii="Times New Roman" w:hAnsi="Times New Roman" w:cs="Times New Roman"/>
          <w:i/>
          <w:iCs/>
        </w:rPr>
        <w:t>Владеть</w:t>
      </w:r>
      <w:r w:rsidRPr="005C0E17">
        <w:rPr>
          <w:rFonts w:ascii="Times New Roman" w:hAnsi="Times New Roman" w:cs="Times New Roman"/>
        </w:rPr>
        <w:t> основными видами речевой деятельности: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говорение: </w:t>
      </w:r>
      <w:r w:rsidRPr="005C0E17">
        <w:rPr>
          <w:rFonts w:ascii="Times New Roman" w:hAnsi="Times New Roman" w:cs="Times New Roman"/>
          <w:i/>
          <w:iCs/>
        </w:rPr>
        <w:t>вести разные виды диалогов </w:t>
      </w:r>
      <w:r w:rsidRPr="005C0E17">
        <w:rPr>
          <w:rFonts w:ascii="Times New Roman" w:hAnsi="Times New Roman" w:cs="Times New Roman"/>
        </w:rPr>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создавать разные виды монологических высказываний </w:t>
      </w:r>
      <w:r w:rsidRPr="005C0E17">
        <w:rPr>
          <w:rFonts w:ascii="Times New Roman" w:hAnsi="Times New Roman" w:cs="Times New Roman"/>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5C0E17">
        <w:rPr>
          <w:rFonts w:ascii="Times New Roman" w:hAnsi="Times New Roman" w:cs="Times New Roman"/>
          <w:i/>
          <w:iCs/>
        </w:rPr>
        <w:t>излагать </w:t>
      </w:r>
      <w:r w:rsidRPr="005C0E17">
        <w:rPr>
          <w:rFonts w:ascii="Times New Roman" w:hAnsi="Times New Roman" w:cs="Times New Roman"/>
        </w:rPr>
        <w:t>основное содержание прочитанного/прослушанного текста с вербальными и/или зрительными опорами (объём — 8-9 фраз); </w:t>
      </w:r>
      <w:r w:rsidRPr="005C0E17">
        <w:rPr>
          <w:rFonts w:ascii="Times New Roman" w:hAnsi="Times New Roman" w:cs="Times New Roman"/>
          <w:i/>
          <w:iCs/>
        </w:rPr>
        <w:t>кратко излагать </w:t>
      </w:r>
      <w:r w:rsidRPr="005C0E17">
        <w:rPr>
          <w:rFonts w:ascii="Times New Roman" w:hAnsi="Times New Roman" w:cs="Times New Roman"/>
        </w:rPr>
        <w:t>результаты выполненной проектной работы (объём — 8-9 фраз);</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аудирование: </w:t>
      </w:r>
      <w:r w:rsidRPr="005C0E17">
        <w:rPr>
          <w:rFonts w:ascii="Times New Roman" w:hAnsi="Times New Roman" w:cs="Times New Roman"/>
          <w:i/>
          <w:iCs/>
        </w:rPr>
        <w:t>воспринимать на слух и понимать </w:t>
      </w:r>
      <w:r w:rsidRPr="005C0E17">
        <w:rPr>
          <w:rFonts w:ascii="Times New Roman" w:hAnsi="Times New Roman" w:cs="Times New Roman"/>
        </w:rPr>
        <w:t>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смысловое чтение: </w:t>
      </w:r>
      <w:r w:rsidRPr="005C0E17">
        <w:rPr>
          <w:rFonts w:ascii="Times New Roman" w:hAnsi="Times New Roman" w:cs="Times New Roman"/>
          <w:i/>
          <w:iCs/>
        </w:rPr>
        <w:t>читать про себя и понимать </w:t>
      </w:r>
      <w:r w:rsidRPr="005C0E17">
        <w:rPr>
          <w:rFonts w:ascii="Times New Roman" w:hAnsi="Times New Roman" w:cs="Times New Roman"/>
        </w:rPr>
        <w:t>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5C0E17">
        <w:rPr>
          <w:rFonts w:ascii="Times New Roman" w:hAnsi="Times New Roman" w:cs="Times New Roman"/>
          <w:i/>
          <w:iCs/>
        </w:rPr>
        <w:t>читать про себя </w:t>
      </w:r>
      <w:r w:rsidRPr="005C0E17">
        <w:rPr>
          <w:rFonts w:ascii="Times New Roman" w:hAnsi="Times New Roman" w:cs="Times New Roman"/>
        </w:rPr>
        <w:t>несплошные тексты (таблицы, диаграммы) и </w:t>
      </w:r>
      <w:r w:rsidRPr="005C0E17">
        <w:rPr>
          <w:rFonts w:ascii="Times New Roman" w:hAnsi="Times New Roman" w:cs="Times New Roman"/>
          <w:i/>
          <w:iCs/>
        </w:rPr>
        <w:t>понимать </w:t>
      </w:r>
      <w:r w:rsidRPr="005C0E17">
        <w:rPr>
          <w:rFonts w:ascii="Times New Roman" w:hAnsi="Times New Roman" w:cs="Times New Roman"/>
        </w:rPr>
        <w:t>представленную в них информацию; </w:t>
      </w:r>
      <w:r w:rsidRPr="005C0E17">
        <w:rPr>
          <w:rFonts w:ascii="Times New Roman" w:hAnsi="Times New Roman" w:cs="Times New Roman"/>
          <w:i/>
          <w:iCs/>
        </w:rPr>
        <w:t>определять </w:t>
      </w:r>
      <w:r w:rsidRPr="005C0E17">
        <w:rPr>
          <w:rFonts w:ascii="Times New Roman" w:hAnsi="Times New Roman" w:cs="Times New Roman"/>
        </w:rPr>
        <w:t>последовательность главных фактов/событий в тексте;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письменная речь: </w:t>
      </w:r>
      <w:r w:rsidRPr="005C0E17">
        <w:rPr>
          <w:rFonts w:ascii="Times New Roman" w:hAnsi="Times New Roman" w:cs="Times New Roman"/>
          <w:i/>
          <w:iCs/>
        </w:rPr>
        <w:t>заполнять </w:t>
      </w:r>
      <w:r w:rsidRPr="005C0E17">
        <w:rPr>
          <w:rFonts w:ascii="Times New Roman" w:hAnsi="Times New Roman" w:cs="Times New Roman"/>
        </w:rPr>
        <w:t>анкеты и формуляры с указанием личной информации; </w:t>
      </w:r>
      <w:r w:rsidRPr="005C0E17">
        <w:rPr>
          <w:rFonts w:ascii="Times New Roman" w:hAnsi="Times New Roman" w:cs="Times New Roman"/>
          <w:i/>
          <w:iCs/>
        </w:rPr>
        <w:t>писать </w:t>
      </w:r>
      <w:r w:rsidRPr="005C0E17">
        <w:rPr>
          <w:rFonts w:ascii="Times New Roman" w:hAnsi="Times New Roman" w:cs="Times New Roman"/>
        </w:rPr>
        <w:t>электронное сообщение личного характера, соблюдая речевой этикет, принятый в стране/странах изучаемого языка (объём сообщения — до 90 слов); </w:t>
      </w:r>
      <w:r w:rsidRPr="005C0E17">
        <w:rPr>
          <w:rFonts w:ascii="Times New Roman" w:hAnsi="Times New Roman" w:cs="Times New Roman"/>
          <w:i/>
          <w:iCs/>
        </w:rPr>
        <w:t>создавать </w:t>
      </w:r>
      <w:r w:rsidRPr="005C0E17">
        <w:rPr>
          <w:rFonts w:ascii="Times New Roman" w:hAnsi="Times New Roman" w:cs="Times New Roman"/>
        </w:rPr>
        <w:t>небольшое письменное высказывание с опорой на образец, план, ключевые слова, таблицу (объём высказывания — до 90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2) </w:t>
      </w:r>
      <w:r w:rsidRPr="005C0E17">
        <w:rPr>
          <w:rFonts w:ascii="Times New Roman" w:hAnsi="Times New Roman" w:cs="Times New Roman"/>
          <w:i/>
          <w:iCs/>
        </w:rPr>
        <w:t>владеть </w:t>
      </w:r>
      <w:r w:rsidRPr="005C0E17">
        <w:rPr>
          <w:rFonts w:ascii="Times New Roman" w:hAnsi="Times New Roman" w:cs="Times New Roman"/>
          <w:b/>
          <w:bCs/>
        </w:rPr>
        <w:t>фонетическими </w:t>
      </w:r>
      <w:r w:rsidRPr="005C0E17">
        <w:rPr>
          <w:rFonts w:ascii="Times New Roman" w:hAnsi="Times New Roman" w:cs="Times New Roman"/>
        </w:rPr>
        <w:t>навыками: </w:t>
      </w:r>
      <w:r w:rsidRPr="005C0E17">
        <w:rPr>
          <w:rFonts w:ascii="Times New Roman" w:hAnsi="Times New Roman" w:cs="Times New Roman"/>
          <w:i/>
          <w:iCs/>
        </w:rPr>
        <w:t>различать  на  слух </w:t>
      </w:r>
      <w:r w:rsidRPr="005C0E17">
        <w:rPr>
          <w:rFonts w:ascii="Times New Roman" w:hAnsi="Times New Roman" w:cs="Times New Roman"/>
        </w:rPr>
        <w:t>и адекватно, без ошибок, ведущих к сбою коммуникации, </w:t>
      </w:r>
      <w:r w:rsidRPr="005C0E17">
        <w:rPr>
          <w:rFonts w:ascii="Times New Roman" w:hAnsi="Times New Roman" w:cs="Times New Roman"/>
          <w:i/>
          <w:iCs/>
        </w:rPr>
        <w:t>произносить </w:t>
      </w:r>
      <w:r w:rsidRPr="005C0E17">
        <w:rPr>
          <w:rFonts w:ascii="Times New Roman" w:hAnsi="Times New Roman" w:cs="Times New Roman"/>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5C0E17">
        <w:rPr>
          <w:rFonts w:ascii="Times New Roman" w:hAnsi="Times New Roman" w:cs="Times New Roman"/>
          <w:i/>
          <w:iCs/>
        </w:rPr>
        <w:t>читать вслух </w:t>
      </w:r>
      <w:r w:rsidRPr="005C0E17">
        <w:rPr>
          <w:rFonts w:ascii="Times New Roman" w:hAnsi="Times New Roman" w:cs="Times New Roman"/>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владеть </w:t>
      </w:r>
      <w:r w:rsidRPr="005C0E17">
        <w:rPr>
          <w:rFonts w:ascii="Times New Roman" w:hAnsi="Times New Roman" w:cs="Times New Roman"/>
          <w:b/>
          <w:bCs/>
        </w:rPr>
        <w:t>орфографическими </w:t>
      </w:r>
      <w:r w:rsidRPr="005C0E17">
        <w:rPr>
          <w:rFonts w:ascii="Times New Roman" w:hAnsi="Times New Roman" w:cs="Times New Roman"/>
        </w:rPr>
        <w:t>навыками: правильно </w:t>
      </w:r>
      <w:r w:rsidRPr="005C0E17">
        <w:rPr>
          <w:rFonts w:ascii="Times New Roman" w:hAnsi="Times New Roman" w:cs="Times New Roman"/>
          <w:i/>
          <w:iCs/>
        </w:rPr>
        <w:t>писать </w:t>
      </w:r>
      <w:r w:rsidRPr="005C0E17">
        <w:rPr>
          <w:rFonts w:ascii="Times New Roman" w:hAnsi="Times New Roman" w:cs="Times New Roman"/>
        </w:rPr>
        <w:t>изученные слова;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владеть </w:t>
      </w:r>
      <w:r w:rsidRPr="005C0E17">
        <w:rPr>
          <w:rFonts w:ascii="Times New Roman" w:hAnsi="Times New Roman" w:cs="Times New Roman"/>
          <w:b/>
          <w:bCs/>
        </w:rPr>
        <w:t>пунктуационными </w:t>
      </w:r>
      <w:r w:rsidRPr="005C0E17">
        <w:rPr>
          <w:rFonts w:ascii="Times New Roman" w:hAnsi="Times New Roman" w:cs="Times New Roman"/>
        </w:rPr>
        <w:t>навыками: </w:t>
      </w:r>
      <w:r w:rsidRPr="005C0E17">
        <w:rPr>
          <w:rFonts w:ascii="Times New Roman" w:hAnsi="Times New Roman" w:cs="Times New Roman"/>
          <w:i/>
          <w:iCs/>
        </w:rPr>
        <w:t>использовать </w:t>
      </w:r>
      <w:r w:rsidRPr="005C0E17">
        <w:rPr>
          <w:rFonts w:ascii="Times New Roman" w:hAnsi="Times New Roman" w:cs="Times New Roman"/>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5C0E17">
        <w:rPr>
          <w:rFonts w:ascii="Times New Roman" w:hAnsi="Times New Roman" w:cs="Times New Roman"/>
          <w:i/>
          <w:iCs/>
        </w:rPr>
        <w:t>оформлять </w:t>
      </w:r>
      <w:r w:rsidRPr="005C0E17">
        <w:rPr>
          <w:rFonts w:ascii="Times New Roman" w:hAnsi="Times New Roman" w:cs="Times New Roman"/>
        </w:rPr>
        <w:t>электронное сообщение личного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3) </w:t>
      </w:r>
      <w:r w:rsidRPr="005C0E17">
        <w:rPr>
          <w:rFonts w:ascii="Times New Roman" w:hAnsi="Times New Roman" w:cs="Times New Roman"/>
          <w:i/>
          <w:iCs/>
        </w:rPr>
        <w:t>распознавать </w:t>
      </w:r>
      <w:r w:rsidRPr="005C0E17">
        <w:rPr>
          <w:rFonts w:ascii="Times New Roman" w:hAnsi="Times New Roman" w:cs="Times New Roman"/>
        </w:rPr>
        <w:t>в звучащем и письменном тексте 1000 лексических единиц (слов, словосочетаний, речевых клише) и правильно </w:t>
      </w:r>
      <w:r w:rsidRPr="005C0E17">
        <w:rPr>
          <w:rFonts w:ascii="Times New Roman" w:hAnsi="Times New Roman" w:cs="Times New Roman"/>
          <w:i/>
          <w:iCs/>
        </w:rPr>
        <w:t>употреблять </w:t>
      </w:r>
      <w:r w:rsidRPr="005C0E17">
        <w:rPr>
          <w:rFonts w:ascii="Times New Roman" w:hAnsi="Times New Roman" w:cs="Times New Roman"/>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родственные слова, образованные с использованием аффиксации: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имена  существительные  с  помощью  суффиксов -ness,-ment;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имена прилагательные с помощью суффиксов -ous, -ly;</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имена прилагательные и наречия с помощью отрицательных префиксов in-/im-;</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сложные имена прилагательные путем соединения основы прилагательного с основой существительного с добавлением суффикса -ed (blue-eyed);</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изученные синонимы, антонимы, многозначные слова, интернациональные слова; наиболее частотные фразовые глаголы;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различные средства связи в тексте для обеспечения логичности и целостности высказывания;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4) </w:t>
      </w:r>
      <w:r w:rsidRPr="005C0E17">
        <w:rPr>
          <w:rFonts w:ascii="Times New Roman" w:hAnsi="Times New Roman" w:cs="Times New Roman"/>
          <w:i/>
          <w:iCs/>
        </w:rPr>
        <w:t>знать и понимать </w:t>
      </w:r>
      <w:r w:rsidRPr="005C0E17">
        <w:rPr>
          <w:rFonts w:ascii="Times New Roman" w:hAnsi="Times New Roman" w:cs="Times New Roman"/>
        </w:rPr>
        <w:t>особенности структуры простых и сложных предложений и различных коммуникативных типов предложений английского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w:t>
      </w:r>
      <w:r w:rsidRPr="005C0E17">
        <w:rPr>
          <w:rFonts w:ascii="Times New Roman" w:hAnsi="Times New Roman" w:cs="Times New Roman"/>
        </w:rPr>
        <w:t>в письменном и звучащем тексте и </w:t>
      </w:r>
      <w:r w:rsidRPr="005C0E17">
        <w:rPr>
          <w:rFonts w:ascii="Times New Roman" w:hAnsi="Times New Roman" w:cs="Times New Roman"/>
          <w:i/>
          <w:iCs/>
        </w:rPr>
        <w:t>употреблять </w:t>
      </w:r>
      <w:r w:rsidRPr="005C0E17">
        <w:rPr>
          <w:rFonts w:ascii="Times New Roman" w:hAnsi="Times New Roman" w:cs="Times New Roman"/>
        </w:rPr>
        <w:t>в устной и письменной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предложения со сложным дополнением (Complex Object);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условные предложения реального (Conditional 0, Conditional I)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предложения с конструкцией to be going to + инфинитив и формы Future Simple Tense и Present Continuous Tense для выражения будущего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конструкцию used to + инфинитив глагола;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глаголы в наиболее употребительных формах страдательного залога (Present/Past Simple Passive);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предлоги, употребляемые с глаголами в страдательном залоге;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модальный глагол might;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наречия, совпадающие по форме с прилагательными (fast, high; early);</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местоимения</w:t>
      </w:r>
      <w:r w:rsidRPr="00621CC4">
        <w:rPr>
          <w:rFonts w:ascii="Times New Roman" w:hAnsi="Times New Roman" w:cs="Times New Roman"/>
          <w:lang w:val="en-US"/>
        </w:rPr>
        <w:t xml:space="preserve"> other/another, both, all, one;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количественные числительные для обозначения больших чисел (до 1 000 000);</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5) </w:t>
      </w:r>
      <w:r w:rsidRPr="005C0E17">
        <w:rPr>
          <w:rFonts w:ascii="Times New Roman" w:hAnsi="Times New Roman" w:cs="Times New Roman"/>
          <w:i/>
          <w:iCs/>
        </w:rPr>
        <w:t>владеть </w:t>
      </w:r>
      <w:r w:rsidRPr="005C0E17">
        <w:rPr>
          <w:rFonts w:ascii="Times New Roman" w:hAnsi="Times New Roman" w:cs="Times New Roman"/>
        </w:rPr>
        <w:t>социокультурными знаниями и умениями: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использовать </w:t>
      </w:r>
      <w:r w:rsidRPr="005C0E17">
        <w:rPr>
          <w:rFonts w:ascii="Times New Roman" w:hAnsi="Times New Roman" w:cs="Times New Roman"/>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знать/понимать и использовать </w:t>
      </w:r>
      <w:r w:rsidRPr="005C0E17">
        <w:rPr>
          <w:rFonts w:ascii="Times New Roman" w:hAnsi="Times New Roman" w:cs="Times New Roman"/>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обладать базовыми знаниями </w:t>
      </w:r>
      <w:r w:rsidRPr="005C0E17">
        <w:rPr>
          <w:rFonts w:ascii="Times New Roman" w:hAnsi="Times New Roman" w:cs="Times New Roman"/>
        </w:rPr>
        <w:t>о социокультурном портрете и культурном наследии родной страны и страны/стран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кратко представлять </w:t>
      </w:r>
      <w:r w:rsidRPr="005C0E17">
        <w:rPr>
          <w:rFonts w:ascii="Times New Roman" w:hAnsi="Times New Roman" w:cs="Times New Roman"/>
        </w:rPr>
        <w:t>Россию и страну/страны изучаемого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6) </w:t>
      </w:r>
      <w:r w:rsidRPr="005C0E17">
        <w:rPr>
          <w:rFonts w:ascii="Times New Roman" w:hAnsi="Times New Roman" w:cs="Times New Roman"/>
          <w:i/>
          <w:iCs/>
        </w:rPr>
        <w:t>владеть </w:t>
      </w:r>
      <w:r w:rsidRPr="005C0E17">
        <w:rPr>
          <w:rFonts w:ascii="Times New Roman" w:hAnsi="Times New Roman" w:cs="Times New Roman"/>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7) </w:t>
      </w:r>
      <w:r w:rsidRPr="005C0E17">
        <w:rPr>
          <w:rFonts w:ascii="Times New Roman" w:hAnsi="Times New Roman" w:cs="Times New Roman"/>
          <w:i/>
          <w:iCs/>
        </w:rPr>
        <w:t>участвовать </w:t>
      </w:r>
      <w:r w:rsidRPr="005C0E17">
        <w:rPr>
          <w:rFonts w:ascii="Times New Roman" w:hAnsi="Times New Roman" w:cs="Times New Roman"/>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8) </w:t>
      </w:r>
      <w:r w:rsidRPr="005C0E17">
        <w:rPr>
          <w:rFonts w:ascii="Times New Roman" w:hAnsi="Times New Roman" w:cs="Times New Roman"/>
          <w:i/>
          <w:iCs/>
        </w:rPr>
        <w:t>использовать </w:t>
      </w:r>
      <w:r w:rsidRPr="005C0E17">
        <w:rPr>
          <w:rFonts w:ascii="Times New Roman" w:hAnsi="Times New Roman" w:cs="Times New Roman"/>
        </w:rPr>
        <w:t>иноязычные словари и справочники, в том числе информационно-справочные системы в электронной форме;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9) </w:t>
      </w:r>
      <w:r w:rsidRPr="005C0E17">
        <w:rPr>
          <w:rFonts w:ascii="Times New Roman" w:hAnsi="Times New Roman" w:cs="Times New Roman"/>
          <w:i/>
          <w:iCs/>
        </w:rPr>
        <w:t>достигать </w:t>
      </w:r>
      <w:r w:rsidRPr="005C0E17">
        <w:rPr>
          <w:rFonts w:ascii="Times New Roman" w:hAnsi="Times New Roman" w:cs="Times New Roman"/>
        </w:rPr>
        <w:t>взаимопонимания в процессе устного и письменного общения с носителями иностранного языка, с людьми другой культуры;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10) </w:t>
      </w:r>
      <w:r w:rsidRPr="005C0E17">
        <w:rPr>
          <w:rFonts w:ascii="Times New Roman" w:hAnsi="Times New Roman" w:cs="Times New Roman"/>
          <w:i/>
          <w:iCs/>
        </w:rPr>
        <w:t>сравнивать </w:t>
      </w:r>
      <w:r w:rsidRPr="005C0E17">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5C0E17" w:rsidRDefault="00F44E79" w:rsidP="00FB68C9">
      <w:pPr>
        <w:jc w:val="both"/>
        <w:rPr>
          <w:rFonts w:ascii="Times New Roman" w:hAnsi="Times New Roman" w:cs="Times New Roman"/>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ПЛАНИРУЕМЫЕ ОБРАЗОВАТЕЛЬНЫЕ РЕЗУЛЬТАТЫ</w:t>
      </w: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8 класс</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Изучение английского языка в 8 классе направлено на достижение обучающимися личностных, метапредметных и предметных результатов освоения учебного предмета.</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ЛИЧНОСТНЫЕ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Личностные результаты </w:t>
      </w:r>
      <w:r w:rsidRPr="005C0E17">
        <w:rPr>
          <w:rFonts w:ascii="Times New Roman" w:hAnsi="Times New Roman" w:cs="Times New Roman"/>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Гражданского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активное участие в жизни семьи, Организации, местного сообщества, родного края, страны;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участию в гуманитарной деятельности (волонтёрство, помощь людям, нуждающимся в ней).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Патриотического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Духовно-нравственного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на моральные ценности и нормы в ситуациях нравственного выбора;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Эстетического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стремление к самовыражению в разных видах искусства.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Физического воспитания, формирования культуры здоровья и эмоционального благополучия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ценности жизни;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соблюдение правил безопасности, в том числе навыков безопасного поведения в интернет-среде;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принимать себя и других, не осуждая;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Трудового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адаптироваться в профессиональной 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уважение к труду и результатам трудовой деятельности;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Экологического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участию в практической деятельности экологической направленности.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Ценности научного познания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языковой и читательской культурой как средством познания мира;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Личностные результаты, обеспечивающие адаптацию обучающегося к изменяющимся условиям социальной и природной среды, включают</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анализировать и выявлять взаимосвязи природы, общества и экономики;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воспринимать стрессовую ситуацию как вызов, требующий контрмер;</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ситуацию стресса, корректировать принимаемые решения и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и оценивать риски и последствия, формировать опыт, уметь находить позитивное в произошедшей ситуации;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быть готовым действовать в отсутствие гарантий успеха.</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МЕТАПРЕДМЕТНЫЕ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познавательными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базовые логические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и характеризовать существенные признаки объектов (явлений);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предлагать критерии для выявления закономерностей и противоречий;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дефицит информации, данных, необходимых для решения поставленной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причинно-следственные связи при изучении явлений и процессов;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базовые исследовательские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использовать вопросы как исследовательский инструмент познания;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3)     работа с информацией: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эффективно запоминать и систематизировать информацию.</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коммуникативными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общение: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выражать себя (свою точку зрения) в устных и письменных текстах;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публично представлять результаты выполненного опыта (эксперимента, исследования, проекта);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совместная деятельность: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регулятивными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самоорганизация: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проблемы для решения в жизненных и учебных ситуациях;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делать выбор и брать ответственность за решение;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самоконтроль: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владеть способами самоконтроля, самомотивации и рефлексии;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давать адекватную оценку ситуации и предлагать план её изменения;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соответствие результата цели и условиям;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3)     эмоциональный интеллект: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различать, называть и управлять собственными эмоциями и эмоциями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и анализировать причины эмоций;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ставить себя на место другого человека, понимать мотивы и намерения другого;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регулировать способ выражения эмоций;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4)     принятие себя и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открытость себе и другим;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осознавать невозможность контролировать всё вокруг.</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ПРЕДМЕТНЫЕ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 </w:t>
      </w:r>
      <w:r w:rsidRPr="005C0E17">
        <w:rPr>
          <w:rFonts w:ascii="Times New Roman" w:hAnsi="Times New Roman" w:cs="Times New Roman"/>
          <w:i/>
          <w:iCs/>
        </w:rPr>
        <w:t>Владеть</w:t>
      </w:r>
      <w:r w:rsidRPr="005C0E17">
        <w:rPr>
          <w:rFonts w:ascii="Times New Roman" w:hAnsi="Times New Roman" w:cs="Times New Roman"/>
        </w:rPr>
        <w:t> основными видами речевой деятельности: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говорение: </w:t>
      </w:r>
      <w:r w:rsidRPr="005C0E17">
        <w:rPr>
          <w:rFonts w:ascii="Times New Roman" w:hAnsi="Times New Roman" w:cs="Times New Roman"/>
          <w:i/>
          <w:iCs/>
        </w:rPr>
        <w:t>вести разные виды диалогов </w:t>
      </w:r>
      <w:r w:rsidRPr="005C0E17">
        <w:rPr>
          <w:rFonts w:ascii="Times New Roman" w:hAnsi="Times New Roman" w:cs="Times New Roman"/>
        </w:rPr>
        <w:t>(диалог этикетного характера, диалог — побуждение к действию, диалог — 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создавать разные виды монологических высказываний </w:t>
      </w:r>
      <w:r w:rsidRPr="005C0E17">
        <w:rPr>
          <w:rFonts w:ascii="Times New Roman" w:hAnsi="Times New Roman" w:cs="Times New Roman"/>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5C0E17">
        <w:rPr>
          <w:rFonts w:ascii="Times New Roman" w:hAnsi="Times New Roman" w:cs="Times New Roman"/>
          <w:i/>
          <w:iCs/>
        </w:rPr>
        <w:t>выражать и кратко аргументировать </w:t>
      </w:r>
      <w:r w:rsidRPr="005C0E17">
        <w:rPr>
          <w:rFonts w:ascii="Times New Roman" w:hAnsi="Times New Roman" w:cs="Times New Roman"/>
        </w:rPr>
        <w:t>своё мнение, </w:t>
      </w:r>
      <w:r w:rsidRPr="005C0E17">
        <w:rPr>
          <w:rFonts w:ascii="Times New Roman" w:hAnsi="Times New Roman" w:cs="Times New Roman"/>
          <w:i/>
          <w:iCs/>
        </w:rPr>
        <w:t>излагать </w:t>
      </w:r>
      <w:r w:rsidRPr="005C0E17">
        <w:rPr>
          <w:rFonts w:ascii="Times New Roman" w:hAnsi="Times New Roman" w:cs="Times New Roman"/>
        </w:rPr>
        <w:t>основное содержание прочитанного/ прослушанного текста с вербальными и/или зрительными опорами (объём — 9-10 фраз); </w:t>
      </w:r>
      <w:r w:rsidRPr="005C0E17">
        <w:rPr>
          <w:rFonts w:ascii="Times New Roman" w:hAnsi="Times New Roman" w:cs="Times New Roman"/>
          <w:i/>
          <w:iCs/>
        </w:rPr>
        <w:t>излагать </w:t>
      </w:r>
      <w:r w:rsidRPr="005C0E17">
        <w:rPr>
          <w:rFonts w:ascii="Times New Roman" w:hAnsi="Times New Roman" w:cs="Times New Roman"/>
        </w:rPr>
        <w:t>результаты выполненной проектной работы (объём — 9-10 фраз);</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аудирование: </w:t>
      </w:r>
      <w:r w:rsidRPr="005C0E17">
        <w:rPr>
          <w:rFonts w:ascii="Times New Roman" w:hAnsi="Times New Roman" w:cs="Times New Roman"/>
          <w:i/>
          <w:iCs/>
        </w:rPr>
        <w:t>воспринимать на слух и понимать </w:t>
      </w:r>
      <w:r w:rsidRPr="005C0E17">
        <w:rPr>
          <w:rFonts w:ascii="Times New Roman" w:hAnsi="Times New Roman" w:cs="Times New Roman"/>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5C0E17">
        <w:rPr>
          <w:rFonts w:ascii="Times New Roman" w:hAnsi="Times New Roman" w:cs="Times New Roman"/>
          <w:i/>
          <w:iCs/>
        </w:rPr>
        <w:t>прогнозировать </w:t>
      </w:r>
      <w:r w:rsidRPr="005C0E17">
        <w:rPr>
          <w:rFonts w:ascii="Times New Roman" w:hAnsi="Times New Roman" w:cs="Times New Roman"/>
        </w:rPr>
        <w:t>содержание звучащего текста по началу сообщения;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смысловое чтение: </w:t>
      </w:r>
      <w:r w:rsidRPr="005C0E17">
        <w:rPr>
          <w:rFonts w:ascii="Times New Roman" w:hAnsi="Times New Roman" w:cs="Times New Roman"/>
          <w:i/>
          <w:iCs/>
        </w:rPr>
        <w:t>читать про себя и понимать </w:t>
      </w:r>
      <w:r w:rsidRPr="005C0E17">
        <w:rPr>
          <w:rFonts w:ascii="Times New Roman" w:hAnsi="Times New Roman" w:cs="Times New Roman"/>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5C0E17">
        <w:rPr>
          <w:rFonts w:ascii="Times New Roman" w:hAnsi="Times New Roman" w:cs="Times New Roman"/>
          <w:i/>
          <w:iCs/>
        </w:rPr>
        <w:t>читать несплошные тексты </w:t>
      </w:r>
      <w:r w:rsidRPr="005C0E17">
        <w:rPr>
          <w:rFonts w:ascii="Times New Roman" w:hAnsi="Times New Roman" w:cs="Times New Roman"/>
        </w:rPr>
        <w:t>(таблицы, диаграммы) и </w:t>
      </w:r>
      <w:r w:rsidRPr="005C0E17">
        <w:rPr>
          <w:rFonts w:ascii="Times New Roman" w:hAnsi="Times New Roman" w:cs="Times New Roman"/>
          <w:i/>
          <w:iCs/>
        </w:rPr>
        <w:t>понимать </w:t>
      </w:r>
      <w:r w:rsidRPr="005C0E17">
        <w:rPr>
          <w:rFonts w:ascii="Times New Roman" w:hAnsi="Times New Roman" w:cs="Times New Roman"/>
        </w:rPr>
        <w:t>представленную в них информацию; </w:t>
      </w:r>
      <w:r w:rsidRPr="005C0E17">
        <w:rPr>
          <w:rFonts w:ascii="Times New Roman" w:hAnsi="Times New Roman" w:cs="Times New Roman"/>
          <w:i/>
          <w:iCs/>
        </w:rPr>
        <w:t>определять </w:t>
      </w:r>
      <w:r w:rsidRPr="005C0E17">
        <w:rPr>
          <w:rFonts w:ascii="Times New Roman" w:hAnsi="Times New Roman" w:cs="Times New Roman"/>
        </w:rPr>
        <w:t>последовательность главных фактов/событий в тексте;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письменная речь: </w:t>
      </w:r>
      <w:r w:rsidRPr="005C0E17">
        <w:rPr>
          <w:rFonts w:ascii="Times New Roman" w:hAnsi="Times New Roman" w:cs="Times New Roman"/>
          <w:i/>
          <w:iCs/>
        </w:rPr>
        <w:t>заполнять </w:t>
      </w:r>
      <w:r w:rsidRPr="005C0E17">
        <w:rPr>
          <w:rFonts w:ascii="Times New Roman" w:hAnsi="Times New Roman" w:cs="Times New Roman"/>
        </w:rPr>
        <w:t>анкеты и формуляры, сообщая о себе основные сведения, в соответствии с нормами, принятыми в стране/странах изучаемого языка; </w:t>
      </w:r>
      <w:r w:rsidRPr="005C0E17">
        <w:rPr>
          <w:rFonts w:ascii="Times New Roman" w:hAnsi="Times New Roman" w:cs="Times New Roman"/>
          <w:i/>
          <w:iCs/>
        </w:rPr>
        <w:t>писать </w:t>
      </w:r>
      <w:r w:rsidRPr="005C0E17">
        <w:rPr>
          <w:rFonts w:ascii="Times New Roman" w:hAnsi="Times New Roman" w:cs="Times New Roman"/>
        </w:rPr>
        <w:t>электронное сообщение личного характера, соблюдая речевой этикет, принятый в стране/странах изучаемого языка (объём сообщения — до 110 слов); </w:t>
      </w:r>
      <w:r w:rsidRPr="005C0E17">
        <w:rPr>
          <w:rFonts w:ascii="Times New Roman" w:hAnsi="Times New Roman" w:cs="Times New Roman"/>
          <w:i/>
          <w:iCs/>
        </w:rPr>
        <w:t>создавать </w:t>
      </w:r>
      <w:r w:rsidRPr="005C0E17">
        <w:rPr>
          <w:rFonts w:ascii="Times New Roman" w:hAnsi="Times New Roman" w:cs="Times New Roman"/>
        </w:rPr>
        <w:t>небольшое письменное высказывание с опорой на образец, план, таблицу и/или прочитанный/прослушанный текст (объём высказывания — до 110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2) </w:t>
      </w:r>
      <w:r w:rsidRPr="005C0E17">
        <w:rPr>
          <w:rFonts w:ascii="Times New Roman" w:hAnsi="Times New Roman" w:cs="Times New Roman"/>
          <w:i/>
          <w:iCs/>
        </w:rPr>
        <w:t>владеть </w:t>
      </w:r>
      <w:r w:rsidRPr="005C0E17">
        <w:rPr>
          <w:rFonts w:ascii="Times New Roman" w:hAnsi="Times New Roman" w:cs="Times New Roman"/>
          <w:b/>
          <w:bCs/>
        </w:rPr>
        <w:t>фонетическими </w:t>
      </w:r>
      <w:r w:rsidRPr="005C0E17">
        <w:rPr>
          <w:rFonts w:ascii="Times New Roman" w:hAnsi="Times New Roman" w:cs="Times New Roman"/>
        </w:rPr>
        <w:t>навыками: </w:t>
      </w:r>
      <w:r w:rsidRPr="005C0E17">
        <w:rPr>
          <w:rFonts w:ascii="Times New Roman" w:hAnsi="Times New Roman" w:cs="Times New Roman"/>
          <w:i/>
          <w:iCs/>
        </w:rPr>
        <w:t>различать на слух </w:t>
      </w:r>
      <w:r w:rsidRPr="005C0E17">
        <w:rPr>
          <w:rFonts w:ascii="Times New Roman" w:hAnsi="Times New Roman" w:cs="Times New Roman"/>
        </w:rPr>
        <w:t>и адекватно, без ошибок, ведущих к сбою коммуникации, </w:t>
      </w:r>
      <w:r w:rsidRPr="005C0E17">
        <w:rPr>
          <w:rFonts w:ascii="Times New Roman" w:hAnsi="Times New Roman" w:cs="Times New Roman"/>
          <w:i/>
          <w:iCs/>
        </w:rPr>
        <w:t>произносить </w:t>
      </w:r>
      <w:r w:rsidRPr="005C0E17">
        <w:rPr>
          <w:rFonts w:ascii="Times New Roman" w:hAnsi="Times New Roman" w:cs="Times New Roman"/>
        </w:rPr>
        <w:t>слова с правильным ударением и фразы с соблюдением их ритмико-интонационных особенностей, в том числе </w:t>
      </w:r>
      <w:r w:rsidRPr="005C0E17">
        <w:rPr>
          <w:rFonts w:ascii="Times New Roman" w:hAnsi="Times New Roman" w:cs="Times New Roman"/>
          <w:i/>
          <w:iCs/>
        </w:rPr>
        <w:t>применять правила </w:t>
      </w:r>
      <w:r w:rsidRPr="005C0E17">
        <w:rPr>
          <w:rFonts w:ascii="Times New Roman" w:hAnsi="Times New Roman" w:cs="Times New Roman"/>
        </w:rPr>
        <w:t>отсутствия фразового ударения на служебных словах; владеть правилами чтения и выразительно </w:t>
      </w:r>
      <w:r w:rsidRPr="005C0E17">
        <w:rPr>
          <w:rFonts w:ascii="Times New Roman" w:hAnsi="Times New Roman" w:cs="Times New Roman"/>
          <w:i/>
          <w:iCs/>
        </w:rPr>
        <w:t>читать вслух </w:t>
      </w:r>
      <w:r w:rsidRPr="005C0E17">
        <w:rPr>
          <w:rFonts w:ascii="Times New Roman" w:hAnsi="Times New Roman" w:cs="Times New Roman"/>
        </w:rPr>
        <w:t>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5C0E17">
        <w:rPr>
          <w:rFonts w:ascii="Times New Roman" w:hAnsi="Times New Roman" w:cs="Times New Roman"/>
          <w:i/>
          <w:iCs/>
        </w:rPr>
        <w:t>читать </w:t>
      </w:r>
      <w:r w:rsidRPr="005C0E17">
        <w:rPr>
          <w:rFonts w:ascii="Times New Roman" w:hAnsi="Times New Roman" w:cs="Times New Roman"/>
        </w:rPr>
        <w:t>новые слова согласно основным правилам чтения;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владеть </w:t>
      </w:r>
      <w:r w:rsidRPr="005C0E17">
        <w:rPr>
          <w:rFonts w:ascii="Times New Roman" w:hAnsi="Times New Roman" w:cs="Times New Roman"/>
          <w:b/>
          <w:bCs/>
        </w:rPr>
        <w:t>орфографическими </w:t>
      </w:r>
      <w:r w:rsidRPr="005C0E17">
        <w:rPr>
          <w:rFonts w:ascii="Times New Roman" w:hAnsi="Times New Roman" w:cs="Times New Roman"/>
        </w:rPr>
        <w:t>навыками: правильно </w:t>
      </w:r>
      <w:r w:rsidRPr="005C0E17">
        <w:rPr>
          <w:rFonts w:ascii="Times New Roman" w:hAnsi="Times New Roman" w:cs="Times New Roman"/>
          <w:i/>
          <w:iCs/>
        </w:rPr>
        <w:t>писать </w:t>
      </w:r>
      <w:r w:rsidRPr="005C0E17">
        <w:rPr>
          <w:rFonts w:ascii="Times New Roman" w:hAnsi="Times New Roman" w:cs="Times New Roman"/>
        </w:rPr>
        <w:t>изученные слова;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владеть </w:t>
      </w:r>
      <w:r w:rsidRPr="005C0E17">
        <w:rPr>
          <w:rFonts w:ascii="Times New Roman" w:hAnsi="Times New Roman" w:cs="Times New Roman"/>
          <w:b/>
          <w:bCs/>
        </w:rPr>
        <w:t>пунктуационными </w:t>
      </w:r>
      <w:r w:rsidRPr="005C0E17">
        <w:rPr>
          <w:rFonts w:ascii="Times New Roman" w:hAnsi="Times New Roman" w:cs="Times New Roman"/>
        </w:rPr>
        <w:t>навыками: </w:t>
      </w:r>
      <w:r w:rsidRPr="005C0E17">
        <w:rPr>
          <w:rFonts w:ascii="Times New Roman" w:hAnsi="Times New Roman" w:cs="Times New Roman"/>
          <w:i/>
          <w:iCs/>
        </w:rPr>
        <w:t>использовать </w:t>
      </w:r>
      <w:r w:rsidRPr="005C0E17">
        <w:rPr>
          <w:rFonts w:ascii="Times New Roman" w:hAnsi="Times New Roman" w:cs="Times New Roman"/>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3) </w:t>
      </w:r>
      <w:r w:rsidRPr="005C0E17">
        <w:rPr>
          <w:rFonts w:ascii="Times New Roman" w:hAnsi="Times New Roman" w:cs="Times New Roman"/>
          <w:i/>
          <w:iCs/>
        </w:rPr>
        <w:t>распознавать </w:t>
      </w:r>
      <w:r w:rsidRPr="005C0E17">
        <w:rPr>
          <w:rFonts w:ascii="Times New Roman" w:hAnsi="Times New Roman" w:cs="Times New Roman"/>
        </w:rPr>
        <w:t>в звучащем и письменном тексте 1250 лексических единиц (слов, словосочетаний, речевых клише) и правильно </w:t>
      </w:r>
      <w:r w:rsidRPr="005C0E17">
        <w:rPr>
          <w:rFonts w:ascii="Times New Roman" w:hAnsi="Times New Roman" w:cs="Times New Roman"/>
          <w:i/>
          <w:iCs/>
        </w:rPr>
        <w:t>употреблять </w:t>
      </w:r>
      <w:r w:rsidRPr="005C0E17">
        <w:rPr>
          <w:rFonts w:ascii="Times New Roman" w:hAnsi="Times New Roman" w:cs="Times New Roman"/>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изученные многозначные слова, синонимы, антонимы; наиболее частотные фразовые глаголы; сокращения  и  аббревиатуры;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различные средства связи в тексте для обеспечения логичности и целостности высказывания;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4) </w:t>
      </w:r>
      <w:r w:rsidRPr="005C0E17">
        <w:rPr>
          <w:rFonts w:ascii="Times New Roman" w:hAnsi="Times New Roman" w:cs="Times New Roman"/>
          <w:i/>
          <w:iCs/>
        </w:rPr>
        <w:t>знать и понимать </w:t>
      </w:r>
      <w:r w:rsidRPr="005C0E17">
        <w:rPr>
          <w:rFonts w:ascii="Times New Roman" w:hAnsi="Times New Roman" w:cs="Times New Roman"/>
        </w:rPr>
        <w:t>особенностей структуры простых и сложных предложений английского языка; различных коммуникативных типов предложений английского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w:t>
      </w:r>
      <w:r w:rsidRPr="005C0E17">
        <w:rPr>
          <w:rFonts w:ascii="Times New Roman" w:hAnsi="Times New Roman" w:cs="Times New Roman"/>
        </w:rPr>
        <w:t>в письменном и звучащем тексте и </w:t>
      </w:r>
      <w:r w:rsidRPr="005C0E17">
        <w:rPr>
          <w:rFonts w:ascii="Times New Roman" w:hAnsi="Times New Roman" w:cs="Times New Roman"/>
          <w:i/>
          <w:iCs/>
        </w:rPr>
        <w:t>употреблять </w:t>
      </w:r>
      <w:r w:rsidRPr="005C0E17">
        <w:rPr>
          <w:rFonts w:ascii="Times New Roman" w:hAnsi="Times New Roman" w:cs="Times New Roman"/>
        </w:rPr>
        <w:t>в устной и письменной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предложения со сложным дополнением (Complex Object);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все типы вопросительных предложений в Past Perfect Tense;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согласование времён в рамках сложного предложения;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согласование подлежащего, выраженного собирательным существительным (family, police), со сказуемым;</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конструкции</w:t>
      </w:r>
      <w:r w:rsidRPr="00621CC4">
        <w:rPr>
          <w:rFonts w:ascii="Times New Roman" w:hAnsi="Times New Roman" w:cs="Times New Roman"/>
          <w:lang w:val="en-US"/>
        </w:rPr>
        <w:t xml:space="preserve"> </w:t>
      </w:r>
      <w:r w:rsidRPr="005C0E17">
        <w:rPr>
          <w:rFonts w:ascii="Times New Roman" w:hAnsi="Times New Roman" w:cs="Times New Roman"/>
        </w:rPr>
        <w:t>с</w:t>
      </w:r>
      <w:r w:rsidRPr="00621CC4">
        <w:rPr>
          <w:rFonts w:ascii="Times New Roman" w:hAnsi="Times New Roman" w:cs="Times New Roman"/>
          <w:lang w:val="en-US"/>
        </w:rPr>
        <w:t xml:space="preserve"> </w:t>
      </w:r>
      <w:r w:rsidRPr="005C0E17">
        <w:rPr>
          <w:rFonts w:ascii="Times New Roman" w:hAnsi="Times New Roman" w:cs="Times New Roman"/>
        </w:rPr>
        <w:t>глаголами</w:t>
      </w:r>
      <w:r w:rsidRPr="00621CC4">
        <w:rPr>
          <w:rFonts w:ascii="Times New Roman" w:hAnsi="Times New Roman" w:cs="Times New Roman"/>
          <w:lang w:val="en-US"/>
        </w:rPr>
        <w:t xml:space="preserve"> </w:t>
      </w:r>
      <w:r w:rsidRPr="005C0E17">
        <w:rPr>
          <w:rFonts w:ascii="Times New Roman" w:hAnsi="Times New Roman" w:cs="Times New Roman"/>
        </w:rPr>
        <w:t>на</w:t>
      </w:r>
      <w:r w:rsidRPr="00621CC4">
        <w:rPr>
          <w:rFonts w:ascii="Times New Roman" w:hAnsi="Times New Roman" w:cs="Times New Roman"/>
          <w:lang w:val="en-US"/>
        </w:rPr>
        <w:t xml:space="preserve"> -ing: to love/hate doing something;</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конструкции</w:t>
      </w:r>
      <w:r w:rsidRPr="00621CC4">
        <w:rPr>
          <w:rFonts w:ascii="Times New Roman" w:hAnsi="Times New Roman" w:cs="Times New Roman"/>
          <w:lang w:val="en-US"/>
        </w:rPr>
        <w:t xml:space="preserve">, </w:t>
      </w:r>
      <w:r w:rsidRPr="005C0E17">
        <w:rPr>
          <w:rFonts w:ascii="Times New Roman" w:hAnsi="Times New Roman" w:cs="Times New Roman"/>
        </w:rPr>
        <w:t>содержащие</w:t>
      </w:r>
      <w:r w:rsidRPr="00621CC4">
        <w:rPr>
          <w:rFonts w:ascii="Times New Roman" w:hAnsi="Times New Roman" w:cs="Times New Roman"/>
          <w:lang w:val="en-US"/>
        </w:rPr>
        <w:t xml:space="preserve"> </w:t>
      </w:r>
      <w:r w:rsidRPr="005C0E17">
        <w:rPr>
          <w:rFonts w:ascii="Times New Roman" w:hAnsi="Times New Roman" w:cs="Times New Roman"/>
        </w:rPr>
        <w:t>глаголы</w:t>
      </w:r>
      <w:r w:rsidRPr="00621CC4">
        <w:rPr>
          <w:rFonts w:ascii="Times New Roman" w:hAnsi="Times New Roman" w:cs="Times New Roman"/>
          <w:lang w:val="en-US"/>
        </w:rPr>
        <w:t>-</w:t>
      </w:r>
      <w:r w:rsidRPr="005C0E17">
        <w:rPr>
          <w:rFonts w:ascii="Times New Roman" w:hAnsi="Times New Roman" w:cs="Times New Roman"/>
        </w:rPr>
        <w:t>связки</w:t>
      </w:r>
      <w:r w:rsidRPr="00621CC4">
        <w:rPr>
          <w:rFonts w:ascii="Times New Roman" w:hAnsi="Times New Roman" w:cs="Times New Roman"/>
          <w:lang w:val="en-US"/>
        </w:rPr>
        <w:t xml:space="preserve"> to be/to look/to feel/to seem;</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конструкции</w:t>
      </w:r>
      <w:r w:rsidRPr="00621CC4">
        <w:rPr>
          <w:rFonts w:ascii="Times New Roman" w:hAnsi="Times New Roman" w:cs="Times New Roman"/>
          <w:lang w:val="en-US"/>
        </w:rPr>
        <w:t xml:space="preserve"> be/get used to do something; be/get used doing something;</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конструкцию</w:t>
      </w:r>
      <w:r w:rsidRPr="00621CC4">
        <w:rPr>
          <w:rFonts w:ascii="Times New Roman" w:hAnsi="Times New Roman" w:cs="Times New Roman"/>
          <w:lang w:val="en-US"/>
        </w:rPr>
        <w:t xml:space="preserve"> both … and …;</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конструкции</w:t>
      </w:r>
      <w:r w:rsidRPr="00621CC4">
        <w:rPr>
          <w:rFonts w:ascii="Times New Roman" w:hAnsi="Times New Roman" w:cs="Times New Roman"/>
          <w:lang w:val="en-US"/>
        </w:rPr>
        <w:t xml:space="preserve"> c </w:t>
      </w:r>
      <w:r w:rsidRPr="005C0E17">
        <w:rPr>
          <w:rFonts w:ascii="Times New Roman" w:hAnsi="Times New Roman" w:cs="Times New Roman"/>
        </w:rPr>
        <w:t>глаголами</w:t>
      </w:r>
      <w:r w:rsidRPr="00621CC4">
        <w:rPr>
          <w:rFonts w:ascii="Times New Roman" w:hAnsi="Times New Roman" w:cs="Times New Roman"/>
          <w:lang w:val="en-US"/>
        </w:rPr>
        <w:t xml:space="preserve"> to stop, to remember, to forget (</w:t>
      </w:r>
      <w:r w:rsidRPr="005C0E17">
        <w:rPr>
          <w:rFonts w:ascii="Times New Roman" w:hAnsi="Times New Roman" w:cs="Times New Roman"/>
        </w:rPr>
        <w:t>разница</w:t>
      </w:r>
      <w:r w:rsidRPr="00621CC4">
        <w:rPr>
          <w:rFonts w:ascii="Times New Roman" w:hAnsi="Times New Roman" w:cs="Times New Roman"/>
          <w:lang w:val="en-US"/>
        </w:rPr>
        <w:t xml:space="preserve"> </w:t>
      </w:r>
      <w:r w:rsidRPr="005C0E17">
        <w:rPr>
          <w:rFonts w:ascii="Times New Roman" w:hAnsi="Times New Roman" w:cs="Times New Roman"/>
        </w:rPr>
        <w:t>в</w:t>
      </w:r>
      <w:r w:rsidRPr="00621CC4">
        <w:rPr>
          <w:rFonts w:ascii="Times New Roman" w:hAnsi="Times New Roman" w:cs="Times New Roman"/>
          <w:lang w:val="en-US"/>
        </w:rPr>
        <w:t xml:space="preserve"> </w:t>
      </w:r>
      <w:r w:rsidRPr="005C0E17">
        <w:rPr>
          <w:rFonts w:ascii="Times New Roman" w:hAnsi="Times New Roman" w:cs="Times New Roman"/>
        </w:rPr>
        <w:t>значении</w:t>
      </w:r>
      <w:r w:rsidRPr="00621CC4">
        <w:rPr>
          <w:rFonts w:ascii="Times New Roman" w:hAnsi="Times New Roman" w:cs="Times New Roman"/>
          <w:lang w:val="en-US"/>
        </w:rPr>
        <w:t xml:space="preserve"> to stop doing smth </w:t>
      </w:r>
      <w:r w:rsidRPr="005C0E17">
        <w:rPr>
          <w:rFonts w:ascii="Times New Roman" w:hAnsi="Times New Roman" w:cs="Times New Roman"/>
        </w:rPr>
        <w:t>и</w:t>
      </w:r>
      <w:r w:rsidRPr="00621CC4">
        <w:rPr>
          <w:rFonts w:ascii="Times New Roman" w:hAnsi="Times New Roman" w:cs="Times New Roman"/>
          <w:lang w:val="en-US"/>
        </w:rPr>
        <w:t xml:space="preserve"> to stop to do smth);</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глаголы</w:t>
      </w:r>
      <w:r w:rsidRPr="00621CC4">
        <w:rPr>
          <w:rFonts w:ascii="Times New Roman" w:hAnsi="Times New Roman" w:cs="Times New Roman"/>
          <w:lang w:val="en-US"/>
        </w:rPr>
        <w:t xml:space="preserve"> </w:t>
      </w:r>
      <w:r w:rsidRPr="005C0E17">
        <w:rPr>
          <w:rFonts w:ascii="Times New Roman" w:hAnsi="Times New Roman" w:cs="Times New Roman"/>
        </w:rPr>
        <w:t>в</w:t>
      </w:r>
      <w:r w:rsidRPr="00621CC4">
        <w:rPr>
          <w:rFonts w:ascii="Times New Roman" w:hAnsi="Times New Roman" w:cs="Times New Roman"/>
          <w:lang w:val="en-US"/>
        </w:rPr>
        <w:t xml:space="preserve"> </w:t>
      </w:r>
      <w:r w:rsidRPr="005C0E17">
        <w:rPr>
          <w:rFonts w:ascii="Times New Roman" w:hAnsi="Times New Roman" w:cs="Times New Roman"/>
        </w:rPr>
        <w:t>видо</w:t>
      </w:r>
      <w:r w:rsidRPr="00621CC4">
        <w:rPr>
          <w:rFonts w:ascii="Times New Roman" w:hAnsi="Times New Roman" w:cs="Times New Roman"/>
          <w:lang w:val="en-US"/>
        </w:rPr>
        <w:t>-</w:t>
      </w:r>
      <w:r w:rsidRPr="005C0E17">
        <w:rPr>
          <w:rFonts w:ascii="Times New Roman" w:hAnsi="Times New Roman" w:cs="Times New Roman"/>
        </w:rPr>
        <w:t>временных</w:t>
      </w:r>
      <w:r w:rsidRPr="00621CC4">
        <w:rPr>
          <w:rFonts w:ascii="Times New Roman" w:hAnsi="Times New Roman" w:cs="Times New Roman"/>
          <w:lang w:val="en-US"/>
        </w:rPr>
        <w:t xml:space="preserve"> </w:t>
      </w:r>
      <w:r w:rsidRPr="005C0E17">
        <w:rPr>
          <w:rFonts w:ascii="Times New Roman" w:hAnsi="Times New Roman" w:cs="Times New Roman"/>
        </w:rPr>
        <w:t>формах</w:t>
      </w:r>
      <w:r w:rsidRPr="00621CC4">
        <w:rPr>
          <w:rFonts w:ascii="Times New Roman" w:hAnsi="Times New Roman" w:cs="Times New Roman"/>
          <w:lang w:val="en-US"/>
        </w:rPr>
        <w:t xml:space="preserve"> </w:t>
      </w:r>
      <w:r w:rsidRPr="005C0E17">
        <w:rPr>
          <w:rFonts w:ascii="Times New Roman" w:hAnsi="Times New Roman" w:cs="Times New Roman"/>
        </w:rPr>
        <w:t>действительного</w:t>
      </w:r>
      <w:r w:rsidRPr="00621CC4">
        <w:rPr>
          <w:rFonts w:ascii="Times New Roman" w:hAnsi="Times New Roman" w:cs="Times New Roman"/>
          <w:lang w:val="en-US"/>
        </w:rPr>
        <w:t xml:space="preserve"> </w:t>
      </w:r>
      <w:r w:rsidRPr="005C0E17">
        <w:rPr>
          <w:rFonts w:ascii="Times New Roman" w:hAnsi="Times New Roman" w:cs="Times New Roman"/>
        </w:rPr>
        <w:t>залога</w:t>
      </w:r>
      <w:r w:rsidRPr="00621CC4">
        <w:rPr>
          <w:rFonts w:ascii="Times New Roman" w:hAnsi="Times New Roman" w:cs="Times New Roman"/>
          <w:lang w:val="en-US"/>
        </w:rPr>
        <w:t xml:space="preserve"> </w:t>
      </w:r>
      <w:r w:rsidRPr="005C0E17">
        <w:rPr>
          <w:rFonts w:ascii="Times New Roman" w:hAnsi="Times New Roman" w:cs="Times New Roman"/>
        </w:rPr>
        <w:t>в</w:t>
      </w:r>
      <w:r w:rsidRPr="00621CC4">
        <w:rPr>
          <w:rFonts w:ascii="Times New Roman" w:hAnsi="Times New Roman" w:cs="Times New Roman"/>
          <w:lang w:val="en-US"/>
        </w:rPr>
        <w:t xml:space="preserve"> </w:t>
      </w:r>
      <w:r w:rsidRPr="005C0E17">
        <w:rPr>
          <w:rFonts w:ascii="Times New Roman" w:hAnsi="Times New Roman" w:cs="Times New Roman"/>
        </w:rPr>
        <w:t>изъявительном</w:t>
      </w:r>
      <w:r w:rsidRPr="00621CC4">
        <w:rPr>
          <w:rFonts w:ascii="Times New Roman" w:hAnsi="Times New Roman" w:cs="Times New Roman"/>
          <w:lang w:val="en-US"/>
        </w:rPr>
        <w:t xml:space="preserve"> </w:t>
      </w:r>
      <w:r w:rsidRPr="005C0E17">
        <w:rPr>
          <w:rFonts w:ascii="Times New Roman" w:hAnsi="Times New Roman" w:cs="Times New Roman"/>
        </w:rPr>
        <w:t>наклонении</w:t>
      </w:r>
      <w:r w:rsidRPr="00621CC4">
        <w:rPr>
          <w:rFonts w:ascii="Times New Roman" w:hAnsi="Times New Roman" w:cs="Times New Roman"/>
          <w:lang w:val="en-US"/>
        </w:rPr>
        <w:t xml:space="preserve"> (Past Perfect Tense; Present Perfect Continuous Tense, Future-in-the-Past);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модальные глаголы в косвенной речи в настоящем и прошедшем времени;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неличные формы глагола (инфинитив, герундий, причастия настоящего и прошедшего времени);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наречия too — enough;</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отрицательные местоимения no (и его производные nobody, nothing, etc.), none.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5) </w:t>
      </w:r>
      <w:r w:rsidRPr="005C0E17">
        <w:rPr>
          <w:rFonts w:ascii="Times New Roman" w:hAnsi="Times New Roman" w:cs="Times New Roman"/>
          <w:i/>
          <w:iCs/>
        </w:rPr>
        <w:t>владеть </w:t>
      </w:r>
      <w:r w:rsidRPr="005C0E17">
        <w:rPr>
          <w:rFonts w:ascii="Times New Roman" w:hAnsi="Times New Roman" w:cs="Times New Roman"/>
        </w:rPr>
        <w:t>социокультурными знаниями и умениями: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осуществлять </w:t>
      </w:r>
      <w:r w:rsidRPr="005C0E17">
        <w:rPr>
          <w:rFonts w:ascii="Times New Roman" w:hAnsi="Times New Roman" w:cs="Times New Roman"/>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кратко представлять </w:t>
      </w:r>
      <w:r w:rsidRPr="005C0E17">
        <w:rPr>
          <w:rFonts w:ascii="Times New Roman" w:hAnsi="Times New Roman" w:cs="Times New Roman"/>
        </w:rPr>
        <w:t>родную страну/малую родину и страну/страны изучаемого языка (культурные явления и события; достопримечательности, выдающиеся люди);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оказывать помощь зарубежным гостям в ситуациях повседневного общения (</w:t>
      </w:r>
      <w:r w:rsidRPr="005C0E17">
        <w:rPr>
          <w:rFonts w:ascii="Times New Roman" w:hAnsi="Times New Roman" w:cs="Times New Roman"/>
          <w:i/>
          <w:iCs/>
        </w:rPr>
        <w:t>объяснить </w:t>
      </w:r>
      <w:r w:rsidRPr="005C0E17">
        <w:rPr>
          <w:rFonts w:ascii="Times New Roman" w:hAnsi="Times New Roman" w:cs="Times New Roman"/>
        </w:rPr>
        <w:t>местонахождение объекта, сообщить возможный маршрут и т. 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6) </w:t>
      </w:r>
      <w:r w:rsidRPr="005C0E17">
        <w:rPr>
          <w:rFonts w:ascii="Times New Roman" w:hAnsi="Times New Roman" w:cs="Times New Roman"/>
          <w:i/>
          <w:iCs/>
        </w:rPr>
        <w:t>владеть </w:t>
      </w:r>
      <w:r w:rsidRPr="005C0E17">
        <w:rPr>
          <w:rFonts w:ascii="Times New Roman" w:hAnsi="Times New Roman" w:cs="Times New Roman"/>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7) </w:t>
      </w:r>
      <w:r w:rsidRPr="005C0E17">
        <w:rPr>
          <w:rFonts w:ascii="Times New Roman" w:hAnsi="Times New Roman" w:cs="Times New Roman"/>
          <w:i/>
          <w:iCs/>
        </w:rPr>
        <w:t>понимать </w:t>
      </w:r>
      <w:r w:rsidRPr="005C0E17">
        <w:rPr>
          <w:rFonts w:ascii="Times New Roman" w:hAnsi="Times New Roman" w:cs="Times New Roman"/>
        </w:rPr>
        <w:t>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8) уметь </w:t>
      </w:r>
      <w:r w:rsidRPr="005C0E17">
        <w:rPr>
          <w:rFonts w:ascii="Times New Roman" w:hAnsi="Times New Roman" w:cs="Times New Roman"/>
          <w:i/>
          <w:iCs/>
        </w:rPr>
        <w:t>рассматривать </w:t>
      </w:r>
      <w:r w:rsidRPr="005C0E17">
        <w:rPr>
          <w:rFonts w:ascii="Times New Roman" w:hAnsi="Times New Roman" w:cs="Times New Roman"/>
        </w:rPr>
        <w:t>несколько вариантов решения коммуникативной задачи в продуктивных видах речевой деятельности (говорении и письменной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9) </w:t>
      </w:r>
      <w:r w:rsidRPr="005C0E17">
        <w:rPr>
          <w:rFonts w:ascii="Times New Roman" w:hAnsi="Times New Roman" w:cs="Times New Roman"/>
          <w:i/>
          <w:iCs/>
        </w:rPr>
        <w:t>участвовать </w:t>
      </w:r>
      <w:r w:rsidRPr="005C0E17">
        <w:rPr>
          <w:rFonts w:ascii="Times New Roman" w:hAnsi="Times New Roman" w:cs="Times New Roman"/>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10) </w:t>
      </w:r>
      <w:r w:rsidRPr="005C0E17">
        <w:rPr>
          <w:rFonts w:ascii="Times New Roman" w:hAnsi="Times New Roman" w:cs="Times New Roman"/>
          <w:i/>
          <w:iCs/>
        </w:rPr>
        <w:t>использовать </w:t>
      </w:r>
      <w:r w:rsidRPr="005C0E17">
        <w:rPr>
          <w:rFonts w:ascii="Times New Roman" w:hAnsi="Times New Roman" w:cs="Times New Roman"/>
        </w:rPr>
        <w:t>иноязычные словари и справочники, в том числе информационно-справочные системы в электронной форме;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11) </w:t>
      </w:r>
      <w:r w:rsidRPr="005C0E17">
        <w:rPr>
          <w:rFonts w:ascii="Times New Roman" w:hAnsi="Times New Roman" w:cs="Times New Roman"/>
          <w:i/>
          <w:iCs/>
        </w:rPr>
        <w:t>достигать </w:t>
      </w:r>
      <w:r w:rsidRPr="005C0E17">
        <w:rPr>
          <w:rFonts w:ascii="Times New Roman" w:hAnsi="Times New Roman" w:cs="Times New Roman"/>
        </w:rPr>
        <w:t>взаимопонимания в процессе устного и письменного общения с носителями иностранного языка, людьми другой культуры;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12) </w:t>
      </w:r>
      <w:r w:rsidRPr="005C0E17">
        <w:rPr>
          <w:rFonts w:ascii="Times New Roman" w:hAnsi="Times New Roman" w:cs="Times New Roman"/>
          <w:i/>
          <w:iCs/>
        </w:rPr>
        <w:t>сравнивать </w:t>
      </w:r>
      <w:r w:rsidRPr="005C0E17">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5C0E17" w:rsidRDefault="00F44E79" w:rsidP="00FB68C9">
      <w:pPr>
        <w:jc w:val="both"/>
        <w:rPr>
          <w:rFonts w:ascii="Times New Roman" w:hAnsi="Times New Roman" w:cs="Times New Roman"/>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ПЛАНИРУЕМЫЕ ОБРАЗОВАТЕЛЬНЫЕ РЕЗУЛЬТАТЫ</w:t>
      </w: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9 класс</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Изучение английского языка в 9 классе направлено на достижение обучающимися личностных, метапредметных и предметных результатов освоения учебного предмета.</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ЛИЧНОСТНЫЕ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Личностные результаты </w:t>
      </w:r>
      <w:r w:rsidRPr="005C0E17">
        <w:rPr>
          <w:rFonts w:ascii="Times New Roman" w:hAnsi="Times New Roman" w:cs="Times New Roman"/>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Гражданского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активное участие в жизни семьи, Организации, местного сообщества, родного края, страны;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участию в гуманитарной деятельности (волонтёрство, помощь людям, нуждающимся в ней).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Патриотического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Духовно-нравственного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на моральные ценности и нормы в ситуациях нравственного выбора;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Эстетического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стремление к самовыражению в разных видах искусства.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Физического воспитания, формирования культуры здоровья и эмоционального благополучия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ценности жизни;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соблюдение правил безопасности, в том числе навыков безопасного поведения в интернет-среде;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принимать себя и других, не осуждая;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Трудового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адаптироваться в профессиональной 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уважение к труду и результатам трудовой деятельности;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Экологического воспитания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готовность к участию в практической деятельности экологической направленности.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Ценности научного познания</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языковой и читательской культурой как средством познания мира;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Личностные результаты, обеспечивающие адаптацию обучающегося к изменяющимся условиям социальной и природной среды, включают</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анализировать и выявлять взаимосвязи природы, общества и экономики;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воспринимать стрессовую ситуацию как вызов, требующий контрмер;</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ситуацию стресса, корректировать принимаемые решения и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и оценивать риски и последствия, формировать опыт, уметь находить позитивное в произошедшей ситуации;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быть готовым действовать в отсутствие гарантий успеха.</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МЕТАПРЕДМЕТНЫЕ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познавательными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базовые логические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и характеризовать существенные признаки объектов (явлений);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предлагать критерии для выявления закономерностей и противоречий;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дефицит информации, данных, необходимых для решения поставленной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причинно-следственные связи при изучении явлений и процессов;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базовые исследовательские 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использовать вопросы как исследовательский инструмент познания;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3)     работа с информацией: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эффективно запоминать и систематизировать информацию.</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коммуникативными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общение: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выражать себя (свою точку зрения) в устных и письменных текстах;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публично представлять результаты выполненного опыта (эксперимента, исследования, проекта);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совместная деятельность: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i/>
          <w:iCs/>
        </w:rPr>
        <w:t>Овладение универсальными учебными регулятивными действиями</w:t>
      </w:r>
      <w:r w:rsidRPr="005C0E17">
        <w:rPr>
          <w:rFonts w:ascii="Times New Roman" w:hAnsi="Times New Roman" w:cs="Times New Roman"/>
          <w:b/>
          <w:bCs/>
        </w:rPr>
        <w: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1)     самоорганизация: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проблемы для решения в жизненных и учебных ситуациях;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делать выбор и брать ответственность за решение;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2)     самоконтроль:</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владеть способами самоконтроля, самомотивации и рефлексии;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давать адекватную оценку ситуации и предлагать план её изменения;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оценивать соответствие результата цели и условиям;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3)     эмоциональный интеллект: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различать, называть и управлять собственными эмоциями и эмоциями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выявлять и анализировать причины эмоций;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ставить себя на место другого человека, понимать мотивы и намерения другого;</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регулировать способ выражения эмоций;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4)     принятие себя и других:</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открытость себе и другим;</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осознавать невозможность контролировать всё вокруг.</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E79" w:rsidRPr="005C0E17" w:rsidRDefault="00F44E79" w:rsidP="00FB68C9">
      <w:pPr>
        <w:spacing w:before="240" w:after="120" w:line="240" w:lineRule="atLeast"/>
        <w:jc w:val="both"/>
        <w:outlineLvl w:val="1"/>
        <w:rPr>
          <w:rFonts w:ascii="Times New Roman" w:hAnsi="Times New Roman" w:cs="Times New Roman"/>
          <w:b/>
          <w:bCs/>
          <w:caps/>
        </w:rPr>
      </w:pPr>
      <w:r w:rsidRPr="005C0E17">
        <w:rPr>
          <w:rFonts w:ascii="Times New Roman" w:hAnsi="Times New Roman" w:cs="Times New Roman"/>
          <w:b/>
          <w:bCs/>
          <w:caps/>
        </w:rPr>
        <w:t>ПРЕДМЕТНЫЕ РЕЗУЛЬТАТЫ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 </w:t>
      </w:r>
      <w:r w:rsidRPr="005C0E17">
        <w:rPr>
          <w:rFonts w:ascii="Times New Roman" w:hAnsi="Times New Roman" w:cs="Times New Roman"/>
          <w:i/>
          <w:iCs/>
        </w:rPr>
        <w:t>владеть </w:t>
      </w:r>
      <w:r w:rsidRPr="005C0E17">
        <w:rPr>
          <w:rFonts w:ascii="Times New Roman" w:hAnsi="Times New Roman" w:cs="Times New Roman"/>
        </w:rPr>
        <w:t>основными видами речевой деятельности: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говорение: </w:t>
      </w:r>
      <w:r w:rsidRPr="005C0E17">
        <w:rPr>
          <w:rFonts w:ascii="Times New Roman" w:hAnsi="Times New Roman" w:cs="Times New Roman"/>
          <w:i/>
          <w:iCs/>
        </w:rPr>
        <w:t>вести </w:t>
      </w:r>
      <w:r w:rsidRPr="005C0E17">
        <w:rPr>
          <w:rFonts w:ascii="Times New Roman" w:hAnsi="Times New Roman" w:cs="Times New Roman"/>
        </w:rPr>
        <w:t>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создавать </w:t>
      </w:r>
      <w:r w:rsidRPr="005C0E17">
        <w:rPr>
          <w:rFonts w:ascii="Times New Roman" w:hAnsi="Times New Roman" w:cs="Times New Roman"/>
        </w:rPr>
        <w:t>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5C0E17">
        <w:rPr>
          <w:rFonts w:ascii="Times New Roman" w:hAnsi="Times New Roman" w:cs="Times New Roman"/>
          <w:i/>
          <w:iCs/>
        </w:rPr>
        <w:t>излагать </w:t>
      </w:r>
      <w:r w:rsidRPr="005C0E17">
        <w:rPr>
          <w:rFonts w:ascii="Times New Roman" w:hAnsi="Times New Roman" w:cs="Times New Roman"/>
        </w:rPr>
        <w:t>основное содержание прочитанного/прослушанного текста со зрительными и/или вербальными опорами (объём — 10-12 фраз); </w:t>
      </w:r>
      <w:r w:rsidRPr="005C0E17">
        <w:rPr>
          <w:rFonts w:ascii="Times New Roman" w:hAnsi="Times New Roman" w:cs="Times New Roman"/>
          <w:i/>
          <w:iCs/>
        </w:rPr>
        <w:t>излагать </w:t>
      </w:r>
      <w:r w:rsidRPr="005C0E17">
        <w:rPr>
          <w:rFonts w:ascii="Times New Roman" w:hAnsi="Times New Roman" w:cs="Times New Roman"/>
        </w:rPr>
        <w:t>результаты  выполненной  проектной  работы;  (объём — 10-12 фраз);</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аудирование: </w:t>
      </w:r>
      <w:r w:rsidRPr="005C0E17">
        <w:rPr>
          <w:rFonts w:ascii="Times New Roman" w:hAnsi="Times New Roman" w:cs="Times New Roman"/>
          <w:i/>
          <w:iCs/>
        </w:rPr>
        <w:t>воспринимать на слух и понимать </w:t>
      </w:r>
      <w:r w:rsidRPr="005C0E17">
        <w:rPr>
          <w:rFonts w:ascii="Times New Roman" w:hAnsi="Times New Roman" w:cs="Times New Roman"/>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смысловое чтение: </w:t>
      </w:r>
      <w:r w:rsidRPr="005C0E17">
        <w:rPr>
          <w:rFonts w:ascii="Times New Roman" w:hAnsi="Times New Roman" w:cs="Times New Roman"/>
          <w:i/>
          <w:iCs/>
        </w:rPr>
        <w:t>читать про себя и понимать </w:t>
      </w:r>
      <w:r w:rsidRPr="005C0E17">
        <w:rPr>
          <w:rFonts w:ascii="Times New Roman" w:hAnsi="Times New Roman" w:cs="Times New Roman"/>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5C0E17">
        <w:rPr>
          <w:rFonts w:ascii="Times New Roman" w:hAnsi="Times New Roman" w:cs="Times New Roman"/>
          <w:i/>
          <w:iCs/>
        </w:rPr>
        <w:t>читать про себя </w:t>
      </w:r>
      <w:r w:rsidRPr="005C0E17">
        <w:rPr>
          <w:rFonts w:ascii="Times New Roman" w:hAnsi="Times New Roman" w:cs="Times New Roman"/>
        </w:rPr>
        <w:t>несплошные тексты (таблицы, диаграммы) и </w:t>
      </w:r>
      <w:r w:rsidRPr="005C0E17">
        <w:rPr>
          <w:rFonts w:ascii="Times New Roman" w:hAnsi="Times New Roman" w:cs="Times New Roman"/>
          <w:i/>
          <w:iCs/>
        </w:rPr>
        <w:t>понимать </w:t>
      </w:r>
      <w:r w:rsidRPr="005C0E17">
        <w:rPr>
          <w:rFonts w:ascii="Times New Roman" w:hAnsi="Times New Roman" w:cs="Times New Roman"/>
        </w:rPr>
        <w:t>представленную в них информацию; </w:t>
      </w:r>
      <w:r w:rsidRPr="005C0E17">
        <w:rPr>
          <w:rFonts w:ascii="Times New Roman" w:hAnsi="Times New Roman" w:cs="Times New Roman"/>
          <w:i/>
          <w:iCs/>
        </w:rPr>
        <w:t>обобщать </w:t>
      </w:r>
      <w:r w:rsidRPr="005C0E17">
        <w:rPr>
          <w:rFonts w:ascii="Times New Roman" w:hAnsi="Times New Roman" w:cs="Times New Roman"/>
        </w:rPr>
        <w:t>и </w:t>
      </w:r>
      <w:r w:rsidRPr="005C0E17">
        <w:rPr>
          <w:rFonts w:ascii="Times New Roman" w:hAnsi="Times New Roman" w:cs="Times New Roman"/>
          <w:i/>
          <w:iCs/>
        </w:rPr>
        <w:t>оценивать </w:t>
      </w:r>
      <w:r w:rsidRPr="005C0E17">
        <w:rPr>
          <w:rFonts w:ascii="Times New Roman" w:hAnsi="Times New Roman" w:cs="Times New Roman"/>
        </w:rPr>
        <w:t>полученную при чтении информацию;</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b/>
          <w:bCs/>
        </w:rPr>
        <w:t>письменная речь: </w:t>
      </w:r>
      <w:r w:rsidRPr="005C0E17">
        <w:rPr>
          <w:rFonts w:ascii="Times New Roman" w:hAnsi="Times New Roman" w:cs="Times New Roman"/>
          <w:i/>
          <w:iCs/>
        </w:rPr>
        <w:t>заполнять </w:t>
      </w:r>
      <w:r w:rsidRPr="005C0E17">
        <w:rPr>
          <w:rFonts w:ascii="Times New Roman" w:hAnsi="Times New Roman" w:cs="Times New Roman"/>
        </w:rPr>
        <w:t>анкеты и формуляры, сообщая о себе основные сведения, в соответствии с нормами, принятыми в стране/странах изучаемого языка; </w:t>
      </w:r>
      <w:r w:rsidRPr="005C0E17">
        <w:rPr>
          <w:rFonts w:ascii="Times New Roman" w:hAnsi="Times New Roman" w:cs="Times New Roman"/>
          <w:i/>
          <w:iCs/>
        </w:rPr>
        <w:t>писать </w:t>
      </w:r>
      <w:r w:rsidRPr="005C0E17">
        <w:rPr>
          <w:rFonts w:ascii="Times New Roman" w:hAnsi="Times New Roman" w:cs="Times New Roman"/>
        </w:rPr>
        <w:t>электронное сообщение личного характера, соблюдая речевой этикет, принятый в стране/странах изучаемого языка (объём сообщения — до 120 слов); </w:t>
      </w:r>
      <w:r w:rsidRPr="005C0E17">
        <w:rPr>
          <w:rFonts w:ascii="Times New Roman" w:hAnsi="Times New Roman" w:cs="Times New Roman"/>
          <w:i/>
          <w:iCs/>
        </w:rPr>
        <w:t>создавать </w:t>
      </w:r>
      <w:r w:rsidRPr="005C0E17">
        <w:rPr>
          <w:rFonts w:ascii="Times New Roman" w:hAnsi="Times New Roman" w:cs="Times New Roman"/>
        </w:rPr>
        <w:t>небольшое письменное высказывание с опорой на образец, план, таблицу, прочитанный/прослушанный текст (объём высказывания — до 120 слов); </w:t>
      </w:r>
      <w:r w:rsidRPr="005C0E17">
        <w:rPr>
          <w:rFonts w:ascii="Times New Roman" w:hAnsi="Times New Roman" w:cs="Times New Roman"/>
          <w:i/>
          <w:iCs/>
        </w:rPr>
        <w:t>заполнять </w:t>
      </w:r>
      <w:r w:rsidRPr="005C0E17">
        <w:rPr>
          <w:rFonts w:ascii="Times New Roman" w:hAnsi="Times New Roman" w:cs="Times New Roman"/>
        </w:rPr>
        <w:t>таблицу, кратко фиксируя содержание прочитанного/прослушанного текста; </w:t>
      </w:r>
      <w:r w:rsidRPr="005C0E17">
        <w:rPr>
          <w:rFonts w:ascii="Times New Roman" w:hAnsi="Times New Roman" w:cs="Times New Roman"/>
          <w:i/>
          <w:iCs/>
        </w:rPr>
        <w:t>письменно представлять </w:t>
      </w:r>
      <w:r w:rsidRPr="005C0E17">
        <w:rPr>
          <w:rFonts w:ascii="Times New Roman" w:hAnsi="Times New Roman" w:cs="Times New Roman"/>
        </w:rPr>
        <w:t>результаты выполненной проектной работы (объём — 100-120 слов);</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2) владеть </w:t>
      </w:r>
      <w:r w:rsidRPr="005C0E17">
        <w:rPr>
          <w:rFonts w:ascii="Times New Roman" w:hAnsi="Times New Roman" w:cs="Times New Roman"/>
          <w:b/>
          <w:bCs/>
        </w:rPr>
        <w:t>фонетическими </w:t>
      </w:r>
      <w:r w:rsidRPr="005C0E17">
        <w:rPr>
          <w:rFonts w:ascii="Times New Roman" w:hAnsi="Times New Roman" w:cs="Times New Roman"/>
        </w:rPr>
        <w:t>навыками: </w:t>
      </w:r>
      <w:r w:rsidRPr="005C0E17">
        <w:rPr>
          <w:rFonts w:ascii="Times New Roman" w:hAnsi="Times New Roman" w:cs="Times New Roman"/>
          <w:i/>
          <w:iCs/>
        </w:rPr>
        <w:t>различать на слух </w:t>
      </w:r>
      <w:r w:rsidRPr="005C0E17">
        <w:rPr>
          <w:rFonts w:ascii="Times New Roman" w:hAnsi="Times New Roman" w:cs="Times New Roman"/>
        </w:rPr>
        <w:t>и адекватно, без ошибок, ведущих к сбою коммуникации, </w:t>
      </w:r>
      <w:r w:rsidRPr="005C0E17">
        <w:rPr>
          <w:rFonts w:ascii="Times New Roman" w:hAnsi="Times New Roman" w:cs="Times New Roman"/>
          <w:i/>
          <w:iCs/>
        </w:rPr>
        <w:t>произносить </w:t>
      </w:r>
      <w:r w:rsidRPr="005C0E17">
        <w:rPr>
          <w:rFonts w:ascii="Times New Roman" w:hAnsi="Times New Roman" w:cs="Times New Roman"/>
        </w:rPr>
        <w:t>слова с правильным ударением и фразы с соблюдением их ритмико-интонационных особенностей, в том числе </w:t>
      </w:r>
      <w:r w:rsidRPr="005C0E17">
        <w:rPr>
          <w:rFonts w:ascii="Times New Roman" w:hAnsi="Times New Roman" w:cs="Times New Roman"/>
          <w:i/>
          <w:iCs/>
        </w:rPr>
        <w:t>применять правила </w:t>
      </w:r>
      <w:r w:rsidRPr="005C0E17">
        <w:rPr>
          <w:rFonts w:ascii="Times New Roman" w:hAnsi="Times New Roman" w:cs="Times New Roman"/>
        </w:rPr>
        <w:t>отсутствия фразового ударения на служебных словах; </w:t>
      </w:r>
      <w:r w:rsidRPr="005C0E17">
        <w:rPr>
          <w:rFonts w:ascii="Times New Roman" w:hAnsi="Times New Roman" w:cs="Times New Roman"/>
          <w:i/>
          <w:iCs/>
        </w:rPr>
        <w:t>владеть </w:t>
      </w:r>
      <w:r w:rsidRPr="005C0E17">
        <w:rPr>
          <w:rFonts w:ascii="Times New Roman" w:hAnsi="Times New Roman" w:cs="Times New Roman"/>
        </w:rPr>
        <w:t>правилами чтения и выразительно </w:t>
      </w:r>
      <w:r w:rsidRPr="005C0E17">
        <w:rPr>
          <w:rFonts w:ascii="Times New Roman" w:hAnsi="Times New Roman" w:cs="Times New Roman"/>
          <w:i/>
          <w:iCs/>
        </w:rPr>
        <w:t>читать вслух </w:t>
      </w:r>
      <w:r w:rsidRPr="005C0E17">
        <w:rPr>
          <w:rFonts w:ascii="Times New Roman" w:hAnsi="Times New Roman" w:cs="Times New Roman"/>
        </w:rPr>
        <w:t>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5C0E17">
        <w:rPr>
          <w:rFonts w:ascii="Times New Roman" w:hAnsi="Times New Roman" w:cs="Times New Roman"/>
          <w:i/>
          <w:iCs/>
        </w:rPr>
        <w:t>читать </w:t>
      </w:r>
      <w:r w:rsidRPr="005C0E17">
        <w:rPr>
          <w:rFonts w:ascii="Times New Roman" w:hAnsi="Times New Roman" w:cs="Times New Roman"/>
        </w:rPr>
        <w:t>новые слова согласно основным правилам чтения;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владеть </w:t>
      </w:r>
      <w:r w:rsidRPr="005C0E17">
        <w:rPr>
          <w:rFonts w:ascii="Times New Roman" w:hAnsi="Times New Roman" w:cs="Times New Roman"/>
          <w:b/>
          <w:bCs/>
        </w:rPr>
        <w:t>орфографическими </w:t>
      </w:r>
      <w:r w:rsidRPr="005C0E17">
        <w:rPr>
          <w:rFonts w:ascii="Times New Roman" w:hAnsi="Times New Roman" w:cs="Times New Roman"/>
        </w:rPr>
        <w:t>навыками: правильно </w:t>
      </w:r>
      <w:r w:rsidRPr="005C0E17">
        <w:rPr>
          <w:rFonts w:ascii="Times New Roman" w:hAnsi="Times New Roman" w:cs="Times New Roman"/>
          <w:i/>
          <w:iCs/>
        </w:rPr>
        <w:t>писать </w:t>
      </w:r>
      <w:r w:rsidRPr="005C0E17">
        <w:rPr>
          <w:rFonts w:ascii="Times New Roman" w:hAnsi="Times New Roman" w:cs="Times New Roman"/>
        </w:rPr>
        <w:t>изученные слова;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владеть </w:t>
      </w:r>
      <w:r w:rsidRPr="005C0E17">
        <w:rPr>
          <w:rFonts w:ascii="Times New Roman" w:hAnsi="Times New Roman" w:cs="Times New Roman"/>
          <w:b/>
          <w:bCs/>
        </w:rPr>
        <w:t>пунктуационными </w:t>
      </w:r>
      <w:r w:rsidRPr="005C0E17">
        <w:rPr>
          <w:rFonts w:ascii="Times New Roman" w:hAnsi="Times New Roman" w:cs="Times New Roman"/>
        </w:rPr>
        <w:t>навыками: </w:t>
      </w:r>
      <w:r w:rsidRPr="005C0E17">
        <w:rPr>
          <w:rFonts w:ascii="Times New Roman" w:hAnsi="Times New Roman" w:cs="Times New Roman"/>
          <w:i/>
          <w:iCs/>
        </w:rPr>
        <w:t>использовать </w:t>
      </w:r>
      <w:r w:rsidRPr="005C0E17">
        <w:rPr>
          <w:rFonts w:ascii="Times New Roman" w:hAnsi="Times New Roman" w:cs="Times New Roman"/>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5C0E17">
        <w:rPr>
          <w:rFonts w:ascii="Times New Roman" w:hAnsi="Times New Roman" w:cs="Times New Roman"/>
          <w:i/>
          <w:iCs/>
        </w:rPr>
        <w:t>оформлять </w:t>
      </w:r>
      <w:r w:rsidRPr="005C0E17">
        <w:rPr>
          <w:rFonts w:ascii="Times New Roman" w:hAnsi="Times New Roman" w:cs="Times New Roman"/>
        </w:rPr>
        <w:t>электронное сообщение личного характера;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3) </w:t>
      </w:r>
      <w:r w:rsidRPr="005C0E17">
        <w:rPr>
          <w:rFonts w:ascii="Times New Roman" w:hAnsi="Times New Roman" w:cs="Times New Roman"/>
          <w:i/>
          <w:iCs/>
        </w:rPr>
        <w:t>распознавать </w:t>
      </w:r>
      <w:r w:rsidRPr="005C0E17">
        <w:rPr>
          <w:rFonts w:ascii="Times New Roman" w:hAnsi="Times New Roman" w:cs="Times New Roman"/>
        </w:rPr>
        <w:t>в звучащем и письменном тексте 1250 лексических единиц (слов, словосочетаний, речевых клише) и правильно </w:t>
      </w:r>
      <w:r w:rsidRPr="005C0E17">
        <w:rPr>
          <w:rFonts w:ascii="Times New Roman" w:hAnsi="Times New Roman" w:cs="Times New Roman"/>
          <w:i/>
          <w:iCs/>
        </w:rPr>
        <w:t>употреблять </w:t>
      </w:r>
      <w:r w:rsidRPr="005C0E17">
        <w:rPr>
          <w:rFonts w:ascii="Times New Roman" w:hAnsi="Times New Roman" w:cs="Times New Roman"/>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изученные многозначные слова, синонимы, антонимы; наиболее частотные фразовые глаголы; сокращения  и  аббревиатуры;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и употреблять </w:t>
      </w:r>
      <w:r w:rsidRPr="005C0E17">
        <w:rPr>
          <w:rFonts w:ascii="Times New Roman" w:hAnsi="Times New Roman" w:cs="Times New Roman"/>
        </w:rPr>
        <w:t>в устной и письменной речи различные средства связи в тексте для обеспечения логичности и целостности высказывания;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4) </w:t>
      </w:r>
      <w:r w:rsidRPr="005C0E17">
        <w:rPr>
          <w:rFonts w:ascii="Times New Roman" w:hAnsi="Times New Roman" w:cs="Times New Roman"/>
          <w:i/>
          <w:iCs/>
        </w:rPr>
        <w:t>знать и понимать </w:t>
      </w:r>
      <w:r w:rsidRPr="005C0E17">
        <w:rPr>
          <w:rFonts w:ascii="Times New Roman" w:hAnsi="Times New Roman" w:cs="Times New Roman"/>
        </w:rPr>
        <w:t>особенности структуры простых и сложных предложений и различных коммуникативных типов предложений английского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распознавать </w:t>
      </w:r>
      <w:r w:rsidRPr="005C0E17">
        <w:rPr>
          <w:rFonts w:ascii="Times New Roman" w:hAnsi="Times New Roman" w:cs="Times New Roman"/>
        </w:rPr>
        <w:t>в письменном и звучащем тексте и </w:t>
      </w:r>
      <w:r w:rsidRPr="005C0E17">
        <w:rPr>
          <w:rFonts w:ascii="Times New Roman" w:hAnsi="Times New Roman" w:cs="Times New Roman"/>
          <w:i/>
          <w:iCs/>
        </w:rPr>
        <w:t>употреблять </w:t>
      </w:r>
      <w:r w:rsidRPr="005C0E17">
        <w:rPr>
          <w:rFonts w:ascii="Times New Roman" w:hAnsi="Times New Roman" w:cs="Times New Roman"/>
        </w:rPr>
        <w:t>в устной и письменной речи:</w:t>
      </w:r>
    </w:p>
    <w:p w:rsidR="00F44E79" w:rsidRPr="00621CC4" w:rsidRDefault="00F44E79" w:rsidP="00FB68C9">
      <w:pPr>
        <w:ind w:firstLine="227"/>
        <w:jc w:val="both"/>
        <w:rPr>
          <w:rFonts w:ascii="Times New Roman" w:hAnsi="Times New Roman" w:cs="Times New Roman"/>
          <w:lang w:val="en-US"/>
        </w:rPr>
      </w:pPr>
      <w:r w:rsidRPr="00621CC4">
        <w:rPr>
          <w:rFonts w:ascii="Times New Roman" w:hAnsi="Times New Roman" w:cs="Times New Roman"/>
          <w:lang w:val="en-US"/>
        </w:rPr>
        <w:t xml:space="preserve">- </w:t>
      </w:r>
      <w:r w:rsidRPr="005C0E17">
        <w:rPr>
          <w:rFonts w:ascii="Times New Roman" w:hAnsi="Times New Roman" w:cs="Times New Roman"/>
        </w:rPr>
        <w:t>предложения</w:t>
      </w:r>
      <w:r w:rsidRPr="00621CC4">
        <w:rPr>
          <w:rFonts w:ascii="Times New Roman" w:hAnsi="Times New Roman" w:cs="Times New Roman"/>
          <w:lang w:val="en-US"/>
        </w:rPr>
        <w:t xml:space="preserve"> </w:t>
      </w:r>
      <w:r w:rsidRPr="005C0E17">
        <w:rPr>
          <w:rFonts w:ascii="Times New Roman" w:hAnsi="Times New Roman" w:cs="Times New Roman"/>
        </w:rPr>
        <w:t>со</w:t>
      </w:r>
      <w:r w:rsidRPr="00621CC4">
        <w:rPr>
          <w:rFonts w:ascii="Times New Roman" w:hAnsi="Times New Roman" w:cs="Times New Roman"/>
          <w:lang w:val="en-US"/>
        </w:rPr>
        <w:t xml:space="preserve"> </w:t>
      </w:r>
      <w:r w:rsidRPr="005C0E17">
        <w:rPr>
          <w:rFonts w:ascii="Times New Roman" w:hAnsi="Times New Roman" w:cs="Times New Roman"/>
        </w:rPr>
        <w:t>сложным</w:t>
      </w:r>
      <w:r w:rsidRPr="00621CC4">
        <w:rPr>
          <w:rFonts w:ascii="Times New Roman" w:hAnsi="Times New Roman" w:cs="Times New Roman"/>
          <w:lang w:val="en-US"/>
        </w:rPr>
        <w:t xml:space="preserve"> </w:t>
      </w:r>
      <w:r w:rsidRPr="005C0E17">
        <w:rPr>
          <w:rFonts w:ascii="Times New Roman" w:hAnsi="Times New Roman" w:cs="Times New Roman"/>
        </w:rPr>
        <w:t>дополнением</w:t>
      </w:r>
      <w:r w:rsidRPr="00621CC4">
        <w:rPr>
          <w:rFonts w:ascii="Times New Roman" w:hAnsi="Times New Roman" w:cs="Times New Roman"/>
          <w:lang w:val="en-US"/>
        </w:rPr>
        <w:t xml:space="preserve"> (Complex Object) (I want to have my hair cut.);</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предложения с I wish;</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условные  предложения  нереального  характера  (Conditional II);</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конструкцию для выражения предпочтения I prefer …/I’d prefer …/I’d rather …;</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предложения с конструкцией either … or, neither … nor;</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формы страдательного залога Present Perfect Passive;</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 порядок следования имён прилагательных (nice long blond hair);</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5) </w:t>
      </w:r>
      <w:r w:rsidRPr="005C0E17">
        <w:rPr>
          <w:rFonts w:ascii="Times New Roman" w:hAnsi="Times New Roman" w:cs="Times New Roman"/>
          <w:i/>
          <w:iCs/>
        </w:rPr>
        <w:t>владеть </w:t>
      </w:r>
      <w:r w:rsidRPr="005C0E17">
        <w:rPr>
          <w:rFonts w:ascii="Times New Roman" w:hAnsi="Times New Roman" w:cs="Times New Roman"/>
        </w:rPr>
        <w:t>социокультурными знаниями и умениями: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знать/понимать и использовать </w:t>
      </w:r>
      <w:r w:rsidRPr="005C0E17">
        <w:rPr>
          <w:rFonts w:ascii="Times New Roman" w:hAnsi="Times New Roman" w:cs="Times New Roman"/>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выражать </w:t>
      </w:r>
      <w:r w:rsidRPr="005C0E17">
        <w:rPr>
          <w:rFonts w:ascii="Times New Roman" w:hAnsi="Times New Roman" w:cs="Times New Roman"/>
        </w:rPr>
        <w:t>модальные значения, чувства и эмоции;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иметь </w:t>
      </w:r>
      <w:r w:rsidRPr="005C0E17">
        <w:rPr>
          <w:rFonts w:ascii="Times New Roman" w:hAnsi="Times New Roman" w:cs="Times New Roman"/>
        </w:rPr>
        <w:t>элементарные представления о различных вариантах английского языка;</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i/>
          <w:iCs/>
        </w:rPr>
        <w:t>обладать </w:t>
      </w:r>
      <w:r w:rsidRPr="005C0E17">
        <w:rPr>
          <w:rFonts w:ascii="Times New Roman" w:hAnsi="Times New Roman" w:cs="Times New Roman"/>
        </w:rPr>
        <w:t>базовыми знаниями о социокультурном портрете и культурном наследии родной страны и страны/стран изучаемого языка; </w:t>
      </w:r>
      <w:r w:rsidRPr="005C0E17">
        <w:rPr>
          <w:rFonts w:ascii="Times New Roman" w:hAnsi="Times New Roman" w:cs="Times New Roman"/>
          <w:i/>
          <w:iCs/>
        </w:rPr>
        <w:t>уметь представлять </w:t>
      </w:r>
      <w:r w:rsidRPr="005C0E17">
        <w:rPr>
          <w:rFonts w:ascii="Times New Roman" w:hAnsi="Times New Roman" w:cs="Times New Roman"/>
        </w:rPr>
        <w:t>Россию и страну/страны изучаемого языка; </w:t>
      </w:r>
      <w:r w:rsidRPr="005C0E17">
        <w:rPr>
          <w:rFonts w:ascii="Times New Roman" w:hAnsi="Times New Roman" w:cs="Times New Roman"/>
          <w:i/>
          <w:iCs/>
        </w:rPr>
        <w:t>оказывать помощь </w:t>
      </w:r>
      <w:r w:rsidRPr="005C0E17">
        <w:rPr>
          <w:rFonts w:ascii="Times New Roman" w:hAnsi="Times New Roman" w:cs="Times New Roman"/>
        </w:rPr>
        <w:t>зарубежным гостям в ситуациях повседневного общения;</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6) </w:t>
      </w:r>
      <w:r w:rsidRPr="005C0E17">
        <w:rPr>
          <w:rFonts w:ascii="Times New Roman" w:hAnsi="Times New Roman" w:cs="Times New Roman"/>
          <w:i/>
          <w:iCs/>
        </w:rPr>
        <w:t>владеть </w:t>
      </w:r>
      <w:r w:rsidRPr="005C0E17">
        <w:rPr>
          <w:rFonts w:ascii="Times New Roman" w:hAnsi="Times New Roman" w:cs="Times New Roman"/>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7) </w:t>
      </w:r>
      <w:r w:rsidRPr="005C0E17">
        <w:rPr>
          <w:rFonts w:ascii="Times New Roman" w:hAnsi="Times New Roman" w:cs="Times New Roman"/>
          <w:i/>
          <w:iCs/>
        </w:rPr>
        <w:t>уметь рассматривать </w:t>
      </w:r>
      <w:r w:rsidRPr="005C0E17">
        <w:rPr>
          <w:rFonts w:ascii="Times New Roman" w:hAnsi="Times New Roman" w:cs="Times New Roman"/>
        </w:rPr>
        <w:t>несколько вариантов решения коммуникативной задачи в продуктивных видах речевой деятельности (говорении и письменной речи);</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8) </w:t>
      </w:r>
      <w:r w:rsidRPr="005C0E17">
        <w:rPr>
          <w:rFonts w:ascii="Times New Roman" w:hAnsi="Times New Roman" w:cs="Times New Roman"/>
          <w:i/>
          <w:iCs/>
        </w:rPr>
        <w:t>участвовать </w:t>
      </w:r>
      <w:r w:rsidRPr="005C0E17">
        <w:rPr>
          <w:rFonts w:ascii="Times New Roman" w:hAnsi="Times New Roman" w:cs="Times New Roman"/>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9) </w:t>
      </w:r>
      <w:r w:rsidRPr="005C0E17">
        <w:rPr>
          <w:rFonts w:ascii="Times New Roman" w:hAnsi="Times New Roman" w:cs="Times New Roman"/>
          <w:i/>
          <w:iCs/>
        </w:rPr>
        <w:t>использовать </w:t>
      </w:r>
      <w:r w:rsidRPr="005C0E17">
        <w:rPr>
          <w:rFonts w:ascii="Times New Roman" w:hAnsi="Times New Roman" w:cs="Times New Roman"/>
        </w:rPr>
        <w:t>иноязычные словари и справочники, в том числе информационно-справочные системы в электронной форме;</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10) </w:t>
      </w:r>
      <w:r w:rsidRPr="005C0E17">
        <w:rPr>
          <w:rFonts w:ascii="Times New Roman" w:hAnsi="Times New Roman" w:cs="Times New Roman"/>
          <w:i/>
          <w:iCs/>
        </w:rPr>
        <w:t>достигать взаимопонимания </w:t>
      </w:r>
      <w:r w:rsidRPr="005C0E17">
        <w:rPr>
          <w:rFonts w:ascii="Times New Roman" w:hAnsi="Times New Roman" w:cs="Times New Roman"/>
        </w:rPr>
        <w:t>в процессе устного и письменного общения с носителями иностранного языка, людьми другой культуры;</w:t>
      </w:r>
    </w:p>
    <w:p w:rsidR="00F44E79" w:rsidRPr="005C0E17" w:rsidRDefault="00F44E79" w:rsidP="00FB68C9">
      <w:pPr>
        <w:ind w:firstLine="227"/>
        <w:jc w:val="both"/>
        <w:rPr>
          <w:rFonts w:ascii="Times New Roman" w:hAnsi="Times New Roman" w:cs="Times New Roman"/>
        </w:rPr>
      </w:pPr>
      <w:r w:rsidRPr="005C0E17">
        <w:rPr>
          <w:rFonts w:ascii="Times New Roman" w:hAnsi="Times New Roman" w:cs="Times New Roman"/>
        </w:rPr>
        <w:t>11) </w:t>
      </w:r>
      <w:r w:rsidRPr="005C0E17">
        <w:rPr>
          <w:rFonts w:ascii="Times New Roman" w:hAnsi="Times New Roman" w:cs="Times New Roman"/>
          <w:i/>
          <w:iCs/>
        </w:rPr>
        <w:t>сравнивать </w:t>
      </w:r>
      <w:r w:rsidRPr="005C0E17">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5C0E17" w:rsidRDefault="00F44E79" w:rsidP="00FB68C9">
      <w:pPr>
        <w:jc w:val="both"/>
        <w:rPr>
          <w:rFonts w:ascii="Times New Roman" w:hAnsi="Times New Roman" w:cs="Times New Roman"/>
        </w:rPr>
        <w:sectPr w:rsidR="00F44E79" w:rsidRPr="005C0E17">
          <w:pgSz w:w="11900" w:h="16840"/>
          <w:pgMar w:top="286" w:right="728" w:bottom="1440" w:left="666" w:header="720" w:footer="720" w:gutter="0"/>
          <w:cols w:space="720" w:equalWidth="0">
            <w:col w:w="10506"/>
          </w:cols>
          <w:docGrid w:linePitch="360"/>
        </w:sectPr>
      </w:pPr>
    </w:p>
    <w:p w:rsidR="00F44E79" w:rsidRPr="005C0E17" w:rsidRDefault="00F44E79" w:rsidP="00FB68C9">
      <w:pPr>
        <w:autoSpaceDE w:val="0"/>
        <w:autoSpaceDN w:val="0"/>
        <w:spacing w:after="64" w:line="220" w:lineRule="exact"/>
        <w:jc w:val="both"/>
        <w:rPr>
          <w:rFonts w:ascii="Times New Roman" w:hAnsi="Times New Roman" w:cs="Times New Roman"/>
        </w:rPr>
      </w:pPr>
    </w:p>
    <w:p w:rsidR="00F44E79" w:rsidRPr="005C0E17" w:rsidRDefault="00F44E79" w:rsidP="00FB68C9">
      <w:pPr>
        <w:autoSpaceDE w:val="0"/>
        <w:autoSpaceDN w:val="0"/>
        <w:spacing w:after="258" w:line="233" w:lineRule="auto"/>
        <w:jc w:val="both"/>
        <w:rPr>
          <w:rFonts w:ascii="Times New Roman" w:hAnsi="Times New Roman" w:cs="Times New Roman"/>
        </w:rPr>
      </w:pPr>
      <w:r w:rsidRPr="005C0E17">
        <w:rPr>
          <w:rFonts w:ascii="Times New Roman" w:hAnsi="Times New Roman" w:cs="Times New Roman"/>
          <w:b/>
          <w:w w:val="101"/>
        </w:rPr>
        <w:t>ТЕМАТИЧЕСКОЕ ПЛАНИРОВАНИЕ 5 класс</w:t>
      </w:r>
    </w:p>
    <w:tbl>
      <w:tblPr>
        <w:tblW w:w="0" w:type="auto"/>
        <w:tblInd w:w="6" w:type="dxa"/>
        <w:tblLayout w:type="fixed"/>
        <w:tblLook w:val="00A0"/>
      </w:tblPr>
      <w:tblGrid>
        <w:gridCol w:w="468"/>
        <w:gridCol w:w="3926"/>
        <w:gridCol w:w="1275"/>
        <w:gridCol w:w="1276"/>
        <w:gridCol w:w="1418"/>
        <w:gridCol w:w="2268"/>
      </w:tblGrid>
      <w:tr w:rsidR="00F44E79" w:rsidRPr="005C0E17" w:rsidTr="00FB68C9">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45" w:lineRule="auto"/>
              <w:ind w:right="144"/>
              <w:jc w:val="both"/>
              <w:rPr>
                <w:rFonts w:ascii="Times New Roman" w:hAnsi="Times New Roman" w:cs="Times New Roman"/>
              </w:rPr>
            </w:pPr>
            <w:r w:rsidRPr="005C0E17">
              <w:rPr>
                <w:rFonts w:ascii="Times New Roman" w:hAnsi="Times New Roman" w:cs="Times New Roman"/>
                <w:b/>
                <w:w w:val="97"/>
              </w:rPr>
              <w:t>№</w:t>
            </w:r>
            <w:r w:rsidRPr="005C0E17">
              <w:rPr>
                <w:rFonts w:ascii="Times New Roman" w:hAnsi="Times New Roman" w:cs="Times New Roman"/>
              </w:rPr>
              <w:br/>
            </w:r>
            <w:r w:rsidRPr="005C0E17">
              <w:rPr>
                <w:rFonts w:ascii="Times New Roman" w:hAnsi="Times New Roman" w:cs="Times New Roman"/>
                <w:b/>
                <w:w w:val="97"/>
              </w:rPr>
              <w:t>п/п</w:t>
            </w:r>
          </w:p>
        </w:tc>
        <w:tc>
          <w:tcPr>
            <w:tcW w:w="39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b/>
                <w:w w:val="97"/>
              </w:rPr>
              <w:t>Наименование разделов и тем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b/>
                <w:w w:val="97"/>
              </w:rPr>
              <w:t>Количество часов</w:t>
            </w:r>
          </w:p>
        </w:tc>
        <w:tc>
          <w:tcPr>
            <w:tcW w:w="22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0" w:lineRule="auto"/>
              <w:ind w:left="72" w:right="432"/>
              <w:jc w:val="both"/>
              <w:rPr>
                <w:rFonts w:ascii="Times New Roman" w:hAnsi="Times New Roman" w:cs="Times New Roman"/>
              </w:rPr>
            </w:pPr>
            <w:r w:rsidRPr="005C0E17">
              <w:rPr>
                <w:rFonts w:ascii="Times New Roman" w:hAnsi="Times New Roman" w:cs="Times New Roman"/>
                <w:b/>
                <w:w w:val="97"/>
              </w:rPr>
              <w:t xml:space="preserve">Электронные </w:t>
            </w:r>
            <w:r w:rsidRPr="005C0E17">
              <w:rPr>
                <w:rFonts w:ascii="Times New Roman" w:hAnsi="Times New Roman" w:cs="Times New Roman"/>
              </w:rPr>
              <w:br/>
            </w:r>
            <w:r w:rsidRPr="005C0E17">
              <w:rPr>
                <w:rFonts w:ascii="Times New Roman" w:hAnsi="Times New Roman" w:cs="Times New Roman"/>
                <w:b/>
                <w:w w:val="97"/>
              </w:rPr>
              <w:t xml:space="preserve">(цифровые) </w:t>
            </w:r>
            <w:r w:rsidRPr="005C0E17">
              <w:rPr>
                <w:rFonts w:ascii="Times New Roman" w:hAnsi="Times New Roman" w:cs="Times New Roman"/>
              </w:rPr>
              <w:br/>
            </w:r>
            <w:r w:rsidRPr="005C0E17">
              <w:rPr>
                <w:rFonts w:ascii="Times New Roman" w:hAnsi="Times New Roman" w:cs="Times New Roman"/>
                <w:b/>
                <w:w w:val="97"/>
              </w:rPr>
              <w:t>образовательные ресурсы</w:t>
            </w:r>
          </w:p>
        </w:tc>
      </w:tr>
      <w:tr w:rsidR="00F44E79" w:rsidRPr="005C0E17" w:rsidTr="00FB68C9">
        <w:trPr>
          <w:trHeight w:hRule="exact" w:val="576"/>
        </w:trPr>
        <w:tc>
          <w:tcPr>
            <w:tcW w:w="468" w:type="dxa"/>
            <w:vMerge/>
            <w:tcBorders>
              <w:top w:val="single" w:sz="4" w:space="0" w:color="000000"/>
              <w:left w:val="single" w:sz="4" w:space="0" w:color="000000"/>
              <w:bottom w:val="single" w:sz="4" w:space="0" w:color="000000"/>
              <w:right w:val="single" w:sz="4" w:space="0" w:color="000000"/>
            </w:tcBorders>
          </w:tcPr>
          <w:p w:rsidR="00F44E79" w:rsidRPr="005C0E17" w:rsidRDefault="00F44E79" w:rsidP="00FB68C9">
            <w:pPr>
              <w:jc w:val="both"/>
              <w:rPr>
                <w:rFonts w:ascii="Times New Roman" w:hAnsi="Times New Roman" w:cs="Times New Roman"/>
              </w:rPr>
            </w:pPr>
          </w:p>
        </w:tc>
        <w:tc>
          <w:tcPr>
            <w:tcW w:w="3926" w:type="dxa"/>
            <w:vMerge/>
            <w:tcBorders>
              <w:top w:val="single" w:sz="4" w:space="0" w:color="000000"/>
              <w:left w:val="single" w:sz="4" w:space="0" w:color="000000"/>
              <w:bottom w:val="single" w:sz="4" w:space="0" w:color="000000"/>
              <w:right w:val="single" w:sz="4" w:space="0" w:color="000000"/>
            </w:tcBorders>
          </w:tcPr>
          <w:p w:rsidR="00F44E79" w:rsidRPr="005C0E17" w:rsidRDefault="00F44E79" w:rsidP="00FB68C9">
            <w:pPr>
              <w:jc w:val="both"/>
              <w:rPr>
                <w:rFonts w:ascii="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b/>
                <w:w w:val="97"/>
              </w:rPr>
              <w:t>всего</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45" w:lineRule="auto"/>
              <w:ind w:left="72"/>
              <w:jc w:val="both"/>
              <w:rPr>
                <w:rFonts w:ascii="Times New Roman" w:hAnsi="Times New Roman" w:cs="Times New Roman"/>
              </w:rPr>
            </w:pPr>
            <w:r w:rsidRPr="005C0E17">
              <w:rPr>
                <w:rFonts w:ascii="Times New Roman" w:hAnsi="Times New Roman" w:cs="Times New Roman"/>
                <w:b/>
                <w:w w:val="97"/>
              </w:rPr>
              <w:t>контрольные работы</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45" w:lineRule="auto"/>
              <w:ind w:left="72"/>
              <w:jc w:val="both"/>
              <w:rPr>
                <w:rFonts w:ascii="Times New Roman" w:hAnsi="Times New Roman" w:cs="Times New Roman"/>
              </w:rPr>
            </w:pPr>
            <w:r w:rsidRPr="005C0E17">
              <w:rPr>
                <w:rFonts w:ascii="Times New Roman" w:hAnsi="Times New Roman" w:cs="Times New Roman"/>
                <w:b/>
                <w:w w:val="97"/>
              </w:rPr>
              <w:t>практические работы</w:t>
            </w:r>
          </w:p>
        </w:tc>
        <w:tc>
          <w:tcPr>
            <w:tcW w:w="2268" w:type="dxa"/>
            <w:vMerge/>
            <w:tcBorders>
              <w:top w:val="single" w:sz="4" w:space="0" w:color="000000"/>
              <w:left w:val="single" w:sz="4" w:space="0" w:color="000000"/>
              <w:bottom w:val="single" w:sz="4" w:space="0" w:color="000000"/>
              <w:right w:val="single" w:sz="4" w:space="0" w:color="000000"/>
            </w:tcBorders>
          </w:tcPr>
          <w:p w:rsidR="00F44E79" w:rsidRPr="005C0E17" w:rsidRDefault="00F44E79" w:rsidP="00FB68C9">
            <w:pPr>
              <w:jc w:val="both"/>
              <w:rPr>
                <w:rFonts w:ascii="Times New Roman" w:hAnsi="Times New Roman" w:cs="Times New Roman"/>
              </w:rPr>
            </w:pPr>
          </w:p>
        </w:tc>
      </w:tr>
      <w:tr w:rsidR="00F44E79" w:rsidRPr="005C0E17" w:rsidTr="00FB68C9">
        <w:trPr>
          <w:trHeight w:hRule="exact" w:val="2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1.1.</w:t>
            </w:r>
          </w:p>
        </w:tc>
        <w:tc>
          <w:tcPr>
            <w:tcW w:w="392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54" w:lineRule="auto"/>
              <w:ind w:left="72" w:right="720"/>
              <w:jc w:val="both"/>
              <w:rPr>
                <w:rFonts w:ascii="Times New Roman" w:hAnsi="Times New Roman" w:cs="Times New Roman"/>
              </w:rPr>
            </w:pPr>
            <w:r w:rsidRPr="005C0E17">
              <w:rPr>
                <w:rFonts w:ascii="Times New Roman" w:hAnsi="Times New Roman" w:cs="Times New Roman"/>
                <w:w w:val="102"/>
              </w:rPr>
              <w:t>Школа, школьная жизнь, школьная форма, изучаемые предметы. Переписка с зарубежными сверстниками</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15</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2</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82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jc w:val="both"/>
              <w:rPr>
                <w:rFonts w:ascii="Times New Roman" w:hAnsi="Times New Roman" w:cs="Times New Roman"/>
              </w:rPr>
            </w:pPr>
            <w:r w:rsidRPr="005C0E17">
              <w:rPr>
                <w:rFonts w:ascii="Times New Roman" w:hAnsi="Times New Roman" w:cs="Times New Roman"/>
                <w:w w:val="97"/>
              </w:rPr>
              <w:t>1.2.</w:t>
            </w:r>
          </w:p>
        </w:tc>
        <w:tc>
          <w:tcPr>
            <w:tcW w:w="392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Досуг и увлечения/хобби современного подростка (чтение, кино, спорт)</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8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1.3.</w:t>
            </w:r>
          </w:p>
        </w:tc>
        <w:tc>
          <w:tcPr>
            <w:tcW w:w="392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Родной город/село. Транспорт</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9</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83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jc w:val="both"/>
              <w:rPr>
                <w:rFonts w:ascii="Times New Roman" w:hAnsi="Times New Roman" w:cs="Times New Roman"/>
              </w:rPr>
            </w:pPr>
            <w:r w:rsidRPr="005C0E17">
              <w:rPr>
                <w:rFonts w:ascii="Times New Roman" w:hAnsi="Times New Roman" w:cs="Times New Roman"/>
                <w:w w:val="97"/>
              </w:rPr>
              <w:t>1.4.</w:t>
            </w:r>
          </w:p>
        </w:tc>
        <w:tc>
          <w:tcPr>
            <w:tcW w:w="392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Моя семья. Мои друзья. Семейные праздники (день рождения, Новый год)</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9</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83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1.5.</w:t>
            </w:r>
          </w:p>
        </w:tc>
        <w:tc>
          <w:tcPr>
            <w:tcW w:w="392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Внешность и характер человека/литературного персонажа</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5</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bl>
    <w:p w:rsidR="00F44E79" w:rsidRPr="005C0E17" w:rsidRDefault="00F44E79" w:rsidP="00FB68C9">
      <w:pPr>
        <w:autoSpaceDE w:val="0"/>
        <w:autoSpaceDN w:val="0"/>
        <w:spacing w:line="14" w:lineRule="exact"/>
        <w:jc w:val="both"/>
        <w:rPr>
          <w:rFonts w:ascii="Times New Roman" w:hAnsi="Times New Roman" w:cs="Times New Roman"/>
        </w:rPr>
      </w:pPr>
    </w:p>
    <w:tbl>
      <w:tblPr>
        <w:tblW w:w="10631" w:type="dxa"/>
        <w:tblInd w:w="6" w:type="dxa"/>
        <w:tblLayout w:type="fixed"/>
        <w:tblLook w:val="00A0"/>
      </w:tblPr>
      <w:tblGrid>
        <w:gridCol w:w="341"/>
        <w:gridCol w:w="4053"/>
        <w:gridCol w:w="1275"/>
        <w:gridCol w:w="1276"/>
        <w:gridCol w:w="1418"/>
        <w:gridCol w:w="2268"/>
      </w:tblGrid>
      <w:tr w:rsidR="00F44E79" w:rsidRPr="005C0E17" w:rsidTr="00FB68C9">
        <w:trPr>
          <w:trHeight w:hRule="exact" w:val="2840"/>
        </w:trPr>
        <w:tc>
          <w:tcPr>
            <w:tcW w:w="341"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1.6.</w:t>
            </w:r>
          </w:p>
        </w:tc>
        <w:tc>
          <w:tcPr>
            <w:tcW w:w="405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Природа: дикие и домашние животные. Погода</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16</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852"/>
        </w:trPr>
        <w:tc>
          <w:tcPr>
            <w:tcW w:w="341"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0" w:lineRule="auto"/>
              <w:jc w:val="both"/>
              <w:rPr>
                <w:rFonts w:ascii="Times New Roman" w:hAnsi="Times New Roman" w:cs="Times New Roman"/>
              </w:rPr>
            </w:pPr>
            <w:r w:rsidRPr="005C0E17">
              <w:rPr>
                <w:rFonts w:ascii="Times New Roman" w:hAnsi="Times New Roman" w:cs="Times New Roman"/>
                <w:w w:val="97"/>
              </w:rPr>
              <w:t>1.7.</w:t>
            </w:r>
          </w:p>
        </w:tc>
        <w:tc>
          <w:tcPr>
            <w:tcW w:w="405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6" w:line="233" w:lineRule="auto"/>
              <w:ind w:left="72"/>
              <w:jc w:val="both"/>
              <w:rPr>
                <w:rFonts w:ascii="Times New Roman" w:hAnsi="Times New Roman" w:cs="Times New Roman"/>
              </w:rPr>
            </w:pPr>
            <w:r w:rsidRPr="005C0E17">
              <w:rPr>
                <w:rFonts w:ascii="Times New Roman" w:hAnsi="Times New Roman" w:cs="Times New Roman"/>
                <w:w w:val="102"/>
              </w:rPr>
              <w:t>Здоровый образ жизни: режим труда и отдыха. Здоровое питание</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0" w:lineRule="auto"/>
              <w:ind w:left="72"/>
              <w:jc w:val="both"/>
              <w:rPr>
                <w:rFonts w:ascii="Times New Roman" w:hAnsi="Times New Roman" w:cs="Times New Roman"/>
              </w:rPr>
            </w:pPr>
            <w:r w:rsidRPr="005C0E17">
              <w:rPr>
                <w:rFonts w:ascii="Times New Roman" w:hAnsi="Times New Roman" w:cs="Times New Roman"/>
                <w:w w:val="97"/>
              </w:rPr>
              <w:t>9</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858"/>
        </w:trPr>
        <w:tc>
          <w:tcPr>
            <w:tcW w:w="341"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1.8.</w:t>
            </w:r>
          </w:p>
        </w:tc>
        <w:tc>
          <w:tcPr>
            <w:tcW w:w="405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54" w:lineRule="auto"/>
              <w:ind w:left="72" w:right="432"/>
              <w:jc w:val="both"/>
              <w:rPr>
                <w:rFonts w:ascii="Times New Roman" w:hAnsi="Times New Roman" w:cs="Times New Roman"/>
              </w:rPr>
            </w:pPr>
            <w:r w:rsidRPr="005C0E17">
              <w:rPr>
                <w:rFonts w:ascii="Times New Roman" w:hAnsi="Times New Roman" w:cs="Times New Roman"/>
                <w:w w:val="102"/>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8</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867"/>
        </w:trPr>
        <w:tc>
          <w:tcPr>
            <w:tcW w:w="341"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1.9.</w:t>
            </w:r>
          </w:p>
        </w:tc>
        <w:tc>
          <w:tcPr>
            <w:tcW w:w="405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Покупки: одежда, обувь и продукты питания</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7</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2701"/>
        </w:trPr>
        <w:tc>
          <w:tcPr>
            <w:tcW w:w="341"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jc w:val="both"/>
              <w:rPr>
                <w:rFonts w:ascii="Times New Roman" w:hAnsi="Times New Roman" w:cs="Times New Roman"/>
              </w:rPr>
            </w:pPr>
            <w:r w:rsidRPr="005C0E17">
              <w:rPr>
                <w:rFonts w:ascii="Times New Roman" w:hAnsi="Times New Roman" w:cs="Times New Roman"/>
                <w:w w:val="97"/>
              </w:rPr>
              <w:t>1.10.</w:t>
            </w:r>
          </w:p>
        </w:tc>
        <w:tc>
          <w:tcPr>
            <w:tcW w:w="405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Каникулы в различное время года. Виды отдыха</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8</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3018"/>
        </w:trPr>
        <w:tc>
          <w:tcPr>
            <w:tcW w:w="341"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1.11.</w:t>
            </w:r>
          </w:p>
        </w:tc>
        <w:tc>
          <w:tcPr>
            <w:tcW w:w="405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Выдающиеся люди родной страны и страны/стран изучаемого языка: писатели, поэты</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6</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4" w:lineRule="auto"/>
              <w:ind w:left="72"/>
              <w:jc w:val="both"/>
              <w:rPr>
                <w:rFonts w:ascii="Times New Roman" w:hAnsi="Times New Roman" w:cs="Times New Roman"/>
              </w:rPr>
            </w:pPr>
            <w:r w:rsidRPr="005C0E17">
              <w:rPr>
                <w:rFonts w:ascii="Times New Roman" w:hAnsi="Times New Roman" w:cs="Times New Roman"/>
                <w:w w:val="97"/>
              </w:rPr>
              <w:t>http://school-</w:t>
            </w:r>
            <w:r w:rsidRPr="005C0E17">
              <w:rPr>
                <w:rFonts w:ascii="Times New Roman" w:hAnsi="Times New Roman" w:cs="Times New Roman"/>
              </w:rPr>
              <w:br/>
            </w:r>
            <w:r w:rsidRPr="005C0E17">
              <w:rPr>
                <w:rFonts w:ascii="Times New Roman" w:hAnsi="Times New Roman" w:cs="Times New Roman"/>
                <w:w w:val="97"/>
              </w:rPr>
              <w:t xml:space="preserve">collection.edu.ru/catalog/ https://resh.edu.ru/ </w:t>
            </w:r>
            <w:r w:rsidRPr="005C0E17">
              <w:rPr>
                <w:rFonts w:ascii="Times New Roman" w:hAnsi="Times New Roman" w:cs="Times New Roman"/>
              </w:rPr>
              <w:br/>
            </w:r>
            <w:r w:rsidRPr="005C0E17">
              <w:rPr>
                <w:rFonts w:ascii="Times New Roman" w:hAnsi="Times New Roman" w:cs="Times New Roman"/>
                <w:w w:val="97"/>
              </w:rPr>
              <w:t xml:space="preserve">https://skysmart.ru/ </w:t>
            </w:r>
            <w:r w:rsidRPr="005C0E17">
              <w:rPr>
                <w:rFonts w:ascii="Times New Roman" w:hAnsi="Times New Roman" w:cs="Times New Roman"/>
              </w:rPr>
              <w:br/>
            </w:r>
            <w:r w:rsidRPr="005C0E17">
              <w:rPr>
                <w:rFonts w:ascii="Times New Roman" w:hAnsi="Times New Roman" w:cs="Times New Roman"/>
                <w:w w:val="97"/>
              </w:rPr>
              <w:t xml:space="preserve">https://prosv.ru/ </w:t>
            </w:r>
            <w:r w:rsidRPr="005C0E17">
              <w:rPr>
                <w:rFonts w:ascii="Times New Roman" w:hAnsi="Times New Roman" w:cs="Times New Roman"/>
              </w:rPr>
              <w:br/>
            </w:r>
            <w:r w:rsidRPr="005C0E17">
              <w:rPr>
                <w:rFonts w:ascii="Times New Roman" w:hAnsi="Times New Roman" w:cs="Times New Roman"/>
                <w:w w:val="97"/>
              </w:rPr>
              <w:t xml:space="preserve">sdo.edu.orb.ru </w:t>
            </w:r>
            <w:r w:rsidRPr="005C0E17">
              <w:rPr>
                <w:rFonts w:ascii="Times New Roman" w:hAnsi="Times New Roman" w:cs="Times New Roman"/>
              </w:rPr>
              <w:br/>
            </w:r>
            <w:r w:rsidRPr="005C0E17">
              <w:rPr>
                <w:rFonts w:ascii="Times New Roman" w:hAnsi="Times New Roman" w:cs="Times New Roman"/>
                <w:w w:val="97"/>
              </w:rPr>
              <w:t xml:space="preserve">ЯКласс </w:t>
            </w:r>
            <w:r w:rsidRPr="005C0E17">
              <w:rPr>
                <w:rFonts w:ascii="Times New Roman" w:hAnsi="Times New Roman" w:cs="Times New Roman"/>
              </w:rPr>
              <w:br/>
            </w:r>
            <w:r w:rsidRPr="005C0E17">
              <w:rPr>
                <w:rFonts w:ascii="Times New Roman" w:hAnsi="Times New Roman" w:cs="Times New Roman"/>
                <w:w w:val="97"/>
              </w:rPr>
              <w:t>Учи.ру</w:t>
            </w:r>
          </w:p>
        </w:tc>
      </w:tr>
      <w:tr w:rsidR="00F44E79" w:rsidRPr="005C0E17" w:rsidTr="00FB68C9">
        <w:trPr>
          <w:trHeight w:hRule="exact" w:val="367"/>
        </w:trPr>
        <w:tc>
          <w:tcPr>
            <w:tcW w:w="43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ОБЩЕЕ КОЛИЧЕСТВО ЧАСОВ ПО ПРОГРАММЕ</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102</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5</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jc w:val="both"/>
              <w:rPr>
                <w:rFonts w:ascii="Times New Roman" w:hAnsi="Times New Roman" w:cs="Times New Roman"/>
              </w:rPr>
            </w:pPr>
          </w:p>
        </w:tc>
      </w:tr>
    </w:tbl>
    <w:p w:rsidR="00F44E79" w:rsidRPr="005C0E17" w:rsidRDefault="00F44E79" w:rsidP="00FB68C9">
      <w:pPr>
        <w:jc w:val="both"/>
        <w:rPr>
          <w:rFonts w:ascii="Times New Roman" w:hAnsi="Times New Roman" w:cs="Times New Roman"/>
        </w:rPr>
        <w:sectPr w:rsidR="00F44E79" w:rsidRPr="005C0E17" w:rsidSect="00FB68C9">
          <w:pgSz w:w="11900" w:h="16840" w:orient="landscape"/>
          <w:pgMar w:top="666" w:right="282" w:bottom="640" w:left="730" w:header="720" w:footer="720" w:gutter="0"/>
          <w:cols w:space="720" w:equalWidth="0">
            <w:col w:w="15982"/>
          </w:cols>
          <w:docGrid w:linePitch="360"/>
        </w:sectPr>
      </w:pPr>
    </w:p>
    <w:p w:rsidR="00F44E79" w:rsidRPr="005C0E17" w:rsidRDefault="00F44E79" w:rsidP="00FB68C9">
      <w:pPr>
        <w:autoSpaceDE w:val="0"/>
        <w:autoSpaceDN w:val="0"/>
        <w:spacing w:after="64" w:line="220" w:lineRule="exact"/>
        <w:jc w:val="both"/>
        <w:rPr>
          <w:rFonts w:ascii="Times New Roman" w:hAnsi="Times New Roman" w:cs="Times New Roman"/>
        </w:rPr>
      </w:pPr>
    </w:p>
    <w:p w:rsidR="00F44E79" w:rsidRPr="005C0E17" w:rsidRDefault="00F44E79" w:rsidP="00FB68C9">
      <w:pPr>
        <w:autoSpaceDE w:val="0"/>
        <w:autoSpaceDN w:val="0"/>
        <w:spacing w:after="258" w:line="233" w:lineRule="auto"/>
        <w:jc w:val="both"/>
        <w:rPr>
          <w:rFonts w:ascii="Times New Roman" w:hAnsi="Times New Roman" w:cs="Times New Roman"/>
        </w:rPr>
      </w:pPr>
      <w:r w:rsidRPr="005C0E17">
        <w:rPr>
          <w:rFonts w:ascii="Times New Roman" w:hAnsi="Times New Roman" w:cs="Times New Roman"/>
          <w:b/>
          <w:w w:val="101"/>
        </w:rPr>
        <w:t>ТЕМАТИЧЕСКОЕ ПЛАНИРОВАНИЕ 6 класс</w:t>
      </w:r>
    </w:p>
    <w:tbl>
      <w:tblPr>
        <w:tblW w:w="0" w:type="auto"/>
        <w:tblInd w:w="6" w:type="dxa"/>
        <w:tblLayout w:type="fixed"/>
        <w:tblLook w:val="00A0"/>
      </w:tblPr>
      <w:tblGrid>
        <w:gridCol w:w="340"/>
        <w:gridCol w:w="3048"/>
        <w:gridCol w:w="1004"/>
        <w:gridCol w:w="1254"/>
        <w:gridCol w:w="1507"/>
        <w:gridCol w:w="2510"/>
      </w:tblGrid>
      <w:tr w:rsidR="00F44E79" w:rsidRPr="005C0E17" w:rsidTr="00FB68C9">
        <w:trPr>
          <w:trHeight w:hRule="exact" w:val="319"/>
        </w:trPr>
        <w:tc>
          <w:tcPr>
            <w:tcW w:w="3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45" w:lineRule="auto"/>
              <w:jc w:val="both"/>
              <w:rPr>
                <w:rFonts w:ascii="Times New Roman" w:hAnsi="Times New Roman" w:cs="Times New Roman"/>
              </w:rPr>
            </w:pPr>
            <w:r w:rsidRPr="005C0E17">
              <w:rPr>
                <w:rFonts w:ascii="Times New Roman" w:hAnsi="Times New Roman" w:cs="Times New Roman"/>
                <w:b/>
                <w:w w:val="97"/>
              </w:rPr>
              <w:t>№</w:t>
            </w:r>
            <w:r w:rsidRPr="005C0E17">
              <w:rPr>
                <w:rFonts w:ascii="Times New Roman" w:hAnsi="Times New Roman" w:cs="Times New Roman"/>
              </w:rPr>
              <w:br/>
            </w:r>
            <w:r w:rsidRPr="005C0E17">
              <w:rPr>
                <w:rFonts w:ascii="Times New Roman" w:hAnsi="Times New Roman" w:cs="Times New Roman"/>
                <w:b/>
                <w:w w:val="97"/>
              </w:rPr>
              <w:t>п/п</w:t>
            </w:r>
          </w:p>
        </w:tc>
        <w:tc>
          <w:tcPr>
            <w:tcW w:w="30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b/>
                <w:w w:val="97"/>
              </w:rPr>
              <w:t>Наименование разделов и тем программы</w:t>
            </w:r>
          </w:p>
        </w:tc>
        <w:tc>
          <w:tcPr>
            <w:tcW w:w="376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b/>
                <w:w w:val="97"/>
              </w:rPr>
              <w:t>Количество часов</w:t>
            </w:r>
          </w:p>
        </w:tc>
        <w:tc>
          <w:tcPr>
            <w:tcW w:w="25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50" w:lineRule="auto"/>
              <w:ind w:left="72" w:right="288"/>
              <w:jc w:val="both"/>
              <w:rPr>
                <w:rFonts w:ascii="Times New Roman" w:hAnsi="Times New Roman" w:cs="Times New Roman"/>
              </w:rPr>
            </w:pPr>
            <w:r w:rsidRPr="005C0E17">
              <w:rPr>
                <w:rFonts w:ascii="Times New Roman" w:hAnsi="Times New Roman" w:cs="Times New Roman"/>
                <w:b/>
                <w:w w:val="97"/>
              </w:rPr>
              <w:t xml:space="preserve">Электронные </w:t>
            </w:r>
            <w:r w:rsidRPr="005C0E17">
              <w:rPr>
                <w:rFonts w:ascii="Times New Roman" w:hAnsi="Times New Roman" w:cs="Times New Roman"/>
              </w:rPr>
              <w:br/>
            </w:r>
            <w:r w:rsidRPr="005C0E17">
              <w:rPr>
                <w:rFonts w:ascii="Times New Roman" w:hAnsi="Times New Roman" w:cs="Times New Roman"/>
                <w:b/>
                <w:w w:val="97"/>
              </w:rPr>
              <w:t xml:space="preserve">(цифровые) </w:t>
            </w:r>
            <w:r w:rsidRPr="005C0E17">
              <w:rPr>
                <w:rFonts w:ascii="Times New Roman" w:hAnsi="Times New Roman" w:cs="Times New Roman"/>
              </w:rPr>
              <w:br/>
            </w:r>
            <w:r w:rsidRPr="005C0E17">
              <w:rPr>
                <w:rFonts w:ascii="Times New Roman" w:hAnsi="Times New Roman" w:cs="Times New Roman"/>
                <w:b/>
                <w:w w:val="97"/>
              </w:rPr>
              <w:t>образовательные ресурсы</w:t>
            </w:r>
          </w:p>
        </w:tc>
      </w:tr>
      <w:tr w:rsidR="00F44E79" w:rsidRPr="005C0E17" w:rsidTr="00FB68C9">
        <w:trPr>
          <w:trHeight w:hRule="exact" w:val="1065"/>
        </w:trPr>
        <w:tc>
          <w:tcPr>
            <w:tcW w:w="340" w:type="dxa"/>
            <w:vMerge/>
            <w:tcBorders>
              <w:top w:val="single" w:sz="4" w:space="0" w:color="000000"/>
              <w:left w:val="single" w:sz="4" w:space="0" w:color="000000"/>
              <w:bottom w:val="single" w:sz="4" w:space="0" w:color="000000"/>
              <w:right w:val="single" w:sz="4" w:space="0" w:color="000000"/>
            </w:tcBorders>
          </w:tcPr>
          <w:p w:rsidR="00F44E79" w:rsidRPr="005C0E17" w:rsidRDefault="00F44E79" w:rsidP="00FB68C9">
            <w:pPr>
              <w:jc w:val="both"/>
              <w:rPr>
                <w:rFonts w:ascii="Times New Roman" w:hAnsi="Times New Roman" w:cs="Times New Roman"/>
              </w:rPr>
            </w:pPr>
          </w:p>
        </w:tc>
        <w:tc>
          <w:tcPr>
            <w:tcW w:w="3048" w:type="dxa"/>
            <w:vMerge/>
            <w:tcBorders>
              <w:top w:val="single" w:sz="4" w:space="0" w:color="000000"/>
              <w:left w:val="single" w:sz="4" w:space="0" w:color="000000"/>
              <w:bottom w:val="single" w:sz="4" w:space="0" w:color="000000"/>
              <w:right w:val="single" w:sz="4" w:space="0" w:color="000000"/>
            </w:tcBorders>
          </w:tcPr>
          <w:p w:rsidR="00F44E79" w:rsidRPr="005C0E17" w:rsidRDefault="00F44E79" w:rsidP="00FB68C9">
            <w:pPr>
              <w:jc w:val="both"/>
              <w:rPr>
                <w:rFonts w:ascii="Times New Roman" w:hAnsi="Times New Roman" w:cs="Times New Roman"/>
              </w:rPr>
            </w:pPr>
          </w:p>
        </w:tc>
        <w:tc>
          <w:tcPr>
            <w:tcW w:w="100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b/>
                <w:w w:val="97"/>
              </w:rPr>
              <w:t>всего</w:t>
            </w:r>
          </w:p>
        </w:tc>
        <w:tc>
          <w:tcPr>
            <w:tcW w:w="125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45" w:lineRule="auto"/>
              <w:ind w:left="72"/>
              <w:jc w:val="both"/>
              <w:rPr>
                <w:rFonts w:ascii="Times New Roman" w:hAnsi="Times New Roman" w:cs="Times New Roman"/>
              </w:rPr>
            </w:pPr>
            <w:r w:rsidRPr="005C0E17">
              <w:rPr>
                <w:rFonts w:ascii="Times New Roman" w:hAnsi="Times New Roman" w:cs="Times New Roman"/>
                <w:b/>
                <w:w w:val="97"/>
              </w:rPr>
              <w:t>контрольные работы</w:t>
            </w:r>
          </w:p>
        </w:tc>
        <w:tc>
          <w:tcPr>
            <w:tcW w:w="150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45" w:lineRule="auto"/>
              <w:ind w:left="72"/>
              <w:jc w:val="both"/>
              <w:rPr>
                <w:rFonts w:ascii="Times New Roman" w:hAnsi="Times New Roman" w:cs="Times New Roman"/>
              </w:rPr>
            </w:pPr>
            <w:r w:rsidRPr="005C0E17">
              <w:rPr>
                <w:rFonts w:ascii="Times New Roman" w:hAnsi="Times New Roman" w:cs="Times New Roman"/>
                <w:b/>
                <w:w w:val="97"/>
              </w:rPr>
              <w:t>практические работы</w:t>
            </w:r>
          </w:p>
        </w:tc>
        <w:tc>
          <w:tcPr>
            <w:tcW w:w="2510" w:type="dxa"/>
            <w:vMerge/>
            <w:tcBorders>
              <w:top w:val="single" w:sz="4" w:space="0" w:color="000000"/>
              <w:left w:val="single" w:sz="4" w:space="0" w:color="000000"/>
              <w:bottom w:val="single" w:sz="4" w:space="0" w:color="000000"/>
              <w:right w:val="single" w:sz="4" w:space="0" w:color="000000"/>
            </w:tcBorders>
          </w:tcPr>
          <w:p w:rsidR="00F44E79" w:rsidRPr="005C0E17" w:rsidRDefault="00F44E79" w:rsidP="00FB68C9">
            <w:pPr>
              <w:jc w:val="both"/>
              <w:rPr>
                <w:rFonts w:ascii="Times New Roman" w:hAnsi="Times New Roman" w:cs="Times New Roman"/>
              </w:rPr>
            </w:pPr>
          </w:p>
        </w:tc>
      </w:tr>
      <w:tr w:rsidR="00F44E79" w:rsidRPr="004220CE" w:rsidTr="00FB68C9">
        <w:trPr>
          <w:trHeight w:hRule="exact" w:val="1910"/>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304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66" w:line="247" w:lineRule="auto"/>
              <w:ind w:left="72"/>
              <w:jc w:val="both"/>
              <w:rPr>
                <w:rFonts w:ascii="Times New Roman" w:hAnsi="Times New Roman" w:cs="Times New Roman"/>
              </w:rPr>
            </w:pPr>
            <w:r w:rsidRPr="005C0E17">
              <w:rPr>
                <w:rFonts w:ascii="Times New Roman" w:hAnsi="Times New Roman" w:cs="Times New Roman"/>
                <w:w w:val="97"/>
              </w:rPr>
              <w:t>Взаимоотношения в семье и с друзьями. Семейные праздники</w:t>
            </w:r>
          </w:p>
        </w:tc>
        <w:tc>
          <w:tcPr>
            <w:tcW w:w="100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w:t>
            </w:r>
          </w:p>
        </w:tc>
        <w:tc>
          <w:tcPr>
            <w:tcW w:w="125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2</w:t>
            </w:r>
          </w:p>
        </w:tc>
        <w:tc>
          <w:tcPr>
            <w:tcW w:w="150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51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50" w:lineRule="auto"/>
              <w:ind w:left="72" w:right="144"/>
              <w:jc w:val="both"/>
              <w:rPr>
                <w:rFonts w:ascii="Times New Roman" w:hAnsi="Times New Roman" w:cs="Times New Roman"/>
                <w:lang w:val="en-US"/>
              </w:rPr>
            </w:pPr>
            <w:r w:rsidRPr="00621CC4">
              <w:rPr>
                <w:rFonts w:ascii="Times New Roman" w:hAnsi="Times New Roman" w:cs="Times New Roman"/>
                <w:w w:val="97"/>
                <w:lang w:val="en-US"/>
              </w:rPr>
              <w:t xml:space="preserve">study-languages.com funenglishgames.com TestEdu.ru </w:t>
            </w:r>
            <w:r w:rsidRPr="00621CC4">
              <w:rPr>
                <w:rFonts w:ascii="Times New Roman" w:hAnsi="Times New Roman" w:cs="Times New Roman"/>
                <w:lang w:val="en-US"/>
              </w:rPr>
              <w:br/>
            </w:r>
            <w:r w:rsidRPr="00621CC4">
              <w:rPr>
                <w:rFonts w:ascii="Times New Roman" w:hAnsi="Times New Roman" w:cs="Times New Roman"/>
                <w:w w:val="97"/>
                <w:lang w:val="en-US"/>
              </w:rPr>
              <w:t>fluentenglish.ru</w:t>
            </w:r>
          </w:p>
        </w:tc>
      </w:tr>
      <w:tr w:rsidR="00F44E79" w:rsidRPr="004220CE" w:rsidTr="00FB68C9">
        <w:trPr>
          <w:trHeight w:hRule="exact" w:val="1555"/>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2.</w:t>
            </w:r>
          </w:p>
        </w:tc>
        <w:tc>
          <w:tcPr>
            <w:tcW w:w="304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66" w:line="252" w:lineRule="auto"/>
              <w:ind w:left="72" w:right="4464"/>
              <w:jc w:val="both"/>
              <w:rPr>
                <w:rFonts w:ascii="Times New Roman" w:hAnsi="Times New Roman" w:cs="Times New Roman"/>
              </w:rPr>
            </w:pPr>
            <w:r w:rsidRPr="005C0E17">
              <w:rPr>
                <w:rFonts w:ascii="Times New Roman" w:hAnsi="Times New Roman" w:cs="Times New Roman"/>
                <w:w w:val="97"/>
              </w:rPr>
              <w:t xml:space="preserve">Внешность и характер </w:t>
            </w:r>
            <w:r w:rsidRPr="005C0E17">
              <w:rPr>
                <w:rFonts w:ascii="Times New Roman" w:hAnsi="Times New Roman" w:cs="Times New Roman"/>
              </w:rPr>
              <w:br/>
            </w:r>
            <w:r w:rsidRPr="005C0E17">
              <w:rPr>
                <w:rFonts w:ascii="Times New Roman" w:hAnsi="Times New Roman" w:cs="Times New Roman"/>
                <w:w w:val="97"/>
              </w:rPr>
              <w:t>человека/литературного персонажа</w:t>
            </w:r>
          </w:p>
        </w:tc>
        <w:tc>
          <w:tcPr>
            <w:tcW w:w="100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7</w:t>
            </w:r>
          </w:p>
        </w:tc>
        <w:tc>
          <w:tcPr>
            <w:tcW w:w="125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50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51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50" w:lineRule="auto"/>
              <w:ind w:left="72" w:right="576"/>
              <w:jc w:val="both"/>
              <w:rPr>
                <w:rFonts w:ascii="Times New Roman" w:hAnsi="Times New Roman" w:cs="Times New Roman"/>
                <w:lang w:val="en-US"/>
              </w:rPr>
            </w:pPr>
            <w:r w:rsidRPr="005C0E17">
              <w:rPr>
                <w:rFonts w:ascii="Times New Roman" w:hAnsi="Times New Roman" w:cs="Times New Roman"/>
                <w:w w:val="97"/>
              </w:rPr>
              <w:t>РЭШ</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5C0E17">
              <w:rPr>
                <w:rFonts w:ascii="Times New Roman" w:hAnsi="Times New Roman" w:cs="Times New Roman"/>
                <w:w w:val="97"/>
              </w:rPr>
              <w:t>Презентации</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621CC4">
              <w:rPr>
                <w:rFonts w:ascii="Times New Roman" w:hAnsi="Times New Roman" w:cs="Times New Roman"/>
                <w:w w:val="97"/>
                <w:lang w:val="en-US"/>
              </w:rPr>
              <w:t xml:space="preserve">Youtube </w:t>
            </w:r>
            <w:r w:rsidRPr="00621CC4">
              <w:rPr>
                <w:rFonts w:ascii="Times New Roman" w:hAnsi="Times New Roman" w:cs="Times New Roman"/>
                <w:lang w:val="en-US"/>
              </w:rPr>
              <w:br/>
            </w:r>
            <w:r w:rsidRPr="00621CC4">
              <w:rPr>
                <w:rFonts w:ascii="Times New Roman" w:hAnsi="Times New Roman" w:cs="Times New Roman"/>
                <w:w w:val="97"/>
                <w:lang w:val="en-US"/>
              </w:rPr>
              <w:t>realenglish.com</w:t>
            </w:r>
          </w:p>
        </w:tc>
      </w:tr>
      <w:tr w:rsidR="00F44E79" w:rsidRPr="004220CE" w:rsidTr="00FB68C9">
        <w:trPr>
          <w:trHeight w:hRule="exact" w:val="2087"/>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3.</w:t>
            </w:r>
          </w:p>
        </w:tc>
        <w:tc>
          <w:tcPr>
            <w:tcW w:w="304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Досуг и увлечения/хобби современного подростка (чтение, кино, театр, спорт)</w:t>
            </w:r>
          </w:p>
        </w:tc>
        <w:tc>
          <w:tcPr>
            <w:tcW w:w="100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w:t>
            </w:r>
          </w:p>
        </w:tc>
        <w:tc>
          <w:tcPr>
            <w:tcW w:w="125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50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51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50" w:lineRule="auto"/>
              <w:ind w:left="72"/>
              <w:jc w:val="both"/>
              <w:rPr>
                <w:rFonts w:ascii="Times New Roman" w:hAnsi="Times New Roman" w:cs="Times New Roman"/>
                <w:lang w:val="en-US"/>
              </w:rPr>
            </w:pPr>
            <w:r w:rsidRPr="00621CC4">
              <w:rPr>
                <w:rFonts w:ascii="Times New Roman" w:hAnsi="Times New Roman" w:cs="Times New Roman"/>
                <w:w w:val="97"/>
                <w:lang w:val="en-US"/>
              </w:rPr>
              <w:t xml:space="preserve">TestEdu.ru </w:t>
            </w:r>
            <w:r w:rsidRPr="00621CC4">
              <w:rPr>
                <w:rFonts w:ascii="Times New Roman" w:hAnsi="Times New Roman" w:cs="Times New Roman"/>
                <w:lang w:val="en-US"/>
              </w:rPr>
              <w:br/>
            </w:r>
            <w:r w:rsidRPr="00621CC4">
              <w:rPr>
                <w:rFonts w:ascii="Times New Roman" w:hAnsi="Times New Roman" w:cs="Times New Roman"/>
                <w:w w:val="97"/>
                <w:lang w:val="en-US"/>
              </w:rPr>
              <w:t xml:space="preserve">fluentenglish.ru </w:t>
            </w:r>
            <w:r w:rsidRPr="00621CC4">
              <w:rPr>
                <w:rFonts w:ascii="Times New Roman" w:hAnsi="Times New Roman" w:cs="Times New Roman"/>
                <w:lang w:val="en-US"/>
              </w:rPr>
              <w:br/>
            </w:r>
            <w:r w:rsidRPr="00621CC4">
              <w:rPr>
                <w:rFonts w:ascii="Times New Roman" w:hAnsi="Times New Roman" w:cs="Times New Roman"/>
                <w:w w:val="97"/>
                <w:lang w:val="en-US"/>
              </w:rPr>
              <w:t>cambridgeenglish.org.ru listen-to-englsih.com</w:t>
            </w:r>
          </w:p>
        </w:tc>
      </w:tr>
      <w:tr w:rsidR="00F44E79" w:rsidRPr="004220CE" w:rsidTr="00FB68C9">
        <w:trPr>
          <w:trHeight w:hRule="exact" w:val="1362"/>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4.</w:t>
            </w:r>
          </w:p>
        </w:tc>
        <w:tc>
          <w:tcPr>
            <w:tcW w:w="304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Здоровый образ жизни: режим труда и отдыха, фитнес, сбалансированное питание</w:t>
            </w:r>
          </w:p>
        </w:tc>
        <w:tc>
          <w:tcPr>
            <w:tcW w:w="100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w:t>
            </w:r>
          </w:p>
        </w:tc>
        <w:tc>
          <w:tcPr>
            <w:tcW w:w="125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50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51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50" w:lineRule="auto"/>
              <w:ind w:left="72" w:right="576"/>
              <w:jc w:val="both"/>
              <w:rPr>
                <w:rFonts w:ascii="Times New Roman" w:hAnsi="Times New Roman" w:cs="Times New Roman"/>
                <w:lang w:val="en-US"/>
              </w:rPr>
            </w:pPr>
            <w:r w:rsidRPr="005C0E17">
              <w:rPr>
                <w:rFonts w:ascii="Times New Roman" w:hAnsi="Times New Roman" w:cs="Times New Roman"/>
                <w:w w:val="97"/>
              </w:rPr>
              <w:t>РЭШ</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5C0E17">
              <w:rPr>
                <w:rFonts w:ascii="Times New Roman" w:hAnsi="Times New Roman" w:cs="Times New Roman"/>
                <w:w w:val="97"/>
              </w:rPr>
              <w:t>Презентации</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621CC4">
              <w:rPr>
                <w:rFonts w:ascii="Times New Roman" w:hAnsi="Times New Roman" w:cs="Times New Roman"/>
                <w:w w:val="97"/>
                <w:lang w:val="en-US"/>
              </w:rPr>
              <w:t xml:space="preserve">Youtube </w:t>
            </w:r>
            <w:r w:rsidRPr="00621CC4">
              <w:rPr>
                <w:rFonts w:ascii="Times New Roman" w:hAnsi="Times New Roman" w:cs="Times New Roman"/>
                <w:lang w:val="en-US"/>
              </w:rPr>
              <w:br/>
            </w:r>
            <w:r w:rsidRPr="00621CC4">
              <w:rPr>
                <w:rFonts w:ascii="Times New Roman" w:hAnsi="Times New Roman" w:cs="Times New Roman"/>
                <w:w w:val="97"/>
                <w:lang w:val="en-US"/>
              </w:rPr>
              <w:t>realenglish.com</w:t>
            </w:r>
          </w:p>
        </w:tc>
      </w:tr>
    </w:tbl>
    <w:p w:rsidR="00F44E79" w:rsidRPr="00621CC4" w:rsidRDefault="00F44E79" w:rsidP="00FB68C9">
      <w:pPr>
        <w:autoSpaceDE w:val="0"/>
        <w:autoSpaceDN w:val="0"/>
        <w:spacing w:line="14" w:lineRule="exact"/>
        <w:jc w:val="both"/>
        <w:rPr>
          <w:rFonts w:ascii="Times New Roman" w:hAnsi="Times New Roman" w:cs="Times New Roman"/>
          <w:lang w:val="en-US"/>
        </w:rPr>
      </w:pPr>
    </w:p>
    <w:tbl>
      <w:tblPr>
        <w:tblW w:w="0" w:type="auto"/>
        <w:tblInd w:w="6" w:type="dxa"/>
        <w:tblLayout w:type="fixed"/>
        <w:tblLook w:val="00A0"/>
      </w:tblPr>
      <w:tblGrid>
        <w:gridCol w:w="325"/>
        <w:gridCol w:w="3076"/>
        <w:gridCol w:w="993"/>
        <w:gridCol w:w="1275"/>
        <w:gridCol w:w="1560"/>
        <w:gridCol w:w="2409"/>
      </w:tblGrid>
      <w:tr w:rsidR="00F44E79" w:rsidRPr="004220CE" w:rsidTr="00FB68C9">
        <w:trPr>
          <w:trHeight w:hRule="exact" w:val="2005"/>
        </w:trPr>
        <w:tc>
          <w:tcPr>
            <w:tcW w:w="32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5.</w:t>
            </w:r>
          </w:p>
        </w:tc>
        <w:tc>
          <w:tcPr>
            <w:tcW w:w="30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Покупки: одежда, обувь и продукты питания</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8</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50" w:lineRule="auto"/>
              <w:ind w:left="72" w:right="144"/>
              <w:jc w:val="both"/>
              <w:rPr>
                <w:rFonts w:ascii="Times New Roman" w:hAnsi="Times New Roman" w:cs="Times New Roman"/>
                <w:lang w:val="en-US"/>
              </w:rPr>
            </w:pPr>
            <w:r w:rsidRPr="00621CC4">
              <w:rPr>
                <w:rFonts w:ascii="Times New Roman" w:hAnsi="Times New Roman" w:cs="Times New Roman"/>
                <w:w w:val="97"/>
                <w:lang w:val="en-US"/>
              </w:rPr>
              <w:t xml:space="preserve">Youtube </w:t>
            </w:r>
            <w:r w:rsidRPr="00621CC4">
              <w:rPr>
                <w:rFonts w:ascii="Times New Roman" w:hAnsi="Times New Roman" w:cs="Times New Roman"/>
                <w:lang w:val="en-US"/>
              </w:rPr>
              <w:br/>
            </w:r>
            <w:r w:rsidRPr="00621CC4">
              <w:rPr>
                <w:rFonts w:ascii="Times New Roman" w:hAnsi="Times New Roman" w:cs="Times New Roman"/>
                <w:w w:val="97"/>
                <w:lang w:val="en-US"/>
              </w:rPr>
              <w:t xml:space="preserve">realenglish.com </w:t>
            </w:r>
            <w:r w:rsidRPr="00621CC4">
              <w:rPr>
                <w:rFonts w:ascii="Times New Roman" w:hAnsi="Times New Roman" w:cs="Times New Roman"/>
                <w:lang w:val="en-US"/>
              </w:rPr>
              <w:br/>
            </w:r>
            <w:r w:rsidRPr="00621CC4">
              <w:rPr>
                <w:rFonts w:ascii="Times New Roman" w:hAnsi="Times New Roman" w:cs="Times New Roman"/>
                <w:w w:val="97"/>
                <w:lang w:val="en-US"/>
              </w:rPr>
              <w:t>study-languages.com funenglishgames.com</w:t>
            </w:r>
          </w:p>
        </w:tc>
      </w:tr>
      <w:tr w:rsidR="00F44E79" w:rsidRPr="004220CE" w:rsidTr="00FB68C9">
        <w:trPr>
          <w:trHeight w:hRule="exact" w:val="1807"/>
        </w:trPr>
        <w:tc>
          <w:tcPr>
            <w:tcW w:w="32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6.</w:t>
            </w:r>
          </w:p>
        </w:tc>
        <w:tc>
          <w:tcPr>
            <w:tcW w:w="30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6" w:line="254" w:lineRule="auto"/>
              <w:ind w:left="72" w:right="288"/>
              <w:jc w:val="both"/>
              <w:rPr>
                <w:rFonts w:ascii="Times New Roman" w:hAnsi="Times New Roman" w:cs="Times New Roman"/>
              </w:rPr>
            </w:pPr>
            <w:r w:rsidRPr="005C0E17">
              <w:rPr>
                <w:rFonts w:ascii="Times New Roman" w:hAnsi="Times New Roman" w:cs="Times New Roman"/>
                <w:w w:val="102"/>
              </w:rPr>
              <w:t>Школа. Школьная жизнь, школьная форма,изучаемые предметы, любимый предмет, правила поведения в школе.Переписка с зарубежными сверстниками</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10</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0</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6" w:line="250" w:lineRule="auto"/>
              <w:ind w:left="72" w:right="144"/>
              <w:jc w:val="both"/>
              <w:rPr>
                <w:rFonts w:ascii="Times New Roman" w:hAnsi="Times New Roman" w:cs="Times New Roman"/>
                <w:lang w:val="en-US"/>
              </w:rPr>
            </w:pPr>
            <w:r w:rsidRPr="005C0E17">
              <w:rPr>
                <w:rFonts w:ascii="Times New Roman" w:hAnsi="Times New Roman" w:cs="Times New Roman"/>
                <w:w w:val="97"/>
              </w:rPr>
              <w:t>РЭШ</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5C0E17">
              <w:rPr>
                <w:rFonts w:ascii="Times New Roman" w:hAnsi="Times New Roman" w:cs="Times New Roman"/>
                <w:w w:val="97"/>
              </w:rPr>
              <w:t>Презентации</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621CC4">
              <w:rPr>
                <w:rFonts w:ascii="Times New Roman" w:hAnsi="Times New Roman" w:cs="Times New Roman"/>
                <w:w w:val="97"/>
                <w:lang w:val="en-US"/>
              </w:rPr>
              <w:t>listen-to-englsih.com study-languages.com</w:t>
            </w:r>
          </w:p>
        </w:tc>
      </w:tr>
      <w:tr w:rsidR="00F44E79" w:rsidRPr="004220CE" w:rsidTr="00FB68C9">
        <w:trPr>
          <w:trHeight w:hRule="exact" w:val="1441"/>
        </w:trPr>
        <w:tc>
          <w:tcPr>
            <w:tcW w:w="32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7.</w:t>
            </w:r>
          </w:p>
        </w:tc>
        <w:tc>
          <w:tcPr>
            <w:tcW w:w="30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Каникулы в различное время года. Виды отдыха</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50" w:lineRule="auto"/>
              <w:ind w:left="72" w:right="576"/>
              <w:jc w:val="both"/>
              <w:rPr>
                <w:rFonts w:ascii="Times New Roman" w:hAnsi="Times New Roman" w:cs="Times New Roman"/>
                <w:lang w:val="en-US"/>
              </w:rPr>
            </w:pPr>
            <w:r w:rsidRPr="005C0E17">
              <w:rPr>
                <w:rFonts w:ascii="Times New Roman" w:hAnsi="Times New Roman" w:cs="Times New Roman"/>
                <w:w w:val="97"/>
              </w:rPr>
              <w:t>РЭШ</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5C0E17">
              <w:rPr>
                <w:rFonts w:ascii="Times New Roman" w:hAnsi="Times New Roman" w:cs="Times New Roman"/>
                <w:w w:val="97"/>
              </w:rPr>
              <w:t>Презентации</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621CC4">
              <w:rPr>
                <w:rFonts w:ascii="Times New Roman" w:hAnsi="Times New Roman" w:cs="Times New Roman"/>
                <w:w w:val="97"/>
                <w:lang w:val="en-US"/>
              </w:rPr>
              <w:t xml:space="preserve">Youtube </w:t>
            </w:r>
            <w:r w:rsidRPr="00621CC4">
              <w:rPr>
                <w:rFonts w:ascii="Times New Roman" w:hAnsi="Times New Roman" w:cs="Times New Roman"/>
                <w:lang w:val="en-US"/>
              </w:rPr>
              <w:br/>
            </w:r>
            <w:r w:rsidRPr="00621CC4">
              <w:rPr>
                <w:rFonts w:ascii="Times New Roman" w:hAnsi="Times New Roman" w:cs="Times New Roman"/>
                <w:w w:val="97"/>
                <w:lang w:val="en-US"/>
              </w:rPr>
              <w:t>realenglish.com</w:t>
            </w:r>
          </w:p>
        </w:tc>
      </w:tr>
      <w:tr w:rsidR="00F44E79" w:rsidRPr="004220CE" w:rsidTr="00FB68C9">
        <w:trPr>
          <w:trHeight w:hRule="exact" w:val="2544"/>
        </w:trPr>
        <w:tc>
          <w:tcPr>
            <w:tcW w:w="32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8.</w:t>
            </w:r>
          </w:p>
        </w:tc>
        <w:tc>
          <w:tcPr>
            <w:tcW w:w="30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6" w:line="233" w:lineRule="auto"/>
              <w:ind w:left="72"/>
              <w:jc w:val="both"/>
              <w:rPr>
                <w:rFonts w:ascii="Times New Roman" w:hAnsi="Times New Roman" w:cs="Times New Roman"/>
              </w:rPr>
            </w:pPr>
            <w:r w:rsidRPr="005C0E17">
              <w:rPr>
                <w:rFonts w:ascii="Times New Roman" w:hAnsi="Times New Roman" w:cs="Times New Roman"/>
                <w:w w:val="102"/>
              </w:rPr>
              <w:t>Природа: дикие и домашние животные. Кдимат, погода</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7</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0</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6" w:line="250" w:lineRule="auto"/>
              <w:ind w:left="72" w:right="576"/>
              <w:jc w:val="both"/>
              <w:rPr>
                <w:rFonts w:ascii="Times New Roman" w:hAnsi="Times New Roman" w:cs="Times New Roman"/>
                <w:lang w:val="en-US"/>
              </w:rPr>
            </w:pPr>
            <w:r w:rsidRPr="005C0E17">
              <w:rPr>
                <w:rFonts w:ascii="Times New Roman" w:hAnsi="Times New Roman" w:cs="Times New Roman"/>
                <w:w w:val="97"/>
              </w:rPr>
              <w:t>РЭШ</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5C0E17">
              <w:rPr>
                <w:rFonts w:ascii="Times New Roman" w:hAnsi="Times New Roman" w:cs="Times New Roman"/>
                <w:w w:val="97"/>
              </w:rPr>
              <w:t>Презентации</w:t>
            </w:r>
            <w:r w:rsidRPr="00621CC4">
              <w:rPr>
                <w:rFonts w:ascii="Times New Roman" w:hAnsi="Times New Roman" w:cs="Times New Roman"/>
                <w:w w:val="97"/>
                <w:lang w:val="en-US"/>
              </w:rPr>
              <w:t xml:space="preserve"> </w:t>
            </w:r>
            <w:r w:rsidRPr="00621CC4">
              <w:rPr>
                <w:rFonts w:ascii="Times New Roman" w:hAnsi="Times New Roman" w:cs="Times New Roman"/>
                <w:lang w:val="en-US"/>
              </w:rPr>
              <w:br/>
            </w:r>
            <w:r w:rsidRPr="00621CC4">
              <w:rPr>
                <w:rFonts w:ascii="Times New Roman" w:hAnsi="Times New Roman" w:cs="Times New Roman"/>
                <w:w w:val="97"/>
                <w:lang w:val="en-US"/>
              </w:rPr>
              <w:t xml:space="preserve">Youtube </w:t>
            </w:r>
            <w:r w:rsidRPr="00621CC4">
              <w:rPr>
                <w:rFonts w:ascii="Times New Roman" w:hAnsi="Times New Roman" w:cs="Times New Roman"/>
                <w:lang w:val="en-US"/>
              </w:rPr>
              <w:br/>
            </w:r>
            <w:r w:rsidRPr="00621CC4">
              <w:rPr>
                <w:rFonts w:ascii="Times New Roman" w:hAnsi="Times New Roman" w:cs="Times New Roman"/>
                <w:w w:val="97"/>
                <w:lang w:val="en-US"/>
              </w:rPr>
              <w:t>realenglish.com</w:t>
            </w:r>
          </w:p>
        </w:tc>
      </w:tr>
      <w:tr w:rsidR="00F44E79" w:rsidRPr="004220CE" w:rsidTr="00FB68C9">
        <w:trPr>
          <w:trHeight w:hRule="exact" w:val="1421"/>
        </w:trPr>
        <w:tc>
          <w:tcPr>
            <w:tcW w:w="32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9.</w:t>
            </w:r>
          </w:p>
        </w:tc>
        <w:tc>
          <w:tcPr>
            <w:tcW w:w="3076"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33" w:lineRule="auto"/>
              <w:ind w:left="72"/>
              <w:jc w:val="both"/>
              <w:rPr>
                <w:rFonts w:ascii="Times New Roman" w:hAnsi="Times New Roman" w:cs="Times New Roman"/>
              </w:rPr>
            </w:pPr>
            <w:r w:rsidRPr="005C0E17">
              <w:rPr>
                <w:rFonts w:ascii="Times New Roman" w:hAnsi="Times New Roman" w:cs="Times New Roman"/>
                <w:w w:val="102"/>
              </w:rPr>
              <w:t>Жизнь в городе/сельской местности. Описание родного города/села. Транспорт</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0</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50" w:lineRule="auto"/>
              <w:ind w:left="72"/>
              <w:jc w:val="both"/>
              <w:rPr>
                <w:rFonts w:ascii="Times New Roman" w:hAnsi="Times New Roman" w:cs="Times New Roman"/>
                <w:lang w:val="en-US"/>
              </w:rPr>
            </w:pPr>
            <w:r w:rsidRPr="00621CC4">
              <w:rPr>
                <w:rFonts w:ascii="Times New Roman" w:hAnsi="Times New Roman" w:cs="Times New Roman"/>
                <w:w w:val="97"/>
                <w:lang w:val="en-US"/>
              </w:rPr>
              <w:t xml:space="preserve">TestEdu.ru </w:t>
            </w:r>
            <w:r w:rsidRPr="00621CC4">
              <w:rPr>
                <w:rFonts w:ascii="Times New Roman" w:hAnsi="Times New Roman" w:cs="Times New Roman"/>
                <w:lang w:val="en-US"/>
              </w:rPr>
              <w:br/>
            </w:r>
            <w:r w:rsidRPr="00621CC4">
              <w:rPr>
                <w:rFonts w:ascii="Times New Roman" w:hAnsi="Times New Roman" w:cs="Times New Roman"/>
                <w:w w:val="97"/>
                <w:lang w:val="en-US"/>
              </w:rPr>
              <w:t xml:space="preserve">fluentenglish.ru </w:t>
            </w:r>
            <w:r w:rsidRPr="00621CC4">
              <w:rPr>
                <w:rFonts w:ascii="Times New Roman" w:hAnsi="Times New Roman" w:cs="Times New Roman"/>
                <w:lang w:val="en-US"/>
              </w:rPr>
              <w:br/>
            </w:r>
            <w:r w:rsidRPr="00621CC4">
              <w:rPr>
                <w:rFonts w:ascii="Times New Roman" w:hAnsi="Times New Roman" w:cs="Times New Roman"/>
                <w:w w:val="97"/>
                <w:lang w:val="en-US"/>
              </w:rPr>
              <w:t>cambridgeenglish.org.ru listen-to-englsih.com</w:t>
            </w:r>
          </w:p>
        </w:tc>
      </w:tr>
    </w:tbl>
    <w:p w:rsidR="00F44E79" w:rsidRPr="00621CC4" w:rsidRDefault="00F44E79" w:rsidP="00FB68C9">
      <w:pPr>
        <w:autoSpaceDE w:val="0"/>
        <w:autoSpaceDN w:val="0"/>
        <w:spacing w:line="14" w:lineRule="exact"/>
        <w:jc w:val="both"/>
        <w:rPr>
          <w:rFonts w:ascii="Times New Roman" w:hAnsi="Times New Roman" w:cs="Times New Roman"/>
          <w:lang w:val="en-US"/>
        </w:rPr>
      </w:pPr>
    </w:p>
    <w:tbl>
      <w:tblPr>
        <w:tblW w:w="9639" w:type="dxa"/>
        <w:tblInd w:w="5" w:type="dxa"/>
        <w:tblLayout w:type="fixed"/>
        <w:tblLook w:val="00A0"/>
      </w:tblPr>
      <w:tblGrid>
        <w:gridCol w:w="358"/>
        <w:gridCol w:w="3044"/>
        <w:gridCol w:w="993"/>
        <w:gridCol w:w="1275"/>
        <w:gridCol w:w="1560"/>
        <w:gridCol w:w="2409"/>
      </w:tblGrid>
      <w:tr w:rsidR="00F44E79" w:rsidRPr="004220CE" w:rsidTr="00FB68C9">
        <w:trPr>
          <w:trHeight w:hRule="exact" w:val="3247"/>
        </w:trPr>
        <w:tc>
          <w:tcPr>
            <w:tcW w:w="35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jc w:val="both"/>
              <w:rPr>
                <w:rFonts w:ascii="Times New Roman" w:hAnsi="Times New Roman" w:cs="Times New Roman"/>
              </w:rPr>
            </w:pPr>
            <w:r w:rsidRPr="005C0E17">
              <w:rPr>
                <w:rFonts w:ascii="Times New Roman" w:hAnsi="Times New Roman" w:cs="Times New Roman"/>
                <w:w w:val="97"/>
              </w:rPr>
              <w:t>10.</w:t>
            </w:r>
          </w:p>
        </w:tc>
        <w:tc>
          <w:tcPr>
            <w:tcW w:w="304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88" w:line="262" w:lineRule="auto"/>
              <w:ind w:left="72" w:right="144"/>
              <w:jc w:val="both"/>
              <w:rPr>
                <w:rFonts w:ascii="Times New Roman" w:hAnsi="Times New Roman" w:cs="Times New Roman"/>
              </w:rPr>
            </w:pPr>
            <w:r w:rsidRPr="005C0E17">
              <w:rPr>
                <w:rFonts w:ascii="Times New Roman" w:hAnsi="Times New Roman" w:cs="Times New Roman"/>
                <w:w w:val="102"/>
              </w:rPr>
              <w:t>Родная страна и страна/страны изучаемого языка.Их географическое положение, столицы, население; официальные языки;достопримечательности; культурные особенности (национальные праздники, традиции, обычаи)</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8" w:line="247" w:lineRule="auto"/>
              <w:ind w:left="72" w:right="432"/>
              <w:jc w:val="both"/>
              <w:rPr>
                <w:rFonts w:ascii="Times New Roman" w:hAnsi="Times New Roman" w:cs="Times New Roman"/>
                <w:lang w:val="en-US"/>
              </w:rPr>
            </w:pPr>
            <w:r w:rsidRPr="00621CC4">
              <w:rPr>
                <w:rFonts w:ascii="Times New Roman" w:hAnsi="Times New Roman" w:cs="Times New Roman"/>
                <w:w w:val="97"/>
                <w:lang w:val="en-US"/>
              </w:rPr>
              <w:t xml:space="preserve">worldoftales.com rhymes.org.uk </w:t>
            </w:r>
            <w:r w:rsidRPr="00621CC4">
              <w:rPr>
                <w:rFonts w:ascii="Times New Roman" w:hAnsi="Times New Roman" w:cs="Times New Roman"/>
                <w:lang w:val="en-US"/>
              </w:rPr>
              <w:br/>
            </w:r>
            <w:r w:rsidRPr="00621CC4">
              <w:rPr>
                <w:rFonts w:ascii="Times New Roman" w:hAnsi="Times New Roman" w:cs="Times New Roman"/>
                <w:w w:val="97"/>
                <w:lang w:val="en-US"/>
              </w:rPr>
              <w:t>fairytales.com</w:t>
            </w:r>
          </w:p>
        </w:tc>
      </w:tr>
      <w:tr w:rsidR="00F44E79" w:rsidRPr="004220CE" w:rsidTr="00FB68C9">
        <w:trPr>
          <w:trHeight w:hRule="exact" w:val="2168"/>
        </w:trPr>
        <w:tc>
          <w:tcPr>
            <w:tcW w:w="358"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jc w:val="both"/>
              <w:rPr>
                <w:rFonts w:ascii="Times New Roman" w:hAnsi="Times New Roman" w:cs="Times New Roman"/>
              </w:rPr>
            </w:pPr>
            <w:r w:rsidRPr="005C0E17">
              <w:rPr>
                <w:rFonts w:ascii="Times New Roman" w:hAnsi="Times New Roman" w:cs="Times New Roman"/>
                <w:w w:val="97"/>
              </w:rPr>
              <w:t>11.</w:t>
            </w:r>
          </w:p>
        </w:tc>
        <w:tc>
          <w:tcPr>
            <w:tcW w:w="3044"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Выдающиеся люди родной страны и страны/стран изучаемого языка: учёные, писатели, поэты</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10</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0</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6" w:line="233" w:lineRule="auto"/>
              <w:ind w:left="72"/>
              <w:jc w:val="both"/>
              <w:rPr>
                <w:rFonts w:ascii="Times New Roman" w:hAnsi="Times New Roman" w:cs="Times New Roman"/>
              </w:rPr>
            </w:pPr>
            <w:r w:rsidRPr="005C0E17">
              <w:rPr>
                <w:rFonts w:ascii="Times New Roman" w:hAnsi="Times New Roman" w:cs="Times New Roman"/>
                <w:w w:val="97"/>
              </w:rPr>
              <w:t>1</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621CC4" w:rsidRDefault="00F44E79" w:rsidP="00FB68C9">
            <w:pPr>
              <w:autoSpaceDE w:val="0"/>
              <w:autoSpaceDN w:val="0"/>
              <w:spacing w:before="76" w:line="250" w:lineRule="auto"/>
              <w:ind w:left="72" w:right="432"/>
              <w:jc w:val="both"/>
              <w:rPr>
                <w:rFonts w:ascii="Times New Roman" w:hAnsi="Times New Roman" w:cs="Times New Roman"/>
                <w:lang w:val="en-US"/>
              </w:rPr>
            </w:pPr>
            <w:r w:rsidRPr="00621CC4">
              <w:rPr>
                <w:rFonts w:ascii="Times New Roman" w:hAnsi="Times New Roman" w:cs="Times New Roman"/>
                <w:w w:val="97"/>
                <w:lang w:val="en-US"/>
              </w:rPr>
              <w:t xml:space="preserve">real-english.com britishcouncil.org rhymes.org.uk </w:t>
            </w:r>
            <w:r w:rsidRPr="00621CC4">
              <w:rPr>
                <w:rFonts w:ascii="Times New Roman" w:hAnsi="Times New Roman" w:cs="Times New Roman"/>
                <w:lang w:val="en-US"/>
              </w:rPr>
              <w:br/>
            </w:r>
            <w:r w:rsidRPr="00621CC4">
              <w:rPr>
                <w:rFonts w:ascii="Times New Roman" w:hAnsi="Times New Roman" w:cs="Times New Roman"/>
                <w:w w:val="97"/>
                <w:lang w:val="en-US"/>
              </w:rPr>
              <w:t>youtube.ru</w:t>
            </w:r>
          </w:p>
        </w:tc>
      </w:tr>
      <w:tr w:rsidR="00F44E79" w:rsidRPr="005C0E17" w:rsidTr="00FB68C9">
        <w:trPr>
          <w:trHeight w:hRule="exact" w:val="313"/>
        </w:trPr>
        <w:tc>
          <w:tcPr>
            <w:tcW w:w="340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ОБЩЕЕ КОЛИЧЕСТВО ЧАСОВ ПО ПРОГРАММЕ</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102</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10</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autoSpaceDE w:val="0"/>
              <w:autoSpaceDN w:val="0"/>
              <w:spacing w:before="78" w:line="230" w:lineRule="auto"/>
              <w:ind w:left="72"/>
              <w:jc w:val="both"/>
              <w:rPr>
                <w:rFonts w:ascii="Times New Roman" w:hAnsi="Times New Roman" w:cs="Times New Roman"/>
              </w:rPr>
            </w:pPr>
            <w:r w:rsidRPr="005C0E17">
              <w:rPr>
                <w:rFonts w:ascii="Times New Roman" w:hAnsi="Times New Roman" w:cs="Times New Roman"/>
                <w:w w:val="97"/>
              </w:rPr>
              <w:t>3</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F44E79" w:rsidRPr="005C0E17" w:rsidRDefault="00F44E79" w:rsidP="00FB68C9">
            <w:pPr>
              <w:jc w:val="both"/>
              <w:rPr>
                <w:rFonts w:ascii="Times New Roman" w:hAnsi="Times New Roman" w:cs="Times New Roman"/>
              </w:rPr>
            </w:pPr>
          </w:p>
        </w:tc>
      </w:tr>
    </w:tbl>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ТЕМАТИЧЕСКОЕ ПЛАНИРОВАНИЕ  7 класс</w:t>
      </w:r>
    </w:p>
    <w:tbl>
      <w:tblPr>
        <w:tblW w:w="10580" w:type="dxa"/>
        <w:tblInd w:w="9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524"/>
        <w:gridCol w:w="3833"/>
        <w:gridCol w:w="1283"/>
        <w:gridCol w:w="2424"/>
        <w:gridCol w:w="2516"/>
      </w:tblGrid>
      <w:tr w:rsidR="00F44E79" w:rsidRPr="005C0E17" w:rsidTr="00FB68C9">
        <w:trPr>
          <w:trHeight w:val="359"/>
        </w:trPr>
        <w:tc>
          <w:tcPr>
            <w:tcW w:w="524" w:type="dxa"/>
            <w:vMerge w:val="restart"/>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w:t>
            </w:r>
            <w:r w:rsidRPr="005C0E17">
              <w:rPr>
                <w:rFonts w:ascii="Times New Roman" w:hAnsi="Times New Roman" w:cs="Times New Roman"/>
                <w:b/>
                <w:bCs/>
              </w:rPr>
              <w:br/>
              <w:t>п/п</w:t>
            </w:r>
          </w:p>
        </w:tc>
        <w:tc>
          <w:tcPr>
            <w:tcW w:w="383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Наименование разделов и тем программы</w:t>
            </w:r>
          </w:p>
        </w:tc>
        <w:tc>
          <w:tcPr>
            <w:tcW w:w="6223" w:type="dxa"/>
            <w:gridSpan w:val="3"/>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Количество часов</w:t>
            </w:r>
          </w:p>
        </w:tc>
      </w:tr>
      <w:tr w:rsidR="00F44E79" w:rsidRPr="005C0E17" w:rsidTr="00FB68C9">
        <w:trPr>
          <w:trHeight w:val="658"/>
        </w:trPr>
        <w:tc>
          <w:tcPr>
            <w:tcW w:w="524" w:type="dxa"/>
            <w:vMerge/>
            <w:tcBorders>
              <w:top w:val="single" w:sz="6" w:space="0" w:color="000000"/>
              <w:bottom w:val="single" w:sz="6" w:space="0" w:color="000000"/>
              <w:right w:val="single" w:sz="6" w:space="0" w:color="000000"/>
            </w:tcBorders>
            <w:vAlign w:val="center"/>
          </w:tcPr>
          <w:p w:rsidR="00F44E79" w:rsidRPr="005C0E17" w:rsidRDefault="00F44E79" w:rsidP="00FB68C9">
            <w:pPr>
              <w:jc w:val="both"/>
              <w:rPr>
                <w:rFonts w:ascii="Times New Roman" w:hAnsi="Times New Roman" w:cs="Times New Roman"/>
              </w:rPr>
            </w:pPr>
          </w:p>
        </w:tc>
        <w:tc>
          <w:tcPr>
            <w:tcW w:w="3833" w:type="dxa"/>
            <w:vMerge/>
            <w:tcBorders>
              <w:top w:val="single" w:sz="6" w:space="0" w:color="000000"/>
              <w:left w:val="single" w:sz="6" w:space="0" w:color="000000"/>
              <w:bottom w:val="single" w:sz="6" w:space="0" w:color="000000"/>
              <w:right w:val="single" w:sz="6" w:space="0" w:color="000000"/>
            </w:tcBorders>
            <w:vAlign w:val="center"/>
          </w:tcPr>
          <w:p w:rsidR="00F44E79" w:rsidRPr="005C0E17" w:rsidRDefault="00F44E79" w:rsidP="00FB68C9">
            <w:pPr>
              <w:jc w:val="both"/>
              <w:rPr>
                <w:rFonts w:ascii="Times New Roman" w:hAnsi="Times New Roman" w:cs="Times New Roman"/>
              </w:rPr>
            </w:pP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всего</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контрольные работы</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практические работы</w:t>
            </w:r>
          </w:p>
        </w:tc>
      </w:tr>
      <w:tr w:rsidR="00F44E79" w:rsidRPr="005C0E17" w:rsidTr="00FB68C9">
        <w:trPr>
          <w:trHeight w:val="40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Взаимоотношения в семье и с друзьями. </w:t>
            </w:r>
            <w:r w:rsidRPr="005C0E17">
              <w:rPr>
                <w:rFonts w:ascii="Times New Roman" w:hAnsi="Times New Roman" w:cs="Times New Roman"/>
                <w:spacing w:val="-1"/>
              </w:rPr>
              <w:t>Семейные празд</w:t>
            </w:r>
            <w:r w:rsidRPr="005C0E17">
              <w:rPr>
                <w:rFonts w:ascii="Times New Roman" w:hAnsi="Times New Roman" w:cs="Times New Roman"/>
              </w:rPr>
              <w:t>ники. </w:t>
            </w:r>
            <w:r w:rsidRPr="005C0E17">
              <w:rPr>
                <w:rFonts w:ascii="Times New Roman" w:hAnsi="Times New Roman" w:cs="Times New Roman"/>
                <w:spacing w:val="-1"/>
              </w:rPr>
              <w:t>Обязанности по</w:t>
            </w:r>
            <w:r w:rsidRPr="005C0E17">
              <w:rPr>
                <w:rFonts w:ascii="Times New Roman" w:hAnsi="Times New Roman" w:cs="Times New Roman"/>
              </w:rPr>
              <w:t> дому</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40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2.</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Внешность и характер</w:t>
            </w:r>
            <w:r w:rsidRPr="005C0E17">
              <w:rPr>
                <w:rFonts w:ascii="Times New Roman" w:hAnsi="Times New Roman" w:cs="Times New Roman"/>
              </w:rPr>
              <w:br/>
              <w:t>человека/литературного персонажа</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39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3.</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Досуг и увлечения/хобби современного подростка (чтение, кино, театр, музей, спорт, музыка)</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40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4.</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w:t>
            </w:r>
            <w:r w:rsidRPr="005C0E17">
              <w:rPr>
                <w:rFonts w:ascii="Times New Roman" w:hAnsi="Times New Roman" w:cs="Times New Roman"/>
                <w:spacing w:val="-1"/>
              </w:rPr>
              <w:t>Фитнес. </w:t>
            </w:r>
            <w:r w:rsidRPr="005C0E17">
              <w:rPr>
                <w:rFonts w:ascii="Times New Roman" w:hAnsi="Times New Roman" w:cs="Times New Roman"/>
              </w:rPr>
              <w:t>Сбалансированное питани</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29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5.</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spacing w:val="-2"/>
              </w:rPr>
              <w:t>Покупки: одежда,</w:t>
            </w:r>
            <w:r w:rsidRPr="005C0E17">
              <w:rPr>
                <w:rFonts w:ascii="Times New Roman" w:hAnsi="Times New Roman" w:cs="Times New Roman"/>
              </w:rPr>
              <w:t> обувь и продукты питания</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818"/>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6.</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spacing w:val="-1"/>
              </w:rPr>
              <w:t>Школа. </w:t>
            </w:r>
            <w:r w:rsidRPr="005C0E17">
              <w:rPr>
                <w:rFonts w:ascii="Times New Roman" w:hAnsi="Times New Roman" w:cs="Times New Roman"/>
              </w:rPr>
              <w:t>Школьная жизнь, </w:t>
            </w:r>
            <w:r w:rsidRPr="005C0E17">
              <w:rPr>
                <w:rFonts w:ascii="Times New Roman" w:hAnsi="Times New Roman" w:cs="Times New Roman"/>
                <w:spacing w:val="-2"/>
              </w:rPr>
              <w:t>школьная </w:t>
            </w:r>
            <w:r w:rsidRPr="005C0E17">
              <w:rPr>
                <w:rFonts w:ascii="Times New Roman" w:hAnsi="Times New Roman" w:cs="Times New Roman"/>
                <w:spacing w:val="-1"/>
              </w:rPr>
              <w:t>форма,</w:t>
            </w:r>
            <w:r w:rsidRPr="005C0E17">
              <w:rPr>
                <w:rFonts w:ascii="Times New Roman" w:hAnsi="Times New Roman" w:cs="Times New Roman"/>
              </w:rPr>
              <w:t> изучаемые предметы, любимый предмет, правила поведения в школе, посеще</w:t>
            </w:r>
            <w:r w:rsidRPr="005C0E17">
              <w:rPr>
                <w:rFonts w:ascii="Times New Roman" w:hAnsi="Times New Roman" w:cs="Times New Roman"/>
                <w:spacing w:val="-1"/>
              </w:rPr>
              <w:t>ние школьной</w:t>
            </w:r>
            <w:r w:rsidRPr="005C0E17">
              <w:rPr>
                <w:rFonts w:ascii="Times New Roman" w:hAnsi="Times New Roman" w:cs="Times New Roman"/>
              </w:rPr>
              <w:t> библиотеки/ресурсного центра. Переписка с зарубежными сверстниками</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40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7.</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Каникулы в различное время года. Виды отдыха. Путешествия по России и зарубежным странам</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29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8.</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Природа: дикие и домашние животные. Климат, погода</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40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9.</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Жизнь в городе и сельской местности. Описание родного города/села. Транспорт</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6</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40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10.</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Средства массовой информации. Телевидение.</w:t>
            </w:r>
            <w:r w:rsidRPr="005C0E17">
              <w:rPr>
                <w:rFonts w:ascii="Times New Roman" w:hAnsi="Times New Roman" w:cs="Times New Roman"/>
              </w:rPr>
              <w:br/>
              <w:t>Журналы. Интернет</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5</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818"/>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11.</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409"/>
        </w:trPr>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12.</w:t>
            </w:r>
          </w:p>
        </w:tc>
        <w:tc>
          <w:tcPr>
            <w:tcW w:w="383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Выдающиеся </w:t>
            </w:r>
            <w:r w:rsidRPr="005C0E17">
              <w:rPr>
                <w:rFonts w:ascii="Times New Roman" w:hAnsi="Times New Roman" w:cs="Times New Roman"/>
                <w:spacing w:val="-1"/>
              </w:rPr>
              <w:t>люди</w:t>
            </w:r>
            <w:r w:rsidRPr="005C0E17">
              <w:rPr>
                <w:rFonts w:ascii="Times New Roman" w:hAnsi="Times New Roman" w:cs="Times New Roman"/>
              </w:rPr>
              <w:t> </w:t>
            </w:r>
            <w:r w:rsidRPr="005C0E17">
              <w:rPr>
                <w:rFonts w:ascii="Times New Roman" w:hAnsi="Times New Roman" w:cs="Times New Roman"/>
                <w:spacing w:val="-1"/>
              </w:rPr>
              <w:t>родной</w:t>
            </w:r>
            <w:r w:rsidRPr="005C0E17">
              <w:rPr>
                <w:rFonts w:ascii="Times New Roman" w:hAnsi="Times New Roman" w:cs="Times New Roman"/>
              </w:rPr>
              <w:t> страны и страны/стран изучаемого языка: учёные, писатели, поэты, спортсмены</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rPr>
          <w:trHeight w:val="269"/>
        </w:trPr>
        <w:tc>
          <w:tcPr>
            <w:tcW w:w="4357"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ОБЩЕЕ КОЛИЧЕСТВО ЧАСОВ ПО ПРОГРАММЕ</w:t>
            </w:r>
          </w:p>
        </w:tc>
        <w:tc>
          <w:tcPr>
            <w:tcW w:w="13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102</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7</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0</w:t>
            </w:r>
          </w:p>
        </w:tc>
      </w:tr>
    </w:tbl>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ТЕМАТИЧЕСКОЕ ПЛАНИРОВАНИЕ 8 класс</w:t>
      </w:r>
    </w:p>
    <w:tbl>
      <w:tblPr>
        <w:tblW w:w="10490" w:type="dxa"/>
        <w:tblInd w:w="9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524"/>
        <w:gridCol w:w="5419"/>
        <w:gridCol w:w="1121"/>
        <w:gridCol w:w="1642"/>
        <w:gridCol w:w="1784"/>
      </w:tblGrid>
      <w:tr w:rsidR="00F44E79" w:rsidRPr="005C0E17" w:rsidTr="00FB68C9">
        <w:tc>
          <w:tcPr>
            <w:tcW w:w="524" w:type="dxa"/>
            <w:vMerge w:val="restart"/>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w:t>
            </w:r>
            <w:r w:rsidRPr="005C0E17">
              <w:rPr>
                <w:rFonts w:ascii="Times New Roman" w:hAnsi="Times New Roman" w:cs="Times New Roman"/>
                <w:b/>
                <w:bCs/>
              </w:rPr>
              <w:br/>
              <w:t>п/п</w:t>
            </w:r>
          </w:p>
        </w:tc>
        <w:tc>
          <w:tcPr>
            <w:tcW w:w="500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Наименование разделов и тем программы</w:t>
            </w:r>
          </w:p>
        </w:tc>
        <w:tc>
          <w:tcPr>
            <w:tcW w:w="4961" w:type="dxa"/>
            <w:gridSpan w:val="3"/>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Количество часов</w:t>
            </w:r>
          </w:p>
        </w:tc>
      </w:tr>
      <w:tr w:rsidR="00F44E79" w:rsidRPr="005C0E17" w:rsidTr="00FB68C9">
        <w:tc>
          <w:tcPr>
            <w:tcW w:w="524" w:type="dxa"/>
            <w:vMerge/>
            <w:tcBorders>
              <w:top w:val="single" w:sz="6" w:space="0" w:color="000000"/>
              <w:bottom w:val="single" w:sz="6" w:space="0" w:color="000000"/>
              <w:right w:val="single" w:sz="6" w:space="0" w:color="000000"/>
            </w:tcBorders>
            <w:vAlign w:val="center"/>
          </w:tcPr>
          <w:p w:rsidR="00F44E79" w:rsidRPr="005C0E17" w:rsidRDefault="00F44E79" w:rsidP="00FB68C9">
            <w:pPr>
              <w:jc w:val="both"/>
              <w:rPr>
                <w:rFonts w:ascii="Times New Roman" w:hAnsi="Times New Roman" w:cs="Times New Roman"/>
              </w:rPr>
            </w:pPr>
          </w:p>
        </w:tc>
        <w:tc>
          <w:tcPr>
            <w:tcW w:w="5005" w:type="dxa"/>
            <w:vMerge/>
            <w:tcBorders>
              <w:top w:val="single" w:sz="6" w:space="0" w:color="000000"/>
              <w:left w:val="single" w:sz="6" w:space="0" w:color="000000"/>
              <w:bottom w:val="single" w:sz="6" w:space="0" w:color="000000"/>
              <w:right w:val="single" w:sz="6" w:space="0" w:color="000000"/>
            </w:tcBorders>
            <w:vAlign w:val="center"/>
          </w:tcPr>
          <w:p w:rsidR="00F44E79" w:rsidRPr="005C0E17" w:rsidRDefault="00F44E79" w:rsidP="00FB68C9">
            <w:pPr>
              <w:jc w:val="both"/>
              <w:rPr>
                <w:rFonts w:ascii="Times New Roman" w:hAnsi="Times New Roman" w:cs="Times New Roman"/>
              </w:rPr>
            </w:pP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контрольные работы</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практические работы</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Взаимоотношения в семье и с друзьями</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2.</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Внешность и характер человека/литературного персонажа</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3.</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Досуг и увлечения/хобби современного подростка (чтение, кино, театр, музей, спорт, музыка)</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4.</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Фитнес. Сбалансированное питание. Посещение врача</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5.</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spacing w:val="-2"/>
              </w:rPr>
              <w:t>Покупки: одежда,</w:t>
            </w:r>
            <w:r w:rsidRPr="005C0E17">
              <w:rPr>
                <w:rFonts w:ascii="Times New Roman" w:hAnsi="Times New Roman" w:cs="Times New Roman"/>
              </w:rPr>
              <w:t> обувь и продукты питания. Карманные деньги</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6.</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Школа, школьная жизнь, школьная форма, изучаемые предметы и отношение к ним. Посещение </w:t>
            </w:r>
            <w:r w:rsidRPr="005C0E17">
              <w:rPr>
                <w:rFonts w:ascii="Times New Roman" w:hAnsi="Times New Roman" w:cs="Times New Roman"/>
                <w:spacing w:val="-1"/>
              </w:rPr>
              <w:t>школьной </w:t>
            </w:r>
            <w:r w:rsidRPr="005C0E17">
              <w:rPr>
                <w:rFonts w:ascii="Times New Roman" w:hAnsi="Times New Roman" w:cs="Times New Roman"/>
              </w:rPr>
              <w:t>библиотеки/ресурсного центра. Переписка с зарубежными сверстниками</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7.</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Виды отдыха в различное время года. Путешествия по России и зарубежным странам</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8.</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Природа: флора и фауна. Проблемы экологии. Климат, погода. Стихийные бедствия</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9.</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Условия проживания в городской/сельской местности. Транспорт</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10.</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Средства массовой информации. Телевидение. Радио. Пресса. Интернет</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11.</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24" w:type="dxa"/>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12.</w:t>
            </w:r>
          </w:p>
        </w:tc>
        <w:tc>
          <w:tcPr>
            <w:tcW w:w="500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Выдающиеся люди родной страны и страны/стран изучаемого языка: учёные, писатели, поэты, художники, музыканты, спортсмены</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552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ОБЩЕЕ КОЛИЧЕСТВО ЧАСОВ ПО ПРОГРАММЕ</w:t>
            </w:r>
          </w:p>
        </w:tc>
        <w:tc>
          <w:tcPr>
            <w:tcW w:w="14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102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6</w:t>
            </w:r>
          </w:p>
        </w:tc>
        <w:tc>
          <w:tcPr>
            <w:tcW w:w="1863" w:type="dxa"/>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0</w:t>
            </w:r>
          </w:p>
        </w:tc>
      </w:tr>
    </w:tbl>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Pr="005C0E17" w:rsidRDefault="00F44E79" w:rsidP="00FB68C9">
      <w:pPr>
        <w:pBdr>
          <w:bottom w:val="single" w:sz="6" w:space="5" w:color="000000"/>
        </w:pBdr>
        <w:spacing w:before="100" w:beforeAutospacing="1" w:after="240" w:line="240" w:lineRule="atLeast"/>
        <w:jc w:val="both"/>
        <w:outlineLvl w:val="0"/>
        <w:rPr>
          <w:rFonts w:ascii="Times New Roman" w:hAnsi="Times New Roman" w:cs="Times New Roman"/>
          <w:b/>
          <w:bCs/>
          <w:caps/>
          <w:kern w:val="36"/>
        </w:rPr>
      </w:pPr>
      <w:r w:rsidRPr="005C0E17">
        <w:rPr>
          <w:rFonts w:ascii="Times New Roman" w:hAnsi="Times New Roman" w:cs="Times New Roman"/>
          <w:b/>
          <w:bCs/>
          <w:caps/>
          <w:kern w:val="36"/>
        </w:rPr>
        <w:t>ТЕМАТИЧЕСКОЕ ПЛАНИРОВАНИЕ 9 класс</w:t>
      </w:r>
    </w:p>
    <w:tbl>
      <w:tblPr>
        <w:tblW w:w="9295" w:type="dxa"/>
        <w:tblInd w:w="52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524"/>
        <w:gridCol w:w="4643"/>
        <w:gridCol w:w="752"/>
        <w:gridCol w:w="1660"/>
        <w:gridCol w:w="1716"/>
      </w:tblGrid>
      <w:tr w:rsidR="00F44E79" w:rsidRPr="005C0E17" w:rsidTr="00FB68C9">
        <w:tc>
          <w:tcPr>
            <w:tcW w:w="0" w:type="auto"/>
            <w:vMerge w:val="restart"/>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w:t>
            </w:r>
            <w:r w:rsidRPr="005C0E17">
              <w:rPr>
                <w:rFonts w:ascii="Times New Roman" w:hAnsi="Times New Roman" w:cs="Times New Roman"/>
                <w:b/>
                <w:bCs/>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Наименование разделов и тем программы</w:t>
            </w:r>
          </w:p>
        </w:tc>
        <w:tc>
          <w:tcPr>
            <w:tcW w:w="0" w:type="auto"/>
            <w:gridSpan w:val="3"/>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Количество часов</w:t>
            </w:r>
          </w:p>
        </w:tc>
      </w:tr>
      <w:tr w:rsidR="00F44E79" w:rsidRPr="005C0E17" w:rsidTr="00FB68C9">
        <w:tc>
          <w:tcPr>
            <w:tcW w:w="0" w:type="auto"/>
            <w:vMerge/>
            <w:tcBorders>
              <w:top w:val="single" w:sz="6" w:space="0" w:color="000000"/>
              <w:bottom w:val="single" w:sz="6" w:space="0" w:color="000000"/>
              <w:right w:val="single" w:sz="6" w:space="0" w:color="000000"/>
            </w:tcBorders>
            <w:vAlign w:val="center"/>
          </w:tcPr>
          <w:p w:rsidR="00F44E79" w:rsidRPr="005C0E17" w:rsidRDefault="00F44E79" w:rsidP="00FB68C9">
            <w:pPr>
              <w:jc w:val="both"/>
              <w:rPr>
                <w:rFonts w:ascii="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F44E79" w:rsidRPr="005C0E17" w:rsidRDefault="00F44E79" w:rsidP="00FB68C9">
            <w:pPr>
              <w:jc w:val="both"/>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контрольные работы</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
                <w:bCs/>
              </w:rPr>
              <w:t>практические работы</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Взаимоотношения </w:t>
            </w:r>
            <w:r w:rsidRPr="005C0E17">
              <w:rPr>
                <w:rFonts w:ascii="Times New Roman" w:hAnsi="Times New Roman" w:cs="Times New Roman"/>
                <w:spacing w:val="-1"/>
              </w:rPr>
              <w:t>в</w:t>
            </w:r>
            <w:r w:rsidRPr="005C0E17">
              <w:rPr>
                <w:rFonts w:ascii="Times New Roman" w:hAnsi="Times New Roman" w:cs="Times New Roman"/>
              </w:rPr>
              <w:t> </w:t>
            </w:r>
            <w:r w:rsidRPr="005C0E17">
              <w:rPr>
                <w:rFonts w:ascii="Times New Roman" w:hAnsi="Times New Roman" w:cs="Times New Roman"/>
                <w:spacing w:val="-1"/>
              </w:rPr>
              <w:t>семье</w:t>
            </w:r>
            <w:r w:rsidRPr="005C0E17">
              <w:rPr>
                <w:rFonts w:ascii="Times New Roman" w:hAnsi="Times New Roman" w:cs="Times New Roman"/>
              </w:rPr>
              <w:t> и с друзьями. Конфликты </w:t>
            </w:r>
            <w:r w:rsidRPr="005C0E17">
              <w:rPr>
                <w:rFonts w:ascii="Times New Roman" w:hAnsi="Times New Roman" w:cs="Times New Roman"/>
                <w:spacing w:val="-3"/>
              </w:rPr>
              <w:t>и</w:t>
            </w:r>
            <w:r w:rsidRPr="005C0E17">
              <w:rPr>
                <w:rFonts w:ascii="Times New Roman" w:hAnsi="Times New Roman" w:cs="Times New Roman"/>
              </w:rPr>
              <w:t> </w:t>
            </w:r>
            <w:r w:rsidRPr="005C0E17">
              <w:rPr>
                <w:rFonts w:ascii="Times New Roman" w:hAnsi="Times New Roman" w:cs="Times New Roman"/>
                <w:spacing w:val="-3"/>
              </w:rPr>
              <w:t>их</w:t>
            </w:r>
            <w:r w:rsidRPr="005C0E17">
              <w:rPr>
                <w:rFonts w:ascii="Times New Roman" w:hAnsi="Times New Roman" w:cs="Times New Roman"/>
              </w:rPr>
              <w:t> </w:t>
            </w:r>
            <w:r w:rsidRPr="005C0E17">
              <w:rPr>
                <w:rFonts w:ascii="Times New Roman" w:hAnsi="Times New Roman" w:cs="Times New Roman"/>
                <w:spacing w:val="-3"/>
              </w:rPr>
              <w:t>решения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Внешность и характер человека/литературного персонажа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Досуг и увлечения/хобби современного подростка (чтение, кино, театр, музыка, музей, спорт, живопись; компьютерные </w:t>
            </w:r>
            <w:r w:rsidRPr="005C0E17">
              <w:rPr>
                <w:rFonts w:ascii="Times New Roman" w:hAnsi="Times New Roman" w:cs="Times New Roman"/>
                <w:spacing w:val="-1"/>
              </w:rPr>
              <w:t>игры).</w:t>
            </w:r>
            <w:r w:rsidRPr="005C0E17">
              <w:rPr>
                <w:rFonts w:ascii="Times New Roman" w:hAnsi="Times New Roman" w:cs="Times New Roman"/>
              </w:rPr>
              <w:t> </w:t>
            </w:r>
            <w:r w:rsidRPr="005C0E17">
              <w:rPr>
                <w:rFonts w:ascii="Times New Roman" w:hAnsi="Times New Roman" w:cs="Times New Roman"/>
                <w:spacing w:val="-1"/>
              </w:rPr>
              <w:t>Роль</w:t>
            </w:r>
            <w:r w:rsidRPr="005C0E17">
              <w:rPr>
                <w:rFonts w:ascii="Times New Roman" w:hAnsi="Times New Roman" w:cs="Times New Roman"/>
              </w:rPr>
              <w:t> </w:t>
            </w:r>
            <w:r w:rsidRPr="005C0E17">
              <w:rPr>
                <w:rFonts w:ascii="Times New Roman" w:hAnsi="Times New Roman" w:cs="Times New Roman"/>
                <w:spacing w:val="-1"/>
              </w:rPr>
              <w:t>книги </w:t>
            </w:r>
            <w:r w:rsidRPr="005C0E17">
              <w:rPr>
                <w:rFonts w:ascii="Times New Roman" w:hAnsi="Times New Roman" w:cs="Times New Roman"/>
              </w:rPr>
              <w:t>в жизни подростка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Здоровый образ жизни. Режим труда и отдыха. </w:t>
            </w:r>
            <w:r w:rsidRPr="005C0E17">
              <w:rPr>
                <w:rFonts w:ascii="Times New Roman" w:hAnsi="Times New Roman" w:cs="Times New Roman"/>
                <w:spacing w:val="-1"/>
              </w:rPr>
              <w:t>Фитнес. </w:t>
            </w:r>
            <w:r w:rsidRPr="005C0E17">
              <w:rPr>
                <w:rFonts w:ascii="Times New Roman" w:hAnsi="Times New Roman" w:cs="Times New Roman"/>
              </w:rPr>
              <w:t>Сбалансированное питание. Посещение врача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spacing w:val="-2"/>
              </w:rPr>
              <w:t>Покупки: одежда,</w:t>
            </w:r>
            <w:r w:rsidRPr="005C0E17">
              <w:rPr>
                <w:rFonts w:ascii="Times New Roman" w:hAnsi="Times New Roman" w:cs="Times New Roman"/>
              </w:rPr>
              <w:t> обувь и продукты питания. Карманные деньги. Молодёжная мода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Школа, школьная </w:t>
            </w:r>
            <w:r w:rsidRPr="005C0E17">
              <w:rPr>
                <w:rFonts w:ascii="Times New Roman" w:hAnsi="Times New Roman" w:cs="Times New Roman"/>
                <w:spacing w:val="-2"/>
              </w:rPr>
              <w:t>жизнь, </w:t>
            </w:r>
            <w:r w:rsidRPr="005C0E17">
              <w:rPr>
                <w:rFonts w:ascii="Times New Roman" w:hAnsi="Times New Roman" w:cs="Times New Roman"/>
                <w:spacing w:val="-1"/>
              </w:rPr>
              <w:t>изучаемые</w:t>
            </w:r>
            <w:r w:rsidRPr="005C0E17">
              <w:rPr>
                <w:rFonts w:ascii="Times New Roman" w:hAnsi="Times New Roman" w:cs="Times New Roman"/>
              </w:rPr>
              <w:t> предметы и отношение к ним. Взаимоотношения в школе, проблемы и их решение. Переписка с зарубежными сверстниками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Виды отдыха в различное время года. Путешествия по России и зарубежным странам. Транспорт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Природа: флора и фауна. Проблемы экологии. Защита окружающей среды. Климат, погода. Стихийные бедствия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Средства массовой информации. Телевидение.</w:t>
            </w:r>
            <w:r w:rsidRPr="005C0E17">
              <w:rPr>
                <w:rFonts w:ascii="Times New Roman" w:hAnsi="Times New Roman" w:cs="Times New Roman"/>
              </w:rPr>
              <w:br/>
              <w:t>Радио. Пресса. Интернет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Родная страна и страна/страны изучаемого языка. Их географическое положение, столицы и крупные города; население; официальные языки. Достопримечательности, культурные особенности (национальные праздники, знаменателные даты, традиции, обычаи); страницы истории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Выдающиеся люди родной страны и страны/стран изучаемого языка, их квлад в науку и мировую культуру: государственные деятели, учёные, писатели, поэты, художники, музыканты, спортсмены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bdr w:val="dashed" w:sz="6" w:space="0" w:color="FF0000" w:frame="1"/>
                <w:shd w:val="clear" w:color="auto" w:fill="F7FDF7"/>
              </w:rPr>
              <w:t>0</w:t>
            </w:r>
          </w:p>
        </w:tc>
      </w:tr>
      <w:tr w:rsidR="00F44E79" w:rsidRPr="005C0E17" w:rsidTr="00FB68C9">
        <w:tc>
          <w:tcPr>
            <w:tcW w:w="0" w:type="auto"/>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102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7</w:t>
            </w:r>
          </w:p>
        </w:tc>
        <w:tc>
          <w:tcPr>
            <w:tcW w:w="0" w:type="auto"/>
            <w:tcBorders>
              <w:top w:val="single" w:sz="6" w:space="0" w:color="000000"/>
              <w:left w:val="single" w:sz="6" w:space="0" w:color="000000"/>
              <w:bottom w:val="single" w:sz="6" w:space="0" w:color="000000"/>
            </w:tcBorders>
            <w:tcMar>
              <w:top w:w="90" w:type="dxa"/>
              <w:left w:w="90" w:type="dxa"/>
              <w:bottom w:w="90" w:type="dxa"/>
              <w:right w:w="90" w:type="dxa"/>
            </w:tcMar>
          </w:tcPr>
          <w:p w:rsidR="00F44E79" w:rsidRPr="005C0E17" w:rsidRDefault="00F44E79" w:rsidP="00FB68C9">
            <w:pPr>
              <w:jc w:val="both"/>
              <w:rPr>
                <w:rFonts w:ascii="Times New Roman" w:hAnsi="Times New Roman" w:cs="Times New Roman"/>
              </w:rPr>
            </w:pPr>
            <w:r w:rsidRPr="005C0E17">
              <w:rPr>
                <w:rFonts w:ascii="Times New Roman" w:hAnsi="Times New Roman" w:cs="Times New Roman"/>
              </w:rPr>
              <w:t>0</w:t>
            </w:r>
          </w:p>
        </w:tc>
      </w:tr>
    </w:tbl>
    <w:p w:rsidR="00F44E79" w:rsidRPr="005C0E17" w:rsidRDefault="00F44E79" w:rsidP="00FB68C9">
      <w:pPr>
        <w:autoSpaceDE w:val="0"/>
        <w:autoSpaceDN w:val="0"/>
        <w:spacing w:after="66" w:line="220" w:lineRule="exact"/>
        <w:jc w:val="both"/>
        <w:rPr>
          <w:rFonts w:ascii="Times New Roman" w:hAnsi="Times New Roman" w:cs="Times New Roman"/>
        </w:rPr>
      </w:pPr>
    </w:p>
    <w:p w:rsidR="00F44E79" w:rsidRDefault="00F44E79" w:rsidP="00525EF3">
      <w:pPr>
        <w:pStyle w:val="31"/>
        <w:pBdr>
          <w:bottom w:val="single" w:sz="4" w:space="0" w:color="auto"/>
        </w:pBdr>
        <w:tabs>
          <w:tab w:val="left" w:pos="639"/>
        </w:tabs>
        <w:spacing w:after="680" w:line="240" w:lineRule="auto"/>
        <w:jc w:val="both"/>
        <w:rPr>
          <w:rStyle w:val="BodyTextChar1"/>
          <w:rFonts w:ascii="Times New Roman" w:hAnsi="Times New Roman"/>
          <w:b w:val="0"/>
          <w:sz w:val="24"/>
          <w:szCs w:val="24"/>
        </w:rPr>
      </w:pPr>
    </w:p>
    <w:p w:rsidR="00F44E79" w:rsidRDefault="00F44E79" w:rsidP="00525EF3">
      <w:pPr>
        <w:pStyle w:val="31"/>
        <w:pBdr>
          <w:bottom w:val="single" w:sz="4" w:space="0" w:color="auto"/>
        </w:pBdr>
        <w:tabs>
          <w:tab w:val="left" w:pos="639"/>
        </w:tabs>
        <w:spacing w:after="680" w:line="240" w:lineRule="auto"/>
        <w:jc w:val="both"/>
        <w:rPr>
          <w:rStyle w:val="BodyTextChar1"/>
          <w:rFonts w:ascii="Times New Roman" w:hAnsi="Times New Roman"/>
          <w:b w:val="0"/>
          <w:sz w:val="24"/>
          <w:szCs w:val="24"/>
        </w:rPr>
      </w:pPr>
    </w:p>
    <w:p w:rsidR="00F44E79" w:rsidRDefault="00F44E79" w:rsidP="00525EF3">
      <w:pPr>
        <w:pStyle w:val="31"/>
        <w:pBdr>
          <w:bottom w:val="single" w:sz="4" w:space="0" w:color="auto"/>
        </w:pBdr>
        <w:tabs>
          <w:tab w:val="left" w:pos="639"/>
        </w:tabs>
        <w:spacing w:after="680" w:line="240" w:lineRule="auto"/>
        <w:jc w:val="both"/>
        <w:rPr>
          <w:rStyle w:val="BodyTextChar1"/>
          <w:rFonts w:ascii="Times New Roman" w:hAnsi="Times New Roman"/>
          <w:b w:val="0"/>
          <w:sz w:val="24"/>
          <w:szCs w:val="24"/>
        </w:rPr>
      </w:pPr>
    </w:p>
    <w:p w:rsidR="00F44E79" w:rsidRDefault="00F44E79" w:rsidP="00525EF3">
      <w:pPr>
        <w:pStyle w:val="31"/>
        <w:pBdr>
          <w:bottom w:val="single" w:sz="4" w:space="0" w:color="auto"/>
        </w:pBdr>
        <w:tabs>
          <w:tab w:val="left" w:pos="639"/>
        </w:tabs>
        <w:spacing w:after="680" w:line="240" w:lineRule="auto"/>
        <w:jc w:val="both"/>
        <w:rPr>
          <w:rStyle w:val="BodyTextChar1"/>
          <w:rFonts w:ascii="Times New Roman" w:hAnsi="Times New Roman"/>
          <w:b w:val="0"/>
          <w:sz w:val="24"/>
          <w:szCs w:val="24"/>
        </w:rPr>
      </w:pPr>
    </w:p>
    <w:p w:rsidR="00F44E79" w:rsidRPr="00025A49" w:rsidRDefault="00F44E79">
      <w:pPr>
        <w:pStyle w:val="33"/>
        <w:keepNext/>
        <w:keepLines/>
        <w:pBdr>
          <w:bottom w:val="single" w:sz="4" w:space="0" w:color="auto"/>
        </w:pBdr>
        <w:spacing w:after="220" w:line="266" w:lineRule="auto"/>
        <w:rPr>
          <w:rFonts w:ascii="Times New Roman" w:hAnsi="Times New Roman"/>
          <w:b w:val="0"/>
          <w:bCs w:val="0"/>
          <w:color w:val="auto"/>
          <w:sz w:val="24"/>
          <w:szCs w:val="24"/>
        </w:rPr>
      </w:pPr>
    </w:p>
    <w:p w:rsidR="00F44E79" w:rsidRPr="00025A49" w:rsidRDefault="00F44E79" w:rsidP="00DA76DC">
      <w:pPr>
        <w:pStyle w:val="BodyText"/>
        <w:tabs>
          <w:tab w:val="left" w:pos="658"/>
        </w:tabs>
        <w:spacing w:line="269" w:lineRule="auto"/>
        <w:jc w:val="both"/>
        <w:rPr>
          <w:rFonts w:ascii="Times New Roman" w:hAnsi="Times New Roman"/>
          <w:color w:val="auto"/>
          <w:sz w:val="24"/>
          <w:szCs w:val="24"/>
        </w:rPr>
        <w:sectPr w:rsidR="00F44E79" w:rsidRPr="00025A49">
          <w:footerReference w:type="even" r:id="rId469"/>
          <w:footerReference w:type="default" r:id="rId470"/>
          <w:footnotePr>
            <w:numFmt w:val="upperRoman"/>
          </w:footnotePr>
          <w:type w:val="continuous"/>
          <w:pgSz w:w="7824" w:h="12019"/>
          <w:pgMar w:top="626" w:right="701" w:bottom="901" w:left="709" w:header="0" w:footer="3" w:gutter="0"/>
          <w:cols w:space="720"/>
          <w:noEndnote/>
          <w:docGrid w:linePitch="360"/>
        </w:sectPr>
      </w:pPr>
    </w:p>
    <w:p w:rsidR="00F44E79" w:rsidRPr="00025A49" w:rsidRDefault="00F44E79">
      <w:pPr>
        <w:pStyle w:val="24"/>
        <w:keepNext/>
        <w:keepLines/>
        <w:pBdr>
          <w:bottom w:val="single" w:sz="4" w:space="0" w:color="auto"/>
        </w:pBdr>
        <w:spacing w:after="280" w:line="240" w:lineRule="auto"/>
        <w:jc w:val="both"/>
        <w:rPr>
          <w:rFonts w:ascii="Times New Roman" w:hAnsi="Times New Roman"/>
          <w:b w:val="0"/>
          <w:bCs w:val="0"/>
          <w:color w:val="auto"/>
          <w:w w:val="100"/>
        </w:rPr>
      </w:pPr>
      <w:bookmarkStart w:id="140" w:name="bookmark916"/>
      <w:bookmarkStart w:id="141" w:name="bookmark917"/>
      <w:bookmarkStart w:id="142" w:name="bookmark918"/>
      <w:r w:rsidRPr="00025A49">
        <w:rPr>
          <w:rStyle w:val="23"/>
          <w:rFonts w:ascii="Times New Roman" w:hAnsi="Times New Roman"/>
          <w:b/>
        </w:rPr>
        <w:t>2.1.6 НЕМЕЦКИЙ ЯЗЫК</w:t>
      </w:r>
      <w:bookmarkEnd w:id="140"/>
      <w:bookmarkEnd w:id="141"/>
      <w:bookmarkEnd w:id="142"/>
    </w:p>
    <w:p w:rsidR="00F44E79" w:rsidRPr="006418AC" w:rsidRDefault="00F44E79" w:rsidP="009D40EF">
      <w:pPr>
        <w:pStyle w:val="BodyText"/>
        <w:spacing w:after="440" w:line="266" w:lineRule="auto"/>
        <w:jc w:val="both"/>
        <w:rPr>
          <w:rFonts w:ascii="Times New Roman" w:hAnsi="Times New Roman"/>
          <w:sz w:val="24"/>
          <w:szCs w:val="24"/>
        </w:rPr>
      </w:pPr>
      <w:r w:rsidRPr="00025A49">
        <w:rPr>
          <w:rStyle w:val="BodyTextChar1"/>
          <w:rFonts w:ascii="Times New Roman" w:hAnsi="Times New Roman"/>
          <w:sz w:val="24"/>
          <w:szCs w:val="24"/>
        </w:rPr>
        <w:t>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Pr="00025A49">
        <w:rPr>
          <w:rStyle w:val="BodyTextChar1"/>
          <w:rFonts w:ascii="Times New Roman" w:hAnsi="Times New Roman"/>
          <w:sz w:val="24"/>
          <w:szCs w:val="24"/>
        </w:rPr>
        <w:softHyphen/>
        <w:t>ной программы», представленных в Федеральном государ</w:t>
      </w:r>
      <w:r w:rsidRPr="00025A49">
        <w:rPr>
          <w:rStyle w:val="BodyTextChar1"/>
          <w:rFonts w:ascii="Times New Roman" w:hAnsi="Times New Roman"/>
          <w:sz w:val="24"/>
          <w:szCs w:val="24"/>
        </w:rPr>
        <w:softHyphen/>
        <w:t>ственном образовательном стандарте основного общего обра</w:t>
      </w:r>
      <w:r w:rsidRPr="00025A49">
        <w:rPr>
          <w:rStyle w:val="BodyTextChar1"/>
          <w:rFonts w:ascii="Times New Roman" w:hAnsi="Times New Roman"/>
          <w:sz w:val="24"/>
          <w:szCs w:val="24"/>
        </w:rPr>
        <w:softHyphen/>
        <w:t>зования, с учётом распределённых по классам проверяемых требований к результатам освоения основной образователь</w:t>
      </w:r>
      <w:r w:rsidRPr="00025A49">
        <w:rPr>
          <w:rStyle w:val="BodyTextChar1"/>
          <w:rFonts w:ascii="Times New Roman" w:hAnsi="Times New Roman"/>
          <w:sz w:val="24"/>
          <w:szCs w:val="24"/>
        </w:rPr>
        <w:softHyphen/>
        <w:t>ной программы основного общего образования и элементов содержания, представленных в Универсальном кодификато</w:t>
      </w:r>
      <w:r w:rsidRPr="00025A49">
        <w:rPr>
          <w:rStyle w:val="BodyTextChar1"/>
          <w:rFonts w:ascii="Times New Roman" w:hAnsi="Times New Roman"/>
          <w:sz w:val="24"/>
          <w:szCs w:val="24"/>
        </w:rPr>
        <w:softHyphen/>
        <w:t>ре по иностранному (немецкому) языку, а также на основе характеристики планируемых результатов духовно-нрав</w:t>
      </w:r>
      <w:r w:rsidRPr="00025A49">
        <w:rPr>
          <w:rStyle w:val="BodyTextChar1"/>
          <w:rFonts w:ascii="Times New Roman" w:hAnsi="Times New Roman"/>
          <w:sz w:val="24"/>
          <w:szCs w:val="24"/>
        </w:rPr>
        <w:softHyphen/>
        <w:t>ственного развития, воспитания и социализации обучаю</w:t>
      </w:r>
      <w:r w:rsidRPr="00025A49">
        <w:rPr>
          <w:rStyle w:val="BodyTextChar1"/>
          <w:rFonts w:ascii="Times New Roman" w:hAnsi="Times New Roman"/>
          <w:sz w:val="24"/>
          <w:szCs w:val="24"/>
        </w:rPr>
        <w:softHyphen/>
        <w:t>щихся, представленной в Примерной программе воспитания (одобрено решением ФУМО от 02.06.2020 г.).</w:t>
      </w:r>
      <w:r w:rsidRPr="006418AC">
        <w:rPr>
          <w:rFonts w:ascii="Times New Roman" w:hAnsi="Times New Roman"/>
          <w:sz w:val="24"/>
          <w:szCs w:val="24"/>
        </w:rPr>
        <w:t>Учебный предмет «Иностранный язык (немецкий)» изучается в объеме 3 часа в неделю, что составляет 102 учебных часа на каждом году обучения с 5 по 9 класс.</w:t>
      </w:r>
    </w:p>
    <w:p w:rsidR="00F44E79" w:rsidRPr="006418AC" w:rsidRDefault="00F44E79" w:rsidP="009D40EF">
      <w:pPr>
        <w:tabs>
          <w:tab w:val="left" w:pos="10206"/>
        </w:tabs>
        <w:autoSpaceDE w:val="0"/>
        <w:autoSpaceDN w:val="0"/>
        <w:ind w:right="378" w:firstLine="567"/>
        <w:jc w:val="both"/>
        <w:rPr>
          <w:rFonts w:ascii="Times New Roman" w:eastAsia="MS Mincho" w:hAnsi="Times New Roman" w:cs="Times New Roman"/>
        </w:rPr>
      </w:pPr>
      <w:r w:rsidRPr="006418AC">
        <w:rPr>
          <w:rFonts w:ascii="Times New Roman" w:hAnsi="Times New Roman" w:cs="Times New Roman"/>
          <w:b/>
        </w:rPr>
        <w:t>СОДЕРЖАНИЕ УЧЕБНОГО ПРЕДМЕТА «ИНОСТРАННЫЙ (НЕМЕЦКИЙ) ЯЗЫК»</w:t>
      </w:r>
    </w:p>
    <w:p w:rsidR="00F44E79" w:rsidRPr="006418AC" w:rsidRDefault="00F44E79" w:rsidP="009D40EF">
      <w:pPr>
        <w:tabs>
          <w:tab w:val="left" w:pos="284"/>
          <w:tab w:val="left" w:pos="10206"/>
        </w:tabs>
        <w:autoSpaceDE w:val="0"/>
        <w:autoSpaceDN w:val="0"/>
        <w:spacing w:before="346"/>
        <w:ind w:right="43" w:firstLine="567"/>
        <w:jc w:val="both"/>
        <w:rPr>
          <w:rFonts w:ascii="Times New Roman" w:hAnsi="Times New Roman" w:cs="Times New Roman"/>
        </w:rPr>
      </w:pPr>
      <w:r w:rsidRPr="006418AC">
        <w:rPr>
          <w:rFonts w:ascii="Times New Roman" w:hAnsi="Times New Roman" w:cs="Times New Roman"/>
          <w:b/>
        </w:rPr>
        <w:t>5 КЛАСС</w:t>
      </w:r>
    </w:p>
    <w:p w:rsidR="00F44E79" w:rsidRPr="006418AC" w:rsidRDefault="00F44E79" w:rsidP="009D40EF">
      <w:pPr>
        <w:tabs>
          <w:tab w:val="left" w:pos="180"/>
          <w:tab w:val="left" w:pos="284"/>
          <w:tab w:val="left" w:pos="10206"/>
        </w:tabs>
        <w:autoSpaceDE w:val="0"/>
        <w:autoSpaceDN w:val="0"/>
        <w:ind w:right="43" w:firstLine="567"/>
        <w:jc w:val="both"/>
        <w:rPr>
          <w:rFonts w:ascii="Times New Roman" w:hAnsi="Times New Roman" w:cs="Times New Roman"/>
          <w:b/>
        </w:rPr>
      </w:pPr>
      <w:r w:rsidRPr="006418AC">
        <w:rPr>
          <w:rFonts w:ascii="Times New Roman" w:hAnsi="Times New Roman" w:cs="Times New Roman"/>
          <w:b/>
        </w:rPr>
        <w:t xml:space="preserve">КОММУНИКАТИВНЫЕ УМЕНИЯ </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Моя семья. Мои друзья. Семейные праздники: день рождения, Новый год.</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 xml:space="preserve">Внешность и характер человека/литературного персонажа. </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Досуг и увлечения/хобби современного подростка (чтение, кино, спорт).</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Здоровый образ жизни: режим труда и отдыха, здоровое питание.</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Покупки: продукты питания.</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Школа, школьная жизнь, школьная форма, изучаемые предметы. Переписка с зарубежными сверстниками.</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 xml:space="preserve">Каникулы в различное время года. Виды отдыха. </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 xml:space="preserve">Природа: дикие и домашние животные. Погода. </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Родной город/село. Транспорт.</w:t>
      </w:r>
    </w:p>
    <w:p w:rsidR="00F44E79" w:rsidRPr="006418AC" w:rsidRDefault="00F44E79" w:rsidP="009D40EF">
      <w:pPr>
        <w:tabs>
          <w:tab w:val="left" w:pos="567"/>
          <w:tab w:val="left" w:pos="10206"/>
        </w:tabs>
        <w:autoSpaceDE w:val="0"/>
        <w:autoSpaceDN w:val="0"/>
        <w:ind w:right="43" w:firstLine="567"/>
        <w:jc w:val="both"/>
        <w:rPr>
          <w:rFonts w:ascii="Times New Roman" w:hAnsi="Times New Roman" w:cs="Times New Roman"/>
        </w:rPr>
      </w:pPr>
      <w:r w:rsidRPr="006418AC">
        <w:rPr>
          <w:rFonts w:ascii="Times New Roman" w:hAnsi="Times New Roman" w:cs="Times New Roman"/>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F44E79" w:rsidRPr="006418AC" w:rsidRDefault="00F44E79" w:rsidP="009D40EF">
      <w:pPr>
        <w:tabs>
          <w:tab w:val="left" w:pos="567"/>
          <w:tab w:val="left" w:pos="10206"/>
        </w:tabs>
        <w:autoSpaceDE w:val="0"/>
        <w:autoSpaceDN w:val="0"/>
        <w:ind w:firstLine="567"/>
        <w:jc w:val="both"/>
        <w:rPr>
          <w:rFonts w:ascii="Times New Roman" w:hAnsi="Times New Roman" w:cs="Times New Roman"/>
        </w:rPr>
      </w:pPr>
      <w:r w:rsidRPr="006418AC">
        <w:rPr>
          <w:rFonts w:ascii="Times New Roman" w:hAnsi="Times New Roman" w:cs="Times New Roman"/>
        </w:rPr>
        <w:t>Выдающиеся люди родной страны и страны/стран изучаемого языка: писатели, поэты.</w:t>
      </w:r>
    </w:p>
    <w:p w:rsidR="00F44E79" w:rsidRPr="006418AC" w:rsidRDefault="00F44E79" w:rsidP="009D40EF">
      <w:pPr>
        <w:tabs>
          <w:tab w:val="left" w:pos="567"/>
          <w:tab w:val="left" w:pos="10206"/>
        </w:tabs>
        <w:autoSpaceDE w:val="0"/>
        <w:autoSpaceDN w:val="0"/>
        <w:ind w:firstLine="567"/>
        <w:jc w:val="both"/>
        <w:rPr>
          <w:rFonts w:ascii="Times New Roman" w:hAnsi="Times New Roman" w:cs="Times New Roman"/>
        </w:rPr>
      </w:pPr>
    </w:p>
    <w:p w:rsidR="00F44E79" w:rsidRPr="006418AC" w:rsidRDefault="00F44E79" w:rsidP="009D40EF">
      <w:pPr>
        <w:tabs>
          <w:tab w:val="left" w:pos="567"/>
          <w:tab w:val="left" w:pos="10206"/>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t xml:space="preserve">Развитие коммуникативных умений </w:t>
      </w:r>
      <w:r w:rsidRPr="006418AC">
        <w:rPr>
          <w:rFonts w:ascii="Times New Roman" w:hAnsi="Times New Roman" w:cs="Times New Roman"/>
          <w:b/>
          <w:i/>
        </w:rPr>
        <w:t xml:space="preserve">диалогической речи </w:t>
      </w:r>
      <w:r w:rsidRPr="006418AC">
        <w:rPr>
          <w:rFonts w:ascii="Times New Roman" w:hAnsi="Times New Roman" w:cs="Times New Roman"/>
        </w:rPr>
        <w:t xml:space="preserve">на базе умений, сформированных в начальной школе: </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диалог этикетного характера</w:t>
      </w:r>
      <w:r w:rsidRPr="006418AC">
        <w:rPr>
          <w:rFonts w:ascii="Times New Roman" w:hAnsi="Times New Roman"/>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sidRPr="006418AC">
        <w:rPr>
          <w:rFonts w:ascii="Times New Roman" w:hAnsi="Times New Roman"/>
          <w:sz w:val="24"/>
          <w:szCs w:val="24"/>
        </w:rPr>
        <w:tab/>
        <w:t xml:space="preserve">     </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диалог-побуждение к действию</w:t>
      </w:r>
      <w:r w:rsidRPr="006418AC">
        <w:rPr>
          <w:rFonts w:ascii="Times New Roman" w:hAnsi="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диалог-расспрос</w:t>
      </w:r>
      <w:r w:rsidRPr="006418AC">
        <w:rPr>
          <w:rFonts w:ascii="Times New Roman" w:hAnsi="Times New Roman"/>
          <w:sz w:val="24"/>
          <w:szCs w:val="24"/>
        </w:rPr>
        <w:t>: сообщать фактическую информацию, отвечая на вопросы разных видов; запрашивать интересующую информацию.</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Вышеперечисленные умения диалогической речи развиваются в стандартных ситуациях </w:t>
      </w:r>
      <w:r w:rsidRPr="006418AC">
        <w:rPr>
          <w:rFonts w:ascii="Times New Roman" w:hAnsi="Times New Roman" w:cs="Times New Roman"/>
        </w:rPr>
        <w:br/>
        <w:t>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Объём диалог – до 5 реплик со стороны каждого собеседника.</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Развитие коммуникативных умений </w:t>
      </w:r>
      <w:r w:rsidRPr="006418AC">
        <w:rPr>
          <w:rFonts w:ascii="Times New Roman" w:hAnsi="Times New Roman" w:cs="Times New Roman"/>
          <w:b/>
          <w:i/>
        </w:rPr>
        <w:t>монологической речи</w:t>
      </w:r>
      <w:r w:rsidRPr="006418AC">
        <w:rPr>
          <w:rFonts w:ascii="Times New Roman" w:hAnsi="Times New Roman" w:cs="Times New Roman"/>
        </w:rPr>
        <w:t>, на базе умений, сформированных в начальной школе:</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повествование/сообщение;</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изложение (пересказ) основного содержания прочитанного текста;</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краткое изложение результатов выполненной проектной работы.</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Аудирование </w:t>
      </w:r>
      <w:r w:rsidRPr="006418AC">
        <w:rPr>
          <w:rFonts w:ascii="Times New Roman" w:hAnsi="Times New Roman" w:cs="Times New Roman"/>
        </w:rPr>
        <w:br/>
      </w:r>
      <w:r w:rsidRPr="006418AC">
        <w:rPr>
          <w:rFonts w:ascii="Times New Roman" w:hAnsi="Times New Roman" w:cs="Times New Roman"/>
        </w:rPr>
        <w:tab/>
        <w:t xml:space="preserve">Развитие коммуникативных умений </w:t>
      </w:r>
      <w:r w:rsidRPr="006418AC">
        <w:rPr>
          <w:rFonts w:ascii="Times New Roman" w:hAnsi="Times New Roman" w:cs="Times New Roman"/>
          <w:b/>
          <w:i/>
        </w:rPr>
        <w:t xml:space="preserve">аудирования </w:t>
      </w:r>
      <w:r w:rsidRPr="006418AC">
        <w:rPr>
          <w:rFonts w:ascii="Times New Roman" w:hAnsi="Times New Roman" w:cs="Times New Roman"/>
        </w:rPr>
        <w:t>на базе умений, сформированных в начальной школе:</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при непосредственном общении: понимание на слух речи учителя и одноклассников и </w:t>
      </w:r>
      <w:r w:rsidRPr="006418AC">
        <w:rPr>
          <w:rFonts w:ascii="Times New Roman" w:hAnsi="Times New Roman"/>
          <w:sz w:val="24"/>
          <w:szCs w:val="24"/>
        </w:rPr>
        <w:br/>
        <w:t xml:space="preserve">вербальная/невербальная реакция на услышанное; </w:t>
      </w:r>
    </w:p>
    <w:p w:rsidR="00F44E79" w:rsidRPr="006418AC" w:rsidRDefault="00F44E79" w:rsidP="001C7BA4">
      <w:pPr>
        <w:pStyle w:val="ListParagraph"/>
        <w:numPr>
          <w:ilvl w:val="0"/>
          <w:numId w:val="9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i/>
        </w:rPr>
        <w:t>Аудирование с пониманием основного содержания текста</w:t>
      </w:r>
      <w:r w:rsidRPr="006418AC">
        <w:rPr>
          <w:rFonts w:ascii="Times New Roman" w:hAnsi="Times New Roman" w:cs="Times New Roman"/>
        </w:rPr>
        <w:t xml:space="preserve">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i/>
        </w:rPr>
        <w:t>Аудирование с пониманием запрашиваемой информации</w:t>
      </w:r>
      <w:r w:rsidRPr="006418AC">
        <w:rPr>
          <w:rFonts w:ascii="Times New Roman" w:hAnsi="Times New Roman" w:cs="Times New Roman"/>
        </w:rPr>
        <w:t xml:space="preserve"> предполагает умение выделять </w:t>
      </w:r>
      <w:r w:rsidRPr="006418AC">
        <w:rPr>
          <w:rFonts w:ascii="Times New Roman" w:hAnsi="Times New Roman" w:cs="Times New Roman"/>
        </w:rPr>
        <w:br/>
        <w:t>запрашиваемую информацию, представленную в эксплицитной (явной) форме, в воспринимаемом на слух тексте.</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Время звучания текста/текстов для аудирования – до 1 минуты.</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rPr>
        <w:t>Смысловое чтение</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с пониманием основного содержания текста</w:t>
      </w:r>
      <w:r w:rsidRPr="006418AC">
        <w:rPr>
          <w:rFonts w:ascii="Times New Roman" w:hAnsi="Times New Roman" w:cs="Times New Roman"/>
        </w:rPr>
        <w:t xml:space="preserve"> предполагает умение определять основную тему и главные факты/события в прочитанном тексте, игнорировать незнакомые слова, </w:t>
      </w:r>
      <w:r w:rsidRPr="006418AC">
        <w:rPr>
          <w:rFonts w:ascii="Times New Roman" w:hAnsi="Times New Roman" w:cs="Times New Roman"/>
        </w:rPr>
        <w:br/>
        <w:t>несущественные для понимания основного содержания.</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с пониманием запрашиваемой информации</w:t>
      </w:r>
      <w:r w:rsidRPr="006418AC">
        <w:rPr>
          <w:rFonts w:ascii="Times New Roman" w:hAnsi="Times New Roman" w:cs="Times New Roman"/>
        </w:rPr>
        <w:t xml:space="preserve"> предполагает умение находить в прочитанном тексте и понимать запрашиваемую информацию, представленную в эксплицитной (явной) форме. </w:t>
      </w:r>
      <w:r w:rsidRPr="006418AC">
        <w:rPr>
          <w:rFonts w:ascii="Times New Roman" w:hAnsi="Times New Roman" w:cs="Times New Roman"/>
        </w:rPr>
        <w:tab/>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несплошных текстов</w:t>
      </w:r>
      <w:r w:rsidRPr="006418AC">
        <w:rPr>
          <w:rFonts w:ascii="Times New Roman" w:hAnsi="Times New Roman" w:cs="Times New Roman"/>
        </w:rPr>
        <w:t xml:space="preserve"> (таблиц) и понимание представленной в них информации.</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Объём текста/текстов для чтения — 180-200 слов.</w:t>
      </w:r>
    </w:p>
    <w:p w:rsidR="00F44E79" w:rsidRPr="006418AC" w:rsidRDefault="00F44E79" w:rsidP="009D40EF">
      <w:pPr>
        <w:tabs>
          <w:tab w:val="left" w:pos="567"/>
        </w:tabs>
        <w:autoSpaceDE w:val="0"/>
        <w:autoSpaceDN w:val="0"/>
        <w:ind w:right="380" w:firstLine="567"/>
        <w:jc w:val="both"/>
        <w:rPr>
          <w:rFonts w:ascii="Times New Roman" w:hAnsi="Times New Roman" w:cs="Times New Roman"/>
          <w:b/>
        </w:rPr>
      </w:pPr>
    </w:p>
    <w:p w:rsidR="00F44E79" w:rsidRPr="006418AC" w:rsidRDefault="00F44E79" w:rsidP="009D40EF">
      <w:pPr>
        <w:tabs>
          <w:tab w:val="left" w:pos="567"/>
        </w:tabs>
        <w:autoSpaceDE w:val="0"/>
        <w:autoSpaceDN w:val="0"/>
        <w:ind w:right="43" w:firstLine="567"/>
        <w:jc w:val="both"/>
        <w:rPr>
          <w:rFonts w:ascii="Times New Roman" w:hAnsi="Times New Roman" w:cs="Times New Roman"/>
          <w:b/>
        </w:rPr>
      </w:pPr>
      <w:r w:rsidRPr="006418AC">
        <w:rPr>
          <w:rFonts w:ascii="Times New Roman" w:hAnsi="Times New Roman" w:cs="Times New Roman"/>
          <w:b/>
        </w:rPr>
        <w:t>Письменная речь</w:t>
      </w:r>
    </w:p>
    <w:p w:rsidR="00F44E79" w:rsidRPr="006418AC" w:rsidRDefault="00F44E79" w:rsidP="009D40EF">
      <w:pPr>
        <w:tabs>
          <w:tab w:val="left" w:pos="567"/>
        </w:tabs>
        <w:autoSpaceDE w:val="0"/>
        <w:autoSpaceDN w:val="0"/>
        <w:ind w:right="43" w:firstLine="567"/>
        <w:jc w:val="both"/>
        <w:rPr>
          <w:rFonts w:ascii="Times New Roman" w:hAnsi="Times New Roman" w:cs="Times New Roman"/>
        </w:rPr>
      </w:pPr>
      <w:r w:rsidRPr="006418AC">
        <w:rPr>
          <w:rFonts w:ascii="Times New Roman" w:hAnsi="Times New Roman" w:cs="Times New Roman"/>
        </w:rPr>
        <w:t xml:space="preserve">Развитие умений письменной речи на базе умений, сформированных в начальной школе: </w:t>
      </w:r>
    </w:p>
    <w:p w:rsidR="00F44E79" w:rsidRPr="006418AC" w:rsidRDefault="00F44E79" w:rsidP="001C7BA4">
      <w:pPr>
        <w:pStyle w:val="ListParagraph"/>
        <w:numPr>
          <w:ilvl w:val="0"/>
          <w:numId w:val="95"/>
        </w:numPr>
        <w:tabs>
          <w:tab w:val="left" w:pos="851"/>
        </w:tabs>
        <w:autoSpaceDE w:val="0"/>
        <w:autoSpaceDN w:val="0"/>
        <w:spacing w:after="0" w:line="240" w:lineRule="auto"/>
        <w:ind w:left="0" w:right="43" w:firstLine="567"/>
        <w:jc w:val="both"/>
        <w:rPr>
          <w:rFonts w:ascii="Times New Roman" w:hAnsi="Times New Roman"/>
          <w:sz w:val="24"/>
          <w:szCs w:val="24"/>
        </w:rPr>
      </w:pPr>
      <w:r w:rsidRPr="006418AC">
        <w:rPr>
          <w:rFonts w:ascii="Times New Roman" w:hAnsi="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F44E79" w:rsidRPr="006418AC" w:rsidRDefault="00F44E79" w:rsidP="001C7BA4">
      <w:pPr>
        <w:pStyle w:val="ListParagraph"/>
        <w:numPr>
          <w:ilvl w:val="0"/>
          <w:numId w:val="95"/>
        </w:numPr>
        <w:tabs>
          <w:tab w:val="left" w:pos="851"/>
        </w:tabs>
        <w:autoSpaceDE w:val="0"/>
        <w:autoSpaceDN w:val="0"/>
        <w:spacing w:after="0" w:line="240" w:lineRule="auto"/>
        <w:ind w:left="0" w:right="43" w:firstLine="567"/>
        <w:jc w:val="both"/>
        <w:rPr>
          <w:rFonts w:ascii="Times New Roman" w:hAnsi="Times New Roman"/>
          <w:sz w:val="24"/>
          <w:szCs w:val="24"/>
        </w:rPr>
      </w:pPr>
      <w:r w:rsidRPr="006418AC">
        <w:rPr>
          <w:rFonts w:ascii="Times New Roman" w:hAnsi="Times New Roman"/>
          <w:sz w:val="24"/>
          <w:szCs w:val="24"/>
        </w:rPr>
        <w:t xml:space="preserve">написание коротких поздравлений с праздниками (с Новым годом, Рождеством, днём рождения); </w:t>
      </w:r>
      <w:r w:rsidRPr="006418AC">
        <w:rPr>
          <w:rFonts w:ascii="Times New Roman" w:hAnsi="Times New Roman"/>
          <w:sz w:val="24"/>
          <w:szCs w:val="24"/>
        </w:rPr>
        <w:tab/>
      </w:r>
    </w:p>
    <w:p w:rsidR="00F44E79" w:rsidRPr="006418AC" w:rsidRDefault="00F44E79" w:rsidP="001C7BA4">
      <w:pPr>
        <w:pStyle w:val="ListParagraph"/>
        <w:numPr>
          <w:ilvl w:val="0"/>
          <w:numId w:val="95"/>
        </w:numPr>
        <w:tabs>
          <w:tab w:val="left" w:pos="851"/>
        </w:tabs>
        <w:autoSpaceDE w:val="0"/>
        <w:autoSpaceDN w:val="0"/>
        <w:spacing w:after="0" w:line="240" w:lineRule="auto"/>
        <w:ind w:left="0" w:right="43" w:firstLine="567"/>
        <w:jc w:val="both"/>
        <w:rPr>
          <w:rFonts w:ascii="Times New Roman" w:hAnsi="Times New Roman"/>
          <w:sz w:val="24"/>
          <w:szCs w:val="24"/>
        </w:rPr>
      </w:pPr>
      <w:r w:rsidRPr="006418AC">
        <w:rPr>
          <w:rFonts w:ascii="Times New Roman" w:hAnsi="Times New Roman"/>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F44E79" w:rsidRPr="006418AC" w:rsidRDefault="00F44E79" w:rsidP="001C7BA4">
      <w:pPr>
        <w:pStyle w:val="ListParagraph"/>
        <w:numPr>
          <w:ilvl w:val="0"/>
          <w:numId w:val="95"/>
        </w:numPr>
        <w:tabs>
          <w:tab w:val="left" w:pos="851"/>
        </w:tabs>
        <w:autoSpaceDE w:val="0"/>
        <w:autoSpaceDN w:val="0"/>
        <w:spacing w:after="0" w:line="240" w:lineRule="auto"/>
        <w:ind w:left="0" w:right="43" w:firstLine="567"/>
        <w:jc w:val="both"/>
        <w:rPr>
          <w:rFonts w:ascii="Times New Roman" w:hAnsi="Times New Roman"/>
          <w:sz w:val="24"/>
          <w:szCs w:val="24"/>
        </w:rPr>
      </w:pPr>
      <w:r w:rsidRPr="006418AC">
        <w:rPr>
          <w:rFonts w:ascii="Times New Roman" w:hAnsi="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w:t>
      </w:r>
    </w:p>
    <w:p w:rsidR="00F44E79" w:rsidRPr="006418AC" w:rsidRDefault="00F44E79" w:rsidP="009D40EF">
      <w:pPr>
        <w:tabs>
          <w:tab w:val="left" w:pos="567"/>
        </w:tabs>
        <w:autoSpaceDE w:val="0"/>
        <w:autoSpaceDN w:val="0"/>
        <w:ind w:right="43" w:firstLine="567"/>
        <w:jc w:val="both"/>
        <w:rPr>
          <w:rFonts w:ascii="Times New Roman" w:hAnsi="Times New Roman" w:cs="Times New Roman"/>
        </w:rPr>
      </w:pPr>
      <w:r w:rsidRPr="006418AC">
        <w:rPr>
          <w:rFonts w:ascii="Times New Roman" w:hAnsi="Times New Roman" w:cs="Times New Roman"/>
        </w:rPr>
        <w:t>Объём сообщения – до 60 слов.</w:t>
      </w:r>
    </w:p>
    <w:p w:rsidR="00F44E79" w:rsidRPr="006418AC" w:rsidRDefault="00F44E79" w:rsidP="009D40EF">
      <w:pPr>
        <w:tabs>
          <w:tab w:val="left" w:pos="284"/>
        </w:tabs>
        <w:autoSpaceDE w:val="0"/>
        <w:autoSpaceDN w:val="0"/>
        <w:spacing w:before="190"/>
        <w:ind w:left="142" w:firstLine="425"/>
        <w:jc w:val="both"/>
        <w:rPr>
          <w:rFonts w:ascii="Times New Roman" w:hAnsi="Times New Roman" w:cs="Times New Roman"/>
        </w:rPr>
      </w:pPr>
      <w:r w:rsidRPr="006418AC">
        <w:rPr>
          <w:rFonts w:ascii="Times New Roman" w:hAnsi="Times New Roman" w:cs="Times New Roman"/>
          <w:b/>
        </w:rPr>
        <w:t>ЯЗЫКОВЫЕ ЗНАНИЯ И УМЕНИЯ</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Фонетическая сторона речи</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6418AC" w:rsidRDefault="00F44E79" w:rsidP="009D40EF">
      <w:pPr>
        <w:tabs>
          <w:tab w:val="left" w:pos="284"/>
        </w:tabs>
        <w:autoSpaceDE w:val="0"/>
        <w:autoSpaceDN w:val="0"/>
        <w:ind w:left="142"/>
        <w:jc w:val="both"/>
        <w:rPr>
          <w:rFonts w:ascii="Times New Roman" w:hAnsi="Times New Roman" w:cs="Times New Roman"/>
        </w:rPr>
      </w:pPr>
      <w:r w:rsidRPr="006418AC">
        <w:rPr>
          <w:rFonts w:ascii="Times New Roman" w:hAnsi="Times New Roman" w:cs="Times New Roman"/>
        </w:rPr>
        <w:t xml:space="preserve">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Объём текста для чтения вслух — до 90 слов.</w:t>
      </w:r>
    </w:p>
    <w:p w:rsidR="00F44E79" w:rsidRPr="006418AC" w:rsidRDefault="00F44E79" w:rsidP="009D40EF">
      <w:pPr>
        <w:tabs>
          <w:tab w:val="left" w:pos="284"/>
        </w:tabs>
        <w:autoSpaceDE w:val="0"/>
        <w:autoSpaceDN w:val="0"/>
        <w:ind w:left="142"/>
        <w:jc w:val="both"/>
        <w:rPr>
          <w:rFonts w:ascii="Times New Roman" w:hAnsi="Times New Roman" w:cs="Times New Roman"/>
          <w:b/>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Графика, орфография и пунктуация</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Правильное написание изученных слов.</w:t>
      </w:r>
    </w:p>
    <w:p w:rsidR="00F44E79" w:rsidRPr="006418AC" w:rsidRDefault="00F44E79" w:rsidP="009D40EF">
      <w:pPr>
        <w:tabs>
          <w:tab w:val="left" w:pos="180"/>
          <w:tab w:val="left" w:pos="284"/>
        </w:tabs>
        <w:autoSpaceDE w:val="0"/>
        <w:autoSpaceDN w:val="0"/>
        <w:ind w:left="142"/>
        <w:jc w:val="both"/>
        <w:rPr>
          <w:rFonts w:ascii="Times New Roman" w:hAnsi="Times New Roman" w:cs="Times New Roman"/>
        </w:rPr>
      </w:pPr>
      <w:r w:rsidRPr="006418AC">
        <w:rPr>
          <w:rFonts w:ascii="Times New Roman" w:hAnsi="Times New Roman" w:cs="Times New Roman"/>
        </w:rPr>
        <w:tab/>
        <w:t xml:space="preserve">       Правильное использование знаков препинания: точки, вопросительного и восклицательного знаков в конце предложения; запятой при перечислении.</w:t>
      </w:r>
    </w:p>
    <w:p w:rsidR="00F44E79" w:rsidRPr="006418AC" w:rsidRDefault="00F44E79" w:rsidP="009D40EF">
      <w:pPr>
        <w:tabs>
          <w:tab w:val="left" w:pos="180"/>
          <w:tab w:val="left" w:pos="284"/>
        </w:tabs>
        <w:autoSpaceDE w:val="0"/>
        <w:autoSpaceDN w:val="0"/>
        <w:ind w:left="142"/>
        <w:jc w:val="both"/>
        <w:rPr>
          <w:rFonts w:ascii="Times New Roman" w:hAnsi="Times New Roman" w:cs="Times New Roman"/>
        </w:rPr>
      </w:pPr>
      <w:r w:rsidRPr="006418AC">
        <w:rPr>
          <w:rFonts w:ascii="Times New Roman" w:hAnsi="Times New Roman" w:cs="Times New Roman"/>
        </w:rPr>
        <w:tab/>
        <w:t xml:space="preserve">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6418AC" w:rsidRDefault="00F44E79" w:rsidP="009D40EF">
      <w:pPr>
        <w:tabs>
          <w:tab w:val="left" w:pos="180"/>
          <w:tab w:val="left" w:pos="284"/>
        </w:tabs>
        <w:autoSpaceDE w:val="0"/>
        <w:autoSpaceDN w:val="0"/>
        <w:ind w:left="142"/>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Лексическая сторона речи</w:t>
      </w:r>
    </w:p>
    <w:p w:rsidR="00F44E79" w:rsidRPr="006418AC" w:rsidRDefault="00F44E79" w:rsidP="009D40EF">
      <w:pPr>
        <w:tabs>
          <w:tab w:val="left" w:pos="180"/>
          <w:tab w:val="left" w:pos="284"/>
        </w:tabs>
        <w:autoSpaceDE w:val="0"/>
        <w:autoSpaceDN w:val="0"/>
        <w:ind w:left="142"/>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rPr>
        <w:t xml:space="preserve">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44E79" w:rsidRPr="006418AC" w:rsidRDefault="00F44E79" w:rsidP="009D40EF">
      <w:pPr>
        <w:tabs>
          <w:tab w:val="left" w:pos="284"/>
        </w:tabs>
        <w:autoSpaceDE w:val="0"/>
        <w:autoSpaceDN w:val="0"/>
        <w:ind w:left="142"/>
        <w:jc w:val="both"/>
        <w:rPr>
          <w:rFonts w:ascii="Times New Roman" w:hAnsi="Times New Roman" w:cs="Times New Roman"/>
        </w:rPr>
      </w:pPr>
      <w:r w:rsidRPr="006418AC">
        <w:rPr>
          <w:rFonts w:ascii="Times New Roman" w:hAnsi="Times New Roman" w:cs="Times New Roman"/>
        </w:rPr>
        <w:t xml:space="preserve">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44E79" w:rsidRPr="006418AC" w:rsidRDefault="00F44E79" w:rsidP="009D40EF">
      <w:pPr>
        <w:tabs>
          <w:tab w:val="left" w:pos="567"/>
          <w:tab w:val="left" w:pos="709"/>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Основные способы словообразования: </w:t>
      </w:r>
      <w:r w:rsidRPr="006418AC">
        <w:rPr>
          <w:rFonts w:ascii="Times New Roman" w:hAnsi="Times New Roman" w:cs="Times New Roman"/>
        </w:rPr>
        <w:br/>
      </w:r>
      <w:r w:rsidRPr="006418AC">
        <w:rPr>
          <w:rFonts w:ascii="Times New Roman" w:hAnsi="Times New Roman" w:cs="Times New Roman"/>
        </w:rPr>
        <w:tab/>
        <w:t xml:space="preserve">а) аффиксация: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образование имён существительных при помощи суффиксов </w:t>
      </w:r>
      <w:r w:rsidRPr="006418AC">
        <w:rPr>
          <w:rFonts w:ascii="Times New Roman" w:hAnsi="Times New Roman" w:cs="Times New Roman"/>
          <w:i/>
        </w:rPr>
        <w:t xml:space="preserve">-er </w:t>
      </w:r>
      <w:r w:rsidRPr="006418AC">
        <w:rPr>
          <w:rFonts w:ascii="Times New Roman" w:hAnsi="Times New Roman" w:cs="Times New Roman"/>
        </w:rPr>
        <w:t>(</w:t>
      </w:r>
      <w:r w:rsidRPr="006418AC">
        <w:rPr>
          <w:rFonts w:ascii="Times New Roman" w:hAnsi="Times New Roman" w:cs="Times New Roman"/>
          <w:i/>
        </w:rPr>
        <w:t>der Lehrer</w:t>
      </w:r>
      <w:r w:rsidRPr="006418AC">
        <w:rPr>
          <w:rFonts w:ascii="Times New Roman" w:hAnsi="Times New Roman" w:cs="Times New Roman"/>
        </w:rPr>
        <w:t xml:space="preserve">), </w:t>
      </w:r>
      <w:r w:rsidRPr="006418AC">
        <w:rPr>
          <w:rFonts w:ascii="Times New Roman" w:hAnsi="Times New Roman" w:cs="Times New Roman"/>
          <w:i/>
        </w:rPr>
        <w:t xml:space="preserve">-ler </w:t>
      </w:r>
      <w:r w:rsidRPr="006418AC">
        <w:rPr>
          <w:rFonts w:ascii="Times New Roman" w:hAnsi="Times New Roman" w:cs="Times New Roman"/>
        </w:rPr>
        <w:t>(</w:t>
      </w:r>
      <w:r w:rsidRPr="006418AC">
        <w:rPr>
          <w:rFonts w:ascii="Times New Roman" w:hAnsi="Times New Roman" w:cs="Times New Roman"/>
          <w:i/>
        </w:rPr>
        <w:t>der Sportler</w:t>
      </w:r>
      <w:r w:rsidRPr="006418AC">
        <w:rPr>
          <w:rFonts w:ascii="Times New Roman" w:hAnsi="Times New Roman" w:cs="Times New Roman"/>
        </w:rPr>
        <w:t xml:space="preserve">), </w:t>
      </w:r>
      <w:r w:rsidRPr="006418AC">
        <w:rPr>
          <w:rFonts w:ascii="Times New Roman" w:hAnsi="Times New Roman" w:cs="Times New Roman"/>
          <w:i/>
        </w:rPr>
        <w:t xml:space="preserve">-in </w:t>
      </w:r>
      <w:r w:rsidRPr="006418AC">
        <w:rPr>
          <w:rFonts w:ascii="Times New Roman" w:hAnsi="Times New Roman" w:cs="Times New Roman"/>
        </w:rPr>
        <w:t>(</w:t>
      </w:r>
      <w:r w:rsidRPr="006418AC">
        <w:rPr>
          <w:rFonts w:ascii="Times New Roman" w:hAnsi="Times New Roman" w:cs="Times New Roman"/>
          <w:i/>
        </w:rPr>
        <w:t>die Lehrerin</w:t>
      </w:r>
      <w:r w:rsidRPr="006418AC">
        <w:rPr>
          <w:rFonts w:ascii="Times New Roman" w:hAnsi="Times New Roman" w:cs="Times New Roman"/>
        </w:rPr>
        <w:t xml:space="preserve">), </w:t>
      </w:r>
      <w:r w:rsidRPr="006418AC">
        <w:rPr>
          <w:rFonts w:ascii="Times New Roman" w:hAnsi="Times New Roman" w:cs="Times New Roman"/>
          <w:i/>
        </w:rPr>
        <w:t xml:space="preserve">-chen </w:t>
      </w:r>
      <w:r w:rsidRPr="006418AC">
        <w:rPr>
          <w:rFonts w:ascii="Times New Roman" w:hAnsi="Times New Roman" w:cs="Times New Roman"/>
        </w:rPr>
        <w:t>(</w:t>
      </w:r>
      <w:r w:rsidRPr="006418AC">
        <w:rPr>
          <w:rFonts w:ascii="Times New Roman" w:hAnsi="Times New Roman" w:cs="Times New Roman"/>
          <w:i/>
        </w:rPr>
        <w:t>das Tischchen</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образование имен прилагательных при помощи суффиксов -</w:t>
      </w:r>
      <w:r w:rsidRPr="006418AC">
        <w:rPr>
          <w:rFonts w:ascii="Times New Roman" w:hAnsi="Times New Roman" w:cs="Times New Roman"/>
          <w:i/>
        </w:rPr>
        <w:t xml:space="preserve">ig </w:t>
      </w:r>
      <w:r w:rsidRPr="006418AC">
        <w:rPr>
          <w:rFonts w:ascii="Times New Roman" w:hAnsi="Times New Roman" w:cs="Times New Roman"/>
        </w:rPr>
        <w:t>(</w:t>
      </w:r>
      <w:r w:rsidRPr="006418AC">
        <w:rPr>
          <w:rFonts w:ascii="Times New Roman" w:hAnsi="Times New Roman" w:cs="Times New Roman"/>
          <w:i/>
        </w:rPr>
        <w:t>sonnig</w:t>
      </w:r>
      <w:r w:rsidRPr="006418AC">
        <w:rPr>
          <w:rFonts w:ascii="Times New Roman" w:hAnsi="Times New Roman" w:cs="Times New Roman"/>
        </w:rPr>
        <w:t xml:space="preserve">), </w:t>
      </w:r>
      <w:r w:rsidRPr="006418AC">
        <w:rPr>
          <w:rFonts w:ascii="Times New Roman" w:hAnsi="Times New Roman" w:cs="Times New Roman"/>
          <w:i/>
        </w:rPr>
        <w:t xml:space="preserve">-lich </w:t>
      </w:r>
      <w:r w:rsidRPr="006418AC">
        <w:rPr>
          <w:rFonts w:ascii="Times New Roman" w:hAnsi="Times New Roman" w:cs="Times New Roman"/>
        </w:rPr>
        <w:t>(</w:t>
      </w:r>
      <w:r w:rsidRPr="006418AC">
        <w:rPr>
          <w:rFonts w:ascii="Times New Roman" w:hAnsi="Times New Roman" w:cs="Times New Roman"/>
          <w:i/>
        </w:rPr>
        <w:t>freundlich</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образование числительных при помощи суффиксов </w:t>
      </w:r>
      <w:r w:rsidRPr="006418AC">
        <w:rPr>
          <w:rFonts w:ascii="Times New Roman" w:hAnsi="Times New Roman" w:cs="Times New Roman"/>
          <w:i/>
        </w:rPr>
        <w:t>-zehn</w:t>
      </w:r>
      <w:r w:rsidRPr="006418AC">
        <w:rPr>
          <w:rFonts w:ascii="Times New Roman" w:hAnsi="Times New Roman" w:cs="Times New Roman"/>
        </w:rPr>
        <w:t xml:space="preserve">, </w:t>
      </w:r>
      <w:r w:rsidRPr="006418AC">
        <w:rPr>
          <w:rFonts w:ascii="Times New Roman" w:hAnsi="Times New Roman" w:cs="Times New Roman"/>
          <w:i/>
        </w:rPr>
        <w:t>-zig</w:t>
      </w:r>
      <w:r w:rsidRPr="006418AC">
        <w:rPr>
          <w:rFonts w:ascii="Times New Roman" w:hAnsi="Times New Roman" w:cs="Times New Roman"/>
        </w:rPr>
        <w:t xml:space="preserve">, </w:t>
      </w:r>
      <w:r w:rsidRPr="006418AC">
        <w:rPr>
          <w:rFonts w:ascii="Times New Roman" w:hAnsi="Times New Roman" w:cs="Times New Roman"/>
          <w:i/>
        </w:rPr>
        <w:t>-te</w:t>
      </w:r>
      <w:r w:rsidRPr="006418AC">
        <w:rPr>
          <w:rFonts w:ascii="Times New Roman" w:hAnsi="Times New Roman" w:cs="Times New Roman"/>
        </w:rPr>
        <w:t xml:space="preserve">, </w:t>
      </w:r>
      <w:r w:rsidRPr="006418AC">
        <w:rPr>
          <w:rFonts w:ascii="Times New Roman" w:hAnsi="Times New Roman" w:cs="Times New Roman"/>
          <w:i/>
        </w:rPr>
        <w:t xml:space="preserve">-ste </w:t>
      </w:r>
      <w:r w:rsidRPr="006418AC">
        <w:rPr>
          <w:rFonts w:ascii="Times New Roman" w:hAnsi="Times New Roman" w:cs="Times New Roman"/>
        </w:rPr>
        <w:t>(</w:t>
      </w:r>
      <w:r w:rsidRPr="006418AC">
        <w:rPr>
          <w:rFonts w:ascii="Times New Roman" w:hAnsi="Times New Roman" w:cs="Times New Roman"/>
          <w:i/>
        </w:rPr>
        <w:t>fünfzehn, fünfzig, fünfte, fünfzigste</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б) словосложение: образование сложных существительных путём соединения основ </w:t>
      </w:r>
      <w:r w:rsidRPr="006418AC">
        <w:rPr>
          <w:rFonts w:ascii="Times New Roman" w:hAnsi="Times New Roman" w:cs="Times New Roman"/>
        </w:rPr>
        <w:br/>
        <w:t>существительных (</w:t>
      </w:r>
      <w:r w:rsidRPr="006418AC">
        <w:rPr>
          <w:rFonts w:ascii="Times New Roman" w:hAnsi="Times New Roman" w:cs="Times New Roman"/>
          <w:i/>
        </w:rPr>
        <w:t>das Klassenzimmer</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Синонимы. Интернациональные слова.</w:t>
      </w:r>
    </w:p>
    <w:p w:rsidR="00F44E79" w:rsidRPr="006418AC" w:rsidRDefault="00F44E79" w:rsidP="009D40EF">
      <w:pPr>
        <w:tabs>
          <w:tab w:val="left" w:pos="180"/>
          <w:tab w:val="left" w:pos="284"/>
        </w:tabs>
        <w:autoSpaceDE w:val="0"/>
        <w:autoSpaceDN w:val="0"/>
        <w:ind w:left="142"/>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 xml:space="preserve">Грамматическая сторона речи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Нераспространённые и распространённые простые предложения: с простым (</w:t>
      </w:r>
      <w:r w:rsidRPr="006418AC">
        <w:rPr>
          <w:rFonts w:ascii="Times New Roman" w:hAnsi="Times New Roman" w:cs="Times New Roman"/>
          <w:i/>
        </w:rPr>
        <w:t>Er liest.</w:t>
      </w:r>
      <w:r w:rsidRPr="006418AC">
        <w:rPr>
          <w:rFonts w:ascii="Times New Roman" w:hAnsi="Times New Roman" w:cs="Times New Roman"/>
        </w:rPr>
        <w:t>) и составным глагольным сказуемым (</w:t>
      </w:r>
      <w:r w:rsidRPr="006418AC">
        <w:rPr>
          <w:rFonts w:ascii="Times New Roman" w:hAnsi="Times New Roman" w:cs="Times New Roman"/>
          <w:i/>
        </w:rPr>
        <w:t>Er kann lesen.</w:t>
      </w:r>
      <w:r w:rsidRPr="006418AC">
        <w:rPr>
          <w:rFonts w:ascii="Times New Roman" w:hAnsi="Times New Roman" w:cs="Times New Roman"/>
        </w:rPr>
        <w:t>), с составным именным сказуемым (</w:t>
      </w:r>
      <w:r w:rsidRPr="006418AC">
        <w:rPr>
          <w:rFonts w:ascii="Times New Roman" w:hAnsi="Times New Roman" w:cs="Times New Roman"/>
          <w:i/>
        </w:rPr>
        <w:t>Der Tisch ist blau.</w:t>
      </w:r>
      <w:r w:rsidRPr="006418AC">
        <w:rPr>
          <w:rFonts w:ascii="Times New Roman" w:hAnsi="Times New Roman" w:cs="Times New Roman"/>
        </w:rPr>
        <w:t>), в том числе с дополнениями в дательном и винительном падежах (</w:t>
      </w:r>
      <w:r w:rsidRPr="006418AC">
        <w:rPr>
          <w:rFonts w:ascii="Times New Roman" w:hAnsi="Times New Roman" w:cs="Times New Roman"/>
          <w:i/>
        </w:rPr>
        <w:t>Er liest ein Buch. Sie hilft der Mutter.</w:t>
      </w:r>
      <w:r w:rsidRPr="006418AC">
        <w:rPr>
          <w:rFonts w:ascii="Times New Roman" w:hAnsi="Times New Roman" w:cs="Times New Roman"/>
        </w:rPr>
        <w:t xml:space="preserve">). </w:t>
      </w: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Побудительные предложения, в том числе в отрицательной форме (</w:t>
      </w:r>
      <w:r w:rsidRPr="006418AC">
        <w:rPr>
          <w:rFonts w:ascii="Times New Roman" w:hAnsi="Times New Roman" w:cs="Times New Roman"/>
          <w:i/>
        </w:rPr>
        <w:t>Schreib den Satz! Öffne die Tür nicht!</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Глаголы в видо-временных формах действительного залога в изъявительном наклонении в Futur I.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Модальный глагол </w:t>
      </w:r>
      <w:r w:rsidRPr="006418AC">
        <w:rPr>
          <w:rFonts w:ascii="Times New Roman" w:hAnsi="Times New Roman" w:cs="Times New Roman"/>
          <w:i/>
        </w:rPr>
        <w:t xml:space="preserve">dürfen </w:t>
      </w:r>
      <w:r w:rsidRPr="006418AC">
        <w:rPr>
          <w:rFonts w:ascii="Times New Roman" w:hAnsi="Times New Roman" w:cs="Times New Roman"/>
        </w:rPr>
        <w:t>(в Präsens).</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Наречия в положительной, сравнительной и превосходной степенях сравнения, образованные по правилу и исключения (</w:t>
      </w:r>
      <w:r w:rsidRPr="006418AC">
        <w:rPr>
          <w:rFonts w:ascii="Times New Roman" w:hAnsi="Times New Roman" w:cs="Times New Roman"/>
          <w:i/>
        </w:rPr>
        <w:t>schön – schooner – am schönsten/der, die, das schönste</w:t>
      </w:r>
      <w:r w:rsidRPr="006418AC">
        <w:rPr>
          <w:rFonts w:ascii="Times New Roman" w:hAnsi="Times New Roman" w:cs="Times New Roman"/>
        </w:rPr>
        <w:t xml:space="preserve">; </w:t>
      </w:r>
      <w:r w:rsidRPr="006418AC">
        <w:rPr>
          <w:rFonts w:ascii="Times New Roman" w:hAnsi="Times New Roman" w:cs="Times New Roman"/>
          <w:i/>
        </w:rPr>
        <w:t>gut – besser – am besten/der, die, das beste</w:t>
      </w:r>
      <w:r w:rsidRPr="006418AC">
        <w:rPr>
          <w:rFonts w:ascii="Times New Roman" w:hAnsi="Times New Roman" w:cs="Times New Roman"/>
        </w:rPr>
        <w:t>)</w:t>
      </w:r>
      <w:r w:rsidRPr="006418AC">
        <w:rPr>
          <w:rFonts w:ascii="Times New Roman" w:hAnsi="Times New Roman" w:cs="Times New Roman"/>
          <w:i/>
        </w:rPr>
        <w:t>.</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Указательные местоимения (</w:t>
      </w:r>
      <w:r w:rsidRPr="006418AC">
        <w:rPr>
          <w:rFonts w:ascii="Times New Roman" w:hAnsi="Times New Roman" w:cs="Times New Roman"/>
          <w:i/>
        </w:rPr>
        <w:t>jener</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Вопросительные местоимения (</w:t>
      </w:r>
      <w:r w:rsidRPr="006418AC">
        <w:rPr>
          <w:rFonts w:ascii="Times New Roman" w:hAnsi="Times New Roman" w:cs="Times New Roman"/>
          <w:i/>
        </w:rPr>
        <w:t>wer</w:t>
      </w:r>
      <w:r w:rsidRPr="006418AC">
        <w:rPr>
          <w:rFonts w:ascii="Times New Roman" w:hAnsi="Times New Roman" w:cs="Times New Roman"/>
        </w:rPr>
        <w:t xml:space="preserve">, </w:t>
      </w:r>
      <w:r w:rsidRPr="006418AC">
        <w:rPr>
          <w:rFonts w:ascii="Times New Roman" w:hAnsi="Times New Roman" w:cs="Times New Roman"/>
          <w:i/>
        </w:rPr>
        <w:t>was</w:t>
      </w:r>
      <w:r w:rsidRPr="006418AC">
        <w:rPr>
          <w:rFonts w:ascii="Times New Roman" w:hAnsi="Times New Roman" w:cs="Times New Roman"/>
        </w:rPr>
        <w:t xml:space="preserve">, </w:t>
      </w:r>
      <w:r w:rsidRPr="006418AC">
        <w:rPr>
          <w:rFonts w:ascii="Times New Roman" w:hAnsi="Times New Roman" w:cs="Times New Roman"/>
          <w:i/>
        </w:rPr>
        <w:t>wohin</w:t>
      </w:r>
      <w:r w:rsidRPr="006418AC">
        <w:rPr>
          <w:rFonts w:ascii="Times New Roman" w:hAnsi="Times New Roman" w:cs="Times New Roman"/>
        </w:rPr>
        <w:t xml:space="preserve">, wo, </w:t>
      </w:r>
      <w:r w:rsidRPr="006418AC">
        <w:rPr>
          <w:rFonts w:ascii="Times New Roman" w:hAnsi="Times New Roman" w:cs="Times New Roman"/>
          <w:i/>
        </w:rPr>
        <w:t>warum</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Количественные и порядковые числительные (до 100).</w:t>
      </w:r>
    </w:p>
    <w:p w:rsidR="00F44E79" w:rsidRPr="006418AC" w:rsidRDefault="00F44E79" w:rsidP="009D40EF">
      <w:pPr>
        <w:tabs>
          <w:tab w:val="left" w:pos="180"/>
          <w:tab w:val="left" w:pos="284"/>
        </w:tabs>
        <w:autoSpaceDE w:val="0"/>
        <w:autoSpaceDN w:val="0"/>
        <w:ind w:left="142"/>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 xml:space="preserve">СОЦИОКУЛЬТУРНЫЕ ЗНАНИЯ И УМЕНИЯ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 Формирование умений:</w:t>
      </w:r>
    </w:p>
    <w:p w:rsidR="00F44E79" w:rsidRPr="006418AC" w:rsidRDefault="00F44E79" w:rsidP="001C7BA4">
      <w:pPr>
        <w:pStyle w:val="ListParagraph"/>
        <w:numPr>
          <w:ilvl w:val="0"/>
          <w:numId w:val="96"/>
        </w:numPr>
        <w:tabs>
          <w:tab w:val="left" w:pos="284"/>
          <w:tab w:val="left" w:pos="993"/>
        </w:tabs>
        <w:autoSpaceDE w:val="0"/>
        <w:autoSpaceDN w:val="0"/>
        <w:spacing w:after="0" w:line="240" w:lineRule="auto"/>
        <w:ind w:left="142" w:firstLine="567"/>
        <w:jc w:val="both"/>
        <w:rPr>
          <w:rFonts w:ascii="Times New Roman" w:hAnsi="Times New Roman"/>
          <w:sz w:val="24"/>
          <w:szCs w:val="24"/>
        </w:rPr>
      </w:pPr>
      <w:r w:rsidRPr="006418AC">
        <w:rPr>
          <w:rFonts w:ascii="Times New Roman" w:hAnsi="Times New Roman"/>
          <w:sz w:val="24"/>
          <w:szCs w:val="24"/>
        </w:rPr>
        <w:t xml:space="preserve">писать своё имя и фамилию, а также имена и фамилии своих родственников и друзей на немецком языке; </w:t>
      </w:r>
    </w:p>
    <w:p w:rsidR="00F44E79" w:rsidRPr="006418AC" w:rsidRDefault="00F44E79" w:rsidP="001C7BA4">
      <w:pPr>
        <w:pStyle w:val="ListParagraph"/>
        <w:numPr>
          <w:ilvl w:val="0"/>
          <w:numId w:val="96"/>
        </w:numPr>
        <w:tabs>
          <w:tab w:val="left" w:pos="284"/>
          <w:tab w:val="left" w:pos="993"/>
        </w:tabs>
        <w:autoSpaceDE w:val="0"/>
        <w:autoSpaceDN w:val="0"/>
        <w:spacing w:after="0" w:line="240" w:lineRule="auto"/>
        <w:ind w:left="142" w:firstLine="567"/>
        <w:jc w:val="both"/>
        <w:rPr>
          <w:rFonts w:ascii="Times New Roman" w:hAnsi="Times New Roman"/>
          <w:sz w:val="24"/>
          <w:szCs w:val="24"/>
        </w:rPr>
      </w:pPr>
      <w:r w:rsidRPr="006418AC">
        <w:rPr>
          <w:rFonts w:ascii="Times New Roman" w:hAnsi="Times New Roman"/>
          <w:sz w:val="24"/>
          <w:szCs w:val="24"/>
        </w:rPr>
        <w:t xml:space="preserve">правильно оформлять свой адрес на немецком языке (в анкете, формуляре); </w:t>
      </w:r>
    </w:p>
    <w:p w:rsidR="00F44E79" w:rsidRPr="006418AC" w:rsidRDefault="00F44E79" w:rsidP="001C7BA4">
      <w:pPr>
        <w:pStyle w:val="ListParagraph"/>
        <w:numPr>
          <w:ilvl w:val="0"/>
          <w:numId w:val="96"/>
        </w:numPr>
        <w:tabs>
          <w:tab w:val="left" w:pos="284"/>
          <w:tab w:val="left" w:pos="993"/>
        </w:tabs>
        <w:autoSpaceDE w:val="0"/>
        <w:autoSpaceDN w:val="0"/>
        <w:spacing w:after="0" w:line="240" w:lineRule="auto"/>
        <w:ind w:left="142" w:firstLine="567"/>
        <w:jc w:val="both"/>
        <w:rPr>
          <w:rFonts w:ascii="Times New Roman" w:hAnsi="Times New Roman"/>
          <w:sz w:val="24"/>
          <w:szCs w:val="24"/>
        </w:rPr>
      </w:pPr>
      <w:r w:rsidRPr="006418AC">
        <w:rPr>
          <w:rFonts w:ascii="Times New Roman" w:hAnsi="Times New Roman"/>
          <w:sz w:val="24"/>
          <w:szCs w:val="24"/>
        </w:rPr>
        <w:t xml:space="preserve">кратко представлять Россию и страну/страны изучаемого языка; </w:t>
      </w:r>
    </w:p>
    <w:p w:rsidR="00F44E79" w:rsidRPr="006418AC" w:rsidRDefault="00F44E79" w:rsidP="001C7BA4">
      <w:pPr>
        <w:pStyle w:val="ListParagraph"/>
        <w:numPr>
          <w:ilvl w:val="0"/>
          <w:numId w:val="96"/>
        </w:numPr>
        <w:tabs>
          <w:tab w:val="left" w:pos="284"/>
          <w:tab w:val="left" w:pos="993"/>
        </w:tabs>
        <w:autoSpaceDE w:val="0"/>
        <w:autoSpaceDN w:val="0"/>
        <w:spacing w:after="0" w:line="240" w:lineRule="auto"/>
        <w:ind w:left="142" w:firstLine="567"/>
        <w:jc w:val="both"/>
        <w:rPr>
          <w:rFonts w:ascii="Times New Roman" w:hAnsi="Times New Roman"/>
          <w:sz w:val="24"/>
          <w:szCs w:val="24"/>
        </w:rPr>
      </w:pPr>
      <w:r w:rsidRPr="006418AC">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 xml:space="preserve">КОМПЕНСАТОРНЫЕ УМЕНИЯ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Использование при чтении и аудировании языковой, в том числе контекстуальной, догадки.</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Использование в качестве опоры при составлении собственных высказываний ключевых слов, плана.</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sidRPr="006418AC">
        <w:rPr>
          <w:rFonts w:ascii="Times New Roman" w:hAnsi="Times New Roman" w:cs="Times New Roman"/>
        </w:rPr>
        <w:tab/>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6 КЛАСС</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КОММУНИКАТИВНЫЕ УМЕНИЯ</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 Взаимоотношения в семье и с друзьями. Семейные праздники.</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 Внешность и характер человека /литературного персонажа.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Досуг и увлечения/хобби современного подростка (чтение, кино, театр, спорт).</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Здоровый образ жизни: режим труда и отдыха, фитнес, сбалансированное питание.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Покупки: продукты питания.</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Школа, школьная жизнь, изучаемые предметы, любимый предмет, правила поведения в школе.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Переписка с зарубежными сверстниками.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Каникулы в различное время года. Виды отдыха.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Путешествия по России и зарубежным странам.</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Природа: дикие и домашние животные. Климат, погода.</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Жизнь в городе и сельской местности. Описание родного города/села. Транспорт.</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Выдающиеся люди родной страны и страны/стран изучаемого языка: писатели, поэты.</w:t>
      </w: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t xml:space="preserve">     Развитие коммуникативных умений </w:t>
      </w:r>
      <w:r w:rsidRPr="006418AC">
        <w:rPr>
          <w:rFonts w:ascii="Times New Roman" w:hAnsi="Times New Roman" w:cs="Times New Roman"/>
          <w:b/>
          <w:i/>
        </w:rPr>
        <w:t>диалогической речи</w:t>
      </w:r>
      <w:r w:rsidRPr="006418AC">
        <w:rPr>
          <w:rFonts w:ascii="Times New Roman" w:hAnsi="Times New Roman" w:cs="Times New Roman"/>
        </w:rPr>
        <w:t xml:space="preserve">, а именно умений вести: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i/>
          <w:sz w:val="24"/>
          <w:szCs w:val="24"/>
        </w:rPr>
        <w:t>диалог этикетного характера:</w:t>
      </w:r>
      <w:r w:rsidRPr="006418AC">
        <w:rPr>
          <w:rFonts w:ascii="Times New Roman" w:hAnsi="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i/>
          <w:sz w:val="24"/>
          <w:szCs w:val="24"/>
        </w:rPr>
        <w:t>диалог-побуждение к действию:</w:t>
      </w:r>
      <w:r w:rsidRPr="006418AC">
        <w:rPr>
          <w:rFonts w:ascii="Times New Roman" w:hAnsi="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i/>
          <w:sz w:val="24"/>
          <w:szCs w:val="24"/>
        </w:rPr>
        <w:t>диалог-расспрос:</w:t>
      </w:r>
      <w:r w:rsidRPr="006418AC">
        <w:rPr>
          <w:rFonts w:ascii="Times New Roman" w:hAnsi="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 Вышеперечисленные умения диалогической речи развиваются в стандартных ситуациях </w:t>
      </w:r>
      <w:r w:rsidRPr="006418AC">
        <w:rPr>
          <w:rFonts w:ascii="Times New Roman" w:hAnsi="Times New Roman" w:cs="Times New Roman"/>
        </w:rPr>
        <w:br/>
        <w:t xml:space="preserve">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Объём диалога – до 5 реплик со стороны каждого собеседника.</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Развитие коммуникативных умений </w:t>
      </w:r>
      <w:r w:rsidRPr="006418AC">
        <w:rPr>
          <w:rFonts w:ascii="Times New Roman" w:hAnsi="Times New Roman" w:cs="Times New Roman"/>
          <w:b/>
          <w:i/>
        </w:rPr>
        <w:t>монологической речи</w:t>
      </w:r>
      <w:r w:rsidRPr="006418AC">
        <w:rPr>
          <w:rFonts w:ascii="Times New Roman" w:hAnsi="Times New Roman" w:cs="Times New Roman"/>
        </w:rPr>
        <w:t xml:space="preserve">: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создание устных связных монологических высказываний с использованием основных </w:t>
      </w:r>
      <w:r w:rsidRPr="006418AC">
        <w:rPr>
          <w:rFonts w:ascii="Times New Roman" w:hAnsi="Times New Roman"/>
          <w:sz w:val="24"/>
          <w:szCs w:val="24"/>
        </w:rPr>
        <w:br/>
        <w:t>коммуникативных типов речи:</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повествование/сообщение;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изложение (пересказ) основного содержания прочитанного текста;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краткое изложение результатов выполненной проектной работы.</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Объём монологического высказывания – 7-8 фраз.</w:t>
      </w: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b/>
        </w:rPr>
        <w:t xml:space="preserve">Аудирование </w:t>
      </w:r>
      <w:r w:rsidRPr="006418AC">
        <w:rPr>
          <w:rFonts w:ascii="Times New Roman" w:hAnsi="Times New Roman" w:cs="Times New Roman"/>
        </w:rPr>
        <w:br/>
      </w:r>
      <w:r w:rsidRPr="006418AC">
        <w:rPr>
          <w:rFonts w:ascii="Times New Roman" w:hAnsi="Times New Roman" w:cs="Times New Roman"/>
        </w:rPr>
        <w:tab/>
        <w:t xml:space="preserve">     При непосредственном общении: понимание на слух речи учителя и одноклассников и вербальная/невербальная реакция на услышанное.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i/>
        </w:rPr>
        <w:t>Аудирование с пониманием основного содержания текста</w:t>
      </w:r>
      <w:r w:rsidRPr="006418AC">
        <w:rPr>
          <w:rFonts w:ascii="Times New Roman" w:hAnsi="Times New Roman" w:cs="Times New Roman"/>
        </w:rPr>
        <w:t xml:space="preserve">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i/>
        </w:rPr>
        <w:t>Аудирование с пониманием запрашиваемой информации</w:t>
      </w:r>
      <w:r w:rsidRPr="006418AC">
        <w:rPr>
          <w:rFonts w:ascii="Times New Roman" w:hAnsi="Times New Roman" w:cs="Times New Roman"/>
        </w:rPr>
        <w:t xml:space="preserve"> предполагает умение выделять </w:t>
      </w:r>
      <w:r w:rsidRPr="006418AC">
        <w:rPr>
          <w:rFonts w:ascii="Times New Roman" w:hAnsi="Times New Roman" w:cs="Times New Roman"/>
        </w:rPr>
        <w:br/>
        <w:t>запрашиваемую информацию, представленную в эксплицитной (явной) форме, в воспринимаемом на слух тексте.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Время звучания текста/текстов для аудирования – до 1 минуты.</w:t>
      </w:r>
    </w:p>
    <w:p w:rsidR="00F44E79" w:rsidRPr="006418AC" w:rsidRDefault="00F44E79" w:rsidP="009D40EF">
      <w:pPr>
        <w:tabs>
          <w:tab w:val="left" w:pos="180"/>
          <w:tab w:val="left" w:pos="284"/>
        </w:tabs>
        <w:autoSpaceDE w:val="0"/>
        <w:autoSpaceDN w:val="0"/>
        <w:ind w:left="142"/>
        <w:jc w:val="both"/>
        <w:rPr>
          <w:rFonts w:ascii="Times New Roman" w:hAnsi="Times New Roman" w:cs="Times New Roman"/>
        </w:rPr>
      </w:pPr>
    </w:p>
    <w:p w:rsidR="00F44E79" w:rsidRPr="006418AC" w:rsidRDefault="00F44E79" w:rsidP="009D40EF">
      <w:pPr>
        <w:tabs>
          <w:tab w:val="left" w:pos="567"/>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Смысловое чтение</w:t>
      </w:r>
    </w:p>
    <w:p w:rsidR="00F44E79" w:rsidRPr="006418AC" w:rsidRDefault="00F44E79" w:rsidP="009D40EF">
      <w:pPr>
        <w:tabs>
          <w:tab w:val="left" w:pos="567"/>
        </w:tabs>
        <w:autoSpaceDE w:val="0"/>
        <w:autoSpaceDN w:val="0"/>
        <w:ind w:left="142" w:firstLine="425"/>
        <w:jc w:val="both"/>
        <w:rPr>
          <w:rFonts w:ascii="Times New Roman" w:hAnsi="Times New Roman" w:cs="Times New Roman"/>
        </w:rPr>
      </w:pPr>
      <w:r w:rsidRPr="006418AC">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6418AC" w:rsidRDefault="00F44E79" w:rsidP="009D40EF">
      <w:pPr>
        <w:tabs>
          <w:tab w:val="left" w:pos="567"/>
        </w:tabs>
        <w:autoSpaceDE w:val="0"/>
        <w:autoSpaceDN w:val="0"/>
        <w:ind w:left="142" w:firstLine="425"/>
        <w:jc w:val="both"/>
        <w:rPr>
          <w:rFonts w:ascii="Times New Roman" w:hAnsi="Times New Roman" w:cs="Times New Roman"/>
        </w:rPr>
      </w:pPr>
      <w:r w:rsidRPr="006418AC">
        <w:rPr>
          <w:rFonts w:ascii="Times New Roman" w:hAnsi="Times New Roman" w:cs="Times New Roman"/>
          <w:i/>
        </w:rPr>
        <w:t>Чтение с пониманием основного содержания текста</w:t>
      </w:r>
      <w:r w:rsidRPr="006418AC">
        <w:rPr>
          <w:rFonts w:ascii="Times New Roman" w:hAnsi="Times New Roman" w:cs="Times New Roman"/>
        </w:rPr>
        <w:t xml:space="preserve"> предполагает умение определять </w:t>
      </w:r>
      <w:r w:rsidRPr="006418AC">
        <w:rPr>
          <w:rFonts w:ascii="Times New Roman" w:hAnsi="Times New Roman" w:cs="Times New Roman"/>
        </w:rPr>
        <w:br/>
        <w:t xml:space="preserve">тему/основную мысль, главные факты/события; прогнозировать содержание текста по </w:t>
      </w:r>
      <w:r w:rsidRPr="006418AC">
        <w:rPr>
          <w:rFonts w:ascii="Times New Roman" w:hAnsi="Times New Roman" w:cs="Times New Roman"/>
        </w:rPr>
        <w:br/>
        <w:t>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44E79" w:rsidRPr="006418AC" w:rsidRDefault="00F44E79" w:rsidP="009D40EF">
      <w:pPr>
        <w:tabs>
          <w:tab w:val="left" w:pos="567"/>
        </w:tabs>
        <w:autoSpaceDE w:val="0"/>
        <w:autoSpaceDN w:val="0"/>
        <w:ind w:left="142" w:firstLine="425"/>
        <w:jc w:val="both"/>
        <w:rPr>
          <w:rFonts w:ascii="Times New Roman" w:hAnsi="Times New Roman" w:cs="Times New Roman"/>
        </w:rPr>
      </w:pPr>
      <w:r w:rsidRPr="006418AC">
        <w:rPr>
          <w:rFonts w:ascii="Times New Roman" w:hAnsi="Times New Roman" w:cs="Times New Roman"/>
          <w:i/>
        </w:rPr>
        <w:t>Чтение с пониманием запрашиваемой информации</w:t>
      </w:r>
      <w:r w:rsidRPr="006418AC">
        <w:rPr>
          <w:rFonts w:ascii="Times New Roman" w:hAnsi="Times New Roman" w:cs="Times New Roman"/>
        </w:rPr>
        <w:t xml:space="preserve"> предполагает умение находить в прочитанном тексте и понимать запрашиваемую информацию.</w:t>
      </w:r>
    </w:p>
    <w:p w:rsidR="00F44E79" w:rsidRPr="006418AC" w:rsidRDefault="00F44E79" w:rsidP="009D40EF">
      <w:pPr>
        <w:tabs>
          <w:tab w:val="left" w:pos="567"/>
        </w:tabs>
        <w:autoSpaceDE w:val="0"/>
        <w:autoSpaceDN w:val="0"/>
        <w:ind w:left="142" w:firstLine="425"/>
        <w:jc w:val="both"/>
        <w:rPr>
          <w:rFonts w:ascii="Times New Roman" w:hAnsi="Times New Roman" w:cs="Times New Roman"/>
        </w:rPr>
      </w:pPr>
      <w:r w:rsidRPr="006418AC">
        <w:rPr>
          <w:rFonts w:ascii="Times New Roman" w:hAnsi="Times New Roman" w:cs="Times New Roman"/>
          <w:i/>
        </w:rPr>
        <w:t>Чтение несплошных текстов (таблиц)</w:t>
      </w:r>
      <w:r w:rsidRPr="006418AC">
        <w:rPr>
          <w:rFonts w:ascii="Times New Roman" w:hAnsi="Times New Roman" w:cs="Times New Roman"/>
        </w:rPr>
        <w:t xml:space="preserve"> и понимание представленной в них информации.</w:t>
      </w:r>
    </w:p>
    <w:p w:rsidR="00F44E79" w:rsidRPr="006418AC" w:rsidRDefault="00F44E79" w:rsidP="009D40EF">
      <w:pPr>
        <w:tabs>
          <w:tab w:val="left" w:pos="567"/>
        </w:tabs>
        <w:autoSpaceDE w:val="0"/>
        <w:autoSpaceDN w:val="0"/>
        <w:ind w:left="142" w:firstLine="425"/>
        <w:jc w:val="both"/>
        <w:rPr>
          <w:rFonts w:ascii="Times New Roman" w:hAnsi="Times New Roman" w:cs="Times New Roman"/>
        </w:rPr>
      </w:pPr>
      <w:r w:rsidRPr="006418AC">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F44E79" w:rsidRPr="006418AC" w:rsidRDefault="00F44E79" w:rsidP="009D40EF">
      <w:pPr>
        <w:tabs>
          <w:tab w:val="left" w:pos="567"/>
        </w:tabs>
        <w:autoSpaceDE w:val="0"/>
        <w:autoSpaceDN w:val="0"/>
        <w:ind w:left="142" w:firstLine="425"/>
        <w:jc w:val="both"/>
        <w:rPr>
          <w:rFonts w:ascii="Times New Roman" w:hAnsi="Times New Roman" w:cs="Times New Roman"/>
          <w:b/>
        </w:rPr>
      </w:pPr>
    </w:p>
    <w:p w:rsidR="00F44E79" w:rsidRPr="006418AC" w:rsidRDefault="00F44E79" w:rsidP="009D40EF">
      <w:pPr>
        <w:tabs>
          <w:tab w:val="left" w:pos="567"/>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Письменная речь</w:t>
      </w:r>
    </w:p>
    <w:p w:rsidR="00F44E79" w:rsidRPr="006418AC" w:rsidRDefault="00F44E79" w:rsidP="009D40EF">
      <w:pPr>
        <w:tabs>
          <w:tab w:val="left" w:pos="567"/>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Развитие умений письменной речи: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w:t>
      </w:r>
    </w:p>
    <w:p w:rsidR="00F44E79" w:rsidRPr="006418AC" w:rsidRDefault="00F44E79" w:rsidP="001C7BA4">
      <w:pPr>
        <w:pStyle w:val="ListParagraph"/>
        <w:numPr>
          <w:ilvl w:val="0"/>
          <w:numId w:val="96"/>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F44E79" w:rsidRPr="006418AC" w:rsidRDefault="00F44E79" w:rsidP="009D40EF">
      <w:pPr>
        <w:tabs>
          <w:tab w:val="left" w:pos="180"/>
          <w:tab w:val="left" w:pos="284"/>
        </w:tabs>
        <w:autoSpaceDE w:val="0"/>
        <w:autoSpaceDN w:val="0"/>
        <w:spacing w:before="190"/>
        <w:ind w:left="142" w:right="144"/>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 xml:space="preserve">ЯЗЫКОВЫЕ ЗНАНИЯ И УМЕНИЯ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rPr>
        <w:br/>
      </w:r>
      <w:r w:rsidRPr="006418AC">
        <w:rPr>
          <w:rFonts w:ascii="Times New Roman" w:hAnsi="Times New Roman" w:cs="Times New Roman"/>
        </w:rPr>
        <w:tab/>
        <w:t xml:space="preserve">        </w:t>
      </w:r>
      <w:r w:rsidRPr="006418AC">
        <w:rPr>
          <w:rFonts w:ascii="Times New Roman" w:hAnsi="Times New Roman" w:cs="Times New Roman"/>
          <w:b/>
        </w:rPr>
        <w:t xml:space="preserve">Фонетическая сторона речи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w:t>
      </w:r>
      <w:r w:rsidRPr="006418AC">
        <w:rPr>
          <w:rFonts w:ascii="Times New Roman" w:hAnsi="Times New Roman" w:cs="Times New Roman"/>
        </w:rPr>
        <w:br/>
        <w:t>демонстрирующих понимание текста.</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Графика, орфография и пунктуация</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Правильное написание изученных слов.</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 xml:space="preserve">Лексическая сторона речи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Основные способы словообразования: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а) аффиксация:</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образование имён существительных при помощи суффиксов </w:t>
      </w:r>
      <w:r w:rsidRPr="006418AC">
        <w:rPr>
          <w:rFonts w:ascii="Times New Roman" w:hAnsi="Times New Roman" w:cs="Times New Roman"/>
          <w:i/>
        </w:rPr>
        <w:t>-keit</w:t>
      </w:r>
      <w:r w:rsidRPr="006418AC">
        <w:rPr>
          <w:rFonts w:ascii="Times New Roman" w:hAnsi="Times New Roman" w:cs="Times New Roman"/>
        </w:rPr>
        <w:t>, (</w:t>
      </w:r>
      <w:r w:rsidRPr="006418AC">
        <w:rPr>
          <w:rFonts w:ascii="Times New Roman" w:hAnsi="Times New Roman" w:cs="Times New Roman"/>
          <w:i/>
        </w:rPr>
        <w:t>die Möglichkeit</w:t>
      </w:r>
      <w:r w:rsidRPr="006418AC">
        <w:rPr>
          <w:rFonts w:ascii="Times New Roman" w:hAnsi="Times New Roman" w:cs="Times New Roman"/>
        </w:rPr>
        <w:t xml:space="preserve">), </w:t>
      </w:r>
      <w:r w:rsidRPr="006418AC">
        <w:rPr>
          <w:rFonts w:ascii="Times New Roman" w:hAnsi="Times New Roman" w:cs="Times New Roman"/>
          <w:i/>
        </w:rPr>
        <w:t xml:space="preserve">-heit </w:t>
      </w:r>
      <w:r w:rsidRPr="006418AC">
        <w:rPr>
          <w:rFonts w:ascii="Times New Roman" w:hAnsi="Times New Roman" w:cs="Times New Roman"/>
        </w:rPr>
        <w:t>(</w:t>
      </w:r>
      <w:r w:rsidRPr="006418AC">
        <w:rPr>
          <w:rFonts w:ascii="Times New Roman" w:hAnsi="Times New Roman" w:cs="Times New Roman"/>
          <w:i/>
        </w:rPr>
        <w:t>die Schönheit</w:t>
      </w:r>
      <w:r w:rsidRPr="006418AC">
        <w:rPr>
          <w:rFonts w:ascii="Times New Roman" w:hAnsi="Times New Roman" w:cs="Times New Roman"/>
        </w:rPr>
        <w:t xml:space="preserve">), </w:t>
      </w:r>
      <w:r w:rsidRPr="006418AC">
        <w:rPr>
          <w:rFonts w:ascii="Times New Roman" w:hAnsi="Times New Roman" w:cs="Times New Roman"/>
          <w:i/>
        </w:rPr>
        <w:t xml:space="preserve">-ung </w:t>
      </w:r>
      <w:r w:rsidRPr="006418AC">
        <w:rPr>
          <w:rFonts w:ascii="Times New Roman" w:hAnsi="Times New Roman" w:cs="Times New Roman"/>
        </w:rPr>
        <w:t>(</w:t>
      </w:r>
      <w:r w:rsidRPr="006418AC">
        <w:rPr>
          <w:rFonts w:ascii="Times New Roman" w:hAnsi="Times New Roman" w:cs="Times New Roman"/>
          <w:i/>
        </w:rPr>
        <w:t>die Erzählung</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образование имен прилагательных при помощи суффикса </w:t>
      </w:r>
      <w:r w:rsidRPr="006418AC">
        <w:rPr>
          <w:rFonts w:ascii="Times New Roman" w:hAnsi="Times New Roman" w:cs="Times New Roman"/>
          <w:i/>
        </w:rPr>
        <w:t xml:space="preserve">-isch </w:t>
      </w:r>
      <w:r w:rsidRPr="006418AC">
        <w:rPr>
          <w:rFonts w:ascii="Times New Roman" w:hAnsi="Times New Roman" w:cs="Times New Roman"/>
        </w:rPr>
        <w:t>(</w:t>
      </w:r>
      <w:r w:rsidRPr="006418AC">
        <w:rPr>
          <w:rFonts w:ascii="Times New Roman" w:hAnsi="Times New Roman" w:cs="Times New Roman"/>
          <w:i/>
        </w:rPr>
        <w:t>dramatisch</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образование имён прилагательных и наречий при помощи отрицательного префикса </w:t>
      </w:r>
      <w:r w:rsidRPr="006418AC">
        <w:rPr>
          <w:rFonts w:ascii="Times New Roman" w:hAnsi="Times New Roman" w:cs="Times New Roman"/>
          <w:i/>
        </w:rPr>
        <w:t>un-</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б) конверсия: образование имён существительных от глагола (</w:t>
      </w:r>
      <w:r w:rsidRPr="006418AC">
        <w:rPr>
          <w:rFonts w:ascii="Times New Roman" w:hAnsi="Times New Roman" w:cs="Times New Roman"/>
          <w:i/>
        </w:rPr>
        <w:t>das Lesen</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в) словосложение: образование сложных существительных путём соединения глагола и существительного (</w:t>
      </w:r>
      <w:r w:rsidRPr="006418AC">
        <w:rPr>
          <w:rFonts w:ascii="Times New Roman" w:hAnsi="Times New Roman" w:cs="Times New Roman"/>
          <w:i/>
        </w:rPr>
        <w:t>der Schreibtisch</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Грамматическая сторона речи</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Сложносочинённые предложения с союзом </w:t>
      </w:r>
      <w:r w:rsidRPr="006418AC">
        <w:rPr>
          <w:rFonts w:ascii="Times New Roman" w:hAnsi="Times New Roman" w:cs="Times New Roman"/>
          <w:i/>
        </w:rPr>
        <w:t>denn.</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Глаголы в видовременных формах действительного залога в изъявительном наклонении в Präteritum.</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Глаголы с отделяемыми и неотделяемыми приставками. </w:t>
      </w:r>
    </w:p>
    <w:p w:rsidR="00F44E79" w:rsidRPr="006418AC" w:rsidRDefault="00F44E79" w:rsidP="009D40EF">
      <w:pPr>
        <w:tabs>
          <w:tab w:val="left" w:pos="284"/>
        </w:tabs>
        <w:autoSpaceDE w:val="0"/>
        <w:autoSpaceDN w:val="0"/>
        <w:ind w:left="142" w:firstLine="425"/>
        <w:jc w:val="both"/>
        <w:rPr>
          <w:rFonts w:ascii="Times New Roman" w:hAnsi="Times New Roman" w:cs="Times New Roman"/>
          <w:i/>
        </w:rPr>
      </w:pPr>
      <w:r w:rsidRPr="006418AC">
        <w:rPr>
          <w:rFonts w:ascii="Times New Roman" w:hAnsi="Times New Roman" w:cs="Times New Roman"/>
        </w:rPr>
        <w:t xml:space="preserve">Глаголы с возвратным местоимением </w:t>
      </w:r>
      <w:r w:rsidRPr="006418AC">
        <w:rPr>
          <w:rFonts w:ascii="Times New Roman" w:hAnsi="Times New Roman" w:cs="Times New Roman"/>
          <w:i/>
        </w:rPr>
        <w:t xml:space="preserve">sich. </w:t>
      </w:r>
    </w:p>
    <w:p w:rsidR="00F44E79" w:rsidRPr="009D40EF" w:rsidRDefault="00F44E79" w:rsidP="009D40EF">
      <w:pPr>
        <w:tabs>
          <w:tab w:val="left" w:pos="284"/>
        </w:tabs>
        <w:autoSpaceDE w:val="0"/>
        <w:autoSpaceDN w:val="0"/>
        <w:ind w:left="142" w:firstLine="425"/>
        <w:jc w:val="both"/>
        <w:rPr>
          <w:rFonts w:ascii="Times New Roman" w:hAnsi="Times New Roman" w:cs="Times New Roman"/>
          <w:lang w:val="en-US"/>
        </w:rPr>
      </w:pPr>
      <w:r w:rsidRPr="006418AC">
        <w:rPr>
          <w:rFonts w:ascii="Times New Roman" w:hAnsi="Times New Roman" w:cs="Times New Roman"/>
        </w:rPr>
        <w:t>Глаголы</w:t>
      </w:r>
      <w:r w:rsidRPr="009D40EF">
        <w:rPr>
          <w:rFonts w:ascii="Times New Roman" w:hAnsi="Times New Roman" w:cs="Times New Roman"/>
          <w:lang w:val="en-US"/>
        </w:rPr>
        <w:t xml:space="preserve"> </w:t>
      </w:r>
      <w:r w:rsidRPr="009D40EF">
        <w:rPr>
          <w:rFonts w:ascii="Times New Roman" w:hAnsi="Times New Roman" w:cs="Times New Roman"/>
          <w:i/>
          <w:lang w:val="en-US"/>
        </w:rPr>
        <w:t>sitzen — setzen</w:t>
      </w:r>
      <w:r w:rsidRPr="009D40EF">
        <w:rPr>
          <w:rFonts w:ascii="Times New Roman" w:hAnsi="Times New Roman" w:cs="Times New Roman"/>
          <w:lang w:val="en-US"/>
        </w:rPr>
        <w:t xml:space="preserve">, </w:t>
      </w:r>
      <w:r w:rsidRPr="009D40EF">
        <w:rPr>
          <w:rFonts w:ascii="Times New Roman" w:hAnsi="Times New Roman" w:cs="Times New Roman"/>
          <w:i/>
          <w:lang w:val="en-US"/>
        </w:rPr>
        <w:t>liegen — legen</w:t>
      </w:r>
      <w:r w:rsidRPr="009D40EF">
        <w:rPr>
          <w:rFonts w:ascii="Times New Roman" w:hAnsi="Times New Roman" w:cs="Times New Roman"/>
          <w:lang w:val="en-US"/>
        </w:rPr>
        <w:t xml:space="preserve">, </w:t>
      </w:r>
      <w:r w:rsidRPr="009D40EF">
        <w:rPr>
          <w:rFonts w:ascii="Times New Roman" w:hAnsi="Times New Roman" w:cs="Times New Roman"/>
          <w:i/>
          <w:lang w:val="en-US"/>
        </w:rPr>
        <w:t>stehen — stellen</w:t>
      </w:r>
      <w:r w:rsidRPr="009D40EF">
        <w:rPr>
          <w:rFonts w:ascii="Times New Roman" w:hAnsi="Times New Roman" w:cs="Times New Roman"/>
          <w:lang w:val="en-US"/>
        </w:rPr>
        <w:t xml:space="preserve">, </w:t>
      </w:r>
      <w:r w:rsidRPr="009D40EF">
        <w:rPr>
          <w:rFonts w:ascii="Times New Roman" w:hAnsi="Times New Roman" w:cs="Times New Roman"/>
          <w:i/>
          <w:lang w:val="en-US"/>
        </w:rPr>
        <w:t>hängen.</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Модальный глагол </w:t>
      </w:r>
      <w:r w:rsidRPr="006418AC">
        <w:rPr>
          <w:rFonts w:ascii="Times New Roman" w:hAnsi="Times New Roman" w:cs="Times New Roman"/>
          <w:i/>
        </w:rPr>
        <w:t xml:space="preserve">sollen </w:t>
      </w:r>
      <w:r w:rsidRPr="006418AC">
        <w:rPr>
          <w:rFonts w:ascii="Times New Roman" w:hAnsi="Times New Roman" w:cs="Times New Roman"/>
        </w:rPr>
        <w:t>(в Präsens).</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Склонение имён существительных в единственном и множественном числе в родительном падеже.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Личные местоимения в винительном и дательном падежах (в некоторых речевых образцах).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Вопросительное местоимение (</w:t>
      </w:r>
      <w:r w:rsidRPr="006418AC">
        <w:rPr>
          <w:rFonts w:ascii="Times New Roman" w:hAnsi="Times New Roman" w:cs="Times New Roman"/>
          <w:i/>
        </w:rPr>
        <w:t>welch</w:t>
      </w:r>
      <w:r w:rsidRPr="006418AC">
        <w:rPr>
          <w:rFonts w:ascii="Times New Roman" w:hAnsi="Times New Roman" w:cs="Times New Roman"/>
        </w:rPr>
        <w:t>-).</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Числительные для обозначения дат и больших чисел (100-1000).</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i/>
        </w:rPr>
      </w:pPr>
      <w:r w:rsidRPr="006418AC">
        <w:rPr>
          <w:rFonts w:ascii="Times New Roman" w:hAnsi="Times New Roman" w:cs="Times New Roman"/>
        </w:rPr>
        <w:t xml:space="preserve">Предлоги, требующие дательного падежа при ответе на вопрос </w:t>
      </w:r>
      <w:r w:rsidRPr="006418AC">
        <w:rPr>
          <w:rFonts w:ascii="Times New Roman" w:hAnsi="Times New Roman" w:cs="Times New Roman"/>
          <w:i/>
        </w:rPr>
        <w:t xml:space="preserve">Wo? </w:t>
      </w:r>
      <w:r w:rsidRPr="006418AC">
        <w:rPr>
          <w:rFonts w:ascii="Times New Roman" w:hAnsi="Times New Roman" w:cs="Times New Roman"/>
        </w:rPr>
        <w:t xml:space="preserve">и винительного при ответе на вопрос </w:t>
      </w:r>
      <w:r w:rsidRPr="006418AC">
        <w:rPr>
          <w:rFonts w:ascii="Times New Roman" w:hAnsi="Times New Roman" w:cs="Times New Roman"/>
          <w:i/>
        </w:rPr>
        <w:t>Wohin?</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Развитие умений: </w:t>
      </w:r>
    </w:p>
    <w:p w:rsidR="00F44E79" w:rsidRPr="006418AC" w:rsidRDefault="00F44E79" w:rsidP="001C7BA4">
      <w:pPr>
        <w:pStyle w:val="ListParagraph"/>
        <w:numPr>
          <w:ilvl w:val="0"/>
          <w:numId w:val="96"/>
        </w:numPr>
        <w:tabs>
          <w:tab w:val="left" w:pos="284"/>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F44E79" w:rsidRPr="006418AC" w:rsidRDefault="00F44E79" w:rsidP="001C7BA4">
      <w:pPr>
        <w:pStyle w:val="ListParagraph"/>
        <w:numPr>
          <w:ilvl w:val="0"/>
          <w:numId w:val="96"/>
        </w:numPr>
        <w:tabs>
          <w:tab w:val="left" w:pos="284"/>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правильно оформлять свой адрес на немецком языке (в анкете, формуляре);</w:t>
      </w:r>
    </w:p>
    <w:p w:rsidR="00F44E79" w:rsidRPr="006418AC" w:rsidRDefault="00F44E79" w:rsidP="001C7BA4">
      <w:pPr>
        <w:pStyle w:val="ListParagraph"/>
        <w:numPr>
          <w:ilvl w:val="0"/>
          <w:numId w:val="96"/>
        </w:numPr>
        <w:tabs>
          <w:tab w:val="left" w:pos="284"/>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кратко представлять Россию и страну/страны изучаемого языка; </w:t>
      </w:r>
    </w:p>
    <w:p w:rsidR="00F44E79" w:rsidRPr="006418AC" w:rsidRDefault="00F44E79" w:rsidP="001C7BA4">
      <w:pPr>
        <w:pStyle w:val="ListParagraph"/>
        <w:numPr>
          <w:ilvl w:val="0"/>
          <w:numId w:val="96"/>
        </w:numPr>
        <w:tabs>
          <w:tab w:val="left" w:pos="284"/>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F44E79" w:rsidRPr="006418AC" w:rsidRDefault="00F44E79" w:rsidP="001C7BA4">
      <w:pPr>
        <w:pStyle w:val="ListParagraph"/>
        <w:numPr>
          <w:ilvl w:val="0"/>
          <w:numId w:val="96"/>
        </w:numPr>
        <w:tabs>
          <w:tab w:val="left" w:pos="284"/>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w:t>
      </w:r>
    </w:p>
    <w:p w:rsidR="00F44E79" w:rsidRPr="006418AC" w:rsidRDefault="00F44E79" w:rsidP="009D40EF">
      <w:pPr>
        <w:pStyle w:val="ListParagraph"/>
        <w:tabs>
          <w:tab w:val="left" w:pos="284"/>
          <w:tab w:val="left" w:pos="851"/>
        </w:tabs>
        <w:autoSpaceDE w:val="0"/>
        <w:autoSpaceDN w:val="0"/>
        <w:spacing w:after="0" w:line="240" w:lineRule="auto"/>
        <w:ind w:left="567"/>
        <w:jc w:val="both"/>
        <w:rPr>
          <w:rFonts w:ascii="Times New Roman" w:hAnsi="Times New Roman"/>
          <w:sz w:val="24"/>
          <w:szCs w:val="24"/>
        </w:rPr>
      </w:pPr>
    </w:p>
    <w:p w:rsidR="00F44E79" w:rsidRPr="006418AC" w:rsidRDefault="00F44E79" w:rsidP="009D40EF">
      <w:pPr>
        <w:tabs>
          <w:tab w:val="left" w:pos="284"/>
        </w:tabs>
        <w:autoSpaceDE w:val="0"/>
        <w:autoSpaceDN w:val="0"/>
        <w:ind w:left="142" w:firstLine="425"/>
        <w:jc w:val="both"/>
        <w:rPr>
          <w:rFonts w:ascii="Times New Roman" w:hAnsi="Times New Roman" w:cs="Times New Roman"/>
          <w:b/>
        </w:rPr>
      </w:pPr>
      <w:r w:rsidRPr="006418AC">
        <w:rPr>
          <w:rFonts w:ascii="Times New Roman" w:hAnsi="Times New Roman" w:cs="Times New Roman"/>
          <w:b/>
        </w:rPr>
        <w:t xml:space="preserve">КОМПЕНСАТОРНЫЕ УМЕНИЯ </w:t>
      </w:r>
    </w:p>
    <w:p w:rsidR="00F44E79" w:rsidRPr="006418AC" w:rsidRDefault="00F44E79" w:rsidP="009D40EF">
      <w:pPr>
        <w:tabs>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Использование при чтении и аудировании языковой догадки, в том числе контекстуальной.</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Использование в качестве опоры при составлении собственных высказываний ключевых слов, плана.</w:t>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left="142" w:firstLine="425"/>
        <w:jc w:val="both"/>
        <w:rPr>
          <w:rFonts w:ascii="Times New Roman" w:hAnsi="Times New Roman" w:cs="Times New Roman"/>
        </w:rPr>
      </w:pPr>
      <w:r w:rsidRPr="006418A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6418AC" w:rsidRDefault="00F44E79" w:rsidP="009D40EF">
      <w:pPr>
        <w:tabs>
          <w:tab w:val="left" w:pos="284"/>
        </w:tabs>
        <w:autoSpaceDE w:val="0"/>
        <w:autoSpaceDN w:val="0"/>
        <w:spacing w:before="262"/>
        <w:ind w:left="142"/>
        <w:jc w:val="both"/>
        <w:rPr>
          <w:rFonts w:ascii="Times New Roman" w:hAnsi="Times New Roman" w:cs="Times New Roman"/>
          <w:b/>
        </w:rPr>
      </w:pP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7 КЛАСС</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КОММУНИКАТИВНЫЕ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Взаимоотношения в семье и с друзьями. Семейные праздники. Обязанности по дому.</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Внешность и характер человека/литературного персонажа.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Досуг и увлечения/хобби современного подростка (чтение, кино, театр, музей, спорт, музыка).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Здоровый образ жизни: режим труда и отдыха, фитнес, сбалансированное питание. Посещение врача.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Покупки: продукты питания.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Школа, школьная жизнь, изучаемые предметы, любимый предмет, правила поведения в школе. Переписка с зарубежными сверстниками.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Каникулы в различное время года. Виды отдыха. Путешествия по России и зарубежным странам.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Природа: дикие и домашние животные. Проблемы экологии. Климат, погода.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Жизнь в городе и сельской местности. Описание родного города/села. Транспорт.</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Средства массовой информации (телевидение, журналы, Интернет).</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Выдающиеся люди родной страны и страны/стран изучаемого языка: учёные, писатели, поэты, спортсмены.</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t xml:space="preserve">        Развитие коммуникативных умений </w:t>
      </w:r>
      <w:r w:rsidRPr="006418AC">
        <w:rPr>
          <w:rFonts w:ascii="Times New Roman" w:hAnsi="Times New Roman" w:cs="Times New Roman"/>
          <w:b/>
          <w:i/>
        </w:rPr>
        <w:t>диалогической речи</w:t>
      </w:r>
      <w:r w:rsidRPr="006418AC">
        <w:rPr>
          <w:rFonts w:ascii="Times New Roman" w:hAnsi="Times New Roman" w:cs="Times New Roman"/>
        </w:rPr>
        <w:t xml:space="preserve">,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 этикетного характера – </w:t>
      </w:r>
      <w:r w:rsidRPr="006418AC">
        <w:rPr>
          <w:rFonts w:ascii="Times New Roman" w:hAnsi="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диалог-побуждение </w:t>
      </w:r>
      <w:r w:rsidRPr="006418AC">
        <w:rPr>
          <w:rFonts w:ascii="Times New Roman" w:hAnsi="Times New Roman"/>
          <w:sz w:val="24"/>
          <w:szCs w:val="24"/>
        </w:rPr>
        <w:t xml:space="preserve">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диалог-расспрос – </w:t>
      </w:r>
      <w:r w:rsidRPr="006418AC">
        <w:rPr>
          <w:rFonts w:ascii="Times New Roman" w:hAnsi="Times New Roman"/>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диалога – до 6 реплик со стороны каждого собеседника.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Развитие коммуникативных умений </w:t>
      </w:r>
      <w:r w:rsidRPr="006418AC">
        <w:rPr>
          <w:rFonts w:ascii="Times New Roman" w:hAnsi="Times New Roman" w:cs="Times New Roman"/>
          <w:b/>
          <w:i/>
        </w:rPr>
        <w:t>монологической речи</w:t>
      </w:r>
      <w:r w:rsidRPr="006418AC">
        <w:rPr>
          <w:rFonts w:ascii="Times New Roman" w:hAnsi="Times New Roman" w:cs="Times New Roman"/>
        </w:rPr>
        <w:t xml:space="preserve">: </w:t>
      </w:r>
    </w:p>
    <w:p w:rsidR="00F44E79" w:rsidRPr="006418AC" w:rsidRDefault="00F44E79" w:rsidP="001C7BA4">
      <w:pPr>
        <w:pStyle w:val="ListParagraph"/>
        <w:numPr>
          <w:ilvl w:val="0"/>
          <w:numId w:val="97"/>
        </w:numPr>
        <w:tabs>
          <w:tab w:val="left" w:pos="180"/>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F44E79" w:rsidRPr="006418AC" w:rsidRDefault="00F44E79" w:rsidP="001C7BA4">
      <w:pPr>
        <w:pStyle w:val="ListParagraph"/>
        <w:numPr>
          <w:ilvl w:val="0"/>
          <w:numId w:val="97"/>
        </w:numPr>
        <w:tabs>
          <w:tab w:val="left" w:pos="180"/>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sidRPr="006418AC">
        <w:rPr>
          <w:rFonts w:ascii="Times New Roman" w:hAnsi="Times New Roman"/>
          <w:sz w:val="24"/>
          <w:szCs w:val="24"/>
        </w:rPr>
        <w:tab/>
      </w:r>
    </w:p>
    <w:p w:rsidR="00F44E79" w:rsidRPr="006418AC" w:rsidRDefault="00F44E79" w:rsidP="001C7BA4">
      <w:pPr>
        <w:pStyle w:val="ListParagraph"/>
        <w:numPr>
          <w:ilvl w:val="0"/>
          <w:numId w:val="97"/>
        </w:numPr>
        <w:tabs>
          <w:tab w:val="left" w:pos="180"/>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повествование/сообщение;</w:t>
      </w:r>
    </w:p>
    <w:p w:rsidR="00F44E79" w:rsidRPr="006418AC" w:rsidRDefault="00F44E79" w:rsidP="001C7BA4">
      <w:pPr>
        <w:pStyle w:val="ListParagraph"/>
        <w:numPr>
          <w:ilvl w:val="0"/>
          <w:numId w:val="97"/>
        </w:numPr>
        <w:tabs>
          <w:tab w:val="left" w:pos="180"/>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изложение (пересказ) основного содержания прочитанного/прослушанного текста;</w:t>
      </w:r>
      <w:r w:rsidRPr="006418AC">
        <w:rPr>
          <w:rFonts w:ascii="Times New Roman" w:hAnsi="Times New Roman"/>
          <w:sz w:val="24"/>
          <w:szCs w:val="24"/>
        </w:rPr>
        <w:tab/>
      </w:r>
    </w:p>
    <w:p w:rsidR="00F44E79" w:rsidRPr="006418AC" w:rsidRDefault="00F44E79" w:rsidP="001C7BA4">
      <w:pPr>
        <w:pStyle w:val="ListParagraph"/>
        <w:numPr>
          <w:ilvl w:val="0"/>
          <w:numId w:val="97"/>
        </w:numPr>
        <w:tabs>
          <w:tab w:val="left" w:pos="180"/>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краткое изложение результатов выполненной проектной работы.</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монологического высказывания – 8-9 фраз.</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Аудирование </w:t>
      </w:r>
      <w:r w:rsidRPr="006418AC">
        <w:rPr>
          <w:rFonts w:ascii="Times New Roman" w:hAnsi="Times New Roman" w:cs="Times New Roman"/>
        </w:rPr>
        <w:br/>
      </w:r>
      <w:r w:rsidRPr="006418AC">
        <w:rPr>
          <w:rFonts w:ascii="Times New Roman" w:hAnsi="Times New Roman" w:cs="Times New Roman"/>
        </w:rPr>
        <w:tab/>
        <w:t xml:space="preserve">        При непосредственном общении: понимание на слух речи учителя и одноклассников и вербальная/невербальная реакция на услышанное.</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Аудирование с пониманием основного содержания текста</w:t>
      </w:r>
      <w:r w:rsidRPr="006418AC">
        <w:rPr>
          <w:rFonts w:ascii="Times New Roman" w:hAnsi="Times New Roman" w:cs="Times New Roman"/>
        </w:rPr>
        <w:t xml:space="preserve">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Аудирование с пониманием запрашиваемой информации</w:t>
      </w:r>
      <w:r w:rsidRPr="006418AC">
        <w:rPr>
          <w:rFonts w:ascii="Times New Roman" w:hAnsi="Times New Roman" w:cs="Times New Roman"/>
        </w:rPr>
        <w:t xml:space="preserve">, предполагает умение выделять </w:t>
      </w:r>
      <w:r w:rsidRPr="006418AC">
        <w:rPr>
          <w:rFonts w:ascii="Times New Roman" w:hAnsi="Times New Roman" w:cs="Times New Roman"/>
        </w:rPr>
        <w:br/>
        <w:t>запрашиваемую информацию, представленную в эксплицитной (явной) форме, в воспринимаемом на слух тексте.</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Время звучания текста/текстов для аудирования – до 1,5 минут.</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Смысловое чтение</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с пониманием основного содержания текста</w:t>
      </w:r>
      <w:r w:rsidRPr="006418AC">
        <w:rPr>
          <w:rFonts w:ascii="Times New Roman" w:hAnsi="Times New Roman" w:cs="Times New Roman"/>
        </w:rPr>
        <w:t xml:space="preserve">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с пониманием нужной/запрашиваемой информации</w:t>
      </w:r>
      <w:r w:rsidRPr="006418AC">
        <w:rPr>
          <w:rFonts w:ascii="Times New Roman" w:hAnsi="Times New Roman" w:cs="Times New Roman"/>
        </w:rPr>
        <w:t xml:space="preserve"> предполагает умение находить в прочитанном тексте и понимать запрашиваемую информацию.</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с полным пониманием</w:t>
      </w:r>
      <w:r w:rsidRPr="006418AC">
        <w:rPr>
          <w:rFonts w:ascii="Times New Roman" w:hAnsi="Times New Roman" w:cs="Times New Roman"/>
        </w:rPr>
        <w:t xml:space="preserve"> предполагает полное и точное понимание информации, представленной в тексте в эксплицитной (явной) форме.</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несплошных текстов (таблиц, диаграмм)</w:t>
      </w:r>
      <w:r w:rsidRPr="006418AC">
        <w:rPr>
          <w:rFonts w:ascii="Times New Roman" w:hAnsi="Times New Roman" w:cs="Times New Roman"/>
        </w:rPr>
        <w:t xml:space="preserve"> и понимание представленной в них информации.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текста/текстов для чтения – до 350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Письменная речь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Развитие умений письменной речи:</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ЯЗЫКОВЫЕ ЗНАНИЯ И УМЕНИЯ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rPr>
        <w:br/>
      </w:r>
      <w:r w:rsidRPr="006418AC">
        <w:rPr>
          <w:rFonts w:ascii="Times New Roman" w:hAnsi="Times New Roman" w:cs="Times New Roman"/>
        </w:rPr>
        <w:tab/>
        <w:t xml:space="preserve">      </w:t>
      </w:r>
      <w:r w:rsidRPr="006418AC">
        <w:rPr>
          <w:rFonts w:ascii="Times New Roman" w:hAnsi="Times New Roman" w:cs="Times New Roman"/>
          <w:b/>
        </w:rPr>
        <w:t xml:space="preserve">Фонетическая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r w:rsidRPr="006418AC">
        <w:rPr>
          <w:rFonts w:ascii="Times New Roman" w:hAnsi="Times New Roman" w:cs="Times New Roman"/>
        </w:rPr>
        <w:tab/>
        <w:t xml:space="preserve">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текста для чтения вслух – до 100 слов.</w:t>
      </w:r>
    </w:p>
    <w:p w:rsidR="00F44E79" w:rsidRPr="006418AC" w:rsidRDefault="00F44E79" w:rsidP="009D40EF">
      <w:pPr>
        <w:tabs>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Графика, орфография и пунктуация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Правильное написание изученных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Лексическая сторона речи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Основные способы словообразования: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а) аффиксация: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образование глаголов при помощи суффикса </w:t>
      </w:r>
      <w:r w:rsidRPr="006418AC">
        <w:rPr>
          <w:rFonts w:ascii="Times New Roman" w:hAnsi="Times New Roman" w:cs="Times New Roman"/>
          <w:i/>
        </w:rPr>
        <w:t xml:space="preserve">-ieren </w:t>
      </w:r>
      <w:r w:rsidRPr="006418AC">
        <w:rPr>
          <w:rFonts w:ascii="Times New Roman" w:hAnsi="Times New Roman" w:cs="Times New Roman"/>
        </w:rPr>
        <w:t>(</w:t>
      </w:r>
      <w:r w:rsidRPr="006418AC">
        <w:rPr>
          <w:rFonts w:ascii="Times New Roman" w:hAnsi="Times New Roman" w:cs="Times New Roman"/>
          <w:i/>
        </w:rPr>
        <w:t>interessieren</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образование имен существительных при помощи суффиксов </w:t>
      </w:r>
      <w:r w:rsidRPr="006418AC">
        <w:rPr>
          <w:rFonts w:ascii="Times New Roman" w:hAnsi="Times New Roman" w:cs="Times New Roman"/>
          <w:i/>
        </w:rPr>
        <w:t xml:space="preserve">-schaft </w:t>
      </w:r>
      <w:r w:rsidRPr="006418AC">
        <w:rPr>
          <w:rFonts w:ascii="Times New Roman" w:hAnsi="Times New Roman" w:cs="Times New Roman"/>
        </w:rPr>
        <w:t>(</w:t>
      </w:r>
      <w:r w:rsidRPr="006418AC">
        <w:rPr>
          <w:rFonts w:ascii="Times New Roman" w:hAnsi="Times New Roman" w:cs="Times New Roman"/>
          <w:i/>
        </w:rPr>
        <w:t>die Freundschaft</w:t>
      </w:r>
      <w:r w:rsidRPr="006418AC">
        <w:rPr>
          <w:rFonts w:ascii="Times New Roman" w:hAnsi="Times New Roman" w:cs="Times New Roman"/>
        </w:rPr>
        <w:t xml:space="preserve">), </w:t>
      </w:r>
      <w:r w:rsidRPr="006418AC">
        <w:rPr>
          <w:rFonts w:ascii="Times New Roman" w:hAnsi="Times New Roman" w:cs="Times New Roman"/>
          <w:i/>
        </w:rPr>
        <w:t xml:space="preserve">-tion </w:t>
      </w:r>
      <w:r w:rsidRPr="006418AC">
        <w:rPr>
          <w:rFonts w:ascii="Times New Roman" w:hAnsi="Times New Roman" w:cs="Times New Roman"/>
        </w:rPr>
        <w:t>(</w:t>
      </w:r>
      <w:r w:rsidRPr="006418AC">
        <w:rPr>
          <w:rFonts w:ascii="Times New Roman" w:hAnsi="Times New Roman" w:cs="Times New Roman"/>
          <w:i/>
        </w:rPr>
        <w:t>die Organisation</w:t>
      </w:r>
      <w:r w:rsidRPr="006418AC">
        <w:rPr>
          <w:rFonts w:ascii="Times New Roman" w:hAnsi="Times New Roman" w:cs="Times New Roman"/>
        </w:rPr>
        <w:t xml:space="preserve">), префикса </w:t>
      </w:r>
      <w:r w:rsidRPr="006418AC">
        <w:rPr>
          <w:rFonts w:ascii="Times New Roman" w:hAnsi="Times New Roman" w:cs="Times New Roman"/>
          <w:i/>
        </w:rPr>
        <w:t xml:space="preserve">un- </w:t>
      </w:r>
      <w:r w:rsidRPr="006418AC">
        <w:rPr>
          <w:rFonts w:ascii="Times New Roman" w:hAnsi="Times New Roman" w:cs="Times New Roman"/>
        </w:rPr>
        <w:t>(</w:t>
      </w:r>
      <w:r w:rsidRPr="006418AC">
        <w:rPr>
          <w:rFonts w:ascii="Times New Roman" w:hAnsi="Times New Roman" w:cs="Times New Roman"/>
          <w:i/>
        </w:rPr>
        <w:t>das Unglück</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б) конверсия: имён существительных от прилагательных (</w:t>
      </w:r>
      <w:r w:rsidRPr="006418AC">
        <w:rPr>
          <w:rFonts w:ascii="Times New Roman" w:hAnsi="Times New Roman" w:cs="Times New Roman"/>
          <w:i/>
        </w:rPr>
        <w:t>das Grün</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 словосложение: образование сложных существительных путём соединения прилагательного и существительного (</w:t>
      </w:r>
      <w:r w:rsidRPr="006418AC">
        <w:rPr>
          <w:rFonts w:ascii="Times New Roman" w:hAnsi="Times New Roman" w:cs="Times New Roman"/>
          <w:i/>
        </w:rPr>
        <w:t>die Kleinstadt</w:t>
      </w:r>
      <w:r w:rsidRPr="006418AC">
        <w:rPr>
          <w:rFonts w:ascii="Times New Roman" w:hAnsi="Times New Roman" w:cs="Times New Roman"/>
        </w:rPr>
        <w:t>).</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Многозначные лексические единицы. Синонимы. Антонимы.</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Различные средства связи в тексте для обеспечения его целостности (</w:t>
      </w:r>
      <w:r w:rsidRPr="006418AC">
        <w:rPr>
          <w:rFonts w:ascii="Times New Roman" w:hAnsi="Times New Roman" w:cs="Times New Roman"/>
          <w:i/>
        </w:rPr>
        <w:t>zuerst, denn, zum Schluss usw.</w:t>
      </w:r>
      <w:r w:rsidRPr="006418AC">
        <w:rPr>
          <w:rFonts w:ascii="Times New Roman" w:hAnsi="Times New Roman" w:cs="Times New Roman"/>
        </w:rPr>
        <w:t>).</w:t>
      </w:r>
    </w:p>
    <w:p w:rsidR="00F44E79" w:rsidRPr="006418AC" w:rsidRDefault="00F44E79" w:rsidP="009D40EF">
      <w:pPr>
        <w:tabs>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Грамматическая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Различные коммуникативные типы предложений: повествовательные (утвердительные, </w:t>
      </w:r>
      <w:r w:rsidRPr="006418AC">
        <w:rPr>
          <w:rFonts w:ascii="Times New Roman" w:hAnsi="Times New Roman" w:cs="Times New Roman"/>
        </w:rPr>
        <w:br/>
        <w:t>отрицательные), вопросительные (общий, специальный вопросы), побудительные (в утвердительной и отрицательной форме).</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Сложносочинённые предложения с наречием </w:t>
      </w:r>
      <w:r w:rsidRPr="006418AC">
        <w:rPr>
          <w:rFonts w:ascii="Times New Roman" w:hAnsi="Times New Roman" w:cs="Times New Roman"/>
          <w:i/>
        </w:rPr>
        <w:t>darum.</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Сложноподчинённые предложения: дополнительные (с союзом </w:t>
      </w:r>
      <w:r w:rsidRPr="006418AC">
        <w:rPr>
          <w:rFonts w:ascii="Times New Roman" w:hAnsi="Times New Roman" w:cs="Times New Roman"/>
          <w:i/>
        </w:rPr>
        <w:t>dass</w:t>
      </w:r>
      <w:r w:rsidRPr="006418AC">
        <w:rPr>
          <w:rFonts w:ascii="Times New Roman" w:hAnsi="Times New Roman" w:cs="Times New Roman"/>
        </w:rPr>
        <w:t xml:space="preserve">), причины (с союзом weil), условия (с союзом </w:t>
      </w:r>
      <w:r w:rsidRPr="006418AC">
        <w:rPr>
          <w:rFonts w:ascii="Times New Roman" w:hAnsi="Times New Roman" w:cs="Times New Roman"/>
          <w:i/>
        </w:rPr>
        <w:t>wenn</w:t>
      </w:r>
      <w:r w:rsidRPr="006418AC">
        <w:rPr>
          <w:rFonts w:ascii="Times New Roman" w:hAnsi="Times New Roman" w:cs="Times New Roman"/>
        </w:rPr>
        <w:t>).</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Предложения с глаголами, требующими употребления после них частицы </w:t>
      </w:r>
      <w:r w:rsidRPr="006418AC">
        <w:rPr>
          <w:rFonts w:ascii="Times New Roman" w:hAnsi="Times New Roman" w:cs="Times New Roman"/>
          <w:i/>
        </w:rPr>
        <w:t xml:space="preserve">zu </w:t>
      </w:r>
      <w:r w:rsidRPr="006418AC">
        <w:rPr>
          <w:rFonts w:ascii="Times New Roman" w:hAnsi="Times New Roman" w:cs="Times New Roman"/>
        </w:rPr>
        <w:t>и инфинитива.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Предложения с неопределённо-личным местоимением </w:t>
      </w:r>
      <w:r w:rsidRPr="006418AC">
        <w:rPr>
          <w:rFonts w:ascii="Times New Roman" w:hAnsi="Times New Roman" w:cs="Times New Roman"/>
          <w:i/>
        </w:rPr>
        <w:t>man</w:t>
      </w:r>
      <w:r w:rsidRPr="006418AC">
        <w:rPr>
          <w:rFonts w:ascii="Times New Roman" w:hAnsi="Times New Roman" w:cs="Times New Roman"/>
        </w:rPr>
        <w:t>, в том числе с модальными глаголами (</w:t>
      </w:r>
      <w:r w:rsidRPr="006418AC">
        <w:rPr>
          <w:rFonts w:ascii="Times New Roman" w:hAnsi="Times New Roman" w:cs="Times New Roman"/>
          <w:i/>
        </w:rPr>
        <w:t>Man spricht Deutsch. Man darf hier Ball spielen.</w:t>
      </w:r>
      <w:r w:rsidRPr="006418AC">
        <w:rPr>
          <w:rFonts w:ascii="Times New Roman" w:hAnsi="Times New Roman" w:cs="Times New Roman"/>
        </w:rPr>
        <w:t>).</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Модальные глаголы в Präteritum.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Oтрицания </w:t>
      </w:r>
      <w:r w:rsidRPr="006418AC">
        <w:rPr>
          <w:rFonts w:ascii="Times New Roman" w:hAnsi="Times New Roman" w:cs="Times New Roman"/>
          <w:i/>
        </w:rPr>
        <w:t>kein</w:t>
      </w:r>
      <w:r w:rsidRPr="006418AC">
        <w:rPr>
          <w:rFonts w:ascii="Times New Roman" w:hAnsi="Times New Roman" w:cs="Times New Roman"/>
        </w:rPr>
        <w:t xml:space="preserve">, </w:t>
      </w:r>
      <w:r w:rsidRPr="006418AC">
        <w:rPr>
          <w:rFonts w:ascii="Times New Roman" w:hAnsi="Times New Roman" w:cs="Times New Roman"/>
          <w:i/>
        </w:rPr>
        <w:t>nicht</w:t>
      </w:r>
      <w:r w:rsidRPr="006418AC">
        <w:rPr>
          <w:rFonts w:ascii="Times New Roman" w:hAnsi="Times New Roman" w:cs="Times New Roman"/>
        </w:rPr>
        <w:t xml:space="preserve">, </w:t>
      </w:r>
      <w:r w:rsidRPr="006418AC">
        <w:rPr>
          <w:rFonts w:ascii="Times New Roman" w:hAnsi="Times New Roman" w:cs="Times New Roman"/>
          <w:i/>
        </w:rPr>
        <w:t>doch.</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Числительные для обозначения дат и больших чисел (до 1 000 000).</w:t>
      </w:r>
    </w:p>
    <w:p w:rsidR="00F44E79" w:rsidRPr="006418AC" w:rsidRDefault="00F44E79" w:rsidP="009D40EF">
      <w:pPr>
        <w:tabs>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Развитие умений: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писать своё имя и фамилию, а также имена и фамилии своих родственников и друзей на немецком языке;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правильно оформлять свой адрес на немецком языке (в анкете);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кратко представлять Россию и страну/страны изучаемого языка;</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КОМПЕНСАТОРНЫЕ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Переспрашивание, просьба повторить, уточняя значение незнакомых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Использование в качестве опоры при составлении собственных высказываний ключевых слов, плана.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6418AC" w:rsidRDefault="00F44E79" w:rsidP="009D40EF">
      <w:pPr>
        <w:tabs>
          <w:tab w:val="left" w:pos="180"/>
          <w:tab w:val="left" w:pos="284"/>
        </w:tabs>
        <w:autoSpaceDE w:val="0"/>
        <w:autoSpaceDN w:val="0"/>
        <w:ind w:firstLine="425"/>
        <w:jc w:val="both"/>
        <w:rPr>
          <w:rFonts w:ascii="Times New Roman" w:hAnsi="Times New Roman" w:cs="Times New Roman"/>
        </w:rPr>
      </w:pPr>
    </w:p>
    <w:p w:rsidR="00F44E79" w:rsidRPr="006418AC" w:rsidRDefault="00F44E79" w:rsidP="009D40EF">
      <w:pPr>
        <w:tabs>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8 КЛАСС</w:t>
      </w:r>
    </w:p>
    <w:p w:rsidR="00F44E79" w:rsidRPr="006418AC" w:rsidRDefault="00F44E79" w:rsidP="009D40EF">
      <w:pPr>
        <w:tabs>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КОММУНИКАТИВНЫЕ УМЕНИЯ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Взаимоотношения в семье и с друзьями.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Внешность и характер человека/литературного персонажа.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Досуг и увлечения/хобби современного подростка (чтение, кино, театр, музей, спорт, музыка).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Здоровый образ жизни: режим труда и отдыха, фитнес, сбалансированное питание. Посещение врача.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Покупки: одежда, обувь и продукты питания. Карманные деньги.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Виды отдыха в различное время года. Путешествия по России и зарубежным странам.</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Природа: флора и фауна. Климат, погода.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Условия проживания в городской/сельской местности. Транспорт.</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Средства массовой информации (телевидение, радио, пресса, Интернет).</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Выдающиеся люди родной страны и страны/стран изучаемого языка: писатели, художники, музыканты.</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t xml:space="preserve">      Развитие коммуникативных умений </w:t>
      </w:r>
      <w:r w:rsidRPr="006418AC">
        <w:rPr>
          <w:rFonts w:ascii="Times New Roman" w:hAnsi="Times New Roman" w:cs="Times New Roman"/>
          <w:b/>
          <w:i/>
        </w:rPr>
        <w:t>диалогической речи</w:t>
      </w:r>
      <w:r w:rsidRPr="006418AC">
        <w:rPr>
          <w:rFonts w:ascii="Times New Roman" w:hAnsi="Times New Roman" w:cs="Times New Roman"/>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 этикетного характера </w:t>
      </w:r>
      <w:r w:rsidRPr="006418AC">
        <w:rPr>
          <w:rFonts w:ascii="Times New Roman" w:hAnsi="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диалог-побуждение </w:t>
      </w:r>
      <w:r w:rsidRPr="006418AC">
        <w:rPr>
          <w:rFonts w:ascii="Times New Roman" w:hAnsi="Times New Roman"/>
          <w:sz w:val="24"/>
          <w:szCs w:val="24"/>
        </w:rPr>
        <w:t xml:space="preserve">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диалог-расспрос – </w:t>
      </w:r>
      <w:r w:rsidRPr="006418AC">
        <w:rPr>
          <w:rFonts w:ascii="Times New Roman" w:hAnsi="Times New Roman"/>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диалога — до 7 реплик со стороны каждого собеседника.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Развитие коммуникативных умений </w:t>
      </w:r>
      <w:r w:rsidRPr="006418AC">
        <w:rPr>
          <w:rFonts w:ascii="Times New Roman" w:hAnsi="Times New Roman" w:cs="Times New Roman"/>
          <w:b/>
          <w:i/>
        </w:rPr>
        <w:t>монологической речи</w:t>
      </w:r>
      <w:r w:rsidRPr="006418AC">
        <w:rPr>
          <w:rFonts w:ascii="Times New Roman" w:hAnsi="Times New Roman" w:cs="Times New Roman"/>
        </w:rPr>
        <w:t xml:space="preserve">: создание устных связных </w:t>
      </w:r>
      <w:r w:rsidRPr="006418AC">
        <w:rPr>
          <w:rFonts w:ascii="Times New Roman" w:hAnsi="Times New Roman" w:cs="Times New Roman"/>
        </w:rPr>
        <w:br/>
        <w:t>монологических высказываний с использованием основных коммуникативных типов речи:</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повествование/сообщение; </w:t>
      </w:r>
      <w:r w:rsidRPr="006418AC">
        <w:rPr>
          <w:rFonts w:ascii="Times New Roman" w:hAnsi="Times New Roman"/>
          <w:sz w:val="24"/>
          <w:szCs w:val="24"/>
        </w:rPr>
        <w:br/>
      </w:r>
      <w:r w:rsidRPr="006418AC">
        <w:rPr>
          <w:rFonts w:ascii="Times New Roman" w:hAnsi="Times New Roman"/>
          <w:sz w:val="24"/>
          <w:szCs w:val="24"/>
        </w:rPr>
        <w:tab/>
        <w:t xml:space="preserve">       выражение и аргументирование своего мнения по отношению к услышанному/прочитанному; </w:t>
      </w:r>
      <w:r w:rsidRPr="006418AC">
        <w:rPr>
          <w:rFonts w:ascii="Times New Roman" w:hAnsi="Times New Roman"/>
          <w:sz w:val="24"/>
          <w:szCs w:val="24"/>
        </w:rPr>
        <w:tab/>
        <w:t xml:space="preserve">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изложение (пересказ) основного содержания прочитанного/прослушанного текста;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составление рассказа по картинкам;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изложение результатов выполненной проектной работы.</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монологического высказывания – 9-10 фраз.</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Аудирование </w:t>
      </w:r>
      <w:r w:rsidRPr="006418AC">
        <w:rPr>
          <w:rFonts w:ascii="Times New Roman" w:hAnsi="Times New Roman" w:cs="Times New Roman"/>
        </w:rPr>
        <w:br/>
      </w:r>
      <w:r w:rsidRPr="006418AC">
        <w:rPr>
          <w:rFonts w:ascii="Times New Roman" w:hAnsi="Times New Roman" w:cs="Times New Roman"/>
        </w:rPr>
        <w:tab/>
        <w:t xml:space="preserve">       При непосредственном общении: понимание на слух речи учителя и одноклассников и </w:t>
      </w:r>
      <w:r w:rsidRPr="006418AC">
        <w:rPr>
          <w:rFonts w:ascii="Times New Roman" w:hAnsi="Times New Roman" w:cs="Times New Roman"/>
        </w:rPr>
        <w:br/>
        <w:t>вербальная/невербальная реакция на услышанное; использовать переспрос или просьбу повторить для уточнения отдельных деталей.</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Аудирование с пониманием основного содержания текста</w:t>
      </w:r>
      <w:r w:rsidRPr="006418AC">
        <w:rPr>
          <w:rFonts w:ascii="Times New Roman" w:hAnsi="Times New Roman" w:cs="Times New Roman"/>
        </w:rP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Аудирование с пониманием нужной/интересующей/запрашиваемой информации</w:t>
      </w:r>
      <w:r w:rsidRPr="006418AC">
        <w:rPr>
          <w:rFonts w:ascii="Times New Roman" w:hAnsi="Times New Roman" w:cs="Times New Roman"/>
        </w:rPr>
        <w:t xml:space="preserve">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Время звучания текста/текстов для аудирования – до 2 минут.</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Смысловое чтение</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 Чтение с пониманием основного содержания текста </w:t>
      </w:r>
      <w:r w:rsidRPr="006418AC">
        <w:rPr>
          <w:rFonts w:ascii="Times New Roman" w:hAnsi="Times New Roman" w:cs="Times New Roman"/>
        </w:rPr>
        <w:t xml:space="preserve">предполагает умения: определять </w:t>
      </w:r>
      <w:r w:rsidRPr="006418AC">
        <w:rPr>
          <w:rFonts w:ascii="Times New Roman" w:hAnsi="Times New Roman" w:cs="Times New Roman"/>
        </w:rPr>
        <w:br/>
        <w:t>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Чтение с пониманием нужной/интересующей/запрашиваемой </w:t>
      </w:r>
      <w:r w:rsidRPr="006418AC">
        <w:rPr>
          <w:rFonts w:ascii="Times New Roman" w:hAnsi="Times New Roman" w:cs="Times New Roman"/>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несплошных текстов (таблиц, диаграмм, схем)</w:t>
      </w:r>
      <w:r w:rsidRPr="006418AC">
        <w:rPr>
          <w:rFonts w:ascii="Times New Roman" w:hAnsi="Times New Roman" w:cs="Times New Roman"/>
        </w:rPr>
        <w:t xml:space="preserve"> и понимание представленной в них информации.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w:t>
      </w:r>
      <w:r w:rsidRPr="006418AC">
        <w:rPr>
          <w:rFonts w:ascii="Times New Roman" w:hAnsi="Times New Roman" w:cs="Times New Roman"/>
        </w:rPr>
        <w:t xml:space="preserve"> </w:t>
      </w:r>
      <w:r w:rsidRPr="006418AC">
        <w:rPr>
          <w:rFonts w:ascii="Times New Roman" w:hAnsi="Times New Roman" w:cs="Times New Roman"/>
          <w:i/>
        </w:rPr>
        <w:t xml:space="preserve">с полным пониманием содержания </w:t>
      </w:r>
      <w:r w:rsidRPr="006418AC">
        <w:rPr>
          <w:rFonts w:ascii="Times New Roman" w:hAnsi="Times New Roman"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текста/текстов для чтения – 350-500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Письменная речь</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Развитие умений письменной речи:</w:t>
      </w:r>
      <w:r w:rsidRPr="006418AC">
        <w:rPr>
          <w:rFonts w:ascii="Times New Roman" w:hAnsi="Times New Roman" w:cs="Times New Roman"/>
        </w:rPr>
        <w:tab/>
        <w:t xml:space="preserve">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70" w:firstLine="497"/>
        <w:jc w:val="both"/>
        <w:rPr>
          <w:rFonts w:ascii="Times New Roman" w:hAnsi="Times New Roman"/>
          <w:sz w:val="24"/>
          <w:szCs w:val="24"/>
        </w:rPr>
      </w:pPr>
      <w:r w:rsidRPr="006418AC">
        <w:rPr>
          <w:rFonts w:ascii="Times New Roman" w:hAnsi="Times New Roman"/>
          <w:sz w:val="24"/>
          <w:szCs w:val="24"/>
        </w:rPr>
        <w:t>составление плана/тезисов устного или письменного сообщения;</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70" w:firstLine="497"/>
        <w:jc w:val="both"/>
        <w:rPr>
          <w:rFonts w:ascii="Times New Roman" w:hAnsi="Times New Roman"/>
          <w:sz w:val="24"/>
          <w:szCs w:val="24"/>
        </w:rPr>
      </w:pPr>
      <w:r w:rsidRPr="006418AC">
        <w:rPr>
          <w:rFonts w:ascii="Times New Roman" w:hAnsi="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70" w:firstLine="497"/>
        <w:jc w:val="both"/>
        <w:rPr>
          <w:rFonts w:ascii="Times New Roman" w:hAnsi="Times New Roman"/>
          <w:sz w:val="24"/>
          <w:szCs w:val="24"/>
        </w:rPr>
      </w:pPr>
      <w:r w:rsidRPr="006418AC">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F44E79" w:rsidRPr="006418AC" w:rsidRDefault="00F44E79" w:rsidP="001C7BA4">
      <w:pPr>
        <w:pStyle w:val="ListParagraph"/>
        <w:numPr>
          <w:ilvl w:val="0"/>
          <w:numId w:val="97"/>
        </w:numPr>
        <w:tabs>
          <w:tab w:val="left" w:pos="284"/>
          <w:tab w:val="left" w:pos="851"/>
        </w:tabs>
        <w:autoSpaceDE w:val="0"/>
        <w:autoSpaceDN w:val="0"/>
        <w:spacing w:after="0" w:line="240" w:lineRule="auto"/>
        <w:ind w:left="70" w:firstLine="497"/>
        <w:jc w:val="both"/>
        <w:rPr>
          <w:rFonts w:ascii="Times New Roman" w:hAnsi="Times New Roman"/>
          <w:sz w:val="24"/>
          <w:szCs w:val="24"/>
        </w:rPr>
      </w:pPr>
      <w:r w:rsidRPr="006418AC">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ЯЗЫКОВЫЕ ЗНАНИЯ И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 </w:t>
      </w:r>
      <w:r w:rsidRPr="006418AC">
        <w:rPr>
          <w:rFonts w:ascii="Times New Roman" w:hAnsi="Times New Roman" w:cs="Times New Roman"/>
        </w:rPr>
        <w:br/>
      </w:r>
      <w:r w:rsidRPr="006418AC">
        <w:rPr>
          <w:rFonts w:ascii="Times New Roman" w:hAnsi="Times New Roman" w:cs="Times New Roman"/>
        </w:rPr>
        <w:tab/>
        <w:t xml:space="preserve">      </w:t>
      </w:r>
      <w:r w:rsidRPr="006418AC">
        <w:rPr>
          <w:rFonts w:ascii="Times New Roman" w:hAnsi="Times New Roman" w:cs="Times New Roman"/>
          <w:b/>
        </w:rPr>
        <w:t xml:space="preserve">Фонетическая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текста для чтения вслух – до 110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Графика, орфография и пунктуация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Правильное написание изученных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Лексическая сторона речи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Основные способы словообразования: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а) аффиксация: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образование имён существительных при помощи суффикса </w:t>
      </w:r>
      <w:r w:rsidRPr="006418AC">
        <w:rPr>
          <w:rFonts w:ascii="Times New Roman" w:hAnsi="Times New Roman" w:cs="Times New Roman"/>
          <w:i/>
        </w:rPr>
        <w:t xml:space="preserve">-ik </w:t>
      </w:r>
      <w:r w:rsidRPr="006418AC">
        <w:rPr>
          <w:rFonts w:ascii="Times New Roman" w:hAnsi="Times New Roman" w:cs="Times New Roman"/>
        </w:rPr>
        <w:t>(</w:t>
      </w:r>
      <w:r w:rsidRPr="006418AC">
        <w:rPr>
          <w:rFonts w:ascii="Times New Roman" w:hAnsi="Times New Roman" w:cs="Times New Roman"/>
          <w:i/>
        </w:rPr>
        <w:t>Grammatik</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образование имён прилагательных при помощи суффикса </w:t>
      </w:r>
      <w:r w:rsidRPr="006418AC">
        <w:rPr>
          <w:rFonts w:ascii="Times New Roman" w:hAnsi="Times New Roman" w:cs="Times New Roman"/>
          <w:i/>
        </w:rPr>
        <w:t xml:space="preserve">-los </w:t>
      </w:r>
      <w:r w:rsidRPr="006418AC">
        <w:rPr>
          <w:rFonts w:ascii="Times New Roman" w:hAnsi="Times New Roman" w:cs="Times New Roman"/>
        </w:rPr>
        <w:t>(</w:t>
      </w:r>
      <w:r w:rsidRPr="006418AC">
        <w:rPr>
          <w:rFonts w:ascii="Times New Roman" w:hAnsi="Times New Roman" w:cs="Times New Roman"/>
          <w:i/>
        </w:rPr>
        <w:t>geschmacklos</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б) словосложение: образование сложных прилагательных путём соединения двух прилагательных (</w:t>
      </w:r>
      <w:r w:rsidRPr="006418AC">
        <w:rPr>
          <w:rFonts w:ascii="Times New Roman" w:hAnsi="Times New Roman" w:cs="Times New Roman"/>
          <w:i/>
        </w:rPr>
        <w:t>dunkelblau</w:t>
      </w:r>
      <w:r w:rsidRPr="006418AC">
        <w:rPr>
          <w:rFonts w:ascii="Times New Roman" w:hAnsi="Times New Roman" w:cs="Times New Roman"/>
        </w:rPr>
        <w:t>).</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Многозначные лексические единицы. Синонимы. Антонимы.</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Различные средства связи в тексте для обеспечения его целостности (</w:t>
      </w:r>
      <w:r w:rsidRPr="006418AC">
        <w:rPr>
          <w:rFonts w:ascii="Times New Roman" w:hAnsi="Times New Roman" w:cs="Times New Roman"/>
          <w:i/>
        </w:rPr>
        <w:t>zuerst, denn, zum Schluss usw.</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Грамматическая сторона речи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Различные коммуникативные типы предложений: повествовательные (утвердительные, </w:t>
      </w:r>
      <w:r w:rsidRPr="006418AC">
        <w:rPr>
          <w:rFonts w:ascii="Times New Roman" w:hAnsi="Times New Roman" w:cs="Times New Roman"/>
        </w:rPr>
        <w:br/>
        <w:t>отрицательные), вопросительные (общий, специальный вопросы), побудительные (в утвердительной и отрицательной форме).</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Сложноподчинённые предложения времени с союзами </w:t>
      </w:r>
      <w:r w:rsidRPr="006418AC">
        <w:rPr>
          <w:rFonts w:ascii="Times New Roman" w:hAnsi="Times New Roman" w:cs="Times New Roman"/>
          <w:i/>
        </w:rPr>
        <w:t>wenn</w:t>
      </w:r>
      <w:r w:rsidRPr="006418AC">
        <w:rPr>
          <w:rFonts w:ascii="Times New Roman" w:hAnsi="Times New Roman" w:cs="Times New Roman"/>
        </w:rPr>
        <w:t xml:space="preserve">, </w:t>
      </w:r>
      <w:r w:rsidRPr="006418AC">
        <w:rPr>
          <w:rFonts w:ascii="Times New Roman" w:hAnsi="Times New Roman" w:cs="Times New Roman"/>
          <w:i/>
        </w:rPr>
        <w:t>als.</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Глаголы в видовременных формах страдательного наклонения (Präsens, Präteritum).</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Наиболее распространённые глаголы с управлением и местоимённые наречия.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Склонение прилагательных.</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Предлоги, используемые с дательным падежом.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Предлоги, используемые с винительным падежом.</w:t>
      </w:r>
    </w:p>
    <w:p w:rsidR="00F44E79" w:rsidRPr="006418AC" w:rsidRDefault="00F44E79" w:rsidP="009D40EF">
      <w:pPr>
        <w:tabs>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 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Развитие умений:</w:t>
      </w:r>
    </w:p>
    <w:p w:rsidR="00F44E79" w:rsidRPr="006418AC" w:rsidRDefault="00F44E79" w:rsidP="001C7BA4">
      <w:pPr>
        <w:pStyle w:val="ListParagraph"/>
        <w:numPr>
          <w:ilvl w:val="0"/>
          <w:numId w:val="98"/>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кратко представлять Россию и страну/страны изучаемого языка; </w:t>
      </w:r>
      <w:r w:rsidRPr="006418AC">
        <w:rPr>
          <w:rFonts w:ascii="Times New Roman" w:hAnsi="Times New Roman"/>
          <w:sz w:val="24"/>
          <w:szCs w:val="24"/>
        </w:rPr>
        <w:br/>
      </w:r>
      <w:r w:rsidRPr="006418AC">
        <w:rPr>
          <w:rFonts w:ascii="Times New Roman" w:hAnsi="Times New Roman"/>
          <w:sz w:val="24"/>
          <w:szCs w:val="24"/>
        </w:rPr>
        <w:tab/>
        <w:t xml:space="preserve">кратко представлять некоторые культурные явления родной страны и страны/стран изучаемого языка; </w:t>
      </w:r>
    </w:p>
    <w:p w:rsidR="00F44E79" w:rsidRPr="006418AC" w:rsidRDefault="00F44E79" w:rsidP="001C7BA4">
      <w:pPr>
        <w:pStyle w:val="ListParagraph"/>
        <w:numPr>
          <w:ilvl w:val="0"/>
          <w:numId w:val="98"/>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 </w:t>
      </w:r>
    </w:p>
    <w:p w:rsidR="00F44E79" w:rsidRPr="006418AC" w:rsidRDefault="00F44E79" w:rsidP="001C7BA4">
      <w:pPr>
        <w:pStyle w:val="ListParagraph"/>
        <w:numPr>
          <w:ilvl w:val="0"/>
          <w:numId w:val="98"/>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КОМПЕНСАТОРНЫЕ УМЕНИЯ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Переспрашивать, просить повторить, уточняя значения незнакомых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Использование в качестве опоры при составлении собственных высказываний ключевых слов, плана.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E79" w:rsidRPr="006418AC" w:rsidRDefault="00F44E79" w:rsidP="009D40EF">
      <w:pPr>
        <w:tabs>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9 КЛАСС</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КОММУНИКАТИВНЫЕ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Взаимоотношения в семье и с друзьями. Конфликты и их решения.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Внешность и характер человека/литературного персонажа.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Здоровый образ жизни: режим труда и отдыха, фитнес, сбалансированное питание. Посещение врача.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Покупки: одежда, обувь и продукты питания. Карманные деньги. Молодёжная мода.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Виды отдыха в различное время года. Путешествия по России и зарубежным странам. Транспорт.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Средства массовой информации (телевидение, радио, пресса, Интернет).</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t xml:space="preserve">       Развитие коммуникативных умений </w:t>
      </w:r>
      <w:r w:rsidRPr="006418AC">
        <w:rPr>
          <w:rFonts w:ascii="Times New Roman" w:hAnsi="Times New Roman" w:cs="Times New Roman"/>
          <w:b/>
          <w:i/>
        </w:rPr>
        <w:t>диалогической речи</w:t>
      </w:r>
      <w:r w:rsidRPr="006418AC">
        <w:rPr>
          <w:rFonts w:ascii="Times New Roman" w:hAnsi="Times New Roman"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 этикетного характера </w:t>
      </w:r>
      <w:r w:rsidRPr="006418AC">
        <w:rPr>
          <w:rFonts w:ascii="Times New Roman" w:hAnsi="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диалог-побуждение </w:t>
      </w:r>
      <w:r w:rsidRPr="006418AC">
        <w:rPr>
          <w:rFonts w:ascii="Times New Roman" w:hAnsi="Times New Roman"/>
          <w:sz w:val="24"/>
          <w:szCs w:val="24"/>
        </w:rPr>
        <w:t xml:space="preserve">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диалог-расспрос — </w:t>
      </w:r>
      <w:r w:rsidRPr="006418AC">
        <w:rPr>
          <w:rFonts w:ascii="Times New Roman" w:hAnsi="Times New Roman"/>
          <w:sz w:val="24"/>
          <w:szCs w:val="24"/>
        </w:rPr>
        <w:t xml:space="preserve">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rsidRPr="006418AC">
        <w:rPr>
          <w:rFonts w:ascii="Times New Roman" w:hAnsi="Times New Roman"/>
          <w:sz w:val="24"/>
          <w:szCs w:val="24"/>
        </w:rPr>
        <w:br/>
      </w:r>
      <w:r w:rsidRPr="006418AC">
        <w:rPr>
          <w:rFonts w:ascii="Times New Roman" w:hAnsi="Times New Roman"/>
          <w:sz w:val="24"/>
          <w:szCs w:val="24"/>
        </w:rPr>
        <w:tab/>
        <w:t xml:space="preserve">       </w:t>
      </w:r>
      <w:r w:rsidRPr="006418AC">
        <w:rPr>
          <w:rFonts w:ascii="Times New Roman" w:hAnsi="Times New Roman"/>
          <w:i/>
          <w:sz w:val="24"/>
          <w:szCs w:val="24"/>
        </w:rPr>
        <w:t xml:space="preserve">диалог-обмен мнениями </w:t>
      </w:r>
      <w:r w:rsidRPr="006418AC">
        <w:rPr>
          <w:rFonts w:ascii="Times New Roman" w:hAnsi="Times New Roman"/>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Развитие коммуникативных умений </w:t>
      </w:r>
      <w:r w:rsidRPr="006418AC">
        <w:rPr>
          <w:rFonts w:ascii="Times New Roman" w:hAnsi="Times New Roman" w:cs="Times New Roman"/>
          <w:b/>
          <w:i/>
        </w:rPr>
        <w:t xml:space="preserve">монологической речи </w:t>
      </w:r>
      <w:r w:rsidRPr="006418AC">
        <w:rPr>
          <w:rFonts w:ascii="Times New Roman" w:hAnsi="Times New Roman" w:cs="Times New Roman"/>
        </w:rPr>
        <w:t xml:space="preserve">— создание устных связных </w:t>
      </w:r>
      <w:r w:rsidRPr="006418AC">
        <w:rPr>
          <w:rFonts w:ascii="Times New Roman" w:hAnsi="Times New Roman" w:cs="Times New Roman"/>
        </w:rPr>
        <w:br/>
        <w:t xml:space="preserve">монологических высказываний с использованием основных коммуникативных типов речи: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повествование/сообщение;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рассуждение; </w:t>
      </w:r>
      <w:r w:rsidRPr="006418AC">
        <w:rPr>
          <w:rFonts w:ascii="Times New Roman" w:hAnsi="Times New Roman"/>
          <w:sz w:val="24"/>
          <w:szCs w:val="24"/>
        </w:rPr>
        <w:br/>
      </w:r>
      <w:r w:rsidRPr="006418AC">
        <w:rPr>
          <w:rFonts w:ascii="Times New Roman" w:hAnsi="Times New Roman"/>
          <w:sz w:val="24"/>
          <w:szCs w:val="24"/>
        </w:rPr>
        <w:tab/>
        <w:t xml:space="preserve">       выражение и краткое аргументирование своего мнения по отношению к </w:t>
      </w:r>
      <w:r w:rsidRPr="006418AC">
        <w:rPr>
          <w:rFonts w:ascii="Times New Roman" w:hAnsi="Times New Roman"/>
          <w:sz w:val="24"/>
          <w:szCs w:val="24"/>
        </w:rPr>
        <w:br/>
        <w:t xml:space="preserve">услышанному/прочитанному;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составление рассказа по картинкам;</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изложение результатов выполненной проектной работы.</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монологического высказывания – 10-12 фраз.</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Аудирование </w:t>
      </w:r>
      <w:r w:rsidRPr="006418AC">
        <w:rPr>
          <w:rFonts w:ascii="Times New Roman" w:hAnsi="Times New Roman" w:cs="Times New Roman"/>
        </w:rPr>
        <w:br/>
      </w:r>
      <w:r w:rsidRPr="006418AC">
        <w:rPr>
          <w:rFonts w:ascii="Times New Roman" w:hAnsi="Times New Roman" w:cs="Times New Roman"/>
        </w:rPr>
        <w:tab/>
        <w:t xml:space="preserve">        При непосредственном общении: понимать на слух речь учителя и одноклассников и </w:t>
      </w:r>
      <w:r w:rsidRPr="006418AC">
        <w:rPr>
          <w:rFonts w:ascii="Times New Roman" w:hAnsi="Times New Roman" w:cs="Times New Roman"/>
        </w:rPr>
        <w:br/>
        <w:t>вербально/невербально реагировать на услышанное; использовать переспрос или просьбу повторить для уточнения отдельных деталей.</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Аудирование с пониманием основного содержания текста</w:t>
      </w:r>
      <w:r w:rsidRPr="006418AC">
        <w:rPr>
          <w:rFonts w:ascii="Times New Roman" w:hAnsi="Times New Roman" w:cs="Times New Roman"/>
        </w:rP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Аудирование с пониманием нужной/интересующей/запрашиваемой информации </w:t>
      </w:r>
      <w:r w:rsidRPr="006418AC">
        <w:rPr>
          <w:rFonts w:ascii="Times New Roman" w:hAnsi="Times New Roman" w:cs="Times New Roman"/>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Время звучания текста/текстов для аудирования – до 2 минут.</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Смысловое чтение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с пониманием основного содержания текста</w:t>
      </w:r>
      <w:r w:rsidRPr="006418AC">
        <w:rPr>
          <w:rFonts w:ascii="Times New Roman" w:hAnsi="Times New Roman" w:cs="Times New Roman"/>
        </w:rPr>
        <w:t xml:space="preserve"> предполагает умения: определять </w:t>
      </w:r>
      <w:r w:rsidRPr="006418AC">
        <w:rPr>
          <w:rFonts w:ascii="Times New Roman" w:hAnsi="Times New Roman" w:cs="Times New Roman"/>
        </w:rPr>
        <w:br/>
        <w:t>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с пониманием нужной/интересующей/запрашиваемой информации</w:t>
      </w:r>
      <w:r w:rsidRPr="006418AC">
        <w:rPr>
          <w:rFonts w:ascii="Times New Roman" w:hAnsi="Times New Roman" w:cs="Times New Roman"/>
        </w:rPr>
        <w:t xml:space="preserve">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Чтение несплошных текстов (таблиц, диаграмм, схем)</w:t>
      </w:r>
      <w:r w:rsidRPr="006418AC">
        <w:rPr>
          <w:rFonts w:ascii="Times New Roman" w:hAnsi="Times New Roman" w:cs="Times New Roman"/>
        </w:rPr>
        <w:t xml:space="preserve"> и понимание представленной в них информации.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Чтение с полным пониманием содержания </w:t>
      </w:r>
      <w:r w:rsidRPr="006418AC">
        <w:rPr>
          <w:rFonts w:ascii="Times New Roman" w:hAnsi="Times New Roman"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Тексты для чтения: диалог (беседа), интервью, рассказ, отрывок из художественного произведения, статья научно- 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Языковая сложность текстов для чтения должна соответствовать базовому уровню (А2 –допороговому уровню по общеевропейской шкале).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текста/текстов для чтения – 500-600 слов.</w:t>
      </w:r>
    </w:p>
    <w:p w:rsidR="00F44E79" w:rsidRPr="006418AC" w:rsidRDefault="00F44E79" w:rsidP="009D40EF">
      <w:pPr>
        <w:tabs>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Письменная речь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Развитие умений письменной речи: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составление плана/тезисов устного или письменного сообщения;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b/>
          <w:sz w:val="24"/>
          <w:szCs w:val="24"/>
        </w:rPr>
      </w:pPr>
      <w:r w:rsidRPr="006418AC">
        <w:rPr>
          <w:rFonts w:ascii="Times New Roman" w:hAnsi="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заполнение таблицы с краткой фиксацией содержания прочитанного/прослушанного текста;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преобразование таблицы, схемы в текстовый вариант представления информации;</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письменное представление результатов выполненной проектной работы (объём – 100-120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ЯЗЫКОВЫЕ ЗНАНИЯ И УМЕНИЯ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rPr>
        <w:br/>
      </w:r>
      <w:r w:rsidRPr="006418AC">
        <w:rPr>
          <w:rFonts w:ascii="Times New Roman" w:hAnsi="Times New Roman" w:cs="Times New Roman"/>
        </w:rPr>
        <w:tab/>
        <w:t xml:space="preserve">        </w:t>
      </w:r>
      <w:r w:rsidRPr="006418AC">
        <w:rPr>
          <w:rFonts w:ascii="Times New Roman" w:hAnsi="Times New Roman" w:cs="Times New Roman"/>
          <w:b/>
        </w:rPr>
        <w:t xml:space="preserve">Фонетическая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Выражение модального значения, чувства и эмоции.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текста для чтения вслух – до 110 слов.</w:t>
      </w:r>
    </w:p>
    <w:p w:rsidR="00F44E79" w:rsidRPr="006418AC" w:rsidRDefault="00F44E79" w:rsidP="009D40EF">
      <w:pPr>
        <w:tabs>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Графика, орфография и пунктуация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Правильное написание изученных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Лексическая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Основные способы словообразования: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а) аффиксация: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образование имён существительных при помощи суффиксов </w:t>
      </w:r>
      <w:r w:rsidRPr="006418AC">
        <w:rPr>
          <w:rFonts w:ascii="Times New Roman" w:hAnsi="Times New Roman" w:cs="Times New Roman"/>
          <w:i/>
        </w:rPr>
        <w:t xml:space="preserve">-ie </w:t>
      </w:r>
      <w:r w:rsidRPr="006418AC">
        <w:rPr>
          <w:rFonts w:ascii="Times New Roman" w:hAnsi="Times New Roman" w:cs="Times New Roman"/>
        </w:rPr>
        <w:t>(</w:t>
      </w:r>
      <w:r w:rsidRPr="006418AC">
        <w:rPr>
          <w:rFonts w:ascii="Times New Roman" w:hAnsi="Times New Roman" w:cs="Times New Roman"/>
          <w:i/>
        </w:rPr>
        <w:t>die Biologie</w:t>
      </w:r>
      <w:r w:rsidRPr="006418AC">
        <w:rPr>
          <w:rFonts w:ascii="Times New Roman" w:hAnsi="Times New Roman" w:cs="Times New Roman"/>
        </w:rPr>
        <w:t xml:space="preserve">), </w:t>
      </w:r>
      <w:r w:rsidRPr="006418AC">
        <w:rPr>
          <w:rFonts w:ascii="Times New Roman" w:hAnsi="Times New Roman" w:cs="Times New Roman"/>
          <w:i/>
        </w:rPr>
        <w:t xml:space="preserve">-um </w:t>
      </w:r>
      <w:r w:rsidRPr="006418AC">
        <w:rPr>
          <w:rFonts w:ascii="Times New Roman" w:hAnsi="Times New Roman" w:cs="Times New Roman"/>
        </w:rPr>
        <w:t>(</w:t>
      </w:r>
      <w:r w:rsidRPr="006418AC">
        <w:rPr>
          <w:rFonts w:ascii="Times New Roman" w:hAnsi="Times New Roman" w:cs="Times New Roman"/>
          <w:i/>
        </w:rPr>
        <w:t>das Museum</w:t>
      </w:r>
      <w:r w:rsidRPr="006418AC">
        <w:rPr>
          <w:rFonts w:ascii="Times New Roman" w:hAnsi="Times New Roman" w:cs="Times New Roman"/>
        </w:rPr>
        <w:t xml:space="preserve">);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образование имён прилагательных при помощи суффиксов </w:t>
      </w:r>
      <w:r w:rsidRPr="006418AC">
        <w:rPr>
          <w:rFonts w:ascii="Times New Roman" w:hAnsi="Times New Roman" w:cs="Times New Roman"/>
          <w:i/>
        </w:rPr>
        <w:t xml:space="preserve">-sam </w:t>
      </w:r>
      <w:r w:rsidRPr="006418AC">
        <w:rPr>
          <w:rFonts w:ascii="Times New Roman" w:hAnsi="Times New Roman" w:cs="Times New Roman"/>
        </w:rPr>
        <w:t>(</w:t>
      </w:r>
      <w:r w:rsidRPr="006418AC">
        <w:rPr>
          <w:rFonts w:ascii="Times New Roman" w:hAnsi="Times New Roman" w:cs="Times New Roman"/>
          <w:i/>
        </w:rPr>
        <w:t>erholsam</w:t>
      </w:r>
      <w:r w:rsidRPr="006418AC">
        <w:rPr>
          <w:rFonts w:ascii="Times New Roman" w:hAnsi="Times New Roman" w:cs="Times New Roman"/>
        </w:rPr>
        <w:t xml:space="preserve">), </w:t>
      </w:r>
      <w:r w:rsidRPr="006418AC">
        <w:rPr>
          <w:rFonts w:ascii="Times New Roman" w:hAnsi="Times New Roman" w:cs="Times New Roman"/>
          <w:i/>
        </w:rPr>
        <w:t xml:space="preserve">-bar </w:t>
      </w:r>
      <w:r w:rsidRPr="006418AC">
        <w:rPr>
          <w:rFonts w:ascii="Times New Roman" w:hAnsi="Times New Roman" w:cs="Times New Roman"/>
        </w:rPr>
        <w:t>(</w:t>
      </w:r>
      <w:r w:rsidRPr="006418AC">
        <w:rPr>
          <w:rFonts w:ascii="Times New Roman" w:hAnsi="Times New Roman" w:cs="Times New Roman"/>
          <w:i/>
        </w:rPr>
        <w:t>lesbar</w:t>
      </w:r>
      <w:r w:rsidRPr="006418AC">
        <w:rPr>
          <w:rFonts w:ascii="Times New Roman" w:hAnsi="Times New Roman" w:cs="Times New Roman"/>
        </w:rPr>
        <w:t xml:space="preserve">);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Многозначность лексических единиц. Синонимы. Антонимы. Сокращения и аббревиатуры. </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Различные средства связи в тексте для обеспечения его целостности (</w:t>
      </w:r>
      <w:r w:rsidRPr="006418AC">
        <w:rPr>
          <w:rFonts w:ascii="Times New Roman" w:hAnsi="Times New Roman" w:cs="Times New Roman"/>
          <w:i/>
        </w:rPr>
        <w:t>zuerst, denn, zum Schluss usw.</w:t>
      </w:r>
      <w:r w:rsidRPr="006418AC">
        <w:rPr>
          <w:rFonts w:ascii="Times New Roman" w:hAnsi="Times New Roman" w:cs="Times New Roman"/>
        </w:rPr>
        <w:t>).</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Грамматическая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Различные коммуникативные типы предложений: повествовательные (утвердительные, </w:t>
      </w:r>
      <w:r w:rsidRPr="006418AC">
        <w:rPr>
          <w:rFonts w:ascii="Times New Roman" w:hAnsi="Times New Roman" w:cs="Times New Roman"/>
        </w:rPr>
        <w:br/>
        <w:t>отрицательные), вопросительные (общий, специальный вопросы), побудительные (в утвердительной и отрицательной форме).</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Сложносочинённые предложения с наречием </w:t>
      </w:r>
      <w:r w:rsidRPr="006418AC">
        <w:rPr>
          <w:rFonts w:ascii="Times New Roman" w:hAnsi="Times New Roman" w:cs="Times New Roman"/>
          <w:i/>
        </w:rPr>
        <w:t>deshalb.</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Сложноподчинённые предложения: времени с союзом </w:t>
      </w:r>
      <w:r w:rsidRPr="006418AC">
        <w:rPr>
          <w:rFonts w:ascii="Times New Roman" w:hAnsi="Times New Roman" w:cs="Times New Roman"/>
          <w:i/>
        </w:rPr>
        <w:t>nachdem</w:t>
      </w:r>
      <w:r w:rsidRPr="006418AC">
        <w:rPr>
          <w:rFonts w:ascii="Times New Roman" w:hAnsi="Times New Roman" w:cs="Times New Roman"/>
        </w:rPr>
        <w:t xml:space="preserve">, цели с союзом </w:t>
      </w:r>
      <w:r w:rsidRPr="006418AC">
        <w:rPr>
          <w:rFonts w:ascii="Times New Roman" w:hAnsi="Times New Roman" w:cs="Times New Roman"/>
          <w:i/>
        </w:rPr>
        <w:t>damit.</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Формы сослагательного наклонения от глаголов </w:t>
      </w:r>
      <w:r w:rsidRPr="006418AC">
        <w:rPr>
          <w:rFonts w:ascii="Times New Roman" w:hAnsi="Times New Roman" w:cs="Times New Roman"/>
          <w:i/>
        </w:rPr>
        <w:t>haben</w:t>
      </w:r>
      <w:r w:rsidRPr="006418AC">
        <w:rPr>
          <w:rFonts w:ascii="Times New Roman" w:hAnsi="Times New Roman" w:cs="Times New Roman"/>
        </w:rPr>
        <w:t xml:space="preserve">, </w:t>
      </w:r>
      <w:r w:rsidRPr="006418AC">
        <w:rPr>
          <w:rFonts w:ascii="Times New Roman" w:hAnsi="Times New Roman" w:cs="Times New Roman"/>
          <w:i/>
        </w:rPr>
        <w:t>sein</w:t>
      </w:r>
      <w:r w:rsidRPr="006418AC">
        <w:rPr>
          <w:rFonts w:ascii="Times New Roman" w:hAnsi="Times New Roman" w:cs="Times New Roman"/>
        </w:rPr>
        <w:t xml:space="preserve">, </w:t>
      </w:r>
      <w:r w:rsidRPr="006418AC">
        <w:rPr>
          <w:rFonts w:ascii="Times New Roman" w:hAnsi="Times New Roman" w:cs="Times New Roman"/>
          <w:i/>
        </w:rPr>
        <w:t>werden</w:t>
      </w:r>
      <w:r w:rsidRPr="006418AC">
        <w:rPr>
          <w:rFonts w:ascii="Times New Roman" w:hAnsi="Times New Roman" w:cs="Times New Roman"/>
        </w:rPr>
        <w:t xml:space="preserve">, </w:t>
      </w:r>
      <w:r w:rsidRPr="006418AC">
        <w:rPr>
          <w:rFonts w:ascii="Times New Roman" w:hAnsi="Times New Roman" w:cs="Times New Roman"/>
          <w:i/>
        </w:rPr>
        <w:t>können</w:t>
      </w:r>
      <w:r w:rsidRPr="006418AC">
        <w:rPr>
          <w:rFonts w:ascii="Times New Roman" w:hAnsi="Times New Roman" w:cs="Times New Roman"/>
        </w:rPr>
        <w:t xml:space="preserve">, </w:t>
      </w:r>
      <w:r w:rsidRPr="006418AC">
        <w:rPr>
          <w:rFonts w:ascii="Times New Roman" w:hAnsi="Times New Roman" w:cs="Times New Roman"/>
          <w:i/>
        </w:rPr>
        <w:t>mögen</w:t>
      </w:r>
      <w:r w:rsidRPr="006418AC">
        <w:rPr>
          <w:rFonts w:ascii="Times New Roman" w:hAnsi="Times New Roman" w:cs="Times New Roman"/>
        </w:rPr>
        <w:t xml:space="preserve">, сочетание </w:t>
      </w:r>
      <w:r w:rsidRPr="006418AC">
        <w:rPr>
          <w:rFonts w:ascii="Times New Roman" w:hAnsi="Times New Roman" w:cs="Times New Roman"/>
          <w:i/>
        </w:rPr>
        <w:t xml:space="preserve">würde </w:t>
      </w:r>
      <w:r w:rsidRPr="006418AC">
        <w:rPr>
          <w:rFonts w:ascii="Times New Roman" w:hAnsi="Times New Roman" w:cs="Times New Roman"/>
        </w:rPr>
        <w:t>+ Infinitiv.</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Формирование элементарного представления о различных вариантах немецкого языка.</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Соблюдение норм вежливости в межкультурном общении.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Развитие умений: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писать своё имя и фамилию, а также имена и фамилии своих родственников и друзей на немецком языке;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правильно оформлять свой адрес на немецком языке (в анкете);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w:t>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кратко представлять Россию и страну/страны изучаемого языка; </w:t>
      </w:r>
      <w:r w:rsidRPr="006418AC">
        <w:rPr>
          <w:rFonts w:ascii="Times New Roman" w:hAnsi="Times New Roman"/>
          <w:sz w:val="24"/>
          <w:szCs w:val="24"/>
        </w:rPr>
        <w:br/>
      </w:r>
      <w:r w:rsidRPr="006418AC">
        <w:rPr>
          <w:rFonts w:ascii="Times New Roman" w:hAnsi="Times New Roman"/>
          <w:sz w:val="24"/>
          <w:szCs w:val="24"/>
        </w:rPr>
        <w:tab/>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w:t>
      </w:r>
      <w:r w:rsidRPr="006418AC">
        <w:rPr>
          <w:rFonts w:ascii="Times New Roman" w:hAnsi="Times New Roman"/>
          <w:sz w:val="24"/>
          <w:szCs w:val="24"/>
        </w:rPr>
        <w:br/>
        <w:t xml:space="preserve">достопримечательности); </w:t>
      </w:r>
      <w:r w:rsidRPr="006418AC">
        <w:rPr>
          <w:rFonts w:ascii="Times New Roman" w:hAnsi="Times New Roman"/>
          <w:sz w:val="24"/>
          <w:szCs w:val="24"/>
        </w:rPr>
        <w:br/>
      </w:r>
      <w:r w:rsidRPr="006418AC">
        <w:rPr>
          <w:rFonts w:ascii="Times New Roman" w:hAnsi="Times New Roman"/>
          <w:sz w:val="24"/>
          <w:szCs w:val="24"/>
        </w:rPr>
        <w:tab/>
        <w:t xml:space="preserve">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w:t>
      </w:r>
      <w:r w:rsidRPr="006418AC">
        <w:rPr>
          <w:rFonts w:ascii="Times New Roman" w:hAnsi="Times New Roman"/>
          <w:sz w:val="24"/>
          <w:szCs w:val="24"/>
        </w:rPr>
        <w:tab/>
      </w:r>
    </w:p>
    <w:p w:rsidR="00F44E79" w:rsidRPr="006418AC" w:rsidRDefault="00F44E79" w:rsidP="001C7BA4">
      <w:pPr>
        <w:pStyle w:val="ListParagraph"/>
        <w:numPr>
          <w:ilvl w:val="0"/>
          <w:numId w:val="99"/>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КОМПЕНСАТОРНЫЕ УМЕНИЯ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Переспрашивать, просить повторить, уточняя значение незнакомых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Использование в качестве опоры при порождении собственных высказываний ключевых слов, плана.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Сравнение (в том числе установление основания для сравнения) объектов, явлений, процессов, их элементов.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autoSpaceDE w:val="0"/>
        <w:autoSpaceDN w:val="0"/>
        <w:ind w:right="43" w:firstLine="567"/>
        <w:jc w:val="both"/>
        <w:rPr>
          <w:rFonts w:ascii="Times New Roman" w:hAnsi="Times New Roman" w:cs="Times New Roman"/>
          <w:b/>
        </w:rPr>
      </w:pPr>
      <w:r w:rsidRPr="006418AC">
        <w:rPr>
          <w:rFonts w:ascii="Times New Roman" w:hAnsi="Times New Roman" w:cs="Times New Roman"/>
          <w:b/>
        </w:rPr>
        <w:t>ПЛАНИРУЕМЫЕ РЕЗУЛЬТАТЫ ОСВОЕНИЯ УЧЕБНОГО ПРЕДМЕТА</w:t>
      </w:r>
      <w:r w:rsidRPr="006418AC">
        <w:rPr>
          <w:rFonts w:ascii="Times New Roman" w:hAnsi="Times New Roman" w:cs="Times New Roman"/>
        </w:rPr>
        <w:t xml:space="preserve"> </w:t>
      </w:r>
      <w:r w:rsidRPr="006418AC">
        <w:rPr>
          <w:rFonts w:ascii="Times New Roman" w:hAnsi="Times New Roman" w:cs="Times New Roman"/>
          <w:b/>
        </w:rPr>
        <w:t>«ИНОСТРАННЫЙ (НЕМЕЦКИЙ) ЯЗЫК НА УРОВНЕ ОСНОВНОГО ОБЩЕГО ОБРАЗОВАНИЯ</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Изучение немецкого языка в основной школе направлено на достижение обучающимися личностных, метапредметных и предметных результатов освоения учебного предмета.</w:t>
      </w:r>
    </w:p>
    <w:p w:rsidR="00F44E79" w:rsidRPr="006418AC" w:rsidRDefault="00F44E79" w:rsidP="009D40EF">
      <w:pPr>
        <w:tabs>
          <w:tab w:val="left" w:pos="567"/>
        </w:tabs>
        <w:autoSpaceDE w:val="0"/>
        <w:autoSpaceDN w:val="0"/>
        <w:ind w:firstLine="567"/>
        <w:jc w:val="both"/>
        <w:rPr>
          <w:rFonts w:ascii="Times New Roman" w:hAnsi="Times New Roman" w:cs="Times New Roman"/>
        </w:rPr>
      </w:pP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rPr>
        <w:t>ЛИЧНОСТНЫЕ РЕЗУЛЬТАТЫ</w:t>
      </w:r>
    </w:p>
    <w:p w:rsidR="00F44E79" w:rsidRPr="006418AC" w:rsidRDefault="00F44E79" w:rsidP="009D40EF">
      <w:pPr>
        <w:tabs>
          <w:tab w:val="left" w:pos="567"/>
        </w:tabs>
        <w:autoSpaceDE w:val="0"/>
        <w:autoSpaceDN w:val="0"/>
        <w:ind w:firstLine="567"/>
        <w:jc w:val="both"/>
        <w:rPr>
          <w:rFonts w:ascii="Times New Roman" w:hAnsi="Times New Roman" w:cs="Times New Roman"/>
        </w:rPr>
      </w:pP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Личностные результаты </w:t>
      </w:r>
      <w:r w:rsidRPr="006418AC">
        <w:rPr>
          <w:rFonts w:ascii="Times New Roman" w:hAnsi="Times New Roman" w:cs="Times New Roman"/>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rPr>
        <w:t xml:space="preserve"> </w:t>
      </w:r>
      <w:r w:rsidRPr="006418AC">
        <w:rPr>
          <w:rFonts w:ascii="Times New Roman" w:hAnsi="Times New Roman" w:cs="Times New Roman"/>
          <w:b/>
          <w:i/>
        </w:rPr>
        <w:t>гражданского воспитания</w:t>
      </w:r>
      <w:r w:rsidRPr="006418AC">
        <w:rPr>
          <w:rFonts w:ascii="Times New Roman" w:hAnsi="Times New Roman" w:cs="Times New Roman"/>
          <w:b/>
        </w:rPr>
        <w:t xml:space="preserve">: </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активное участие в жизни семьи, Организации, местного сообщества, родного края, страны; </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неприятие любых форм экстремизма, дискриминации; понимание роли различных социальных институтов в жизни человека; </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патриотического воспитания</w:t>
      </w:r>
      <w:r w:rsidRPr="006418AC">
        <w:rPr>
          <w:rFonts w:ascii="Times New Roman" w:hAnsi="Times New Roman" w:cs="Times New Roman"/>
          <w:b/>
        </w:rPr>
        <w:t xml:space="preserve">: </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духовно-нравственного воспитания</w:t>
      </w:r>
      <w:r w:rsidRPr="006418AC">
        <w:rPr>
          <w:rFonts w:ascii="Times New Roman" w:hAnsi="Times New Roman" w:cs="Times New Roman"/>
          <w:b/>
        </w:rPr>
        <w:t xml:space="preserve">: </w:t>
      </w:r>
    </w:p>
    <w:p w:rsidR="00F44E79" w:rsidRPr="006418AC" w:rsidRDefault="00F44E79" w:rsidP="001C7BA4">
      <w:pPr>
        <w:pStyle w:val="ListParagraph"/>
        <w:numPr>
          <w:ilvl w:val="0"/>
          <w:numId w:val="99"/>
        </w:numPr>
        <w:tabs>
          <w:tab w:val="left" w:pos="567"/>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ориентация на моральные ценности и нормы в ситуациях нравственного выбора; </w:t>
      </w:r>
    </w:p>
    <w:p w:rsidR="00F44E79" w:rsidRPr="006418AC" w:rsidRDefault="00F44E79" w:rsidP="001C7BA4">
      <w:pPr>
        <w:pStyle w:val="ListParagraph"/>
        <w:numPr>
          <w:ilvl w:val="0"/>
          <w:numId w:val="99"/>
        </w:numPr>
        <w:tabs>
          <w:tab w:val="left" w:pos="567"/>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F44E79" w:rsidRPr="006418AC" w:rsidRDefault="00F44E79" w:rsidP="001C7BA4">
      <w:pPr>
        <w:pStyle w:val="ListParagraph"/>
        <w:numPr>
          <w:ilvl w:val="0"/>
          <w:numId w:val="99"/>
        </w:numPr>
        <w:tabs>
          <w:tab w:val="left" w:pos="567"/>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эстетического воспитания</w:t>
      </w:r>
      <w:r w:rsidRPr="006418AC">
        <w:rPr>
          <w:rFonts w:ascii="Times New Roman" w:hAnsi="Times New Roman" w:cs="Times New Roman"/>
          <w:b/>
        </w:rPr>
        <w:t xml:space="preserve">: </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F44E79" w:rsidRPr="006418AC" w:rsidRDefault="00F44E79" w:rsidP="001C7BA4">
      <w:pPr>
        <w:pStyle w:val="ListParagraph"/>
        <w:numPr>
          <w:ilvl w:val="0"/>
          <w:numId w:val="9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b/>
          <w:i/>
        </w:rPr>
        <w:t>физического воспитания, формирования культуры здоровьяи эмоционального благополучия</w:t>
      </w:r>
      <w:r w:rsidRPr="006418AC">
        <w:rPr>
          <w:rFonts w:ascii="Times New Roman" w:hAnsi="Times New Roman" w:cs="Times New Roman"/>
          <w:b/>
        </w:rPr>
        <w:t xml:space="preserve">: </w:t>
      </w:r>
      <w:r w:rsidRPr="006418AC">
        <w:rPr>
          <w:rFonts w:ascii="Times New Roman" w:hAnsi="Times New Roman" w:cs="Times New Roman"/>
        </w:rPr>
        <w:tab/>
      </w:r>
    </w:p>
    <w:p w:rsidR="00F44E79" w:rsidRPr="006418AC" w:rsidRDefault="00F44E79" w:rsidP="001C7BA4">
      <w:pPr>
        <w:pStyle w:val="ListParagraph"/>
        <w:numPr>
          <w:ilvl w:val="0"/>
          <w:numId w:val="99"/>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осознание ценности жизни; </w:t>
      </w:r>
    </w:p>
    <w:p w:rsidR="00F44E79" w:rsidRPr="006418AC" w:rsidRDefault="00F44E79" w:rsidP="001C7BA4">
      <w:pPr>
        <w:pStyle w:val="ListParagraph"/>
        <w:numPr>
          <w:ilvl w:val="0"/>
          <w:numId w:val="99"/>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44E79" w:rsidRPr="006418AC" w:rsidRDefault="00F44E79" w:rsidP="001C7BA4">
      <w:pPr>
        <w:pStyle w:val="ListParagraph"/>
        <w:numPr>
          <w:ilvl w:val="0"/>
          <w:numId w:val="99"/>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F44E79" w:rsidRPr="006418AC" w:rsidRDefault="00F44E79" w:rsidP="001C7BA4">
      <w:pPr>
        <w:pStyle w:val="ListParagraph"/>
        <w:numPr>
          <w:ilvl w:val="0"/>
          <w:numId w:val="99"/>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соблюдение правил безопасности, в том числе навыков безопасного поведения в интернет-среде; </w:t>
      </w:r>
      <w:r w:rsidRPr="006418AC">
        <w:rPr>
          <w:rFonts w:ascii="Times New Roman" w:hAnsi="Times New Roman"/>
          <w:sz w:val="24"/>
          <w:szCs w:val="24"/>
        </w:rPr>
        <w:tab/>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F44E79" w:rsidRPr="006418AC" w:rsidRDefault="00F44E79" w:rsidP="001C7BA4">
      <w:pPr>
        <w:pStyle w:val="ListParagraph"/>
        <w:numPr>
          <w:ilvl w:val="0"/>
          <w:numId w:val="99"/>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умение принимать себя и других, не осуждая; </w:t>
      </w:r>
    </w:p>
    <w:p w:rsidR="00F44E79" w:rsidRPr="006418AC" w:rsidRDefault="00F44E79" w:rsidP="001C7BA4">
      <w:pPr>
        <w:pStyle w:val="ListParagraph"/>
        <w:numPr>
          <w:ilvl w:val="0"/>
          <w:numId w:val="99"/>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F44E79" w:rsidRPr="006418AC" w:rsidRDefault="00F44E79" w:rsidP="001C7BA4">
      <w:pPr>
        <w:pStyle w:val="ListParagraph"/>
        <w:numPr>
          <w:ilvl w:val="0"/>
          <w:numId w:val="99"/>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трудового воспитания</w:t>
      </w:r>
      <w:r w:rsidRPr="006418AC">
        <w:rPr>
          <w:rFonts w:ascii="Times New Roman" w:hAnsi="Times New Roman" w:cs="Times New Roman"/>
          <w:b/>
        </w:rPr>
        <w:t>:</w:t>
      </w:r>
    </w:p>
    <w:p w:rsidR="00F44E79" w:rsidRPr="006418AC" w:rsidRDefault="00F44E79" w:rsidP="001C7BA4">
      <w:pPr>
        <w:pStyle w:val="ListParagraph"/>
        <w:numPr>
          <w:ilvl w:val="0"/>
          <w:numId w:val="100"/>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44E79" w:rsidRPr="006418AC" w:rsidRDefault="00F44E79" w:rsidP="001C7BA4">
      <w:pPr>
        <w:pStyle w:val="ListParagraph"/>
        <w:numPr>
          <w:ilvl w:val="0"/>
          <w:numId w:val="100"/>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F44E79" w:rsidRPr="006418AC" w:rsidRDefault="00F44E79" w:rsidP="001C7BA4">
      <w:pPr>
        <w:pStyle w:val="ListParagraph"/>
        <w:numPr>
          <w:ilvl w:val="0"/>
          <w:numId w:val="100"/>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44E79" w:rsidRPr="006418AC" w:rsidRDefault="00F44E79" w:rsidP="001C7BA4">
      <w:pPr>
        <w:pStyle w:val="ListParagraph"/>
        <w:numPr>
          <w:ilvl w:val="0"/>
          <w:numId w:val="100"/>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экологического воспитания</w:t>
      </w:r>
      <w:r w:rsidRPr="006418AC">
        <w:rPr>
          <w:rFonts w:ascii="Times New Roman" w:hAnsi="Times New Roman" w:cs="Times New Roman"/>
          <w:b/>
        </w:rPr>
        <w:t>:</w:t>
      </w:r>
    </w:p>
    <w:p w:rsidR="00F44E79" w:rsidRPr="006418AC" w:rsidRDefault="00F44E79" w:rsidP="001C7BA4">
      <w:pPr>
        <w:pStyle w:val="ListParagraph"/>
        <w:numPr>
          <w:ilvl w:val="0"/>
          <w:numId w:val="101"/>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44E79" w:rsidRPr="006418AC" w:rsidRDefault="00F44E79" w:rsidP="001C7BA4">
      <w:pPr>
        <w:pStyle w:val="ListParagraph"/>
        <w:numPr>
          <w:ilvl w:val="0"/>
          <w:numId w:val="101"/>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F44E79" w:rsidRPr="006418AC" w:rsidRDefault="00F44E79" w:rsidP="001C7BA4">
      <w:pPr>
        <w:pStyle w:val="ListParagraph"/>
        <w:numPr>
          <w:ilvl w:val="0"/>
          <w:numId w:val="101"/>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активное неприятие действий, приносящих вред окружающей среде; </w:t>
      </w:r>
    </w:p>
    <w:p w:rsidR="00F44E79" w:rsidRPr="006418AC" w:rsidRDefault="00F44E79" w:rsidP="001C7BA4">
      <w:pPr>
        <w:pStyle w:val="ListParagraph"/>
        <w:numPr>
          <w:ilvl w:val="0"/>
          <w:numId w:val="101"/>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ценности научного познания</w:t>
      </w:r>
      <w:r w:rsidRPr="006418AC">
        <w:rPr>
          <w:rFonts w:ascii="Times New Roman" w:hAnsi="Times New Roman" w:cs="Times New Roman"/>
          <w:b/>
        </w:rPr>
        <w:t xml:space="preserve">: </w:t>
      </w:r>
    </w:p>
    <w:p w:rsidR="00F44E79" w:rsidRPr="006418AC" w:rsidRDefault="00F44E79" w:rsidP="001C7BA4">
      <w:pPr>
        <w:pStyle w:val="ListParagraph"/>
        <w:numPr>
          <w:ilvl w:val="0"/>
          <w:numId w:val="102"/>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F44E79" w:rsidRPr="006418AC" w:rsidRDefault="00F44E79" w:rsidP="001C7BA4">
      <w:pPr>
        <w:pStyle w:val="ListParagraph"/>
        <w:numPr>
          <w:ilvl w:val="0"/>
          <w:numId w:val="102"/>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 xml:space="preserve">овладение языковой и читательской культурой как средством познания мира; </w:t>
      </w:r>
    </w:p>
    <w:p w:rsidR="00F44E79" w:rsidRPr="006418AC" w:rsidRDefault="00F44E79" w:rsidP="001C7BA4">
      <w:pPr>
        <w:pStyle w:val="ListParagraph"/>
        <w:numPr>
          <w:ilvl w:val="0"/>
          <w:numId w:val="102"/>
        </w:numPr>
        <w:tabs>
          <w:tab w:val="left" w:pos="851"/>
        </w:tabs>
        <w:autoSpaceDE w:val="0"/>
        <w:autoSpaceDN w:val="0"/>
        <w:spacing w:after="0" w:line="240" w:lineRule="auto"/>
        <w:ind w:left="142" w:firstLine="425"/>
        <w:jc w:val="both"/>
        <w:rPr>
          <w:rFonts w:ascii="Times New Roman" w:hAnsi="Times New Roman"/>
          <w:sz w:val="24"/>
          <w:szCs w:val="24"/>
        </w:rPr>
      </w:pPr>
      <w:r w:rsidRPr="006418AC">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Личностные результаты, обеспечивающие адаптацию обучающегося к изменяющимся условиям социальной и природной среды, включают</w:t>
      </w:r>
      <w:r w:rsidRPr="006418AC">
        <w:rPr>
          <w:rFonts w:ascii="Times New Roman" w:hAnsi="Times New Roman" w:cs="Times New Roman"/>
          <w:b/>
        </w:rPr>
        <w:t xml:space="preserve">: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w:t>
      </w:r>
      <w:r w:rsidRPr="006418AC">
        <w:rPr>
          <w:rFonts w:ascii="Times New Roman" w:hAnsi="Times New Roman"/>
          <w:sz w:val="24"/>
          <w:szCs w:val="24"/>
        </w:rPr>
        <w:br/>
        <w:t xml:space="preserve"> деятельности, а также в рамках социального взаимодействия с людьми из другой культурной среды;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умение анализировать и выявлять взаимосвязи природы, общества и экономики;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оценивать ситуацию стресса, корректировать принимаемые решения и действия;</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44E79" w:rsidRPr="006418AC" w:rsidRDefault="00F44E79" w:rsidP="009D40EF">
      <w:pPr>
        <w:tabs>
          <w:tab w:val="left" w:pos="567"/>
        </w:tabs>
        <w:autoSpaceDE w:val="0"/>
        <w:autoSpaceDN w:val="0"/>
        <w:ind w:firstLine="567"/>
        <w:jc w:val="both"/>
        <w:rPr>
          <w:rFonts w:ascii="Times New Roman" w:hAnsi="Times New Roman" w:cs="Times New Roman"/>
        </w:rPr>
      </w:pP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b/>
        </w:rPr>
        <w:t>МЕТАПРЕДМЕТНЫЕ РЕЗУЛЬТАТЫ</w:t>
      </w:r>
    </w:p>
    <w:p w:rsidR="00F44E79" w:rsidRPr="006418AC" w:rsidRDefault="00F44E79" w:rsidP="009D40EF">
      <w:pPr>
        <w:tabs>
          <w:tab w:val="left" w:pos="567"/>
        </w:tabs>
        <w:autoSpaceDE w:val="0"/>
        <w:autoSpaceDN w:val="0"/>
        <w:ind w:firstLine="567"/>
        <w:jc w:val="both"/>
        <w:rPr>
          <w:rFonts w:ascii="Times New Roman" w:hAnsi="Times New Roman" w:cs="Times New Roman"/>
        </w:rPr>
      </w:pP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Метапредметные результаты освоения программы основного общего образования, в том числе адаптированной, должны отражать: </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b/>
          <w:i/>
        </w:rPr>
        <w:t>Овладение универсальными учебными познавательными действиями</w:t>
      </w:r>
      <w:r w:rsidRPr="006418AC">
        <w:rPr>
          <w:rFonts w:ascii="Times New Roman" w:hAnsi="Times New Roman" w:cs="Times New Roman"/>
          <w:b/>
        </w:rPr>
        <w:t xml:space="preserve">: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1) базовые логические действия:</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выявлять и характеризовать существенные признаки объектов (явлений);</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предлагать критерии для выявления закономерностей и противоречий;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выявлять дефициты информации, данных, необходимых для решения поставленной задачи;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выявлять причинно-следственные связи при изучении явлений и процессов;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2) базовые исследовательские действия:</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использовать вопросы как исследовательский инструмент познания;</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оценивать на применимость и достоверность информации, полученной в ходе исследования (эксперимента);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 xml:space="preserve">3) работа с информацией: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эффективно запоминать и систематизировать информацию.</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Овладение универсальными учебными коммуникативными действиями</w:t>
      </w:r>
      <w:r w:rsidRPr="006418AC">
        <w:rPr>
          <w:rFonts w:ascii="Times New Roman" w:hAnsi="Times New Roman" w:cs="Times New Roman"/>
          <w:b/>
        </w:rPr>
        <w:t xml:space="preserve">: </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 xml:space="preserve">1) общение: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воспринимать и формулировать суждения, выражать эмоции в соответствии с целями и условиями общения;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выражать себя (свою точку зрения) в устных и письменных текстах;</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 xml:space="preserve">2) совместная деятельность: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оценивать качество своего вклада в общий продукт по критериям, самостоятельно </w:t>
      </w:r>
      <w:r w:rsidRPr="006418AC">
        <w:rPr>
          <w:rFonts w:ascii="Times New Roman" w:hAnsi="Times New Roman"/>
          <w:sz w:val="24"/>
          <w:szCs w:val="24"/>
        </w:rPr>
        <w:br/>
        <w:t xml:space="preserve">сформулированным участниками взаимодействия;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i/>
        </w:rPr>
        <w:t>Овладение универсальными учебными регулятивными действиями</w:t>
      </w:r>
      <w:r w:rsidRPr="006418AC">
        <w:rPr>
          <w:rFonts w:ascii="Times New Roman" w:hAnsi="Times New Roman" w:cs="Times New Roman"/>
          <w:b/>
        </w:rPr>
        <w:t xml:space="preserve">: </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 xml:space="preserve">1) самоорганизация: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выявлять проблемы для решения в жизненных и учебных ситуациях;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 xml:space="preserve">2) самоконтроль: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владеть способами самоконтроля, самомотивации и рефлексии;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r w:rsidRPr="006418AC">
        <w:rPr>
          <w:rFonts w:ascii="Times New Roman" w:hAnsi="Times New Roman"/>
          <w:sz w:val="24"/>
          <w:szCs w:val="24"/>
        </w:rPr>
        <w:tab/>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 xml:space="preserve">3) эмоциональный интеллект: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различать, называть и управлять собственными эмоциями и эмоциями других;</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 xml:space="preserve">выявлять и анализировать причины эмоций;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F44E79" w:rsidRPr="006418AC" w:rsidRDefault="00F44E79" w:rsidP="009D40EF">
      <w:pPr>
        <w:tabs>
          <w:tab w:val="left" w:pos="567"/>
        </w:tabs>
        <w:autoSpaceDE w:val="0"/>
        <w:autoSpaceDN w:val="0"/>
        <w:ind w:firstLine="567"/>
        <w:jc w:val="both"/>
        <w:rPr>
          <w:rFonts w:ascii="Times New Roman" w:hAnsi="Times New Roman" w:cs="Times New Roman"/>
          <w:i/>
        </w:rPr>
      </w:pPr>
      <w:r w:rsidRPr="006418AC">
        <w:rPr>
          <w:rFonts w:ascii="Times New Roman" w:hAnsi="Times New Roman" w:cs="Times New Roman"/>
          <w:i/>
        </w:rPr>
        <w:t xml:space="preserve">4) принятие себя и других: </w:t>
      </w:r>
    </w:p>
    <w:p w:rsidR="00F44E79" w:rsidRPr="006418AC" w:rsidRDefault="00F44E79" w:rsidP="001C7BA4">
      <w:pPr>
        <w:pStyle w:val="ListParagraph"/>
        <w:numPr>
          <w:ilvl w:val="0"/>
          <w:numId w:val="103"/>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E79" w:rsidRPr="006418AC" w:rsidRDefault="00F44E79" w:rsidP="009D40EF">
      <w:pPr>
        <w:tabs>
          <w:tab w:val="left" w:pos="567"/>
        </w:tabs>
        <w:autoSpaceDE w:val="0"/>
        <w:autoSpaceDN w:val="0"/>
        <w:ind w:firstLine="567"/>
        <w:jc w:val="both"/>
        <w:rPr>
          <w:rFonts w:ascii="Times New Roman" w:hAnsi="Times New Roman" w:cs="Times New Roman"/>
        </w:rPr>
      </w:pPr>
    </w:p>
    <w:p w:rsidR="00F44E79" w:rsidRPr="006418AC" w:rsidRDefault="00F44E79" w:rsidP="009D40EF">
      <w:pPr>
        <w:tabs>
          <w:tab w:val="left" w:pos="567"/>
        </w:tabs>
        <w:autoSpaceDE w:val="0"/>
        <w:autoSpaceDN w:val="0"/>
        <w:ind w:firstLine="567"/>
        <w:jc w:val="both"/>
        <w:rPr>
          <w:rFonts w:ascii="Times New Roman" w:hAnsi="Times New Roman" w:cs="Times New Roman"/>
          <w:b/>
        </w:rPr>
      </w:pPr>
      <w:r w:rsidRPr="006418AC">
        <w:rPr>
          <w:rFonts w:ascii="Times New Roman" w:hAnsi="Times New Roman" w:cs="Times New Roman"/>
          <w:b/>
        </w:rPr>
        <w:t>ПРЕДМЕТНЫЕ РЕЗУЛЬТАТЫ</w:t>
      </w:r>
    </w:p>
    <w:p w:rsidR="00F44E79" w:rsidRPr="006418AC" w:rsidRDefault="00F44E79" w:rsidP="009D40EF">
      <w:pPr>
        <w:tabs>
          <w:tab w:val="left" w:pos="567"/>
        </w:tabs>
        <w:autoSpaceDE w:val="0"/>
        <w:autoSpaceDN w:val="0"/>
        <w:ind w:firstLine="567"/>
        <w:jc w:val="both"/>
        <w:rPr>
          <w:rFonts w:ascii="Times New Roman" w:hAnsi="Times New Roman" w:cs="Times New Roman"/>
        </w:rPr>
      </w:pP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Предметные результаты </w:t>
      </w:r>
      <w:r w:rsidRPr="006418AC">
        <w:rPr>
          <w:rFonts w:ascii="Times New Roman" w:hAnsi="Times New Roman" w:cs="Times New Roman"/>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F44E79" w:rsidRPr="006418AC" w:rsidRDefault="00F44E79" w:rsidP="009D40EF">
      <w:pPr>
        <w:tabs>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5 КЛАСС</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КОММУНИКАТИВНЫЕ УМЕНИЯ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Говорение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вести разные виды диалогов </w:t>
      </w:r>
      <w:r w:rsidRPr="006418AC">
        <w:rPr>
          <w:rFonts w:ascii="Times New Roman" w:hAnsi="Times New Roman" w:cs="Times New Roman"/>
        </w:rPr>
        <w:t xml:space="preserve">(диалог этикетного характера, диалог побуждения к действию, диалог-расспрос) в рамках тематического содержания речи для 5 класса в стандартных ситуациях </w:t>
      </w:r>
      <w:r w:rsidRPr="006418AC">
        <w:rPr>
          <w:rFonts w:ascii="Times New Roman" w:hAnsi="Times New Roman" w:cs="Times New Roman"/>
        </w:rPr>
        <w:br/>
        <w:t xml:space="preserve">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создавать разные виды монологических высказываний </w:t>
      </w:r>
      <w:r w:rsidRPr="006418AC">
        <w:rPr>
          <w:rFonts w:ascii="Times New Roman" w:hAnsi="Times New Roman" w:cs="Times New Roman"/>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Аудирование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Смысловое чтение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читать про себя и понимать </w:t>
      </w:r>
      <w:r w:rsidRPr="006418AC">
        <w:rPr>
          <w:rFonts w:ascii="Times New Roman" w:hAnsi="Times New Roman"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Письменная речь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писать </w:t>
      </w:r>
      <w:r w:rsidRPr="006418AC">
        <w:rPr>
          <w:rFonts w:ascii="Times New Roman" w:hAnsi="Times New Roman" w:cs="Times New Roman"/>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ЯЗЫКОВЫЕ ЗНАНИЯ И УМЕНИЯ</w:t>
      </w:r>
    </w:p>
    <w:p w:rsidR="00F44E79" w:rsidRPr="006418AC" w:rsidRDefault="00F44E79" w:rsidP="009D40EF">
      <w:pPr>
        <w:tabs>
          <w:tab w:val="left" w:pos="284"/>
        </w:tabs>
        <w:autoSpaceDE w:val="0"/>
        <w:autoSpaceDN w:val="0"/>
        <w:ind w:firstLine="567"/>
        <w:jc w:val="both"/>
        <w:rPr>
          <w:rFonts w:ascii="Times New Roman" w:hAnsi="Times New Roman" w:cs="Times New Roman"/>
          <w:b/>
        </w:rPr>
      </w:pPr>
    </w:p>
    <w:p w:rsidR="00F44E79" w:rsidRPr="006418AC" w:rsidRDefault="00F44E79" w:rsidP="009D40EF">
      <w:pPr>
        <w:tabs>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Фонетическая сторона речи</w:t>
      </w:r>
    </w:p>
    <w:p w:rsidR="00F44E79" w:rsidRPr="006418AC" w:rsidRDefault="00F44E79" w:rsidP="009D40EF">
      <w:pPr>
        <w:tabs>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i/>
        </w:rPr>
        <w:t xml:space="preserve">различать на слух и адекватно, </w:t>
      </w:r>
      <w:r w:rsidRPr="006418AC">
        <w:rPr>
          <w:rFonts w:ascii="Times New Roman" w:hAnsi="Times New Roman" w:cs="Times New Roman"/>
        </w:rPr>
        <w:t xml:space="preserve">без ошибок, ведущих к сбою коммуникации, </w:t>
      </w:r>
      <w:r w:rsidRPr="006418AC">
        <w:rPr>
          <w:rFonts w:ascii="Times New Roman" w:hAnsi="Times New Roman" w:cs="Times New Roman"/>
          <w:i/>
        </w:rPr>
        <w:t xml:space="preserve">произносить </w:t>
      </w:r>
      <w:r w:rsidRPr="006418AC">
        <w:rPr>
          <w:rFonts w:ascii="Times New Roman" w:hAnsi="Times New Roman" w:cs="Times New Roman"/>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6418AC">
        <w:rPr>
          <w:rFonts w:ascii="Times New Roman" w:hAnsi="Times New Roman" w:cs="Times New Roman"/>
          <w:i/>
        </w:rPr>
        <w:t xml:space="preserve">выразительно читать вслух </w:t>
      </w:r>
      <w:r w:rsidRPr="006418AC">
        <w:rPr>
          <w:rFonts w:ascii="Times New Roman" w:hAnsi="Times New Roman" w:cs="Times New Roman"/>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Графика, орфография и пунктуация</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 xml:space="preserve">правильно </w:t>
      </w:r>
      <w:r w:rsidRPr="006418AC">
        <w:rPr>
          <w:rFonts w:ascii="Times New Roman" w:hAnsi="Times New Roman" w:cs="Times New Roman"/>
          <w:i/>
        </w:rPr>
        <w:t xml:space="preserve">писать </w:t>
      </w:r>
      <w:r w:rsidRPr="006418AC">
        <w:rPr>
          <w:rFonts w:ascii="Times New Roman" w:hAnsi="Times New Roman" w:cs="Times New Roman"/>
        </w:rPr>
        <w:t xml:space="preserve">изученные слова; </w:t>
      </w:r>
      <w:r w:rsidRPr="006418AC">
        <w:rPr>
          <w:rFonts w:ascii="Times New Roman" w:hAnsi="Times New Roman" w:cs="Times New Roman"/>
          <w:i/>
        </w:rPr>
        <w:t xml:space="preserve">использовать </w:t>
      </w:r>
      <w:r w:rsidRPr="006418AC">
        <w:rPr>
          <w:rFonts w:ascii="Times New Roman" w:hAnsi="Times New Roman" w:cs="Times New Roman"/>
        </w:rPr>
        <w:t xml:space="preserve">точку, вопросительный и восклицательный знаки в конце предложения, запятую при перечислении; пунктуационно правильно </w:t>
      </w:r>
      <w:r w:rsidRPr="006418AC">
        <w:rPr>
          <w:rFonts w:ascii="Times New Roman" w:hAnsi="Times New Roman" w:cs="Times New Roman"/>
          <w:i/>
        </w:rPr>
        <w:t xml:space="preserve">оформлять </w:t>
      </w:r>
      <w:r w:rsidRPr="006418AC">
        <w:rPr>
          <w:rFonts w:ascii="Times New Roman" w:hAnsi="Times New Roman" w:cs="Times New Roman"/>
        </w:rPr>
        <w:t>электронное сообщение личного характера.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Лексическая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распознавать в звучащем и письменном </w:t>
      </w:r>
      <w:r w:rsidRPr="006418AC">
        <w:rPr>
          <w:rFonts w:ascii="Times New Roman" w:hAnsi="Times New Roman" w:cs="Times New Roman"/>
        </w:rPr>
        <w:t xml:space="preserve">тексте 675 лексических единиц (слов, словосочетаний, речевых клише) и </w:t>
      </w:r>
      <w:r w:rsidRPr="006418AC">
        <w:rPr>
          <w:rFonts w:ascii="Times New Roman" w:hAnsi="Times New Roman" w:cs="Times New Roman"/>
          <w:i/>
        </w:rPr>
        <w:t xml:space="preserve">правильно  употреблять </w:t>
      </w:r>
      <w:r w:rsidRPr="006418AC">
        <w:rPr>
          <w:rFonts w:ascii="Times New Roman" w:hAnsi="Times New Roman" w:cs="Times New Roman"/>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родственные слова, образованные с использованием аффиксации: имена существительные с суффиксами </w:t>
      </w:r>
      <w:r w:rsidRPr="006418AC">
        <w:rPr>
          <w:rFonts w:ascii="Times New Roman" w:hAnsi="Times New Roman" w:cs="Times New Roman"/>
          <w:i/>
        </w:rPr>
        <w:t>-er</w:t>
      </w:r>
      <w:r w:rsidRPr="006418AC">
        <w:rPr>
          <w:rFonts w:ascii="Times New Roman" w:hAnsi="Times New Roman" w:cs="Times New Roman"/>
        </w:rPr>
        <w:t xml:space="preserve">, </w:t>
      </w:r>
      <w:r w:rsidRPr="006418AC">
        <w:rPr>
          <w:rFonts w:ascii="Times New Roman" w:hAnsi="Times New Roman" w:cs="Times New Roman"/>
          <w:i/>
        </w:rPr>
        <w:t>-ler</w:t>
      </w:r>
      <w:r w:rsidRPr="006418AC">
        <w:rPr>
          <w:rFonts w:ascii="Times New Roman" w:hAnsi="Times New Roman" w:cs="Times New Roman"/>
        </w:rPr>
        <w:t xml:space="preserve">, </w:t>
      </w:r>
      <w:r w:rsidRPr="006418AC">
        <w:rPr>
          <w:rFonts w:ascii="Times New Roman" w:hAnsi="Times New Roman" w:cs="Times New Roman"/>
          <w:i/>
        </w:rPr>
        <w:t>-in</w:t>
      </w:r>
      <w:r w:rsidRPr="006418AC">
        <w:rPr>
          <w:rFonts w:ascii="Times New Roman" w:hAnsi="Times New Roman" w:cs="Times New Roman"/>
        </w:rPr>
        <w:t xml:space="preserve">, </w:t>
      </w:r>
      <w:r w:rsidRPr="006418AC">
        <w:rPr>
          <w:rFonts w:ascii="Times New Roman" w:hAnsi="Times New Roman" w:cs="Times New Roman"/>
          <w:i/>
        </w:rPr>
        <w:t>-chen</w:t>
      </w:r>
      <w:r w:rsidRPr="006418AC">
        <w:rPr>
          <w:rFonts w:ascii="Times New Roman" w:hAnsi="Times New Roman" w:cs="Times New Roman"/>
        </w:rPr>
        <w:t>; имена прилагательные с суффиксами -</w:t>
      </w:r>
      <w:r w:rsidRPr="006418AC">
        <w:rPr>
          <w:rFonts w:ascii="Times New Roman" w:hAnsi="Times New Roman" w:cs="Times New Roman"/>
          <w:i/>
        </w:rPr>
        <w:t>ig</w:t>
      </w:r>
      <w:r w:rsidRPr="006418AC">
        <w:rPr>
          <w:rFonts w:ascii="Times New Roman" w:hAnsi="Times New Roman" w:cs="Times New Roman"/>
        </w:rPr>
        <w:t xml:space="preserve">, </w:t>
      </w:r>
      <w:r w:rsidRPr="006418AC">
        <w:rPr>
          <w:rFonts w:ascii="Times New Roman" w:hAnsi="Times New Roman" w:cs="Times New Roman"/>
          <w:i/>
        </w:rPr>
        <w:t>-lich</w:t>
      </w:r>
      <w:r w:rsidRPr="006418AC">
        <w:rPr>
          <w:rFonts w:ascii="Times New Roman" w:hAnsi="Times New Roman" w:cs="Times New Roman"/>
        </w:rPr>
        <w:t xml:space="preserve">; числительные образованные при помощи суффиксов </w:t>
      </w:r>
      <w:r w:rsidRPr="006418AC">
        <w:rPr>
          <w:rFonts w:ascii="Times New Roman" w:hAnsi="Times New Roman" w:cs="Times New Roman"/>
          <w:i/>
        </w:rPr>
        <w:t>-zehn</w:t>
      </w:r>
      <w:r w:rsidRPr="006418AC">
        <w:rPr>
          <w:rFonts w:ascii="Times New Roman" w:hAnsi="Times New Roman" w:cs="Times New Roman"/>
        </w:rPr>
        <w:t xml:space="preserve">, </w:t>
      </w:r>
      <w:r w:rsidRPr="006418AC">
        <w:rPr>
          <w:rFonts w:ascii="Times New Roman" w:hAnsi="Times New Roman" w:cs="Times New Roman"/>
          <w:i/>
        </w:rPr>
        <w:t>-zig</w:t>
      </w:r>
      <w:r w:rsidRPr="006418AC">
        <w:rPr>
          <w:rFonts w:ascii="Times New Roman" w:hAnsi="Times New Roman" w:cs="Times New Roman"/>
        </w:rPr>
        <w:t xml:space="preserve">, </w:t>
      </w:r>
      <w:r w:rsidRPr="006418AC">
        <w:rPr>
          <w:rFonts w:ascii="Times New Roman" w:hAnsi="Times New Roman" w:cs="Times New Roman"/>
          <w:i/>
        </w:rPr>
        <w:t>-te</w:t>
      </w:r>
      <w:r w:rsidRPr="006418AC">
        <w:rPr>
          <w:rFonts w:ascii="Times New Roman" w:hAnsi="Times New Roman" w:cs="Times New Roman"/>
        </w:rPr>
        <w:t xml:space="preserve">, </w:t>
      </w:r>
      <w:r w:rsidRPr="006418AC">
        <w:rPr>
          <w:rFonts w:ascii="Times New Roman" w:hAnsi="Times New Roman" w:cs="Times New Roman"/>
          <w:i/>
        </w:rPr>
        <w:t>-ste</w:t>
      </w:r>
      <w:r w:rsidRPr="006418AC">
        <w:rPr>
          <w:rFonts w:ascii="Times New Roman" w:hAnsi="Times New Roman" w:cs="Times New Roman"/>
        </w:rPr>
        <w:t>; имена существительные, образованные путём соединения основ существительных (</w:t>
      </w:r>
      <w:r w:rsidRPr="006418AC">
        <w:rPr>
          <w:rFonts w:ascii="Times New Roman" w:hAnsi="Times New Roman" w:cs="Times New Roman"/>
          <w:i/>
        </w:rPr>
        <w:t>das Klassenzimmer</w:t>
      </w:r>
      <w:r w:rsidRPr="006418AC">
        <w:rPr>
          <w:rFonts w:ascii="Times New Roman" w:hAnsi="Times New Roman" w:cs="Times New Roman"/>
        </w:rPr>
        <w:t xml:space="preserve">); </w:t>
      </w: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в устной и письменной речи изученные синонимы и интернациональные слова.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Грамматическая сторона речи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знать и понимать </w:t>
      </w:r>
      <w:r w:rsidRPr="006418AC">
        <w:rPr>
          <w:rFonts w:ascii="Times New Roman" w:hAnsi="Times New Roman" w:cs="Times New Roman"/>
        </w:rPr>
        <w:t>особенности структуры простых и сложных предложений немецкого языка; различных коммуникативных типов предложений немецкого языка;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в письменном и звучащем тексте и употреблять в устной и письменной речи:</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побудительные предложения (в том числе в отрицательной форме);</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глаголы в видовременных формах действительного залога в изъявительном наклонении в Futur I;</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модальный глагол dürfen (в Präsens);</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наречия в положительной, сравнительной и превосходной степенях сравнения, образованные по правилу и исключения;</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указательное местоимение jener;</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вопросительные местоимения (wer, was, wohin, wo, warum);</w:t>
      </w:r>
    </w:p>
    <w:p w:rsidR="00F44E79" w:rsidRPr="006418AC" w:rsidRDefault="00F44E79" w:rsidP="001C7BA4">
      <w:pPr>
        <w:pStyle w:val="ListParagraph"/>
        <w:numPr>
          <w:ilvl w:val="0"/>
          <w:numId w:val="104"/>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количественные и порядковые числительные (до 100).</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1C7BA4">
      <w:pPr>
        <w:pStyle w:val="ListParagraph"/>
        <w:numPr>
          <w:ilvl w:val="0"/>
          <w:numId w:val="104"/>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использовать </w:t>
      </w:r>
      <w:r w:rsidRPr="006418AC">
        <w:rPr>
          <w:rFonts w:ascii="Times New Roman" w:hAnsi="Times New Roman"/>
          <w:sz w:val="24"/>
          <w:szCs w:val="24"/>
        </w:rPr>
        <w:t xml:space="preserve">отдельные социокультурные элементы речевого поведенческого этикета в </w:t>
      </w:r>
      <w:r w:rsidRPr="006418AC">
        <w:rPr>
          <w:rFonts w:ascii="Times New Roman" w:hAnsi="Times New Roman"/>
          <w:sz w:val="24"/>
          <w:szCs w:val="24"/>
        </w:rPr>
        <w:br/>
        <w:t xml:space="preserve">стране/странах изучаемого языка в рамках тематического содержания; </w:t>
      </w:r>
    </w:p>
    <w:p w:rsidR="00F44E79" w:rsidRPr="006418AC" w:rsidRDefault="00F44E79" w:rsidP="001C7BA4">
      <w:pPr>
        <w:pStyle w:val="ListParagraph"/>
        <w:numPr>
          <w:ilvl w:val="0"/>
          <w:numId w:val="104"/>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знать/понимать и использовать </w:t>
      </w:r>
      <w:r w:rsidRPr="006418AC">
        <w:rPr>
          <w:rFonts w:ascii="Times New Roman" w:hAnsi="Times New Roman"/>
          <w:sz w:val="24"/>
          <w:szCs w:val="24"/>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44E79" w:rsidRPr="006418AC" w:rsidRDefault="00F44E79" w:rsidP="001C7BA4">
      <w:pPr>
        <w:pStyle w:val="ListParagraph"/>
        <w:numPr>
          <w:ilvl w:val="0"/>
          <w:numId w:val="104"/>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правильно оформлять </w:t>
      </w:r>
      <w:r w:rsidRPr="006418AC">
        <w:rPr>
          <w:rFonts w:ascii="Times New Roman" w:hAnsi="Times New Roman"/>
          <w:sz w:val="24"/>
          <w:szCs w:val="24"/>
        </w:rPr>
        <w:t xml:space="preserve">адрес, писать фамилии и имена (свои, родственников и друзей) на немецком языке (в анкете, формуляре); </w:t>
      </w:r>
    </w:p>
    <w:p w:rsidR="00F44E79" w:rsidRPr="006418AC" w:rsidRDefault="00F44E79" w:rsidP="001C7BA4">
      <w:pPr>
        <w:pStyle w:val="ListParagraph"/>
        <w:numPr>
          <w:ilvl w:val="0"/>
          <w:numId w:val="104"/>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обладать базовыми знаниями о</w:t>
      </w:r>
      <w:r w:rsidRPr="006418AC">
        <w:rPr>
          <w:rFonts w:ascii="Times New Roman" w:hAnsi="Times New Roman"/>
          <w:sz w:val="24"/>
          <w:szCs w:val="24"/>
        </w:rPr>
        <w:t xml:space="preserve"> социокультурном портрете родной страны и страны/стран изучаемого языка; </w:t>
      </w:r>
    </w:p>
    <w:p w:rsidR="00F44E79" w:rsidRPr="006418AC" w:rsidRDefault="00F44E79" w:rsidP="001C7BA4">
      <w:pPr>
        <w:pStyle w:val="ListParagraph"/>
        <w:numPr>
          <w:ilvl w:val="0"/>
          <w:numId w:val="104"/>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кратко представлять </w:t>
      </w:r>
      <w:r w:rsidRPr="006418AC">
        <w:rPr>
          <w:rFonts w:ascii="Times New Roman" w:hAnsi="Times New Roman"/>
          <w:sz w:val="24"/>
          <w:szCs w:val="24"/>
        </w:rPr>
        <w:t>Россию и страны/страну изучаемого языка.</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КОМПЕНСАТОРНЫЕ УМЕНИЯ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Владеть </w:t>
      </w:r>
      <w:r w:rsidRPr="006418AC">
        <w:rPr>
          <w:rFonts w:ascii="Times New Roman" w:hAnsi="Times New Roman" w:cs="Times New Roman"/>
        </w:rPr>
        <w:t>начальными умениями классифицировать лексические единицы по темам в рамках тематического содержания речи.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Участвовать </w:t>
      </w:r>
      <w:r w:rsidRPr="006418AC">
        <w:rPr>
          <w:rFonts w:ascii="Times New Roman" w:hAnsi="Times New Roman" w:cs="Times New Roman"/>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иноязычные словари и справочники, в том числе информационно-справочные системы в электронной форме.</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Сравнивать </w:t>
      </w:r>
      <w:r w:rsidRPr="006418AC">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6 КЛАСС</w:t>
      </w:r>
    </w:p>
    <w:p w:rsidR="00F44E79" w:rsidRPr="006418AC" w:rsidRDefault="00F44E79" w:rsidP="009D40EF">
      <w:pPr>
        <w:tabs>
          <w:tab w:val="left" w:pos="284"/>
        </w:tabs>
        <w:autoSpaceDE w:val="0"/>
        <w:autoSpaceDN w:val="0"/>
        <w:ind w:firstLine="56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КОММУНИКАТИВНЫЕ УМЕНИЯ </w:t>
      </w:r>
    </w:p>
    <w:p w:rsidR="00F44E79" w:rsidRPr="006418AC" w:rsidRDefault="00F44E79" w:rsidP="009D40EF">
      <w:pPr>
        <w:tabs>
          <w:tab w:val="left" w:pos="567"/>
        </w:tabs>
        <w:autoSpaceDE w:val="0"/>
        <w:autoSpaceDN w:val="0"/>
        <w:ind w:firstLine="567"/>
        <w:jc w:val="both"/>
        <w:rPr>
          <w:rFonts w:ascii="Times New Roman" w:hAnsi="Times New Roman" w:cs="Times New Roman"/>
        </w:rPr>
      </w:pP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вести разные виды диалогов </w:t>
      </w:r>
      <w:r w:rsidRPr="006418AC">
        <w:rPr>
          <w:rFonts w:ascii="Times New Roman" w:hAnsi="Times New Roman" w:cs="Times New Roman"/>
        </w:rPr>
        <w:t xml:space="preserve">(диалог этикетного характера, диалог-побуждение к действию, диалог-расспрос) в рамках отобранного тематического содержания речи в стандартных ситуациях </w:t>
      </w:r>
      <w:r w:rsidRPr="006418AC">
        <w:rPr>
          <w:rFonts w:ascii="Times New Roman" w:hAnsi="Times New Roman" w:cs="Times New Roman"/>
        </w:rPr>
        <w:br/>
        <w:t xml:space="preserve">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создавать разные виды монологических высказываний </w:t>
      </w:r>
      <w:r w:rsidRPr="006418AC">
        <w:rPr>
          <w:rFonts w:ascii="Times New Roman" w:hAnsi="Times New Roman"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418AC">
        <w:rPr>
          <w:rFonts w:ascii="Times New Roman" w:hAnsi="Times New Roman" w:cs="Times New Roman"/>
          <w:i/>
        </w:rPr>
        <w:t xml:space="preserve">излагать </w:t>
      </w:r>
      <w:r w:rsidRPr="006418AC">
        <w:rPr>
          <w:rFonts w:ascii="Times New Roman" w:hAnsi="Times New Roman" w:cs="Times New Roman"/>
        </w:rPr>
        <w:t xml:space="preserve">основное содержание прочитанного текста с вербальными и/или зрительными опорами (объём – 7-8 фраз); кратко </w:t>
      </w:r>
      <w:r w:rsidRPr="006418AC">
        <w:rPr>
          <w:rFonts w:ascii="Times New Roman" w:hAnsi="Times New Roman" w:cs="Times New Roman"/>
          <w:i/>
        </w:rPr>
        <w:t xml:space="preserve">излагать </w:t>
      </w:r>
      <w:r w:rsidRPr="006418AC">
        <w:rPr>
          <w:rFonts w:ascii="Times New Roman" w:hAnsi="Times New Roman" w:cs="Times New Roman"/>
        </w:rPr>
        <w:t>результаты выполненной проектной работы (объём – 7-8 фраз).</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Аудирование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воспринимать на слух и понимать </w:t>
      </w:r>
      <w:r w:rsidRPr="006418AC">
        <w:rPr>
          <w:rFonts w:ascii="Times New Roman" w:hAnsi="Times New Roman" w:cs="Times New Roman"/>
        </w:rPr>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Смысловое чтение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читать про себя и понимать </w:t>
      </w:r>
      <w:r w:rsidRPr="006418AC">
        <w:rPr>
          <w:rFonts w:ascii="Times New Roman" w:hAnsi="Times New Roman"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b/>
        </w:rPr>
      </w:pPr>
      <w:r w:rsidRPr="006418AC">
        <w:rPr>
          <w:rFonts w:ascii="Times New Roman" w:hAnsi="Times New Roman" w:cs="Times New Roman"/>
          <w:b/>
        </w:rPr>
        <w:t xml:space="preserve">Письменная речь </w:t>
      </w:r>
    </w:p>
    <w:p w:rsidR="00F44E79" w:rsidRPr="006418AC" w:rsidRDefault="00F44E79" w:rsidP="009D40EF">
      <w:pPr>
        <w:tabs>
          <w:tab w:val="left" w:pos="180"/>
          <w:tab w:val="left" w:pos="284"/>
        </w:tabs>
        <w:autoSpaceDE w:val="0"/>
        <w:autoSpaceDN w:val="0"/>
        <w:ind w:firstLine="567"/>
        <w:jc w:val="both"/>
        <w:rPr>
          <w:rFonts w:ascii="Times New Roman" w:hAnsi="Times New Roman" w:cs="Times New Roman"/>
        </w:rPr>
      </w:pPr>
      <w:r w:rsidRPr="006418AC">
        <w:rPr>
          <w:rFonts w:ascii="Times New Roman" w:hAnsi="Times New Roman" w:cs="Times New Roman"/>
          <w:i/>
        </w:rPr>
        <w:t xml:space="preserve">заполнять </w:t>
      </w:r>
      <w:r w:rsidRPr="006418AC">
        <w:rPr>
          <w:rFonts w:ascii="Times New Roman" w:hAnsi="Times New Roman" w:cs="Times New Roman"/>
        </w:rPr>
        <w:t xml:space="preserve">анкеты и формуляры, сообщая о себе основные сведения, в соответствии с нормами, принятыми в стране/странах изучаемого языка; </w:t>
      </w:r>
      <w:r w:rsidRPr="006418AC">
        <w:rPr>
          <w:rFonts w:ascii="Times New Roman" w:hAnsi="Times New Roman" w:cs="Times New Roman"/>
          <w:i/>
        </w:rPr>
        <w:t xml:space="preserve">писать </w:t>
      </w:r>
      <w:r w:rsidRPr="006418AC">
        <w:rPr>
          <w:rFonts w:ascii="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sidRPr="006418AC">
        <w:rPr>
          <w:rFonts w:ascii="Times New Roman" w:hAnsi="Times New Roman" w:cs="Times New Roman"/>
          <w:i/>
        </w:rPr>
        <w:t xml:space="preserve">создавать </w:t>
      </w:r>
      <w:r w:rsidRPr="006418AC">
        <w:rPr>
          <w:rFonts w:ascii="Times New Roman" w:hAnsi="Times New Roman" w:cs="Times New Roman"/>
        </w:rPr>
        <w:t>небольшое письменное высказывание с опорой на образец, план, ключевые слова, картинку (объём высказывания – до 70 слов).</w:t>
      </w:r>
    </w:p>
    <w:p w:rsidR="00F44E79" w:rsidRPr="006418AC" w:rsidRDefault="00F44E79" w:rsidP="009D40EF">
      <w:pPr>
        <w:tabs>
          <w:tab w:val="left" w:pos="180"/>
          <w:tab w:val="left" w:pos="284"/>
        </w:tabs>
        <w:autoSpaceDE w:val="0"/>
        <w:autoSpaceDN w:val="0"/>
        <w:ind w:left="57" w:firstLine="425"/>
        <w:jc w:val="both"/>
        <w:rPr>
          <w:rFonts w:ascii="Times New Roman" w:hAnsi="Times New Roman" w:cs="Times New Roman"/>
          <w:b/>
        </w:rPr>
      </w:pPr>
    </w:p>
    <w:p w:rsidR="00F44E79" w:rsidRPr="006418AC" w:rsidRDefault="00F44E79" w:rsidP="009D40EF">
      <w:pPr>
        <w:tabs>
          <w:tab w:val="left" w:pos="180"/>
          <w:tab w:val="left" w:pos="284"/>
        </w:tabs>
        <w:autoSpaceDE w:val="0"/>
        <w:autoSpaceDN w:val="0"/>
        <w:ind w:left="57" w:firstLine="425"/>
        <w:jc w:val="both"/>
        <w:rPr>
          <w:rFonts w:ascii="Times New Roman" w:hAnsi="Times New Roman" w:cs="Times New Roman"/>
          <w:b/>
        </w:rPr>
      </w:pPr>
      <w:r w:rsidRPr="006418AC">
        <w:rPr>
          <w:rFonts w:ascii="Times New Roman" w:hAnsi="Times New Roman" w:cs="Times New Roman"/>
          <w:b/>
        </w:rPr>
        <w:t xml:space="preserve">ЯЗЫКОВЫЕ ЗНАНИЯ И УМЕНИЯ </w:t>
      </w:r>
    </w:p>
    <w:p w:rsidR="00F44E79" w:rsidRPr="006418AC" w:rsidRDefault="00F44E79" w:rsidP="009D40EF">
      <w:pPr>
        <w:tabs>
          <w:tab w:val="left" w:pos="180"/>
          <w:tab w:val="left" w:pos="284"/>
        </w:tabs>
        <w:autoSpaceDE w:val="0"/>
        <w:autoSpaceDN w:val="0"/>
        <w:ind w:left="57" w:firstLine="425"/>
        <w:jc w:val="both"/>
        <w:rPr>
          <w:rFonts w:ascii="Times New Roman" w:hAnsi="Times New Roman" w:cs="Times New Roman"/>
          <w:b/>
        </w:rPr>
      </w:pPr>
      <w:r w:rsidRPr="006418AC">
        <w:rPr>
          <w:rFonts w:ascii="Times New Roman" w:hAnsi="Times New Roman" w:cs="Times New Roman"/>
          <w:b/>
        </w:rPr>
        <w:t>Фонетическая сторона речи</w:t>
      </w:r>
    </w:p>
    <w:p w:rsidR="00F44E79" w:rsidRPr="006418AC" w:rsidRDefault="00F44E79" w:rsidP="009D40EF">
      <w:pPr>
        <w:tabs>
          <w:tab w:val="left" w:pos="180"/>
          <w:tab w:val="left" w:pos="284"/>
        </w:tabs>
        <w:autoSpaceDE w:val="0"/>
        <w:autoSpaceDN w:val="0"/>
        <w:ind w:left="57" w:firstLine="425"/>
        <w:jc w:val="both"/>
        <w:rPr>
          <w:rFonts w:ascii="Times New Roman" w:hAnsi="Times New Roman" w:cs="Times New Roman"/>
        </w:rPr>
      </w:pPr>
      <w:r w:rsidRPr="006418AC">
        <w:rPr>
          <w:rFonts w:ascii="Times New Roman" w:hAnsi="Times New Roman" w:cs="Times New Roman"/>
          <w:i/>
        </w:rPr>
        <w:t xml:space="preserve">различать на слух </w:t>
      </w:r>
      <w:r w:rsidRPr="006418AC">
        <w:rPr>
          <w:rFonts w:ascii="Times New Roman" w:hAnsi="Times New Roman" w:cs="Times New Roman"/>
        </w:rPr>
        <w:t xml:space="preserve">и адекватно, без ошибок, ведущих к сбою коммуникации, </w:t>
      </w:r>
      <w:r w:rsidRPr="006418AC">
        <w:rPr>
          <w:rFonts w:ascii="Times New Roman" w:hAnsi="Times New Roman" w:cs="Times New Roman"/>
          <w:i/>
        </w:rPr>
        <w:t xml:space="preserve">произносить </w:t>
      </w:r>
      <w:r w:rsidRPr="006418AC">
        <w:rPr>
          <w:rFonts w:ascii="Times New Roman" w:hAnsi="Times New Roman" w:cs="Times New Roman"/>
        </w:rPr>
        <w:t xml:space="preserve">слова с правильным ударением и фразы с соблюдением их ритмико-интонационных особенностей, в том числе </w:t>
      </w:r>
      <w:r w:rsidRPr="006418AC">
        <w:rPr>
          <w:rFonts w:ascii="Times New Roman" w:hAnsi="Times New Roman" w:cs="Times New Roman"/>
          <w:i/>
        </w:rPr>
        <w:t xml:space="preserve">применять правила </w:t>
      </w:r>
      <w:r w:rsidRPr="006418AC">
        <w:rPr>
          <w:rFonts w:ascii="Times New Roman" w:hAnsi="Times New Roman" w:cs="Times New Roman"/>
        </w:rPr>
        <w:t xml:space="preserve">отсутствия фразового ударения на служебных словах; </w:t>
      </w:r>
      <w:r w:rsidRPr="006418AC">
        <w:rPr>
          <w:rFonts w:ascii="Times New Roman" w:hAnsi="Times New Roman" w:cs="Times New Roman"/>
          <w:i/>
        </w:rPr>
        <w:t xml:space="preserve">выразительно читать вслух </w:t>
      </w:r>
      <w:r w:rsidRPr="006418AC">
        <w:rPr>
          <w:rFonts w:ascii="Times New Roman" w:hAnsi="Times New Roman" w:cs="Times New Roman"/>
        </w:rPr>
        <w:t>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Графика, орфография и пунктуация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 xml:space="preserve">правильно </w:t>
      </w:r>
      <w:r w:rsidRPr="006418AC">
        <w:rPr>
          <w:rFonts w:ascii="Times New Roman" w:hAnsi="Times New Roman" w:cs="Times New Roman"/>
          <w:i/>
        </w:rPr>
        <w:t xml:space="preserve">писать </w:t>
      </w:r>
      <w:r w:rsidRPr="006418AC">
        <w:rPr>
          <w:rFonts w:ascii="Times New Roman" w:hAnsi="Times New Roman" w:cs="Times New Roman"/>
        </w:rPr>
        <w:t>изученные слова;</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 xml:space="preserve">точку, вопросительный и восклицательный знаки в конце предложения, запятую при перечислении; пунктуационно правильно </w:t>
      </w:r>
      <w:r w:rsidRPr="006418AC">
        <w:rPr>
          <w:rFonts w:ascii="Times New Roman" w:hAnsi="Times New Roman" w:cs="Times New Roman"/>
          <w:i/>
        </w:rPr>
        <w:t xml:space="preserve">оформлять </w:t>
      </w:r>
      <w:r w:rsidRPr="006418AC">
        <w:rPr>
          <w:rFonts w:ascii="Times New Roman" w:hAnsi="Times New Roman" w:cs="Times New Roman"/>
        </w:rPr>
        <w:t>электронное сообщение личного характера.</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Лексическая сторона речи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звучащем и письменном тексте 800 лексических единиц (слов, словосочетаний, речевых клише) и правильно </w:t>
      </w:r>
      <w:r w:rsidRPr="006418AC">
        <w:rPr>
          <w:rFonts w:ascii="Times New Roman" w:hAnsi="Times New Roman" w:cs="Times New Roman"/>
          <w:i/>
        </w:rPr>
        <w:t xml:space="preserve">употреблять </w:t>
      </w:r>
      <w:r w:rsidRPr="006418AC">
        <w:rPr>
          <w:rFonts w:ascii="Times New Roman" w:hAnsi="Times New Roman" w:cs="Times New Roman"/>
        </w:rPr>
        <w:t xml:space="preserve">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sidRPr="006418AC">
        <w:rPr>
          <w:rFonts w:ascii="Times New Roman" w:hAnsi="Times New Roman" w:cs="Times New Roman"/>
        </w:rPr>
        <w:tab/>
      </w: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родственные слова, образованные с использованием аффиксации: имена существительные при помощи суффиксов </w:t>
      </w:r>
      <w:r w:rsidRPr="006418AC">
        <w:rPr>
          <w:rFonts w:ascii="Times New Roman" w:hAnsi="Times New Roman" w:cs="Times New Roman"/>
          <w:i/>
        </w:rPr>
        <w:t>-keit</w:t>
      </w:r>
      <w:r w:rsidRPr="006418AC">
        <w:rPr>
          <w:rFonts w:ascii="Times New Roman" w:hAnsi="Times New Roman" w:cs="Times New Roman"/>
        </w:rPr>
        <w:t xml:space="preserve">, </w:t>
      </w:r>
      <w:r w:rsidRPr="006418AC">
        <w:rPr>
          <w:rFonts w:ascii="Times New Roman" w:hAnsi="Times New Roman" w:cs="Times New Roman"/>
          <w:i/>
        </w:rPr>
        <w:t>-heit</w:t>
      </w:r>
      <w:r w:rsidRPr="006418AC">
        <w:rPr>
          <w:rFonts w:ascii="Times New Roman" w:hAnsi="Times New Roman" w:cs="Times New Roman"/>
        </w:rPr>
        <w:t xml:space="preserve">, </w:t>
      </w:r>
      <w:r w:rsidRPr="006418AC">
        <w:rPr>
          <w:rFonts w:ascii="Times New Roman" w:hAnsi="Times New Roman" w:cs="Times New Roman"/>
          <w:i/>
        </w:rPr>
        <w:t>-ung</w:t>
      </w:r>
      <w:r w:rsidRPr="006418AC">
        <w:rPr>
          <w:rFonts w:ascii="Times New Roman" w:hAnsi="Times New Roman" w:cs="Times New Roman"/>
        </w:rPr>
        <w:t xml:space="preserve">; имена прилагательные при помощи суффикса </w:t>
      </w:r>
      <w:r w:rsidRPr="006418AC">
        <w:rPr>
          <w:rFonts w:ascii="Times New Roman" w:hAnsi="Times New Roman" w:cs="Times New Roman"/>
          <w:i/>
        </w:rPr>
        <w:t>-isch</w:t>
      </w:r>
      <w:r w:rsidRPr="006418AC">
        <w:rPr>
          <w:rFonts w:ascii="Times New Roman" w:hAnsi="Times New Roman" w:cs="Times New Roman"/>
        </w:rPr>
        <w:t xml:space="preserve">; имена прилагательные и наречия при помощи </w:t>
      </w:r>
      <w:r w:rsidRPr="006418AC">
        <w:rPr>
          <w:rFonts w:ascii="Times New Roman" w:hAnsi="Times New Roman" w:cs="Times New Roman"/>
        </w:rPr>
        <w:br/>
        <w:t xml:space="preserve">отрицательного префикса </w:t>
      </w:r>
      <w:r w:rsidRPr="006418AC">
        <w:rPr>
          <w:rFonts w:ascii="Times New Roman" w:hAnsi="Times New Roman" w:cs="Times New Roman"/>
          <w:i/>
        </w:rPr>
        <w:t>un-</w:t>
      </w:r>
      <w:r w:rsidRPr="006418AC">
        <w:rPr>
          <w:rFonts w:ascii="Times New Roman" w:hAnsi="Times New Roman" w:cs="Times New Roman"/>
        </w:rPr>
        <w:t>; при помощи конверсии: имена существительные от глагола (</w:t>
      </w:r>
      <w:r w:rsidRPr="006418AC">
        <w:rPr>
          <w:rFonts w:ascii="Times New Roman" w:hAnsi="Times New Roman" w:cs="Times New Roman"/>
          <w:i/>
        </w:rPr>
        <w:t>das Lesen</w:t>
      </w:r>
      <w:r w:rsidRPr="006418AC">
        <w:rPr>
          <w:rFonts w:ascii="Times New Roman" w:hAnsi="Times New Roman" w:cs="Times New Roman"/>
        </w:rPr>
        <w:t>); при помощи словосложения: соединения глагола и существительного (</w:t>
      </w:r>
      <w:r w:rsidRPr="006418AC">
        <w:rPr>
          <w:rFonts w:ascii="Times New Roman" w:hAnsi="Times New Roman" w:cs="Times New Roman"/>
          <w:i/>
        </w:rPr>
        <w:t>der Schreibtisch</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в устной и письменной речи изученные синонимы, антонимы и интернациональные слова;</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различные средства связи для </w:t>
      </w:r>
      <w:r w:rsidRPr="006418AC">
        <w:rPr>
          <w:rFonts w:ascii="Times New Roman" w:hAnsi="Times New Roman" w:cs="Times New Roman"/>
        </w:rPr>
        <w:br/>
        <w:t>обеспечения целостности высказывания.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Грамматическая сторона речи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знать и понимать </w:t>
      </w:r>
      <w:r w:rsidRPr="006418AC">
        <w:rPr>
          <w:rFonts w:ascii="Times New Roman" w:hAnsi="Times New Roman" w:cs="Times New Roman"/>
        </w:rPr>
        <w:t xml:space="preserve">особенности структуры простых и сложных предложений немецкого языка; различных коммуникативных типов предложений немецкого языка;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письменном и звучащем тексте и </w:t>
      </w:r>
      <w:r w:rsidRPr="006418AC">
        <w:rPr>
          <w:rFonts w:ascii="Times New Roman" w:hAnsi="Times New Roman" w:cs="Times New Roman"/>
          <w:i/>
        </w:rPr>
        <w:t xml:space="preserve">употреблять </w:t>
      </w:r>
      <w:r w:rsidRPr="006418AC">
        <w:rPr>
          <w:rFonts w:ascii="Times New Roman" w:hAnsi="Times New Roman" w:cs="Times New Roman"/>
        </w:rPr>
        <w:t>в устной и письменной речи:</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сложносочинённые предложения с союзом denn;</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глаголы в видовременных формах действительного залога в изъявительном наклонении в Präteritum;</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глаголы с отделяемыми и неотделяемыми приставками;</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глаголы с возвратным местоимением sich;</w:t>
      </w:r>
    </w:p>
    <w:p w:rsidR="00F44E79" w:rsidRPr="009D40EF"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lang w:val="en-US"/>
        </w:rPr>
      </w:pPr>
      <w:r w:rsidRPr="006418AC">
        <w:rPr>
          <w:rFonts w:ascii="Times New Roman" w:hAnsi="Times New Roman"/>
          <w:sz w:val="24"/>
          <w:szCs w:val="24"/>
        </w:rPr>
        <w:t>глаголы</w:t>
      </w:r>
      <w:r w:rsidRPr="009D40EF">
        <w:rPr>
          <w:rFonts w:ascii="Times New Roman" w:hAnsi="Times New Roman"/>
          <w:sz w:val="24"/>
          <w:szCs w:val="24"/>
          <w:lang w:val="en-US"/>
        </w:rPr>
        <w:t xml:space="preserve"> sitzen — setzen, liegen — legen, stehen — stellen, hängen;</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модальный глагол sollen (в Präsens);</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склонение имён существительных в единственном и множественном числе в родительном падеже;</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личные местоимения в винительном и дательном падежах;</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вопросительное местоимение welch-;</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числительные для обозначения дат и больших чисел (100-1000);</w:t>
      </w:r>
    </w:p>
    <w:p w:rsidR="00F44E79" w:rsidRPr="006418AC" w:rsidRDefault="00F44E79" w:rsidP="001C7BA4">
      <w:pPr>
        <w:pStyle w:val="ListParagraph"/>
        <w:numPr>
          <w:ilvl w:val="0"/>
          <w:numId w:val="105"/>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предлоги, требующие дательного падежа при ответе на вопрос Wo? и винительного при ответе на вопрос Wohin?</w:t>
      </w: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1C7BA4">
      <w:pPr>
        <w:pStyle w:val="ListParagraph"/>
        <w:numPr>
          <w:ilvl w:val="0"/>
          <w:numId w:val="106"/>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использовать </w:t>
      </w:r>
      <w:r w:rsidRPr="006418AC">
        <w:rPr>
          <w:rFonts w:ascii="Times New Roman" w:hAnsi="Times New Roman"/>
          <w:sz w:val="24"/>
          <w:szCs w:val="24"/>
        </w:rPr>
        <w:t xml:space="preserve">отдельные социокультурные элементы речевого поведенческого этикета в </w:t>
      </w:r>
      <w:r w:rsidRPr="006418AC">
        <w:rPr>
          <w:rFonts w:ascii="Times New Roman" w:hAnsi="Times New Roman"/>
          <w:sz w:val="24"/>
          <w:szCs w:val="24"/>
        </w:rPr>
        <w:br/>
        <w:t xml:space="preserve">стране/странах изучаемого языка в рамках тематического содержания речи; </w:t>
      </w:r>
    </w:p>
    <w:p w:rsidR="00F44E79" w:rsidRPr="006418AC" w:rsidRDefault="00F44E79" w:rsidP="001C7BA4">
      <w:pPr>
        <w:pStyle w:val="ListParagraph"/>
        <w:numPr>
          <w:ilvl w:val="0"/>
          <w:numId w:val="106"/>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знать/ понимать и использовать </w:t>
      </w:r>
      <w:r w:rsidRPr="006418AC">
        <w:rPr>
          <w:rFonts w:ascii="Times New Roman" w:hAnsi="Times New Roman"/>
          <w:sz w:val="24"/>
          <w:szCs w:val="24"/>
        </w:rPr>
        <w:t xml:space="preserve">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rsidRPr="006418AC">
        <w:rPr>
          <w:rFonts w:ascii="Times New Roman" w:hAnsi="Times New Roman"/>
          <w:i/>
          <w:sz w:val="24"/>
          <w:szCs w:val="24"/>
        </w:rPr>
        <w:t xml:space="preserve">обладать базовыми знаниями </w:t>
      </w:r>
      <w:r w:rsidRPr="006418AC">
        <w:rPr>
          <w:rFonts w:ascii="Times New Roman" w:hAnsi="Times New Roman"/>
          <w:sz w:val="24"/>
          <w:szCs w:val="24"/>
        </w:rPr>
        <w:t xml:space="preserve">о социокультурном портрете родной страны и страны/стран изучаемого языка; </w:t>
      </w:r>
    </w:p>
    <w:p w:rsidR="00F44E79" w:rsidRPr="006418AC" w:rsidRDefault="00F44E79" w:rsidP="001C7BA4">
      <w:pPr>
        <w:pStyle w:val="ListParagraph"/>
        <w:numPr>
          <w:ilvl w:val="0"/>
          <w:numId w:val="106"/>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кратко представлять </w:t>
      </w:r>
      <w:r w:rsidRPr="006418AC">
        <w:rPr>
          <w:rFonts w:ascii="Times New Roman" w:hAnsi="Times New Roman"/>
          <w:sz w:val="24"/>
          <w:szCs w:val="24"/>
        </w:rPr>
        <w:t>Россию и страну/страны изучаемого языка.</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КОМПЕНСАТОРНЫЕ УМЕНИЯ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Владеть </w:t>
      </w:r>
      <w:r w:rsidRPr="006418AC">
        <w:rPr>
          <w:rFonts w:ascii="Times New Roman" w:hAnsi="Times New Roman"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Участвовать </w:t>
      </w:r>
      <w:r w:rsidRPr="006418AC">
        <w:rPr>
          <w:rFonts w:ascii="Times New Roman" w:hAnsi="Times New Roman" w:cs="Times New Roman"/>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иноязычные словари и справочники, в том числе информационно-справочные системы в электронной форме.</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Достигать </w:t>
      </w:r>
      <w:r w:rsidRPr="006418AC">
        <w:rPr>
          <w:rFonts w:ascii="Times New Roman" w:hAnsi="Times New Roman" w:cs="Times New Roman"/>
        </w:rPr>
        <w:t>взаимопонимания в процессе устного и письменного общения с носителями иностранного языка, с людьми другой культуры.</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Сравнивать </w:t>
      </w:r>
      <w:r w:rsidRPr="006418AC">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6418AC" w:rsidRDefault="00F44E79" w:rsidP="009D40EF">
      <w:pPr>
        <w:tabs>
          <w:tab w:val="left" w:pos="180"/>
          <w:tab w:val="left" w:pos="284"/>
        </w:tabs>
        <w:autoSpaceDE w:val="0"/>
        <w:autoSpaceDN w:val="0"/>
        <w:ind w:left="57"/>
        <w:jc w:val="both"/>
        <w:rPr>
          <w:rFonts w:ascii="Times New Roman" w:hAnsi="Times New Roman" w:cs="Times New Roman"/>
        </w:rPr>
      </w:pPr>
    </w:p>
    <w:p w:rsidR="00F44E79" w:rsidRPr="006418AC" w:rsidRDefault="00F44E79" w:rsidP="009D40EF">
      <w:pPr>
        <w:tabs>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7 КЛАСС</w:t>
      </w: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КОММУНИКАТИВНЫЕ УМЕНИЯ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вести разные виды диалогов </w:t>
      </w:r>
      <w:r w:rsidRPr="006418AC">
        <w:rPr>
          <w:rFonts w:ascii="Times New Roman" w:hAnsi="Times New Roman" w:cs="Times New Roman"/>
        </w:rPr>
        <w:t xml:space="preserve">(диалог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создавать разные виды монологических высказываний </w:t>
      </w:r>
      <w:r w:rsidRPr="006418AC">
        <w:rPr>
          <w:rFonts w:ascii="Times New Roman" w:hAnsi="Times New Roman"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6418AC">
        <w:rPr>
          <w:rFonts w:ascii="Times New Roman" w:hAnsi="Times New Roman" w:cs="Times New Roman"/>
          <w:i/>
        </w:rPr>
        <w:t xml:space="preserve">излагать </w:t>
      </w:r>
      <w:r w:rsidRPr="006418AC">
        <w:rPr>
          <w:rFonts w:ascii="Times New Roman" w:hAnsi="Times New Roman" w:cs="Times New Roman"/>
        </w:rPr>
        <w:t>основное содержание прочитанного/прослушанного текста с вербальными и/или зрительными опорами (объём – 8-9 фраз); кратко</w:t>
      </w:r>
      <w:r w:rsidRPr="006418AC">
        <w:rPr>
          <w:rFonts w:ascii="Times New Roman" w:hAnsi="Times New Roman" w:cs="Times New Roman"/>
          <w:i/>
        </w:rPr>
        <w:t xml:space="preserve"> излагать </w:t>
      </w:r>
      <w:r w:rsidRPr="006418AC">
        <w:rPr>
          <w:rFonts w:ascii="Times New Roman" w:hAnsi="Times New Roman" w:cs="Times New Roman"/>
        </w:rPr>
        <w:t>результаты выполненной проектной работы (объём – 8-9 фраз).</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Аудирование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воспринимать на слух и понимать </w:t>
      </w:r>
      <w:r w:rsidRPr="006418AC">
        <w:rPr>
          <w:rFonts w:ascii="Times New Roman" w:hAnsi="Times New Roman" w:cs="Times New Roman"/>
        </w:rPr>
        <w:t>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Смысловое чтение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читать про себя и понимать </w:t>
      </w:r>
      <w:r w:rsidRPr="006418AC">
        <w:rPr>
          <w:rFonts w:ascii="Times New Roman" w:hAnsi="Times New Roman" w:cs="Times New Roman"/>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6418AC">
        <w:rPr>
          <w:rFonts w:ascii="Times New Roman" w:hAnsi="Times New Roman" w:cs="Times New Roman"/>
        </w:rPr>
        <w:br/>
        <w:t xml:space="preserve">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418AC">
        <w:rPr>
          <w:rFonts w:ascii="Times New Roman" w:hAnsi="Times New Roman" w:cs="Times New Roman"/>
          <w:i/>
        </w:rPr>
        <w:t xml:space="preserve">читать про себя </w:t>
      </w:r>
      <w:r w:rsidRPr="006418AC">
        <w:rPr>
          <w:rFonts w:ascii="Times New Roman" w:hAnsi="Times New Roman" w:cs="Times New Roman"/>
        </w:rPr>
        <w:t xml:space="preserve">несплошные тексты (таблицы, диаграммы) и </w:t>
      </w:r>
      <w:r w:rsidRPr="006418AC">
        <w:rPr>
          <w:rFonts w:ascii="Times New Roman" w:hAnsi="Times New Roman" w:cs="Times New Roman"/>
          <w:i/>
        </w:rPr>
        <w:t xml:space="preserve">понимать </w:t>
      </w:r>
      <w:r w:rsidRPr="006418AC">
        <w:rPr>
          <w:rFonts w:ascii="Times New Roman" w:hAnsi="Times New Roman" w:cs="Times New Roman"/>
        </w:rPr>
        <w:t>представленную в них информацию.</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Письменная речь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6418AC">
        <w:rPr>
          <w:rFonts w:ascii="Times New Roman" w:hAnsi="Times New Roman" w:cs="Times New Roman"/>
          <w:i/>
        </w:rPr>
        <w:t xml:space="preserve">писать </w:t>
      </w:r>
      <w:r w:rsidRPr="006418AC">
        <w:rPr>
          <w:rFonts w:ascii="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90 слов); </w:t>
      </w:r>
      <w:r w:rsidRPr="006418AC">
        <w:rPr>
          <w:rFonts w:ascii="Times New Roman" w:hAnsi="Times New Roman" w:cs="Times New Roman"/>
          <w:i/>
        </w:rPr>
        <w:t xml:space="preserve">создавать </w:t>
      </w:r>
      <w:r w:rsidRPr="006418AC">
        <w:rPr>
          <w:rFonts w:ascii="Times New Roman" w:hAnsi="Times New Roman" w:cs="Times New Roman"/>
        </w:rPr>
        <w:t>небольшое письменное высказывание с опорой на образец, план, ключевые слова, таблицу (объём высказывания – до 90 слов).</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ЯЗЫКОВЫЕ ЗНАНИЯ И УМЕНИЯ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b/>
        </w:rPr>
        <w:t>Фонетическая сторона речи</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i/>
        </w:rPr>
        <w:t xml:space="preserve">различать на слух </w:t>
      </w:r>
      <w:r w:rsidRPr="006418AC">
        <w:rPr>
          <w:rFonts w:ascii="Times New Roman" w:hAnsi="Times New Roman" w:cs="Times New Roman"/>
        </w:rPr>
        <w:t xml:space="preserve">и адекватно, без ошибок, ведущих к сбою коммуникации, </w:t>
      </w:r>
      <w:r w:rsidRPr="006418AC">
        <w:rPr>
          <w:rFonts w:ascii="Times New Roman" w:hAnsi="Times New Roman" w:cs="Times New Roman"/>
          <w:i/>
        </w:rPr>
        <w:t xml:space="preserve">произносить </w:t>
      </w:r>
      <w:r w:rsidRPr="006418AC">
        <w:rPr>
          <w:rFonts w:ascii="Times New Roman" w:hAnsi="Times New Roman" w:cs="Times New Roman"/>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418AC">
        <w:rPr>
          <w:rFonts w:ascii="Times New Roman" w:hAnsi="Times New Roman" w:cs="Times New Roman"/>
          <w:i/>
        </w:rPr>
        <w:t xml:space="preserve">читать вслух </w:t>
      </w:r>
      <w:r w:rsidRPr="006418AC">
        <w:rPr>
          <w:rFonts w:ascii="Times New Roman" w:hAnsi="Times New Roman" w:cs="Times New Roman"/>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Графика, орфография и пунктуация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Лексическая сторона речи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rPr>
        <w:tab/>
        <w:t xml:space="preserve">        </w:t>
      </w: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звучащем и письменном тексте 1000 лексических единиц (слов, словосочетаний, речевых клише) и правильно </w:t>
      </w:r>
      <w:r w:rsidRPr="006418AC">
        <w:rPr>
          <w:rFonts w:ascii="Times New Roman" w:hAnsi="Times New Roman" w:cs="Times New Roman"/>
          <w:i/>
        </w:rPr>
        <w:t xml:space="preserve">употреблять </w:t>
      </w:r>
      <w:r w:rsidRPr="006418AC">
        <w:rPr>
          <w:rFonts w:ascii="Times New Roman" w:hAnsi="Times New Roman" w:cs="Times New Roman"/>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родственные слова, образованные с использованием аффиксации: глаголы при помощи суффикса </w:t>
      </w:r>
      <w:r w:rsidRPr="006418AC">
        <w:rPr>
          <w:rFonts w:ascii="Times New Roman" w:hAnsi="Times New Roman" w:cs="Times New Roman"/>
          <w:i/>
        </w:rPr>
        <w:t>-ieren</w:t>
      </w:r>
      <w:r w:rsidRPr="006418AC">
        <w:rPr>
          <w:rFonts w:ascii="Times New Roman" w:hAnsi="Times New Roman" w:cs="Times New Roman"/>
        </w:rPr>
        <w:t xml:space="preserve">; имена существительные при помощи суффиксов </w:t>
      </w:r>
      <w:r w:rsidRPr="006418AC">
        <w:rPr>
          <w:rFonts w:ascii="Times New Roman" w:hAnsi="Times New Roman" w:cs="Times New Roman"/>
          <w:i/>
        </w:rPr>
        <w:t>-schaft</w:t>
      </w:r>
      <w:r w:rsidRPr="006418AC">
        <w:rPr>
          <w:rFonts w:ascii="Times New Roman" w:hAnsi="Times New Roman" w:cs="Times New Roman"/>
        </w:rPr>
        <w:t xml:space="preserve">, </w:t>
      </w:r>
      <w:r w:rsidRPr="006418AC">
        <w:rPr>
          <w:rFonts w:ascii="Times New Roman" w:hAnsi="Times New Roman" w:cs="Times New Roman"/>
          <w:i/>
        </w:rPr>
        <w:t>-tion</w:t>
      </w:r>
      <w:r w:rsidRPr="006418AC">
        <w:rPr>
          <w:rFonts w:ascii="Times New Roman" w:hAnsi="Times New Roman" w:cs="Times New Roman"/>
        </w:rPr>
        <w:t xml:space="preserve">, префикса </w:t>
      </w:r>
      <w:r w:rsidRPr="006418AC">
        <w:rPr>
          <w:rFonts w:ascii="Times New Roman" w:hAnsi="Times New Roman" w:cs="Times New Roman"/>
          <w:i/>
        </w:rPr>
        <w:t>un-</w:t>
      </w:r>
      <w:r w:rsidRPr="006418AC">
        <w:rPr>
          <w:rFonts w:ascii="Times New Roman" w:hAnsi="Times New Roman" w:cs="Times New Roman"/>
        </w:rPr>
        <w:t>; при помощи конверсии: имена существительные от прилагательных (</w:t>
      </w:r>
      <w:r w:rsidRPr="006418AC">
        <w:rPr>
          <w:rFonts w:ascii="Times New Roman" w:hAnsi="Times New Roman" w:cs="Times New Roman"/>
          <w:i/>
        </w:rPr>
        <w:t>das Grün</w:t>
      </w:r>
      <w:r w:rsidRPr="006418AC">
        <w:rPr>
          <w:rFonts w:ascii="Times New Roman" w:hAnsi="Times New Roman" w:cs="Times New Roman"/>
        </w:rPr>
        <w:t xml:space="preserve">); при помощи словосложения: соединения прилагательного и </w:t>
      </w:r>
      <w:r w:rsidRPr="006418AC">
        <w:rPr>
          <w:rFonts w:ascii="Times New Roman" w:hAnsi="Times New Roman" w:cs="Times New Roman"/>
        </w:rPr>
        <w:br/>
        <w:t>существительного (</w:t>
      </w:r>
      <w:r w:rsidRPr="006418AC">
        <w:rPr>
          <w:rFonts w:ascii="Times New Roman" w:hAnsi="Times New Roman" w:cs="Times New Roman"/>
          <w:i/>
        </w:rPr>
        <w:t>die Kleinstadt</w:t>
      </w:r>
      <w:r w:rsidRPr="006418AC">
        <w:rPr>
          <w:rFonts w:ascii="Times New Roman" w:hAnsi="Times New Roman" w:cs="Times New Roman"/>
        </w:rPr>
        <w:t xml:space="preserve">);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в устной и письменной речи изученные синонимы, антонимы;</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в устной и письменной речи различные средства связи в тексте для обеспечения логичности и целостности высказывания.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Грамматическая сторона речи</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знать и понимать </w:t>
      </w:r>
      <w:r w:rsidRPr="006418AC">
        <w:rPr>
          <w:rFonts w:ascii="Times New Roman" w:hAnsi="Times New Roman" w:cs="Times New Roman"/>
        </w:rPr>
        <w:t xml:space="preserve">особенности структуры простых и сложных предложений и различных коммуникативных типов предложений немецкого языка;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письменном и звучащем тексте и </w:t>
      </w:r>
      <w:r w:rsidRPr="006418AC">
        <w:rPr>
          <w:rFonts w:ascii="Times New Roman" w:hAnsi="Times New Roman" w:cs="Times New Roman"/>
          <w:i/>
        </w:rPr>
        <w:t xml:space="preserve">употреблять </w:t>
      </w:r>
      <w:r w:rsidRPr="006418AC">
        <w:rPr>
          <w:rFonts w:ascii="Times New Roman" w:hAnsi="Times New Roman" w:cs="Times New Roman"/>
        </w:rPr>
        <w:t>в устной и письменной речи:</w:t>
      </w:r>
    </w:p>
    <w:p w:rsidR="00F44E79" w:rsidRPr="006418AC" w:rsidRDefault="00F44E79" w:rsidP="001C7BA4">
      <w:pPr>
        <w:pStyle w:val="ListParagraph"/>
        <w:numPr>
          <w:ilvl w:val="0"/>
          <w:numId w:val="107"/>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сложносочинённые предложения с наречием darum;</w:t>
      </w:r>
    </w:p>
    <w:p w:rsidR="00F44E79" w:rsidRPr="006418AC" w:rsidRDefault="00F44E79" w:rsidP="001C7BA4">
      <w:pPr>
        <w:pStyle w:val="ListParagraph"/>
        <w:numPr>
          <w:ilvl w:val="0"/>
          <w:numId w:val="107"/>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сложноподчинённые предложения: дополнительные (с союзом dass), причины (с союзом weil), условия (с союзом wenn);</w:t>
      </w:r>
    </w:p>
    <w:p w:rsidR="00F44E79" w:rsidRPr="006418AC" w:rsidRDefault="00F44E79" w:rsidP="001C7BA4">
      <w:pPr>
        <w:pStyle w:val="ListParagraph"/>
        <w:numPr>
          <w:ilvl w:val="0"/>
          <w:numId w:val="107"/>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предложения с глаголами, требующими употребления после них частицы zu и инфинитива;</w:t>
      </w:r>
    </w:p>
    <w:p w:rsidR="00F44E79" w:rsidRPr="006418AC" w:rsidRDefault="00F44E79" w:rsidP="001C7BA4">
      <w:pPr>
        <w:pStyle w:val="ListParagraph"/>
        <w:numPr>
          <w:ilvl w:val="0"/>
          <w:numId w:val="107"/>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предложения с неопределённо-личным местоимением man, в том числе с модальными глаголами;</w:t>
      </w:r>
    </w:p>
    <w:p w:rsidR="00F44E79" w:rsidRPr="006418AC" w:rsidRDefault="00F44E79" w:rsidP="001C7BA4">
      <w:pPr>
        <w:pStyle w:val="ListParagraph"/>
        <w:numPr>
          <w:ilvl w:val="0"/>
          <w:numId w:val="107"/>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модальные глаголы в Präteritum;</w:t>
      </w:r>
    </w:p>
    <w:p w:rsidR="00F44E79" w:rsidRPr="006418AC" w:rsidRDefault="00F44E79" w:rsidP="001C7BA4">
      <w:pPr>
        <w:pStyle w:val="ListParagraph"/>
        <w:numPr>
          <w:ilvl w:val="0"/>
          <w:numId w:val="107"/>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отрицания kein, nicht, doch;</w:t>
      </w:r>
    </w:p>
    <w:p w:rsidR="00F44E79" w:rsidRPr="006418AC" w:rsidRDefault="00F44E79" w:rsidP="001C7BA4">
      <w:pPr>
        <w:pStyle w:val="ListParagraph"/>
        <w:numPr>
          <w:ilvl w:val="0"/>
          <w:numId w:val="107"/>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числительные для обозначения дат и больших чисел (до 1 000 000).</w:t>
      </w:r>
    </w:p>
    <w:p w:rsidR="00F44E79" w:rsidRPr="006418AC" w:rsidRDefault="00F44E79" w:rsidP="009D40EF">
      <w:pPr>
        <w:pStyle w:val="ListParagraph"/>
        <w:tabs>
          <w:tab w:val="left" w:pos="851"/>
        </w:tabs>
        <w:autoSpaceDE w:val="0"/>
        <w:autoSpaceDN w:val="0"/>
        <w:spacing w:after="0" w:line="240" w:lineRule="auto"/>
        <w:ind w:left="567"/>
        <w:jc w:val="both"/>
        <w:rPr>
          <w:rFonts w:ascii="Times New Roman" w:hAnsi="Times New Roman"/>
          <w:sz w:val="24"/>
          <w:szCs w:val="24"/>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1C7BA4">
      <w:pPr>
        <w:pStyle w:val="ListParagraph"/>
        <w:numPr>
          <w:ilvl w:val="0"/>
          <w:numId w:val="108"/>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использовать </w:t>
      </w:r>
      <w:r w:rsidRPr="006418AC">
        <w:rPr>
          <w:rFonts w:ascii="Times New Roman" w:hAnsi="Times New Roman"/>
          <w:sz w:val="24"/>
          <w:szCs w:val="24"/>
        </w:rPr>
        <w:t xml:space="preserve">отдельные социокультурные элементы речевого поведенческого этикета, принятые в стране/странах изучаемого языка в рамках тематического содержания; </w:t>
      </w:r>
      <w:r w:rsidRPr="006418AC">
        <w:rPr>
          <w:rFonts w:ascii="Times New Roman" w:hAnsi="Times New Roman"/>
          <w:sz w:val="24"/>
          <w:szCs w:val="24"/>
        </w:rPr>
        <w:br/>
      </w:r>
      <w:r w:rsidRPr="006418AC">
        <w:rPr>
          <w:rFonts w:ascii="Times New Roman" w:hAnsi="Times New Roman"/>
          <w:i/>
          <w:sz w:val="24"/>
          <w:szCs w:val="24"/>
        </w:rPr>
        <w:t xml:space="preserve">знать/понимать и использовать </w:t>
      </w:r>
      <w:r w:rsidRPr="006418AC">
        <w:rPr>
          <w:rFonts w:ascii="Times New Roman" w:hAnsi="Times New Roman"/>
          <w:sz w:val="24"/>
          <w:szCs w:val="24"/>
        </w:rPr>
        <w:t xml:space="preserve">в устной и письменной речи наиболее употребительную </w:t>
      </w:r>
      <w:r w:rsidRPr="006418AC">
        <w:rPr>
          <w:rFonts w:ascii="Times New Roman" w:hAnsi="Times New Roman"/>
          <w:sz w:val="24"/>
          <w:szCs w:val="24"/>
        </w:rPr>
        <w:br/>
        <w:t>тематическую фоновую лексику и реалии страны/стран изучаемого языка в рамках тематического содержания речи;</w:t>
      </w:r>
    </w:p>
    <w:p w:rsidR="00F44E79" w:rsidRPr="006418AC" w:rsidRDefault="00F44E79" w:rsidP="001C7BA4">
      <w:pPr>
        <w:pStyle w:val="ListParagraph"/>
        <w:numPr>
          <w:ilvl w:val="0"/>
          <w:numId w:val="108"/>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обладать базовыми знаниями </w:t>
      </w:r>
      <w:r w:rsidRPr="006418AC">
        <w:rPr>
          <w:rFonts w:ascii="Times New Roman" w:hAnsi="Times New Roman"/>
          <w:sz w:val="24"/>
          <w:szCs w:val="24"/>
        </w:rPr>
        <w:t xml:space="preserve">о социокультурном портрете и культурном наследии родной страны и страны/стран изучаемого языка; </w:t>
      </w:r>
    </w:p>
    <w:p w:rsidR="00F44E79" w:rsidRPr="006418AC" w:rsidRDefault="00F44E79" w:rsidP="001C7BA4">
      <w:pPr>
        <w:pStyle w:val="ListParagraph"/>
        <w:numPr>
          <w:ilvl w:val="0"/>
          <w:numId w:val="108"/>
        </w:numPr>
        <w:tabs>
          <w:tab w:val="left" w:pos="284"/>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кратко представлять </w:t>
      </w:r>
      <w:r w:rsidRPr="006418AC">
        <w:rPr>
          <w:rFonts w:ascii="Times New Roman" w:hAnsi="Times New Roman"/>
          <w:sz w:val="24"/>
          <w:szCs w:val="24"/>
        </w:rPr>
        <w:t>Россию и страну/страны изучаемого языка.</w:t>
      </w:r>
    </w:p>
    <w:p w:rsidR="00F44E79" w:rsidRPr="006418AC" w:rsidRDefault="00F44E79" w:rsidP="009D40EF">
      <w:pPr>
        <w:tabs>
          <w:tab w:val="left" w:pos="180"/>
          <w:tab w:val="left" w:pos="284"/>
        </w:tabs>
        <w:autoSpaceDE w:val="0"/>
        <w:autoSpaceDN w:val="0"/>
        <w:ind w:left="5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КОМПЕНСАТОРНЫЕ УМЕНИЯ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 xml:space="preserve">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владеть </w:t>
      </w:r>
      <w:r w:rsidRPr="006418AC">
        <w:rPr>
          <w:rFonts w:ascii="Times New Roman" w:hAnsi="Times New Roman"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участвовать </w:t>
      </w:r>
      <w:r w:rsidRPr="006418AC">
        <w:rPr>
          <w:rFonts w:ascii="Times New Roman" w:hAnsi="Times New Roman" w:cs="Times New Roman"/>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 xml:space="preserve">иноязычные словари и справочники, в том числе информационно-справочные системы в электронной форме;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достигать </w:t>
      </w:r>
      <w:r w:rsidRPr="006418AC">
        <w:rPr>
          <w:rFonts w:ascii="Times New Roman" w:hAnsi="Times New Roman" w:cs="Times New Roman"/>
        </w:rPr>
        <w:t xml:space="preserve">взаимопонимания в процессе устного и письменного общения с носителями </w:t>
      </w:r>
      <w:r w:rsidRPr="006418AC">
        <w:rPr>
          <w:rFonts w:ascii="Times New Roman" w:hAnsi="Times New Roman" w:cs="Times New Roman"/>
        </w:rPr>
        <w:br/>
        <w:t xml:space="preserve">иностранного языка, с людьми другой культуры;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сравнивать </w:t>
      </w:r>
      <w:r w:rsidRPr="006418AC">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b/>
        </w:rPr>
        <w:t>8 КЛАСС</w:t>
      </w:r>
    </w:p>
    <w:p w:rsidR="00F44E79" w:rsidRPr="006418AC" w:rsidRDefault="00F44E79" w:rsidP="009D40EF">
      <w:pPr>
        <w:tabs>
          <w:tab w:val="left" w:pos="567"/>
        </w:tabs>
        <w:autoSpaceDE w:val="0"/>
        <w:autoSpaceDN w:val="0"/>
        <w:spacing w:before="166"/>
        <w:ind w:left="142" w:firstLine="425"/>
        <w:jc w:val="both"/>
        <w:rPr>
          <w:rFonts w:ascii="Times New Roman" w:hAnsi="Times New Roman" w:cs="Times New Roman"/>
          <w:b/>
        </w:rPr>
      </w:pPr>
      <w:r w:rsidRPr="006418AC">
        <w:rPr>
          <w:rFonts w:ascii="Times New Roman" w:hAnsi="Times New Roman" w:cs="Times New Roman"/>
          <w:b/>
        </w:rPr>
        <w:t xml:space="preserve">КОММУНИКАТИВНЫЕ УМЕНИЯ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вести разные виды диалогов </w:t>
      </w:r>
      <w:r w:rsidRPr="006418AC">
        <w:rPr>
          <w:rFonts w:ascii="Times New Roman" w:hAnsi="Times New Roman" w:cs="Times New Roman"/>
        </w:rPr>
        <w:t xml:space="preserve">(диалог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F44E79" w:rsidRPr="006418AC" w:rsidRDefault="00F44E79" w:rsidP="009D40EF">
      <w:pPr>
        <w:tabs>
          <w:tab w:val="left" w:pos="567"/>
        </w:tabs>
        <w:autoSpaceDE w:val="0"/>
        <w:autoSpaceDN w:val="0"/>
        <w:ind w:left="57" w:firstLine="425"/>
        <w:jc w:val="both"/>
        <w:rPr>
          <w:rFonts w:ascii="Times New Roman" w:hAnsi="Times New Roman" w:cs="Times New Roman"/>
        </w:rPr>
      </w:pPr>
      <w:r w:rsidRPr="006418AC">
        <w:rPr>
          <w:rFonts w:ascii="Times New Roman" w:hAnsi="Times New Roman" w:cs="Times New Roman"/>
          <w:i/>
        </w:rPr>
        <w:t>создавать разные виды монологических высказываний</w:t>
      </w:r>
      <w:r w:rsidRPr="006418AC">
        <w:rPr>
          <w:rFonts w:ascii="Times New Roman" w:hAnsi="Times New Roman"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w:t>
      </w:r>
      <w:r w:rsidRPr="006418AC">
        <w:rPr>
          <w:rFonts w:ascii="Times New Roman" w:hAnsi="Times New Roman" w:cs="Times New Roman"/>
          <w:i/>
        </w:rPr>
        <w:t xml:space="preserve">излагать </w:t>
      </w:r>
      <w:r w:rsidRPr="006418AC">
        <w:rPr>
          <w:rFonts w:ascii="Times New Roman" w:hAnsi="Times New Roman" w:cs="Times New Roman"/>
        </w:rPr>
        <w:t>результаты   выполненной проектной работы (объём – 9-10 фраз).</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Аудирование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воспринимать на слух и понимать </w:t>
      </w:r>
      <w:r w:rsidRPr="006418AC">
        <w:rPr>
          <w:rFonts w:ascii="Times New Roman" w:hAnsi="Times New Roman" w:cs="Times New Roman"/>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Смысловое чтение</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i/>
        </w:rPr>
        <w:t xml:space="preserve">читать про себя и понимать </w:t>
      </w:r>
      <w:r w:rsidRPr="006418AC">
        <w:rPr>
          <w:rFonts w:ascii="Times New Roman" w:hAnsi="Times New Roman" w:cs="Times New Roman"/>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418AC">
        <w:rPr>
          <w:rFonts w:ascii="Times New Roman" w:hAnsi="Times New Roman" w:cs="Times New Roman"/>
          <w:i/>
        </w:rPr>
        <w:t xml:space="preserve">читать несплошные тексты </w:t>
      </w:r>
      <w:r w:rsidRPr="006418AC">
        <w:rPr>
          <w:rFonts w:ascii="Times New Roman" w:hAnsi="Times New Roman" w:cs="Times New Roman"/>
        </w:rPr>
        <w:t xml:space="preserve">(таблицы, диаграммы) и </w:t>
      </w:r>
      <w:r w:rsidRPr="006418AC">
        <w:rPr>
          <w:rFonts w:ascii="Times New Roman" w:hAnsi="Times New Roman" w:cs="Times New Roman"/>
          <w:i/>
        </w:rPr>
        <w:t xml:space="preserve">понимать </w:t>
      </w:r>
      <w:r w:rsidRPr="006418AC">
        <w:rPr>
          <w:rFonts w:ascii="Times New Roman" w:hAnsi="Times New Roman" w:cs="Times New Roman"/>
        </w:rPr>
        <w:t>представленную в них информацию.</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Письменная речь</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заполнять </w:t>
      </w:r>
      <w:r w:rsidRPr="006418AC">
        <w:rPr>
          <w:rFonts w:ascii="Times New Roman" w:hAnsi="Times New Roman" w:cs="Times New Roman"/>
        </w:rPr>
        <w:t xml:space="preserve">анкеты и формуляры, сообщая о себе основные сведения, в соответствии с нормами, принятыми в стране/странах изучаемого языка; </w:t>
      </w:r>
      <w:r w:rsidRPr="006418AC">
        <w:rPr>
          <w:rFonts w:ascii="Times New Roman" w:hAnsi="Times New Roman" w:cs="Times New Roman"/>
          <w:i/>
        </w:rPr>
        <w:t xml:space="preserve">писать </w:t>
      </w:r>
      <w:r w:rsidRPr="006418AC">
        <w:rPr>
          <w:rFonts w:ascii="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110 слов); </w:t>
      </w:r>
      <w:r w:rsidRPr="006418AC">
        <w:rPr>
          <w:rFonts w:ascii="Times New Roman" w:hAnsi="Times New Roman" w:cs="Times New Roman"/>
          <w:i/>
        </w:rPr>
        <w:t xml:space="preserve">создавать </w:t>
      </w:r>
      <w:r w:rsidRPr="006418AC">
        <w:rPr>
          <w:rFonts w:ascii="Times New Roman" w:hAnsi="Times New Roman" w:cs="Times New Roman"/>
        </w:rPr>
        <w:t>небольшое письменное высказывание с опорой на образец, план, таблицу и/или прочитанный/прослушанный текст (объём высказывания – до 110 слов).</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ЯЗЫКОВЫЕ ЗНАНИЯ И УМЕНИЯ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b/>
        </w:rPr>
        <w:t xml:space="preserve">Фонетическая сторона речи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Графика, орфография и пунктуация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 xml:space="preserve">правильно </w:t>
      </w:r>
      <w:r w:rsidRPr="006418AC">
        <w:rPr>
          <w:rFonts w:ascii="Times New Roman" w:hAnsi="Times New Roman" w:cs="Times New Roman"/>
          <w:i/>
        </w:rPr>
        <w:t xml:space="preserve">писать </w:t>
      </w:r>
      <w:r w:rsidRPr="006418AC">
        <w:rPr>
          <w:rFonts w:ascii="Times New Roman" w:hAnsi="Times New Roman" w:cs="Times New Roman"/>
        </w:rPr>
        <w:t xml:space="preserve">изученные слова;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Лексическая сторона речи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звучащем и письменном тексте 1250 лексических единиц (слов, словосочетаний, речевых клише) и правильно </w:t>
      </w:r>
      <w:r w:rsidRPr="006418AC">
        <w:rPr>
          <w:rFonts w:ascii="Times New Roman" w:hAnsi="Times New Roman" w:cs="Times New Roman"/>
          <w:i/>
        </w:rPr>
        <w:t xml:space="preserve">употреблять </w:t>
      </w:r>
      <w:r w:rsidRPr="006418AC">
        <w:rPr>
          <w:rFonts w:ascii="Times New Roman" w:hAnsi="Times New Roman" w:cs="Times New Roman"/>
        </w:rPr>
        <w:t xml:space="preserve">в устной и письменной речи 1050 лексических единиц обслуживающих ситуации общения в рамках тематического содержания, с соблюдением </w:t>
      </w:r>
      <w:r w:rsidRPr="006418AC">
        <w:rPr>
          <w:rFonts w:ascii="Times New Roman" w:hAnsi="Times New Roman" w:cs="Times New Roman"/>
        </w:rPr>
        <w:br/>
        <w:t xml:space="preserve">существующих норм лексической сочетаемости;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родственные слова, образованные с использованием аффиксации: имена существительные при помощи суффикса </w:t>
      </w:r>
      <w:r w:rsidRPr="006418AC">
        <w:rPr>
          <w:rFonts w:ascii="Times New Roman" w:hAnsi="Times New Roman" w:cs="Times New Roman"/>
          <w:i/>
        </w:rPr>
        <w:t>-ik</w:t>
      </w:r>
      <w:r w:rsidRPr="006418AC">
        <w:rPr>
          <w:rFonts w:ascii="Times New Roman" w:hAnsi="Times New Roman" w:cs="Times New Roman"/>
        </w:rPr>
        <w:t xml:space="preserve">; имена прилагательные при помощи суффикса </w:t>
      </w:r>
      <w:r w:rsidRPr="006418AC">
        <w:rPr>
          <w:rFonts w:ascii="Times New Roman" w:hAnsi="Times New Roman" w:cs="Times New Roman"/>
          <w:i/>
        </w:rPr>
        <w:t>-los</w:t>
      </w:r>
      <w:r w:rsidRPr="006418AC">
        <w:rPr>
          <w:rFonts w:ascii="Times New Roman" w:hAnsi="Times New Roman" w:cs="Times New Roman"/>
        </w:rPr>
        <w:t>; имена прилагательные путём соединения двух прилагательных (</w:t>
      </w:r>
      <w:r w:rsidRPr="006418AC">
        <w:rPr>
          <w:rFonts w:ascii="Times New Roman" w:hAnsi="Times New Roman" w:cs="Times New Roman"/>
          <w:i/>
        </w:rPr>
        <w:t>dunkelblau</w:t>
      </w:r>
      <w:r w:rsidRPr="006418AC">
        <w:rPr>
          <w:rFonts w:ascii="Times New Roman" w:hAnsi="Times New Roman" w:cs="Times New Roman"/>
        </w:rPr>
        <w:t xml:space="preserve">);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изученные многозначные слова, синонимы, антонимы, сокращения и аббревиатуры;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в устной и письменной речи различные средства связи в тексте для обеспечения логичности и целостности высказывания.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Грамматическая сторона речи</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знать и понимать </w:t>
      </w:r>
      <w:r w:rsidRPr="006418AC">
        <w:rPr>
          <w:rFonts w:ascii="Times New Roman" w:hAnsi="Times New Roman" w:cs="Times New Roman"/>
        </w:rPr>
        <w:t xml:space="preserve">особенности структуры простых и сложных предложений немецкого языка; различных коммуникативных типов предложений немецкого языка;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письменном и звучащем тексте и </w:t>
      </w:r>
      <w:r w:rsidRPr="006418AC">
        <w:rPr>
          <w:rFonts w:ascii="Times New Roman" w:hAnsi="Times New Roman" w:cs="Times New Roman"/>
          <w:i/>
        </w:rPr>
        <w:t xml:space="preserve">употреблять </w:t>
      </w:r>
      <w:r w:rsidRPr="006418AC">
        <w:rPr>
          <w:rFonts w:ascii="Times New Roman" w:hAnsi="Times New Roman" w:cs="Times New Roman"/>
        </w:rPr>
        <w:t>в устной и письменной речи:</w:t>
      </w:r>
    </w:p>
    <w:p w:rsidR="00F44E79" w:rsidRPr="006418AC" w:rsidRDefault="00F44E79" w:rsidP="001C7BA4">
      <w:pPr>
        <w:pStyle w:val="ListParagraph"/>
        <w:numPr>
          <w:ilvl w:val="0"/>
          <w:numId w:val="10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сложноподчинённые предложения времени с союзами wenn, als;</w:t>
      </w:r>
    </w:p>
    <w:p w:rsidR="00F44E79" w:rsidRPr="006418AC" w:rsidRDefault="00F44E79" w:rsidP="001C7BA4">
      <w:pPr>
        <w:pStyle w:val="ListParagraph"/>
        <w:numPr>
          <w:ilvl w:val="0"/>
          <w:numId w:val="10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глаголы в видовременных формах страдательного залога (Präsens, Prästeritum);</w:t>
      </w:r>
    </w:p>
    <w:p w:rsidR="00F44E79" w:rsidRPr="006418AC" w:rsidRDefault="00F44E79" w:rsidP="001C7BA4">
      <w:pPr>
        <w:pStyle w:val="ListParagraph"/>
        <w:numPr>
          <w:ilvl w:val="0"/>
          <w:numId w:val="10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наиболее распространённые глаголы с управлением и местоимённые наречия;</w:t>
      </w:r>
    </w:p>
    <w:p w:rsidR="00F44E79" w:rsidRPr="006418AC" w:rsidRDefault="00F44E79" w:rsidP="001C7BA4">
      <w:pPr>
        <w:pStyle w:val="ListParagraph"/>
        <w:numPr>
          <w:ilvl w:val="0"/>
          <w:numId w:val="10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склонение прилагательных;</w:t>
      </w:r>
    </w:p>
    <w:p w:rsidR="00F44E79" w:rsidRPr="006418AC" w:rsidRDefault="00F44E79" w:rsidP="001C7BA4">
      <w:pPr>
        <w:pStyle w:val="ListParagraph"/>
        <w:numPr>
          <w:ilvl w:val="0"/>
          <w:numId w:val="10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предлоги, используемые с дательным падежом;</w:t>
      </w:r>
    </w:p>
    <w:p w:rsidR="00F44E79" w:rsidRPr="006418AC" w:rsidRDefault="00F44E79" w:rsidP="001C7BA4">
      <w:pPr>
        <w:pStyle w:val="ListParagraph"/>
        <w:numPr>
          <w:ilvl w:val="0"/>
          <w:numId w:val="109"/>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sz w:val="24"/>
          <w:szCs w:val="24"/>
        </w:rPr>
        <w:t>предлоги, используемые с винительным падежом.</w:t>
      </w:r>
    </w:p>
    <w:p w:rsidR="00F44E79" w:rsidRPr="006418AC" w:rsidRDefault="00F44E79" w:rsidP="009D40EF">
      <w:pPr>
        <w:tabs>
          <w:tab w:val="left" w:pos="180"/>
          <w:tab w:val="left" w:pos="284"/>
        </w:tabs>
        <w:autoSpaceDE w:val="0"/>
        <w:autoSpaceDN w:val="0"/>
        <w:ind w:left="57"/>
        <w:jc w:val="both"/>
        <w:rPr>
          <w:rFonts w:ascii="Times New Roman" w:hAnsi="Times New Roman" w:cs="Times New Roman"/>
        </w:rPr>
      </w:pPr>
      <w:r w:rsidRPr="006418AC">
        <w:rPr>
          <w:rFonts w:ascii="Times New Roman" w:hAnsi="Times New Roman" w:cs="Times New Roman"/>
        </w:rPr>
        <w:tab/>
      </w:r>
    </w:p>
    <w:p w:rsidR="00F44E79" w:rsidRPr="006418AC" w:rsidRDefault="00F44E79" w:rsidP="009D40EF">
      <w:pPr>
        <w:tabs>
          <w:tab w:val="left" w:pos="567"/>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СОЦИОКУЛЬТУРНЫЕ ЗНАНИЯ И УМЕНИЯ </w:t>
      </w:r>
    </w:p>
    <w:p w:rsidR="00F44E79" w:rsidRPr="006418AC" w:rsidRDefault="00F44E79" w:rsidP="001C7BA4">
      <w:pPr>
        <w:pStyle w:val="ListParagraph"/>
        <w:numPr>
          <w:ilvl w:val="0"/>
          <w:numId w:val="110"/>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осуществлять </w:t>
      </w:r>
      <w:r w:rsidRPr="006418AC">
        <w:rPr>
          <w:rFonts w:ascii="Times New Roman" w:hAnsi="Times New Roman"/>
          <w:sz w:val="24"/>
          <w:szCs w:val="24"/>
        </w:rPr>
        <w:t xml:space="preserve">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p>
    <w:p w:rsidR="00F44E79" w:rsidRPr="006418AC" w:rsidRDefault="00F44E79" w:rsidP="001C7BA4">
      <w:pPr>
        <w:pStyle w:val="ListParagraph"/>
        <w:numPr>
          <w:ilvl w:val="0"/>
          <w:numId w:val="110"/>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кратко представлять </w:t>
      </w:r>
      <w:r w:rsidRPr="006418AC">
        <w:rPr>
          <w:rFonts w:ascii="Times New Roman" w:hAnsi="Times New Roman"/>
          <w:sz w:val="24"/>
          <w:szCs w:val="24"/>
        </w:rPr>
        <w:t xml:space="preserve">родную страну/малую родину и страну/страны изучаемого языка (культурные явления и события; достопримечательности, выдающиеся люди); </w:t>
      </w:r>
    </w:p>
    <w:p w:rsidR="00F44E79" w:rsidRPr="006418AC" w:rsidRDefault="00F44E79" w:rsidP="001C7BA4">
      <w:pPr>
        <w:pStyle w:val="ListParagraph"/>
        <w:numPr>
          <w:ilvl w:val="0"/>
          <w:numId w:val="110"/>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оказывать </w:t>
      </w:r>
      <w:r w:rsidRPr="006418AC">
        <w:rPr>
          <w:rFonts w:ascii="Times New Roman" w:hAnsi="Times New Roman"/>
          <w:sz w:val="24"/>
          <w:szCs w:val="24"/>
        </w:rPr>
        <w:t>помощь зарубежным гостям в ситуациях повседневного общения (</w:t>
      </w:r>
      <w:r w:rsidRPr="006418AC">
        <w:rPr>
          <w:rFonts w:ascii="Times New Roman" w:hAnsi="Times New Roman"/>
          <w:i/>
          <w:sz w:val="24"/>
          <w:szCs w:val="24"/>
        </w:rPr>
        <w:t xml:space="preserve">объяснить </w:t>
      </w:r>
      <w:r w:rsidRPr="006418AC">
        <w:rPr>
          <w:rFonts w:ascii="Times New Roman" w:hAnsi="Times New Roman"/>
          <w:sz w:val="24"/>
          <w:szCs w:val="24"/>
        </w:rPr>
        <w:br/>
        <w:t xml:space="preserve">местонахождение объекта, </w:t>
      </w:r>
      <w:r w:rsidRPr="006418AC">
        <w:rPr>
          <w:rFonts w:ascii="Times New Roman" w:hAnsi="Times New Roman"/>
          <w:i/>
          <w:sz w:val="24"/>
          <w:szCs w:val="24"/>
        </w:rPr>
        <w:t xml:space="preserve">сообщить </w:t>
      </w:r>
      <w:r w:rsidRPr="006418AC">
        <w:rPr>
          <w:rFonts w:ascii="Times New Roman" w:hAnsi="Times New Roman"/>
          <w:sz w:val="24"/>
          <w:szCs w:val="24"/>
        </w:rPr>
        <w:t>возможный маршрут и т. д.).</w:t>
      </w:r>
    </w:p>
    <w:p w:rsidR="00F44E79" w:rsidRPr="006418AC" w:rsidRDefault="00F44E79" w:rsidP="009D40EF">
      <w:pPr>
        <w:tabs>
          <w:tab w:val="left" w:pos="180"/>
          <w:tab w:val="left" w:pos="284"/>
        </w:tabs>
        <w:autoSpaceDE w:val="0"/>
        <w:autoSpaceDN w:val="0"/>
        <w:ind w:left="5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КОМПЕНСАТОРНЫЕ УМЕНИЯ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 xml:space="preserve">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владеть </w:t>
      </w:r>
      <w:r w:rsidRPr="006418AC">
        <w:rPr>
          <w:rFonts w:ascii="Times New Roman" w:hAnsi="Times New Roman" w:cs="Times New Roman"/>
        </w:rPr>
        <w:t xml:space="preserve">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уметь рассматривать </w:t>
      </w:r>
      <w:r w:rsidRPr="006418AC">
        <w:rPr>
          <w:rFonts w:ascii="Times New Roman" w:hAnsi="Times New Roman"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участвовать </w:t>
      </w:r>
      <w:r w:rsidRPr="006418AC">
        <w:rPr>
          <w:rFonts w:ascii="Times New Roman" w:hAnsi="Times New Roman" w:cs="Times New Roman"/>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 xml:space="preserve">иноязычные словари и справочники, в том числе информационно-справочные системы в электронной форме;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достигать </w:t>
      </w:r>
      <w:r w:rsidRPr="006418AC">
        <w:rPr>
          <w:rFonts w:ascii="Times New Roman" w:hAnsi="Times New Roman" w:cs="Times New Roman"/>
        </w:rPr>
        <w:t xml:space="preserve">взаимопонимания в процессе устного и письменного общения с носителями </w:t>
      </w:r>
      <w:r w:rsidRPr="006418AC">
        <w:rPr>
          <w:rFonts w:ascii="Times New Roman" w:hAnsi="Times New Roman" w:cs="Times New Roman"/>
        </w:rPr>
        <w:br/>
        <w:t xml:space="preserve">иностранного языка, людьми другой культуры;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сравнивать </w:t>
      </w:r>
      <w:r w:rsidRPr="006418AC">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b/>
        </w:rPr>
        <w:t>9 КЛАСС</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КОММУНИКАТИВНЫЕ УМЕНИЯ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b/>
        </w:rPr>
        <w:t xml:space="preserve">Говорение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i/>
        </w:rPr>
        <w:t xml:space="preserve">вести </w:t>
      </w:r>
      <w:r w:rsidRPr="006418AC">
        <w:rPr>
          <w:rFonts w:ascii="Times New Roman" w:hAnsi="Times New Roman" w:cs="Times New Roman"/>
        </w:rPr>
        <w:t xml:space="preserve">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создавать </w:t>
      </w:r>
      <w:r w:rsidRPr="006418AC">
        <w:rPr>
          <w:rFonts w:ascii="Times New Roman" w:hAnsi="Times New Roman" w:cs="Times New Roman"/>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p>
    <w:p w:rsidR="00F44E79" w:rsidRPr="006418AC" w:rsidRDefault="00F44E79" w:rsidP="009D40EF">
      <w:pPr>
        <w:tabs>
          <w:tab w:val="left" w:pos="180"/>
          <w:tab w:val="left" w:pos="284"/>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излагать </w:t>
      </w:r>
      <w:r w:rsidRPr="006418AC">
        <w:rPr>
          <w:rFonts w:ascii="Times New Roman" w:hAnsi="Times New Roman" w:cs="Times New Roman"/>
        </w:rPr>
        <w:t xml:space="preserve">основное содержание прочитанного/прослушанного текста со зрительными и/или вербальными опорами (объём – 10-12 фраз); </w:t>
      </w:r>
      <w:r w:rsidRPr="006418AC">
        <w:rPr>
          <w:rFonts w:ascii="Times New Roman" w:hAnsi="Times New Roman" w:cs="Times New Roman"/>
          <w:i/>
        </w:rPr>
        <w:t xml:space="preserve">излагать </w:t>
      </w:r>
      <w:r w:rsidRPr="006418AC">
        <w:rPr>
          <w:rFonts w:ascii="Times New Roman" w:hAnsi="Times New Roman" w:cs="Times New Roman"/>
        </w:rPr>
        <w:t>результаты выполненной проектной работы; (объём – 10-12 фраз).</w:t>
      </w:r>
    </w:p>
    <w:p w:rsidR="00F44E79" w:rsidRPr="006418AC" w:rsidRDefault="00F44E79" w:rsidP="009D40EF">
      <w:pPr>
        <w:tabs>
          <w:tab w:val="left" w:pos="567"/>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Аудирование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воспринимать на слух и понимать </w:t>
      </w:r>
      <w:r w:rsidRPr="006418AC">
        <w:rPr>
          <w:rFonts w:ascii="Times New Roman" w:hAnsi="Times New Roman" w:cs="Times New Roman"/>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Смысловое чтение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читать про себя </w:t>
      </w:r>
      <w:r w:rsidRPr="006418AC">
        <w:rPr>
          <w:rFonts w:ascii="Times New Roman" w:hAnsi="Times New Roman" w:cs="Times New Roman"/>
        </w:rPr>
        <w:t xml:space="preserve">и </w:t>
      </w:r>
      <w:r w:rsidRPr="006418AC">
        <w:rPr>
          <w:rFonts w:ascii="Times New Roman" w:hAnsi="Times New Roman" w:cs="Times New Roman"/>
          <w:i/>
        </w:rPr>
        <w:t xml:space="preserve">понимать </w:t>
      </w:r>
      <w:r w:rsidRPr="006418AC">
        <w:rPr>
          <w:rFonts w:ascii="Times New Roman" w:hAnsi="Times New Roman" w:cs="Times New Roman"/>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418AC">
        <w:rPr>
          <w:rFonts w:ascii="Times New Roman" w:hAnsi="Times New Roman" w:cs="Times New Roman"/>
          <w:i/>
        </w:rPr>
        <w:t xml:space="preserve">читать про себя несплошные тексты </w:t>
      </w:r>
      <w:r w:rsidRPr="006418AC">
        <w:rPr>
          <w:rFonts w:ascii="Times New Roman" w:hAnsi="Times New Roman" w:cs="Times New Roman"/>
        </w:rPr>
        <w:t xml:space="preserve">(таблицы, диаграммы) и </w:t>
      </w:r>
      <w:r w:rsidRPr="006418AC">
        <w:rPr>
          <w:rFonts w:ascii="Times New Roman" w:hAnsi="Times New Roman" w:cs="Times New Roman"/>
          <w:i/>
        </w:rPr>
        <w:t xml:space="preserve">понимать </w:t>
      </w:r>
      <w:r w:rsidRPr="006418AC">
        <w:rPr>
          <w:rFonts w:ascii="Times New Roman" w:hAnsi="Times New Roman" w:cs="Times New Roman"/>
        </w:rPr>
        <w:t>представленную в них информацию.</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Письменная речь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br/>
      </w:r>
      <w:r w:rsidRPr="006418AC">
        <w:rPr>
          <w:rFonts w:ascii="Times New Roman" w:hAnsi="Times New Roman" w:cs="Times New Roman"/>
        </w:rPr>
        <w:tab/>
        <w:t xml:space="preserve">       </w:t>
      </w:r>
      <w:r w:rsidRPr="006418AC">
        <w:rPr>
          <w:rFonts w:ascii="Times New Roman" w:hAnsi="Times New Roman" w:cs="Times New Roman"/>
          <w:i/>
        </w:rPr>
        <w:t xml:space="preserve">заполнять </w:t>
      </w:r>
      <w:r w:rsidRPr="006418AC">
        <w:rPr>
          <w:rFonts w:ascii="Times New Roman" w:hAnsi="Times New Roman" w:cs="Times New Roman"/>
        </w:rPr>
        <w:t xml:space="preserve">анкеты и формуляры, сообщая о себе основные сведения, в соответствии с нормами, принятыми в стране/странах изучаемого языка; </w:t>
      </w:r>
      <w:r w:rsidRPr="006418AC">
        <w:rPr>
          <w:rFonts w:ascii="Times New Roman" w:hAnsi="Times New Roman" w:cs="Times New Roman"/>
          <w:i/>
        </w:rPr>
        <w:t xml:space="preserve">писать </w:t>
      </w:r>
      <w:r w:rsidRPr="006418AC">
        <w:rPr>
          <w:rFonts w:ascii="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6418AC">
        <w:rPr>
          <w:rFonts w:ascii="Times New Roman" w:hAnsi="Times New Roman" w:cs="Times New Roman"/>
          <w:i/>
        </w:rPr>
        <w:t xml:space="preserve">создавать </w:t>
      </w:r>
      <w:r w:rsidRPr="006418AC">
        <w:rPr>
          <w:rFonts w:ascii="Times New Roman" w:hAnsi="Times New Roman" w:cs="Times New Roman"/>
        </w:rPr>
        <w:t xml:space="preserve">небольшое письменное высказывание с опорой на образец, план, таблицу, прочитанный/прослушанный текст (объём высказывания – до 120 слов); </w:t>
      </w:r>
      <w:r w:rsidRPr="006418AC">
        <w:rPr>
          <w:rFonts w:ascii="Times New Roman" w:hAnsi="Times New Roman" w:cs="Times New Roman"/>
          <w:i/>
        </w:rPr>
        <w:t xml:space="preserve">заполнять </w:t>
      </w:r>
      <w:r w:rsidRPr="006418AC">
        <w:rPr>
          <w:rFonts w:ascii="Times New Roman" w:hAnsi="Times New Roman" w:cs="Times New Roman"/>
        </w:rPr>
        <w:t xml:space="preserve">таблицу, кратко фиксируя содержание прочитанного/прослушанного текста; </w:t>
      </w:r>
      <w:r w:rsidRPr="006418AC">
        <w:rPr>
          <w:rFonts w:ascii="Times New Roman" w:hAnsi="Times New Roman" w:cs="Times New Roman"/>
          <w:i/>
        </w:rPr>
        <w:t xml:space="preserve">письменно представлять </w:t>
      </w:r>
      <w:r w:rsidRPr="006418AC">
        <w:rPr>
          <w:rFonts w:ascii="Times New Roman" w:hAnsi="Times New Roman" w:cs="Times New Roman"/>
        </w:rPr>
        <w:t>результаты выполненной проектной работы (объём – 100-120 слов).</w:t>
      </w:r>
    </w:p>
    <w:p w:rsidR="00F44E79" w:rsidRPr="006418AC" w:rsidRDefault="00F44E79" w:rsidP="009D40EF">
      <w:pPr>
        <w:tabs>
          <w:tab w:val="left" w:pos="180"/>
          <w:tab w:val="left" w:pos="284"/>
        </w:tabs>
        <w:autoSpaceDE w:val="0"/>
        <w:autoSpaceDN w:val="0"/>
        <w:ind w:left="57"/>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ЯЗЫКОВЫЕ ЗНАНИЯ И УМЕНИЯ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 xml:space="preserve"> </w:t>
      </w:r>
      <w:r w:rsidRPr="006418AC">
        <w:rPr>
          <w:rFonts w:ascii="Times New Roman" w:hAnsi="Times New Roman" w:cs="Times New Roman"/>
        </w:rPr>
        <w:br/>
      </w:r>
      <w:r w:rsidRPr="006418AC">
        <w:rPr>
          <w:rFonts w:ascii="Times New Roman" w:hAnsi="Times New Roman" w:cs="Times New Roman"/>
        </w:rPr>
        <w:tab/>
      </w:r>
      <w:r w:rsidRPr="006418AC">
        <w:rPr>
          <w:rFonts w:ascii="Times New Roman" w:hAnsi="Times New Roman" w:cs="Times New Roman"/>
          <w:b/>
        </w:rPr>
        <w:t>Фонетическая сторона речи</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различать на слух </w:t>
      </w:r>
      <w:r w:rsidRPr="006418AC">
        <w:rPr>
          <w:rFonts w:ascii="Times New Roman" w:hAnsi="Times New Roman" w:cs="Times New Roman"/>
        </w:rPr>
        <w:t xml:space="preserve">и адекватно, без ошибок, ведущих к сбою коммуникации, </w:t>
      </w:r>
      <w:r w:rsidRPr="006418AC">
        <w:rPr>
          <w:rFonts w:ascii="Times New Roman" w:hAnsi="Times New Roman" w:cs="Times New Roman"/>
          <w:i/>
        </w:rPr>
        <w:t xml:space="preserve">произносить </w:t>
      </w:r>
      <w:r w:rsidRPr="006418AC">
        <w:rPr>
          <w:rFonts w:ascii="Times New Roman" w:hAnsi="Times New Roman" w:cs="Times New Roman"/>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6418AC">
        <w:rPr>
          <w:rFonts w:ascii="Times New Roman" w:hAnsi="Times New Roman" w:cs="Times New Roman"/>
          <w:i/>
        </w:rPr>
        <w:t xml:space="preserve">владеть </w:t>
      </w:r>
      <w:r w:rsidRPr="006418AC">
        <w:rPr>
          <w:rFonts w:ascii="Times New Roman" w:hAnsi="Times New Roman" w:cs="Times New Roman"/>
        </w:rPr>
        <w:t xml:space="preserve">правилами чтения и </w:t>
      </w:r>
      <w:r w:rsidRPr="006418AC">
        <w:rPr>
          <w:rFonts w:ascii="Times New Roman" w:hAnsi="Times New Roman" w:cs="Times New Roman"/>
          <w:i/>
        </w:rPr>
        <w:t xml:space="preserve">выразительно читать вслух </w:t>
      </w:r>
      <w:r w:rsidRPr="006418AC">
        <w:rPr>
          <w:rFonts w:ascii="Times New Roman" w:hAnsi="Times New Roman" w:cs="Times New Roman"/>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w:t>
      </w:r>
      <w:r w:rsidRPr="006418AC">
        <w:rPr>
          <w:rFonts w:ascii="Times New Roman" w:hAnsi="Times New Roman" w:cs="Times New Roman"/>
          <w:i/>
        </w:rPr>
        <w:t xml:space="preserve">читать </w:t>
      </w:r>
      <w:r w:rsidRPr="006418AC">
        <w:rPr>
          <w:rFonts w:ascii="Times New Roman" w:hAnsi="Times New Roman" w:cs="Times New Roman"/>
        </w:rPr>
        <w:t>новые слова согласно основным правилам чтения.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Графика, орфография и пунктуация</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rPr>
        <w:t>правильно писать изученные слова;</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Лексическая сторона речи</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звучащем и письменном тексте 1350 лексических единиц (слов, словосочетаний, речевых клише) и правильно </w:t>
      </w:r>
      <w:r w:rsidRPr="006418AC">
        <w:rPr>
          <w:rFonts w:ascii="Times New Roman" w:hAnsi="Times New Roman" w:cs="Times New Roman"/>
          <w:i/>
        </w:rPr>
        <w:t xml:space="preserve">употреблять </w:t>
      </w:r>
      <w:r w:rsidRPr="006418AC">
        <w:rPr>
          <w:rFonts w:ascii="Times New Roman" w:hAnsi="Times New Roman" w:cs="Times New Roman"/>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родственные слова, образованные с использованием аффиксации: имена существительные при помощи суффиксов </w:t>
      </w:r>
      <w:r w:rsidRPr="006418AC">
        <w:rPr>
          <w:rFonts w:ascii="Times New Roman" w:hAnsi="Times New Roman" w:cs="Times New Roman"/>
          <w:i/>
        </w:rPr>
        <w:t>-ie</w:t>
      </w:r>
      <w:r w:rsidRPr="006418AC">
        <w:rPr>
          <w:rFonts w:ascii="Times New Roman" w:hAnsi="Times New Roman" w:cs="Times New Roman"/>
        </w:rPr>
        <w:t>, -</w:t>
      </w:r>
      <w:r w:rsidRPr="006418AC">
        <w:rPr>
          <w:rFonts w:ascii="Times New Roman" w:hAnsi="Times New Roman" w:cs="Times New Roman"/>
          <w:i/>
        </w:rPr>
        <w:t>um</w:t>
      </w:r>
      <w:r w:rsidRPr="006418AC">
        <w:rPr>
          <w:rFonts w:ascii="Times New Roman" w:hAnsi="Times New Roman" w:cs="Times New Roman"/>
        </w:rPr>
        <w:t xml:space="preserve">; имена прилагательные при помощи суффиксов </w:t>
      </w:r>
      <w:r w:rsidRPr="006418AC">
        <w:rPr>
          <w:rFonts w:ascii="Times New Roman" w:hAnsi="Times New Roman" w:cs="Times New Roman"/>
          <w:i/>
        </w:rPr>
        <w:t>-sam</w:t>
      </w:r>
      <w:r w:rsidRPr="006418AC">
        <w:rPr>
          <w:rFonts w:ascii="Times New Roman" w:hAnsi="Times New Roman" w:cs="Times New Roman"/>
        </w:rPr>
        <w:t xml:space="preserve">, </w:t>
      </w:r>
      <w:r w:rsidRPr="006418AC">
        <w:rPr>
          <w:rFonts w:ascii="Times New Roman" w:hAnsi="Times New Roman" w:cs="Times New Roman"/>
          <w:i/>
        </w:rPr>
        <w:t>-bar</w:t>
      </w:r>
      <w:r w:rsidRPr="006418AC">
        <w:rPr>
          <w:rFonts w:ascii="Times New Roman" w:hAnsi="Times New Roman" w:cs="Times New Roman"/>
        </w:rPr>
        <w:t xml:space="preserve">;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 xml:space="preserve">в устной и письменной речи изученные синонимы, антонимы, сокращения и аббревиатуры;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и употреблять </w:t>
      </w:r>
      <w:r w:rsidRPr="006418AC">
        <w:rPr>
          <w:rFonts w:ascii="Times New Roman" w:hAnsi="Times New Roman" w:cs="Times New Roman"/>
        </w:rPr>
        <w:t>в устной и письменной речи различные средства связи в тексте для обеспечения логичности и целостности высказывания.</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Грамматическая сторона речи</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знать и понимать </w:t>
      </w:r>
      <w:r w:rsidRPr="006418AC">
        <w:rPr>
          <w:rFonts w:ascii="Times New Roman" w:hAnsi="Times New Roman" w:cs="Times New Roman"/>
        </w:rPr>
        <w:t xml:space="preserve">особенности структуры простых и сложных предложений и различных коммуникативных типов предложений немецкого языка; </w:t>
      </w: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распознавать </w:t>
      </w:r>
      <w:r w:rsidRPr="006418AC">
        <w:rPr>
          <w:rFonts w:ascii="Times New Roman" w:hAnsi="Times New Roman" w:cs="Times New Roman"/>
        </w:rPr>
        <w:t xml:space="preserve">в письменном и звучащем тексте и </w:t>
      </w:r>
      <w:r w:rsidRPr="006418AC">
        <w:rPr>
          <w:rFonts w:ascii="Times New Roman" w:hAnsi="Times New Roman" w:cs="Times New Roman"/>
          <w:i/>
        </w:rPr>
        <w:t xml:space="preserve">употреблять </w:t>
      </w:r>
      <w:r w:rsidRPr="006418AC">
        <w:rPr>
          <w:rFonts w:ascii="Times New Roman" w:hAnsi="Times New Roman" w:cs="Times New Roman"/>
        </w:rPr>
        <w:t>в устной и письменной речи:</w:t>
      </w: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сложносочинённые предложения с наречием deshalb;</w:t>
      </w: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сложноподчинённые предложения: времени с союзом nachdem, цели с союзом damit;</w:t>
      </w: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r w:rsidRPr="006418AC">
        <w:rPr>
          <w:rFonts w:ascii="Times New Roman" w:hAnsi="Times New Roman" w:cs="Times New Roman"/>
        </w:rPr>
        <w:t>формы сослагательного наклонения от глаголов haben, sein, werden, können, mögen, сочетание würde + Infinitiv.</w:t>
      </w:r>
    </w:p>
    <w:p w:rsidR="00F44E79" w:rsidRPr="006418AC" w:rsidRDefault="00F44E79" w:rsidP="009D40EF">
      <w:pPr>
        <w:tabs>
          <w:tab w:val="left" w:pos="284"/>
        </w:tabs>
        <w:autoSpaceDE w:val="0"/>
        <w:autoSpaceDN w:val="0"/>
        <w:ind w:left="57" w:firstLine="510"/>
        <w:jc w:val="both"/>
        <w:rPr>
          <w:rFonts w:ascii="Times New Roman" w:hAnsi="Times New Roman" w:cs="Times New Roman"/>
        </w:rPr>
      </w:pPr>
    </w:p>
    <w:p w:rsidR="00F44E79" w:rsidRPr="006418AC" w:rsidRDefault="00F44E79" w:rsidP="009D40EF">
      <w:pPr>
        <w:tabs>
          <w:tab w:val="left" w:pos="180"/>
          <w:tab w:val="left" w:pos="284"/>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СОЦИОКУЛЬТУРНЫЕ ЗНАНИЯ И УМЕНИЯ</w:t>
      </w:r>
    </w:p>
    <w:p w:rsidR="00F44E79" w:rsidRPr="006418AC" w:rsidRDefault="00F44E79" w:rsidP="001C7BA4">
      <w:pPr>
        <w:pStyle w:val="ListParagraph"/>
        <w:numPr>
          <w:ilvl w:val="0"/>
          <w:numId w:val="111"/>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знать/понимать и использовать </w:t>
      </w:r>
      <w:r w:rsidRPr="006418AC">
        <w:rPr>
          <w:rFonts w:ascii="Times New Roman" w:hAnsi="Times New Roman"/>
          <w:sz w:val="24"/>
          <w:szCs w:val="24"/>
        </w:rPr>
        <w:t xml:space="preserve">в устной и письменной речи наиболее употребительную </w:t>
      </w:r>
      <w:r w:rsidRPr="006418AC">
        <w:rPr>
          <w:rFonts w:ascii="Times New Roman" w:hAnsi="Times New Roman"/>
          <w:sz w:val="24"/>
          <w:szCs w:val="24"/>
        </w:rPr>
        <w:br/>
        <w:t xml:space="preserve">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F44E79" w:rsidRPr="006418AC" w:rsidRDefault="00F44E79" w:rsidP="001C7BA4">
      <w:pPr>
        <w:pStyle w:val="ListParagraph"/>
        <w:numPr>
          <w:ilvl w:val="0"/>
          <w:numId w:val="111"/>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иметь </w:t>
      </w:r>
      <w:r w:rsidRPr="006418AC">
        <w:rPr>
          <w:rFonts w:ascii="Times New Roman" w:hAnsi="Times New Roman"/>
          <w:sz w:val="24"/>
          <w:szCs w:val="24"/>
        </w:rPr>
        <w:t xml:space="preserve">элементарные представления о различных вариантах немецкого языка; </w:t>
      </w:r>
    </w:p>
    <w:p w:rsidR="00F44E79" w:rsidRPr="006418AC" w:rsidRDefault="00F44E79" w:rsidP="001C7BA4">
      <w:pPr>
        <w:pStyle w:val="ListParagraph"/>
        <w:numPr>
          <w:ilvl w:val="0"/>
          <w:numId w:val="111"/>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обладать </w:t>
      </w:r>
      <w:r w:rsidRPr="006418AC">
        <w:rPr>
          <w:rFonts w:ascii="Times New Roman" w:hAnsi="Times New Roman"/>
          <w:sz w:val="24"/>
          <w:szCs w:val="24"/>
        </w:rPr>
        <w:t xml:space="preserve">базовыми знаниями о социокультурном портрете и культурном наследии родной страны и страны/стран изучаемого языка; </w:t>
      </w:r>
    </w:p>
    <w:p w:rsidR="00F44E79" w:rsidRPr="006418AC" w:rsidRDefault="00F44E79" w:rsidP="001C7BA4">
      <w:pPr>
        <w:pStyle w:val="ListParagraph"/>
        <w:numPr>
          <w:ilvl w:val="0"/>
          <w:numId w:val="111"/>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уметь представлять </w:t>
      </w:r>
      <w:r w:rsidRPr="006418AC">
        <w:rPr>
          <w:rFonts w:ascii="Times New Roman" w:hAnsi="Times New Roman"/>
          <w:sz w:val="24"/>
          <w:szCs w:val="24"/>
        </w:rPr>
        <w:t xml:space="preserve">Россию и страну/страны изучаемого языка; </w:t>
      </w:r>
    </w:p>
    <w:p w:rsidR="00F44E79" w:rsidRPr="006418AC" w:rsidRDefault="00F44E79" w:rsidP="001C7BA4">
      <w:pPr>
        <w:pStyle w:val="ListParagraph"/>
        <w:numPr>
          <w:ilvl w:val="0"/>
          <w:numId w:val="111"/>
        </w:numPr>
        <w:tabs>
          <w:tab w:val="left" w:pos="851"/>
        </w:tabs>
        <w:autoSpaceDE w:val="0"/>
        <w:autoSpaceDN w:val="0"/>
        <w:spacing w:after="0" w:line="240" w:lineRule="auto"/>
        <w:ind w:left="0" w:firstLine="567"/>
        <w:jc w:val="both"/>
        <w:rPr>
          <w:rFonts w:ascii="Times New Roman" w:hAnsi="Times New Roman"/>
          <w:sz w:val="24"/>
          <w:szCs w:val="24"/>
        </w:rPr>
      </w:pPr>
      <w:r w:rsidRPr="006418AC">
        <w:rPr>
          <w:rFonts w:ascii="Times New Roman" w:hAnsi="Times New Roman"/>
          <w:i/>
          <w:sz w:val="24"/>
          <w:szCs w:val="24"/>
        </w:rPr>
        <w:t xml:space="preserve">оказывать помощь </w:t>
      </w:r>
      <w:r w:rsidRPr="006418AC">
        <w:rPr>
          <w:rFonts w:ascii="Times New Roman" w:hAnsi="Times New Roman"/>
          <w:sz w:val="24"/>
          <w:szCs w:val="24"/>
        </w:rPr>
        <w:t>зарубежным гостям в ситуациях повседневного общения.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p>
    <w:p w:rsidR="00F44E79" w:rsidRPr="006418AC" w:rsidRDefault="00F44E79" w:rsidP="009D40EF">
      <w:pPr>
        <w:tabs>
          <w:tab w:val="left" w:pos="567"/>
        </w:tabs>
        <w:autoSpaceDE w:val="0"/>
        <w:autoSpaceDN w:val="0"/>
        <w:ind w:left="57" w:firstLine="510"/>
        <w:jc w:val="both"/>
        <w:rPr>
          <w:rFonts w:ascii="Times New Roman" w:hAnsi="Times New Roman" w:cs="Times New Roman"/>
          <w:b/>
        </w:rPr>
      </w:pPr>
      <w:r w:rsidRPr="006418AC">
        <w:rPr>
          <w:rFonts w:ascii="Times New Roman" w:hAnsi="Times New Roman" w:cs="Times New Roman"/>
          <w:b/>
        </w:rPr>
        <w:t>КОМПЕНСАТОРНЫЕ УМЕНИЯ</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b/>
        </w:rPr>
        <w:t xml:space="preserve"> </w:t>
      </w:r>
      <w:r w:rsidRPr="006418AC">
        <w:rPr>
          <w:rFonts w:ascii="Times New Roman" w:hAnsi="Times New Roman" w:cs="Times New Roman"/>
          <w:i/>
        </w:rPr>
        <w:t>использовать</w:t>
      </w:r>
      <w:r w:rsidRPr="006418AC">
        <w:rPr>
          <w:rFonts w:ascii="Times New Roman" w:hAnsi="Times New Roman" w:cs="Times New Roman"/>
        </w:rPr>
        <w:t xml:space="preserve"> при говорении переспрос; использовать при говорении и письме </w:t>
      </w:r>
      <w:r w:rsidRPr="006418AC">
        <w:rPr>
          <w:rFonts w:ascii="Times New Roman" w:hAnsi="Times New Roman" w:cs="Times New Roman"/>
        </w:rPr>
        <w:br/>
        <w:t xml:space="preserve">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владеть </w:t>
      </w:r>
      <w:r w:rsidRPr="006418AC">
        <w:rPr>
          <w:rFonts w:ascii="Times New Roman" w:hAnsi="Times New Roman" w:cs="Times New Roman"/>
        </w:rPr>
        <w:t xml:space="preserve">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уметь рассматривать </w:t>
      </w:r>
      <w:r w:rsidRPr="006418AC">
        <w:rPr>
          <w:rFonts w:ascii="Times New Roman" w:hAnsi="Times New Roman"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участвовать </w:t>
      </w:r>
      <w:r w:rsidRPr="006418AC">
        <w:rPr>
          <w:rFonts w:ascii="Times New Roman" w:hAnsi="Times New Roman" w:cs="Times New Roman"/>
        </w:rPr>
        <w:t xml:space="preserve">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 </w:t>
      </w:r>
      <w:r w:rsidRPr="006418AC">
        <w:rPr>
          <w:rFonts w:ascii="Times New Roman" w:hAnsi="Times New Roman" w:cs="Times New Roman"/>
        </w:rPr>
        <w:tab/>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использовать </w:t>
      </w:r>
      <w:r w:rsidRPr="006418AC">
        <w:rPr>
          <w:rFonts w:ascii="Times New Roman" w:hAnsi="Times New Roman" w:cs="Times New Roman"/>
        </w:rPr>
        <w:t>иноязычные словари и справочники, в том числе информационно-справочные системы в электронной форме;</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достигать взаимопонимания </w:t>
      </w:r>
      <w:r w:rsidRPr="006418AC">
        <w:rPr>
          <w:rFonts w:ascii="Times New Roman" w:hAnsi="Times New Roman" w:cs="Times New Roman"/>
        </w:rPr>
        <w:t xml:space="preserve">в процессе устного и письменного общения с носителями </w:t>
      </w:r>
      <w:r w:rsidRPr="006418AC">
        <w:rPr>
          <w:rFonts w:ascii="Times New Roman" w:hAnsi="Times New Roman" w:cs="Times New Roman"/>
        </w:rPr>
        <w:br/>
        <w:t xml:space="preserve">иностранного языка, людьми другой культуры; </w:t>
      </w:r>
    </w:p>
    <w:p w:rsidR="00F44E79" w:rsidRPr="006418AC" w:rsidRDefault="00F44E79" w:rsidP="009D40EF">
      <w:pPr>
        <w:tabs>
          <w:tab w:val="left" w:pos="567"/>
        </w:tabs>
        <w:autoSpaceDE w:val="0"/>
        <w:autoSpaceDN w:val="0"/>
        <w:ind w:left="57" w:firstLine="510"/>
        <w:jc w:val="both"/>
        <w:rPr>
          <w:rFonts w:ascii="Times New Roman" w:hAnsi="Times New Roman" w:cs="Times New Roman"/>
        </w:rPr>
      </w:pPr>
      <w:r w:rsidRPr="006418AC">
        <w:rPr>
          <w:rFonts w:ascii="Times New Roman" w:hAnsi="Times New Roman" w:cs="Times New Roman"/>
          <w:i/>
        </w:rPr>
        <w:t xml:space="preserve">сравнивать </w:t>
      </w:r>
      <w:r w:rsidRPr="006418AC">
        <w:rPr>
          <w:rFonts w:ascii="Times New Roman" w:hAnsi="Times New Roman"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rsidR="00F44E79" w:rsidRPr="006418AC" w:rsidRDefault="00F44E79" w:rsidP="009D40EF">
      <w:pPr>
        <w:jc w:val="both"/>
        <w:rPr>
          <w:rFonts w:ascii="Times New Roman" w:hAnsi="Times New Roman" w:cs="Times New Roman"/>
          <w:color w:val="auto"/>
        </w:rPr>
        <w:sectPr w:rsidR="00F44E79" w:rsidRPr="006418AC">
          <w:pgSz w:w="11900" w:h="16840"/>
          <w:pgMar w:top="298" w:right="686" w:bottom="1038" w:left="666" w:header="720" w:footer="720" w:gutter="0"/>
          <w:cols w:space="720"/>
        </w:sectPr>
      </w:pPr>
    </w:p>
    <w:p w:rsidR="00F44E79" w:rsidRPr="006418AC" w:rsidRDefault="00F44E79" w:rsidP="009D40EF">
      <w:pPr>
        <w:tabs>
          <w:tab w:val="left" w:pos="142"/>
        </w:tabs>
        <w:autoSpaceDE w:val="0"/>
        <w:autoSpaceDN w:val="0"/>
        <w:spacing w:after="92"/>
        <w:ind w:left="142" w:right="-239"/>
        <w:jc w:val="both"/>
        <w:rPr>
          <w:rFonts w:ascii="Times New Roman" w:hAnsi="Times New Roman" w:cs="Times New Roman"/>
          <w:b/>
          <w:w w:val="101"/>
        </w:rPr>
      </w:pPr>
      <w:r w:rsidRPr="006418AC">
        <w:rPr>
          <w:rFonts w:ascii="Times New Roman" w:hAnsi="Times New Roman" w:cs="Times New Roman"/>
          <w:b/>
          <w:w w:val="101"/>
        </w:rPr>
        <w:t>ТЕМАТИЧЕСКОЕ ПЛАНИРОВАНИЕ</w:t>
      </w:r>
    </w:p>
    <w:p w:rsidR="00F44E79" w:rsidRPr="006418AC" w:rsidRDefault="00F44E79" w:rsidP="009D40EF">
      <w:pPr>
        <w:tabs>
          <w:tab w:val="left" w:pos="142"/>
        </w:tabs>
        <w:autoSpaceDE w:val="0"/>
        <w:autoSpaceDN w:val="0"/>
        <w:spacing w:after="92"/>
        <w:ind w:left="142" w:right="-239" w:firstLine="142"/>
        <w:jc w:val="both"/>
        <w:rPr>
          <w:rFonts w:ascii="Times New Roman" w:hAnsi="Times New Roman" w:cs="Times New Roman"/>
          <w:b/>
        </w:rPr>
      </w:pPr>
      <w:r w:rsidRPr="006418AC">
        <w:rPr>
          <w:rFonts w:ascii="Times New Roman" w:hAnsi="Times New Roman" w:cs="Times New Roman"/>
          <w:b/>
        </w:rPr>
        <w:t>5 КЛАСС</w:t>
      </w:r>
    </w:p>
    <w:tbl>
      <w:tblPr>
        <w:tblW w:w="1456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2"/>
        <w:gridCol w:w="6602"/>
        <w:gridCol w:w="1641"/>
        <w:gridCol w:w="5511"/>
      </w:tblGrid>
      <w:tr w:rsidR="00F44E79" w:rsidRPr="006418AC" w:rsidTr="00760509">
        <w:tc>
          <w:tcPr>
            <w:tcW w:w="814" w:type="dxa"/>
          </w:tcPr>
          <w:p w:rsidR="00F44E79" w:rsidRPr="00760509" w:rsidRDefault="00F44E79" w:rsidP="00760509">
            <w:pPr>
              <w:tabs>
                <w:tab w:val="left" w:pos="142"/>
                <w:tab w:val="left" w:pos="426"/>
              </w:tabs>
              <w:autoSpaceDE w:val="0"/>
              <w:autoSpaceDN w:val="0"/>
              <w:spacing w:after="92"/>
              <w:ind w:right="-239"/>
              <w:jc w:val="both"/>
              <w:rPr>
                <w:rFonts w:ascii="Times New Roman" w:hAnsi="Times New Roman" w:cs="Times New Roman"/>
                <w:b/>
              </w:rPr>
            </w:pPr>
            <w:r w:rsidRPr="00760509">
              <w:rPr>
                <w:rFonts w:ascii="Times New Roman" w:hAnsi="Times New Roman" w:cs="Times New Roman"/>
                <w:b/>
              </w:rPr>
              <w:t>№</w:t>
            </w:r>
            <w:r w:rsidRPr="00760509">
              <w:rPr>
                <w:rFonts w:ascii="Times New Roman" w:hAnsi="Times New Roman" w:cs="Times New Roman"/>
              </w:rPr>
              <w:br/>
            </w:r>
            <w:r w:rsidRPr="00760509">
              <w:rPr>
                <w:rFonts w:ascii="Times New Roman" w:hAnsi="Times New Roman" w:cs="Times New Roman"/>
                <w:b/>
              </w:rPr>
              <w:t>п/п</w:t>
            </w:r>
          </w:p>
        </w:tc>
        <w:tc>
          <w:tcPr>
            <w:tcW w:w="6638" w:type="dxa"/>
          </w:tcPr>
          <w:p w:rsidR="00F44E79" w:rsidRPr="00760509" w:rsidRDefault="00F44E79" w:rsidP="00760509">
            <w:pPr>
              <w:tabs>
                <w:tab w:val="left" w:pos="142"/>
                <w:tab w:val="left" w:pos="426"/>
              </w:tabs>
              <w:autoSpaceDE w:val="0"/>
              <w:autoSpaceDN w:val="0"/>
              <w:spacing w:after="92"/>
              <w:ind w:right="-239"/>
              <w:jc w:val="both"/>
              <w:rPr>
                <w:rFonts w:ascii="Times New Roman" w:hAnsi="Times New Roman" w:cs="Times New Roman"/>
                <w:b/>
              </w:rPr>
            </w:pPr>
            <w:r w:rsidRPr="00760509">
              <w:rPr>
                <w:rFonts w:ascii="Times New Roman" w:hAnsi="Times New Roman" w:cs="Times New Roman"/>
                <w:b/>
              </w:rPr>
              <w:t>Наименование разделов и тем программы</w:t>
            </w:r>
          </w:p>
        </w:tc>
        <w:tc>
          <w:tcPr>
            <w:tcW w:w="1602" w:type="dxa"/>
          </w:tcPr>
          <w:p w:rsidR="00F44E79" w:rsidRPr="00760509" w:rsidRDefault="00F44E79" w:rsidP="00760509">
            <w:pPr>
              <w:tabs>
                <w:tab w:val="left" w:pos="284"/>
              </w:tabs>
              <w:autoSpaceDE w:val="0"/>
              <w:autoSpaceDN w:val="0"/>
              <w:spacing w:before="78"/>
              <w:ind w:left="142"/>
              <w:jc w:val="both"/>
              <w:rPr>
                <w:rFonts w:ascii="Times New Roman" w:hAnsi="Times New Roman" w:cs="Times New Roman"/>
                <w:b/>
              </w:rPr>
            </w:pPr>
            <w:r w:rsidRPr="00760509">
              <w:rPr>
                <w:rFonts w:ascii="Times New Roman" w:hAnsi="Times New Roman" w:cs="Times New Roman"/>
                <w:b/>
              </w:rPr>
              <w:t>Количество часов</w:t>
            </w:r>
          </w:p>
        </w:tc>
        <w:tc>
          <w:tcPr>
            <w:tcW w:w="5512" w:type="dxa"/>
          </w:tcPr>
          <w:p w:rsidR="00F44E79" w:rsidRPr="00760509" w:rsidRDefault="00F44E79" w:rsidP="00760509">
            <w:pPr>
              <w:tabs>
                <w:tab w:val="left" w:pos="284"/>
              </w:tabs>
              <w:ind w:left="142"/>
              <w:jc w:val="both"/>
              <w:rPr>
                <w:rFonts w:ascii="Times New Roman" w:hAnsi="Times New Roman" w:cs="Times New Roman"/>
              </w:rPr>
            </w:pPr>
            <w:r w:rsidRPr="00760509">
              <w:rPr>
                <w:rFonts w:ascii="Times New Roman" w:hAnsi="Times New Roman" w:cs="Times New Roman"/>
                <w:b/>
              </w:rPr>
              <w:t>Электронные (цифровые) образовательные ресурсы</w:t>
            </w:r>
          </w:p>
        </w:tc>
      </w:tr>
      <w:tr w:rsidR="00F44E79" w:rsidRPr="006418AC" w:rsidTr="00760509">
        <w:tc>
          <w:tcPr>
            <w:tcW w:w="814" w:type="dxa"/>
          </w:tcPr>
          <w:p w:rsidR="00F44E79" w:rsidRPr="00760509" w:rsidRDefault="00F44E79" w:rsidP="00760509">
            <w:pPr>
              <w:tabs>
                <w:tab w:val="left" w:pos="284"/>
              </w:tabs>
              <w:ind w:left="142"/>
              <w:jc w:val="both"/>
              <w:rPr>
                <w:rFonts w:ascii="Times New Roman" w:hAnsi="Times New Roman" w:cs="Times New Roman"/>
              </w:rPr>
            </w:pPr>
            <w:r w:rsidRPr="00760509">
              <w:rPr>
                <w:rFonts w:ascii="Times New Roman" w:hAnsi="Times New Roman" w:cs="Times New Roman"/>
              </w:rPr>
              <w:t>1.</w:t>
            </w:r>
          </w:p>
        </w:tc>
        <w:tc>
          <w:tcPr>
            <w:tcW w:w="66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w w:val="102"/>
              </w:rPr>
              <w:t>Школа, школьная жизнь, учебные предметы, школьная форма, переписка с зарубежными сверстниками</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8</w:t>
            </w:r>
          </w:p>
        </w:tc>
        <w:tc>
          <w:tcPr>
            <w:tcW w:w="5512" w:type="dxa"/>
          </w:tcPr>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1" w:history="1">
              <w:r w:rsidRPr="00760509">
                <w:rPr>
                  <w:rStyle w:val="Hyperlink"/>
                  <w:rFonts w:ascii="Times New Roman" w:hAnsi="Times New Roman"/>
                </w:rPr>
                <w:t>https://resh.edu.ru/subject/lesson/7591/start/243655/</w:t>
              </w:r>
            </w:hyperlink>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2" w:history="1">
              <w:r w:rsidRPr="00760509">
                <w:rPr>
                  <w:rStyle w:val="Hyperlink"/>
                  <w:rFonts w:ascii="Times New Roman" w:hAnsi="Times New Roman"/>
                </w:rPr>
                <w:t>https://resh.edu.ru/subject/lesson/7593/start/244213/</w:t>
              </w:r>
            </w:hyperlink>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3" w:history="1">
              <w:r w:rsidRPr="00760509">
                <w:rPr>
                  <w:rStyle w:val="Hyperlink"/>
                  <w:rFonts w:ascii="Times New Roman" w:hAnsi="Times New Roman"/>
                </w:rPr>
                <w:t>https://resh.edu.ru/subject/lesson/7592/start/243469/</w:t>
              </w:r>
            </w:hyperlink>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2.</w:t>
            </w:r>
          </w:p>
        </w:tc>
        <w:tc>
          <w:tcPr>
            <w:tcW w:w="6638"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w w:val="102"/>
              </w:rPr>
              <w:t>Досуг и увлечения/хобби современного подростка</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4</w:t>
            </w:r>
          </w:p>
        </w:tc>
        <w:tc>
          <w:tcPr>
            <w:tcW w:w="5512" w:type="dxa"/>
          </w:tcPr>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4" w:history="1">
              <w:r w:rsidRPr="00760509">
                <w:rPr>
                  <w:rStyle w:val="Hyperlink"/>
                  <w:rFonts w:ascii="Times New Roman" w:hAnsi="Times New Roman"/>
                </w:rPr>
                <w:t>https://resh.edu.ru/subject/lesson/7590/start/311562/</w:t>
              </w:r>
            </w:hyperlink>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5" w:history="1">
              <w:r w:rsidRPr="00760509">
                <w:rPr>
                  <w:rStyle w:val="Hyperlink"/>
                  <w:rFonts w:ascii="Times New Roman" w:hAnsi="Times New Roman"/>
                </w:rPr>
                <w:t>https://resh.edu.ru/subject/lesson/7608/start/243562/</w:t>
              </w:r>
            </w:hyperlink>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6" w:history="1">
              <w:r w:rsidRPr="00760509">
                <w:rPr>
                  <w:rStyle w:val="Hyperlink"/>
                  <w:rFonts w:ascii="Times New Roman" w:hAnsi="Times New Roman"/>
                </w:rPr>
                <w:t>https://resh.edu.ru/subject/lesson/7612/start/243965/</w:t>
              </w:r>
            </w:hyperlink>
            <w:r w:rsidRPr="00760509">
              <w:rPr>
                <w:rFonts w:ascii="Times New Roman" w:hAnsi="Times New Roman" w:cs="Times New Roman"/>
              </w:rPr>
              <w:t xml:space="preserve"> </w:t>
            </w:r>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3.</w:t>
            </w:r>
          </w:p>
        </w:tc>
        <w:tc>
          <w:tcPr>
            <w:tcW w:w="6638"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w w:val="102"/>
              </w:rPr>
              <w:t>Выдающиеся люди родной страны и стран изучаемого языка: писатели, поэты</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1</w:t>
            </w:r>
          </w:p>
        </w:tc>
        <w:tc>
          <w:tcPr>
            <w:tcW w:w="5512" w:type="dxa"/>
          </w:tcPr>
          <w:p w:rsidR="00F44E79" w:rsidRPr="00760509" w:rsidRDefault="00F44E79" w:rsidP="00760509">
            <w:pPr>
              <w:tabs>
                <w:tab w:val="left" w:pos="166"/>
              </w:tabs>
              <w:autoSpaceDE w:val="0"/>
              <w:autoSpaceDN w:val="0"/>
              <w:ind w:left="142"/>
              <w:jc w:val="both"/>
              <w:rPr>
                <w:rFonts w:ascii="Times New Roman" w:hAnsi="Times New Roman" w:cs="Times New Roman"/>
              </w:rPr>
            </w:pPr>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4.</w:t>
            </w:r>
          </w:p>
        </w:tc>
        <w:tc>
          <w:tcPr>
            <w:tcW w:w="6638" w:type="dxa"/>
          </w:tcPr>
          <w:p w:rsidR="00F44E79" w:rsidRPr="00760509" w:rsidRDefault="00F44E79" w:rsidP="00760509">
            <w:pPr>
              <w:tabs>
                <w:tab w:val="left" w:pos="38"/>
              </w:tabs>
              <w:autoSpaceDE w:val="0"/>
              <w:autoSpaceDN w:val="0"/>
              <w:jc w:val="both"/>
              <w:rPr>
                <w:rFonts w:ascii="Times New Roman" w:hAnsi="Times New Roman" w:cs="Times New Roman"/>
                <w:w w:val="102"/>
              </w:rPr>
            </w:pPr>
            <w:r w:rsidRPr="00760509">
              <w:rPr>
                <w:rFonts w:ascii="Times New Roman" w:hAnsi="Times New Roman" w:cs="Times New Roman"/>
                <w:w w:val="102"/>
              </w:rPr>
              <w:t>Родная страна/страны изучаемого языка. Их географическое положение, столицы. Культурные особенности, национальные праздники, традиции</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17</w:t>
            </w:r>
          </w:p>
        </w:tc>
        <w:tc>
          <w:tcPr>
            <w:tcW w:w="5512" w:type="dxa"/>
          </w:tcPr>
          <w:p w:rsidR="00F44E79" w:rsidRPr="00760509" w:rsidRDefault="00F44E79" w:rsidP="00760509">
            <w:pPr>
              <w:tabs>
                <w:tab w:val="left" w:pos="166"/>
              </w:tabs>
              <w:autoSpaceDE w:val="0"/>
              <w:autoSpaceDN w:val="0"/>
              <w:ind w:left="142"/>
              <w:jc w:val="both"/>
              <w:rPr>
                <w:rFonts w:ascii="Times New Roman" w:hAnsi="Times New Roman" w:cs="Times New Roman"/>
              </w:rPr>
            </w:pPr>
            <w:r w:rsidRPr="00760509">
              <w:rPr>
                <w:rFonts w:ascii="Times New Roman" w:hAnsi="Times New Roman" w:cs="Times New Roman"/>
              </w:rPr>
              <w:t xml:space="preserve">  </w:t>
            </w:r>
            <w:hyperlink r:id="rId477" w:history="1">
              <w:r w:rsidRPr="00760509">
                <w:rPr>
                  <w:rStyle w:val="Hyperlink"/>
                  <w:rFonts w:ascii="Times New Roman" w:hAnsi="Times New Roman"/>
                </w:rPr>
                <w:t>https://resh.edu.ru/subject/lesson/7607/start/243376/</w:t>
              </w:r>
            </w:hyperlink>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8" w:history="1">
              <w:r w:rsidRPr="00760509">
                <w:rPr>
                  <w:rStyle w:val="Hyperlink"/>
                  <w:rFonts w:ascii="Times New Roman" w:hAnsi="Times New Roman"/>
                </w:rPr>
                <w:t>https://resh.edu.ru/subject/lesson/7588/start/311624/</w:t>
              </w:r>
            </w:hyperlink>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79" w:history="1">
              <w:r w:rsidRPr="00760509">
                <w:rPr>
                  <w:rStyle w:val="Hyperlink"/>
                  <w:rFonts w:ascii="Times New Roman" w:hAnsi="Times New Roman"/>
                </w:rPr>
                <w:t>https://resh.edu.ru/subject/lesson/7587/start/243624/</w:t>
              </w:r>
            </w:hyperlink>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5.</w:t>
            </w:r>
          </w:p>
        </w:tc>
        <w:tc>
          <w:tcPr>
            <w:tcW w:w="6638" w:type="dxa"/>
          </w:tcPr>
          <w:p w:rsidR="00F44E79" w:rsidRPr="00760509" w:rsidRDefault="00F44E79" w:rsidP="00760509">
            <w:pPr>
              <w:tabs>
                <w:tab w:val="left" w:pos="38"/>
              </w:tabs>
              <w:autoSpaceDE w:val="0"/>
              <w:autoSpaceDN w:val="0"/>
              <w:jc w:val="both"/>
              <w:rPr>
                <w:rFonts w:ascii="Times New Roman" w:hAnsi="Times New Roman" w:cs="Times New Roman"/>
                <w:w w:val="102"/>
              </w:rPr>
            </w:pPr>
            <w:r w:rsidRPr="00760509">
              <w:rPr>
                <w:rFonts w:ascii="Times New Roman" w:hAnsi="Times New Roman" w:cs="Times New Roman"/>
                <w:w w:val="102"/>
              </w:rPr>
              <w:t>Родной город/село. Транспорт</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27</w:t>
            </w:r>
          </w:p>
        </w:tc>
        <w:tc>
          <w:tcPr>
            <w:tcW w:w="5512" w:type="dxa"/>
          </w:tcPr>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80" w:history="1">
              <w:r w:rsidRPr="00760509">
                <w:rPr>
                  <w:rStyle w:val="Hyperlink"/>
                  <w:rFonts w:ascii="Times New Roman" w:hAnsi="Times New Roman"/>
                </w:rPr>
                <w:t>https://resh.edu.ru/subject/lesson/7597/start/308428/</w:t>
              </w:r>
            </w:hyperlink>
            <w:r w:rsidRPr="00760509">
              <w:rPr>
                <w:rFonts w:ascii="Times New Roman" w:hAnsi="Times New Roman" w:cs="Times New Roman"/>
              </w:rPr>
              <w:t xml:space="preserve"> </w:t>
            </w:r>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81" w:history="1">
              <w:r w:rsidRPr="00760509">
                <w:rPr>
                  <w:rStyle w:val="Hyperlink"/>
                  <w:rFonts w:ascii="Times New Roman" w:hAnsi="Times New Roman"/>
                </w:rPr>
                <w:t>https://resh.edu.ru/subject/lesson/7595/start/243531/</w:t>
              </w:r>
            </w:hyperlink>
            <w:r w:rsidRPr="00760509">
              <w:rPr>
                <w:rFonts w:ascii="Times New Roman" w:hAnsi="Times New Roman" w:cs="Times New Roman"/>
              </w:rPr>
              <w:t xml:space="preserve"> </w:t>
            </w:r>
          </w:p>
          <w:p w:rsidR="00F44E79" w:rsidRPr="00760509" w:rsidRDefault="00F44E79" w:rsidP="00760509">
            <w:pPr>
              <w:tabs>
                <w:tab w:val="left" w:pos="166"/>
              </w:tabs>
              <w:autoSpaceDE w:val="0"/>
              <w:autoSpaceDN w:val="0"/>
              <w:ind w:left="142"/>
              <w:jc w:val="both"/>
              <w:rPr>
                <w:rFonts w:ascii="Times New Roman" w:hAnsi="Times New Roman" w:cs="Times New Roman"/>
              </w:rPr>
            </w:pPr>
            <w:hyperlink r:id="rId482" w:history="1">
              <w:r w:rsidRPr="00760509">
                <w:rPr>
                  <w:rStyle w:val="Hyperlink"/>
                  <w:rFonts w:ascii="Times New Roman" w:hAnsi="Times New Roman"/>
                </w:rPr>
                <w:t>https://resh.edu.ru/subject/lesson/7589/start/311593/</w:t>
              </w:r>
            </w:hyperlink>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6.</w:t>
            </w:r>
          </w:p>
        </w:tc>
        <w:tc>
          <w:tcPr>
            <w:tcW w:w="6638" w:type="dxa"/>
          </w:tcPr>
          <w:p w:rsidR="00F44E79" w:rsidRPr="00760509" w:rsidRDefault="00F44E79" w:rsidP="00760509">
            <w:pPr>
              <w:tabs>
                <w:tab w:val="left" w:pos="38"/>
              </w:tabs>
              <w:autoSpaceDE w:val="0"/>
              <w:autoSpaceDN w:val="0"/>
              <w:jc w:val="both"/>
              <w:rPr>
                <w:rFonts w:ascii="Times New Roman" w:hAnsi="Times New Roman" w:cs="Times New Roman"/>
              </w:rPr>
            </w:pPr>
            <w:r w:rsidRPr="00760509">
              <w:rPr>
                <w:rFonts w:ascii="Times New Roman" w:hAnsi="Times New Roman" w:cs="Times New Roman"/>
                <w:w w:val="102"/>
              </w:rPr>
              <w:t>Здоровый образ жизни: режим труда и отдыха. Здоровое питание. Родная страна/страны изучаемого языка. особенности, национальные праздники, традиции</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3</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83" w:history="1">
              <w:r w:rsidRPr="00760509">
                <w:rPr>
                  <w:rStyle w:val="Hyperlink"/>
                  <w:rFonts w:ascii="Times New Roman" w:hAnsi="Times New Roman"/>
                </w:rPr>
                <w:t>https://resh.edu.ru/subject/lesson/7609/start/303050/</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84" w:history="1">
              <w:r w:rsidRPr="00760509">
                <w:rPr>
                  <w:rStyle w:val="Hyperlink"/>
                  <w:rFonts w:ascii="Times New Roman" w:hAnsi="Times New Roman"/>
                </w:rPr>
                <w:t>https://resh.edu.ru/subject/lesson/7612/start/243965/</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85" w:history="1">
              <w:r w:rsidRPr="00760509">
                <w:rPr>
                  <w:rStyle w:val="Hyperlink"/>
                  <w:rFonts w:ascii="Times New Roman" w:hAnsi="Times New Roman"/>
                </w:rPr>
                <w:t>https://resh.edu.ru/subject/lesson/7610/start/243810/</w:t>
              </w:r>
            </w:hyperlink>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7.</w:t>
            </w:r>
          </w:p>
        </w:tc>
        <w:tc>
          <w:tcPr>
            <w:tcW w:w="6638" w:type="dxa"/>
          </w:tcPr>
          <w:p w:rsidR="00F44E79" w:rsidRPr="00760509" w:rsidRDefault="00F44E79" w:rsidP="00760509">
            <w:pPr>
              <w:tabs>
                <w:tab w:val="left" w:pos="38"/>
              </w:tabs>
              <w:autoSpaceDE w:val="0"/>
              <w:autoSpaceDN w:val="0"/>
              <w:jc w:val="both"/>
              <w:rPr>
                <w:rFonts w:ascii="Times New Roman" w:hAnsi="Times New Roman" w:cs="Times New Roman"/>
              </w:rPr>
            </w:pPr>
            <w:r w:rsidRPr="00760509">
              <w:rPr>
                <w:rFonts w:ascii="Times New Roman" w:hAnsi="Times New Roman" w:cs="Times New Roman"/>
                <w:w w:val="102"/>
              </w:rPr>
              <w:t xml:space="preserve">Покупки: продукты питания. </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3</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86" w:history="1">
              <w:r w:rsidRPr="00760509">
                <w:rPr>
                  <w:rStyle w:val="Hyperlink"/>
                  <w:rFonts w:ascii="Times New Roman" w:hAnsi="Times New Roman"/>
                </w:rPr>
                <w:t>https://resh.edu.ru/subject/lesson/7597/start/308428/</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87" w:history="1">
              <w:r w:rsidRPr="00760509">
                <w:rPr>
                  <w:rStyle w:val="Hyperlink"/>
                  <w:rFonts w:ascii="Times New Roman" w:hAnsi="Times New Roman"/>
                </w:rPr>
                <w:t>https://resh.edu.ru/subject/lesson/7595/start/243531/</w:t>
              </w:r>
            </w:hyperlink>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8.</w:t>
            </w:r>
          </w:p>
        </w:tc>
        <w:tc>
          <w:tcPr>
            <w:tcW w:w="6638" w:type="dxa"/>
          </w:tcPr>
          <w:p w:rsidR="00F44E79" w:rsidRPr="00760509" w:rsidRDefault="00F44E79" w:rsidP="00760509">
            <w:pPr>
              <w:tabs>
                <w:tab w:val="left" w:pos="38"/>
              </w:tabs>
              <w:autoSpaceDE w:val="0"/>
              <w:autoSpaceDN w:val="0"/>
              <w:jc w:val="both"/>
              <w:rPr>
                <w:rFonts w:ascii="Times New Roman" w:hAnsi="Times New Roman" w:cs="Times New Roman"/>
              </w:rPr>
            </w:pPr>
            <w:r w:rsidRPr="00760509">
              <w:rPr>
                <w:rFonts w:ascii="Times New Roman" w:hAnsi="Times New Roman" w:cs="Times New Roman"/>
                <w:w w:val="102"/>
              </w:rPr>
              <w:t xml:space="preserve">Моя семья. </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7</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88" w:history="1">
              <w:r w:rsidRPr="00760509">
                <w:rPr>
                  <w:rStyle w:val="Hyperlink"/>
                  <w:rFonts w:ascii="Times New Roman" w:hAnsi="Times New Roman"/>
                </w:rPr>
                <w:t>https://resh.edu.ru/subject/lesson/6809/start/242570/</w:t>
              </w:r>
            </w:hyperlink>
            <w:r w:rsidRPr="00760509">
              <w:rPr>
                <w:rFonts w:ascii="Times New Roman" w:hAnsi="Times New Roman" w:cs="Times New Roman"/>
              </w:rPr>
              <w:t xml:space="preserve">  </w:t>
            </w:r>
            <w:hyperlink r:id="rId489" w:history="1">
              <w:r w:rsidRPr="00760509">
                <w:rPr>
                  <w:rStyle w:val="Hyperlink"/>
                  <w:rFonts w:ascii="Times New Roman" w:hAnsi="Times New Roman"/>
                </w:rPr>
                <w:t>https://resh.edu.ru/subject/lesson/7620/start/243500/</w:t>
              </w:r>
            </w:hyperlink>
            <w:r w:rsidRPr="00760509">
              <w:rPr>
                <w:rFonts w:ascii="Times New Roman" w:hAnsi="Times New Roman" w:cs="Times New Roman"/>
              </w:rPr>
              <w:t xml:space="preserve"> </w:t>
            </w:r>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9.</w:t>
            </w:r>
          </w:p>
        </w:tc>
        <w:tc>
          <w:tcPr>
            <w:tcW w:w="6638" w:type="dxa"/>
          </w:tcPr>
          <w:p w:rsidR="00F44E79" w:rsidRPr="00760509" w:rsidRDefault="00F44E79" w:rsidP="00760509">
            <w:pPr>
              <w:tabs>
                <w:tab w:val="left" w:pos="38"/>
              </w:tabs>
              <w:autoSpaceDE w:val="0"/>
              <w:autoSpaceDN w:val="0"/>
              <w:jc w:val="both"/>
              <w:rPr>
                <w:rFonts w:ascii="Times New Roman" w:hAnsi="Times New Roman" w:cs="Times New Roman"/>
                <w:w w:val="102"/>
              </w:rPr>
            </w:pPr>
            <w:r w:rsidRPr="00760509">
              <w:rPr>
                <w:rFonts w:ascii="Times New Roman" w:hAnsi="Times New Roman" w:cs="Times New Roman"/>
                <w:w w:val="102"/>
              </w:rPr>
              <w:t>Природа: дикие и домашние животные.</w:t>
            </w:r>
          </w:p>
          <w:p w:rsidR="00F44E79" w:rsidRPr="00760509" w:rsidRDefault="00F44E79" w:rsidP="00760509">
            <w:pPr>
              <w:tabs>
                <w:tab w:val="left" w:pos="38"/>
              </w:tabs>
              <w:autoSpaceDE w:val="0"/>
              <w:autoSpaceDN w:val="0"/>
              <w:jc w:val="both"/>
              <w:rPr>
                <w:rFonts w:ascii="Times New Roman" w:hAnsi="Times New Roman" w:cs="Times New Roman"/>
              </w:rPr>
            </w:pPr>
            <w:r w:rsidRPr="00760509">
              <w:rPr>
                <w:rFonts w:ascii="Times New Roman" w:hAnsi="Times New Roman" w:cs="Times New Roman"/>
                <w:w w:val="102"/>
              </w:rPr>
              <w:t>Погода.</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7</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90" w:history="1">
              <w:r w:rsidRPr="00760509">
                <w:rPr>
                  <w:rStyle w:val="Hyperlink"/>
                  <w:rFonts w:ascii="Times New Roman" w:hAnsi="Times New Roman"/>
                </w:rPr>
                <w:t>https://resh.edu.ru/subject/lesson/7604/start/295288/</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91" w:history="1">
              <w:r w:rsidRPr="00760509">
                <w:rPr>
                  <w:rStyle w:val="Hyperlink"/>
                  <w:rFonts w:ascii="Times New Roman" w:hAnsi="Times New Roman"/>
                </w:rPr>
                <w:t>https://resh.edu.ru/subject/lesson/7614/start/303019/</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92" w:history="1">
              <w:r w:rsidRPr="00760509">
                <w:rPr>
                  <w:rStyle w:val="Hyperlink"/>
                  <w:rFonts w:ascii="Times New Roman" w:hAnsi="Times New Roman"/>
                </w:rPr>
                <w:t>https://resh.edu.ru/subject/lesson/7616/start/243686/</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93" w:history="1">
              <w:r w:rsidRPr="00760509">
                <w:rPr>
                  <w:rStyle w:val="Hyperlink"/>
                  <w:rFonts w:ascii="Times New Roman" w:hAnsi="Times New Roman"/>
                </w:rPr>
                <w:t>https://resh.edu.ru/subject/lesson/7601/start/244058/</w:t>
              </w:r>
            </w:hyperlink>
            <w:r w:rsidRPr="00760509">
              <w:rPr>
                <w:rFonts w:ascii="Times New Roman" w:hAnsi="Times New Roman" w:cs="Times New Roman"/>
              </w:rPr>
              <w:t xml:space="preserve"> </w:t>
            </w:r>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10.</w:t>
            </w:r>
          </w:p>
        </w:tc>
        <w:tc>
          <w:tcPr>
            <w:tcW w:w="6638" w:type="dxa"/>
          </w:tcPr>
          <w:p w:rsidR="00F44E79" w:rsidRPr="00760509" w:rsidRDefault="00F44E79" w:rsidP="00760509">
            <w:pPr>
              <w:tabs>
                <w:tab w:val="left" w:pos="0"/>
              </w:tabs>
              <w:autoSpaceDE w:val="0"/>
              <w:autoSpaceDN w:val="0"/>
              <w:jc w:val="both"/>
              <w:rPr>
                <w:rFonts w:ascii="Times New Roman" w:hAnsi="Times New Roman" w:cs="Times New Roman"/>
                <w:w w:val="102"/>
              </w:rPr>
            </w:pPr>
            <w:r w:rsidRPr="00760509">
              <w:rPr>
                <w:rFonts w:ascii="Times New Roman" w:hAnsi="Times New Roman" w:cs="Times New Roman"/>
                <w:w w:val="102"/>
              </w:rPr>
              <w:t>Каникулы в различное время года.</w:t>
            </w:r>
          </w:p>
          <w:p w:rsidR="00F44E79" w:rsidRPr="00760509" w:rsidRDefault="00F44E79" w:rsidP="00760509">
            <w:pPr>
              <w:tabs>
                <w:tab w:val="left" w:pos="0"/>
              </w:tabs>
              <w:autoSpaceDE w:val="0"/>
              <w:autoSpaceDN w:val="0"/>
              <w:jc w:val="both"/>
              <w:rPr>
                <w:rFonts w:ascii="Times New Roman" w:hAnsi="Times New Roman" w:cs="Times New Roman"/>
              </w:rPr>
            </w:pPr>
            <w:r w:rsidRPr="00760509">
              <w:rPr>
                <w:rFonts w:ascii="Times New Roman" w:hAnsi="Times New Roman" w:cs="Times New Roman"/>
                <w:w w:val="102"/>
              </w:rPr>
              <w:t>Виды отдыха.</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4</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 xml:space="preserve"> </w:t>
            </w:r>
            <w:hyperlink r:id="rId494" w:history="1">
              <w:r w:rsidRPr="00760509">
                <w:rPr>
                  <w:rStyle w:val="Hyperlink"/>
                  <w:rFonts w:ascii="Times New Roman" w:hAnsi="Times New Roman"/>
                </w:rPr>
                <w:t>https://resh.edu.ru/subject/lesson/7600/start/243593/</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95" w:history="1">
              <w:r w:rsidRPr="00760509">
                <w:rPr>
                  <w:rStyle w:val="Hyperlink"/>
                  <w:rFonts w:ascii="Times New Roman" w:hAnsi="Times New Roman"/>
                </w:rPr>
                <w:t>https://resh.edu.ru/subject/lesson/7598/start/244089/</w:t>
              </w:r>
            </w:hyperlink>
          </w:p>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96" w:history="1">
              <w:r w:rsidRPr="00760509">
                <w:rPr>
                  <w:rStyle w:val="Hyperlink"/>
                  <w:rFonts w:ascii="Times New Roman" w:hAnsi="Times New Roman"/>
                </w:rPr>
                <w:t>https://resh.edu.ru/subject/lesson/7596/start/243345/</w:t>
              </w:r>
            </w:hyperlink>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11.</w:t>
            </w:r>
          </w:p>
        </w:tc>
        <w:tc>
          <w:tcPr>
            <w:tcW w:w="6638" w:type="dxa"/>
          </w:tcPr>
          <w:p w:rsidR="00F44E79" w:rsidRPr="00760509" w:rsidRDefault="00F44E79" w:rsidP="00760509">
            <w:pPr>
              <w:tabs>
                <w:tab w:val="left" w:pos="0"/>
              </w:tabs>
              <w:autoSpaceDE w:val="0"/>
              <w:autoSpaceDN w:val="0"/>
              <w:jc w:val="both"/>
              <w:rPr>
                <w:rFonts w:ascii="Times New Roman" w:hAnsi="Times New Roman" w:cs="Times New Roman"/>
                <w:w w:val="102"/>
              </w:rPr>
            </w:pPr>
            <w:r w:rsidRPr="00760509">
              <w:rPr>
                <w:rFonts w:ascii="Times New Roman" w:hAnsi="Times New Roman" w:cs="Times New Roman"/>
                <w:w w:val="102"/>
              </w:rPr>
              <w:t xml:space="preserve">Внешность и характер человека/литературного персонажа </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6</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r w:rsidRPr="00760509">
              <w:rPr>
                <w:rFonts w:ascii="Times New Roman" w:hAnsi="Times New Roman" w:cs="Times New Roman"/>
              </w:rPr>
              <w:t>12.</w:t>
            </w:r>
          </w:p>
        </w:tc>
        <w:tc>
          <w:tcPr>
            <w:tcW w:w="6638" w:type="dxa"/>
          </w:tcPr>
          <w:p w:rsidR="00F44E79" w:rsidRPr="00760509" w:rsidRDefault="00F44E79" w:rsidP="00760509">
            <w:pPr>
              <w:tabs>
                <w:tab w:val="left" w:pos="0"/>
              </w:tabs>
              <w:autoSpaceDE w:val="0"/>
              <w:autoSpaceDN w:val="0"/>
              <w:jc w:val="both"/>
              <w:rPr>
                <w:rFonts w:ascii="Times New Roman" w:hAnsi="Times New Roman" w:cs="Times New Roman"/>
                <w:w w:val="102"/>
              </w:rPr>
            </w:pPr>
            <w:r w:rsidRPr="00760509">
              <w:rPr>
                <w:rFonts w:ascii="Times New Roman" w:hAnsi="Times New Roman" w:cs="Times New Roman"/>
                <w:w w:val="102"/>
              </w:rPr>
              <w:t>Мои друзья. Семейные праздники</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rPr>
            </w:pPr>
            <w:r w:rsidRPr="00760509">
              <w:rPr>
                <w:rFonts w:ascii="Times New Roman" w:hAnsi="Times New Roman" w:cs="Times New Roman"/>
              </w:rPr>
              <w:t>15</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hyperlink r:id="rId497" w:history="1">
              <w:r w:rsidRPr="00760509">
                <w:rPr>
                  <w:rStyle w:val="Hyperlink"/>
                  <w:rFonts w:ascii="Times New Roman" w:hAnsi="Times New Roman"/>
                </w:rPr>
                <w:t>https://resh.edu.ru/subject/lesson/7594/start/243438/</w:t>
              </w:r>
            </w:hyperlink>
          </w:p>
        </w:tc>
      </w:tr>
      <w:tr w:rsidR="00F44E79" w:rsidRPr="006418AC" w:rsidTr="00760509">
        <w:tc>
          <w:tcPr>
            <w:tcW w:w="814" w:type="dxa"/>
          </w:tcPr>
          <w:p w:rsidR="00F44E79" w:rsidRPr="00760509" w:rsidRDefault="00F44E79" w:rsidP="00760509">
            <w:pPr>
              <w:tabs>
                <w:tab w:val="left" w:pos="284"/>
              </w:tabs>
              <w:autoSpaceDE w:val="0"/>
              <w:autoSpaceDN w:val="0"/>
              <w:ind w:left="142"/>
              <w:jc w:val="both"/>
              <w:rPr>
                <w:rFonts w:ascii="Times New Roman" w:hAnsi="Times New Roman" w:cs="Times New Roman"/>
              </w:rPr>
            </w:pPr>
          </w:p>
        </w:tc>
        <w:tc>
          <w:tcPr>
            <w:tcW w:w="6638" w:type="dxa"/>
          </w:tcPr>
          <w:p w:rsidR="00F44E79" w:rsidRPr="00760509" w:rsidRDefault="00F44E79" w:rsidP="00760509">
            <w:pPr>
              <w:tabs>
                <w:tab w:val="left" w:pos="38"/>
              </w:tabs>
              <w:autoSpaceDE w:val="0"/>
              <w:autoSpaceDN w:val="0"/>
              <w:ind w:left="142" w:right="65" w:hanging="142"/>
              <w:jc w:val="both"/>
              <w:rPr>
                <w:rFonts w:ascii="Times New Roman" w:hAnsi="Times New Roman" w:cs="Times New Roman"/>
              </w:rPr>
            </w:pPr>
            <w:r w:rsidRPr="00760509">
              <w:rPr>
                <w:rFonts w:ascii="Times New Roman" w:hAnsi="Times New Roman" w:cs="Times New Roman"/>
                <w:b/>
              </w:rPr>
              <w:t>Общее количество часов по программе</w:t>
            </w:r>
          </w:p>
        </w:tc>
        <w:tc>
          <w:tcPr>
            <w:tcW w:w="1602" w:type="dxa"/>
          </w:tcPr>
          <w:p w:rsidR="00F44E79" w:rsidRPr="00760509" w:rsidRDefault="00F44E79" w:rsidP="00760509">
            <w:pPr>
              <w:tabs>
                <w:tab w:val="left" w:pos="38"/>
              </w:tabs>
              <w:autoSpaceDE w:val="0"/>
              <w:autoSpaceDN w:val="0"/>
              <w:ind w:left="142" w:hanging="142"/>
              <w:jc w:val="both"/>
              <w:rPr>
                <w:rFonts w:ascii="Times New Roman" w:hAnsi="Times New Roman" w:cs="Times New Roman"/>
                <w:b/>
              </w:rPr>
            </w:pPr>
            <w:r w:rsidRPr="00760509">
              <w:rPr>
                <w:rFonts w:ascii="Times New Roman" w:hAnsi="Times New Roman" w:cs="Times New Roman"/>
                <w:b/>
              </w:rPr>
              <w:t>102</w:t>
            </w:r>
          </w:p>
        </w:tc>
        <w:tc>
          <w:tcPr>
            <w:tcW w:w="5512" w:type="dxa"/>
          </w:tcPr>
          <w:p w:rsidR="00F44E79" w:rsidRPr="00760509" w:rsidRDefault="00F44E79" w:rsidP="00760509">
            <w:pPr>
              <w:tabs>
                <w:tab w:val="left" w:pos="284"/>
              </w:tabs>
              <w:autoSpaceDE w:val="0"/>
              <w:autoSpaceDN w:val="0"/>
              <w:ind w:left="142"/>
              <w:jc w:val="both"/>
              <w:rPr>
                <w:rFonts w:ascii="Times New Roman" w:hAnsi="Times New Roman" w:cs="Times New Roman"/>
              </w:rPr>
            </w:pPr>
          </w:p>
        </w:tc>
      </w:tr>
    </w:tbl>
    <w:p w:rsidR="00F44E79" w:rsidRPr="006418AC" w:rsidRDefault="00F44E79" w:rsidP="009D40EF">
      <w:pPr>
        <w:tabs>
          <w:tab w:val="left" w:pos="142"/>
          <w:tab w:val="left" w:pos="426"/>
        </w:tabs>
        <w:autoSpaceDE w:val="0"/>
        <w:autoSpaceDN w:val="0"/>
        <w:spacing w:after="92"/>
        <w:ind w:left="426" w:right="-239"/>
        <w:jc w:val="both"/>
        <w:rPr>
          <w:rFonts w:ascii="Times New Roman" w:hAnsi="Times New Roman" w:cs="Times New Roman"/>
          <w:b/>
        </w:rPr>
      </w:pPr>
    </w:p>
    <w:p w:rsidR="00F44E79" w:rsidRPr="006418AC" w:rsidRDefault="00F44E79" w:rsidP="009D40EF">
      <w:pPr>
        <w:tabs>
          <w:tab w:val="left" w:pos="284"/>
        </w:tabs>
        <w:autoSpaceDE w:val="0"/>
        <w:autoSpaceDN w:val="0"/>
        <w:spacing w:after="92"/>
        <w:ind w:left="284" w:right="792"/>
        <w:jc w:val="both"/>
        <w:rPr>
          <w:rFonts w:ascii="Times New Roman" w:hAnsi="Times New Roman" w:cs="Times New Roman"/>
        </w:rPr>
      </w:pPr>
      <w:r w:rsidRPr="006418AC">
        <w:rPr>
          <w:rFonts w:ascii="Times New Roman" w:hAnsi="Times New Roman" w:cs="Times New Roman"/>
          <w:b/>
        </w:rPr>
        <w:t>6 КЛАСС</w:t>
      </w:r>
    </w:p>
    <w:tbl>
      <w:tblPr>
        <w:tblW w:w="14535" w:type="dxa"/>
        <w:tblInd w:w="315" w:type="dxa"/>
        <w:tblLayout w:type="fixed"/>
        <w:tblLook w:val="00A0"/>
      </w:tblPr>
      <w:tblGrid>
        <w:gridCol w:w="889"/>
        <w:gridCol w:w="6663"/>
        <w:gridCol w:w="1455"/>
        <w:gridCol w:w="5528"/>
      </w:tblGrid>
      <w:tr w:rsidR="00F44E79" w:rsidRPr="006418AC" w:rsidTr="00C92330">
        <w:trPr>
          <w:trHeight w:hRule="exact" w:val="695"/>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w:t>
            </w:r>
            <w:r w:rsidRPr="006418AC">
              <w:rPr>
                <w:rFonts w:ascii="Times New Roman" w:hAnsi="Times New Roman" w:cs="Times New Roman"/>
              </w:rPr>
              <w:br/>
            </w:r>
            <w:r w:rsidRPr="006418AC">
              <w:rPr>
                <w:rFonts w:ascii="Times New Roman" w:hAnsi="Times New Roman" w:cs="Times New Roman"/>
                <w:b/>
              </w:rPr>
              <w:t>п/п</w:t>
            </w: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Наименование разделов и тем программы</w:t>
            </w: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r w:rsidRPr="006418AC">
              <w:rPr>
                <w:rFonts w:ascii="Times New Roman" w:hAnsi="Times New Roman" w:cs="Times New Roman"/>
                <w:b/>
              </w:rPr>
              <w:t>Количество часов</w:t>
            </w: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rPr>
            </w:pPr>
            <w:r w:rsidRPr="006418AC">
              <w:rPr>
                <w:rFonts w:ascii="Times New Roman" w:hAnsi="Times New Roman" w:cs="Times New Roman"/>
                <w:b/>
              </w:rPr>
              <w:t>Электронные (цифровые) образовательные ресурсы</w:t>
            </w:r>
          </w:p>
        </w:tc>
      </w:tr>
      <w:tr w:rsidR="00F44E79" w:rsidRPr="006418AC" w:rsidTr="00C92330">
        <w:trPr>
          <w:trHeight w:hRule="exact" w:val="359"/>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b/>
              </w:rPr>
            </w:pPr>
          </w:p>
        </w:tc>
      </w:tr>
    </w:tbl>
    <w:p w:rsidR="00F44E79" w:rsidRPr="006418AC" w:rsidRDefault="00F44E79" w:rsidP="009D40EF">
      <w:pPr>
        <w:tabs>
          <w:tab w:val="left" w:pos="284"/>
        </w:tabs>
        <w:autoSpaceDE w:val="0"/>
        <w:autoSpaceDN w:val="0"/>
        <w:spacing w:after="92"/>
        <w:ind w:left="284" w:right="792"/>
        <w:jc w:val="both"/>
        <w:rPr>
          <w:rFonts w:ascii="Times New Roman" w:hAnsi="Times New Roman" w:cs="Times New Roman"/>
        </w:rPr>
      </w:pPr>
      <w:r w:rsidRPr="006418AC">
        <w:rPr>
          <w:rFonts w:ascii="Times New Roman" w:hAnsi="Times New Roman" w:cs="Times New Roman"/>
          <w:b/>
        </w:rPr>
        <w:t>7 КЛАСС</w:t>
      </w:r>
    </w:p>
    <w:tbl>
      <w:tblPr>
        <w:tblW w:w="14535" w:type="dxa"/>
        <w:tblInd w:w="315" w:type="dxa"/>
        <w:tblLayout w:type="fixed"/>
        <w:tblLook w:val="00A0"/>
      </w:tblPr>
      <w:tblGrid>
        <w:gridCol w:w="889"/>
        <w:gridCol w:w="6663"/>
        <w:gridCol w:w="1455"/>
        <w:gridCol w:w="5528"/>
      </w:tblGrid>
      <w:tr w:rsidR="00F44E79" w:rsidRPr="006418AC" w:rsidTr="00C92330">
        <w:trPr>
          <w:trHeight w:hRule="exact" w:val="695"/>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w:t>
            </w:r>
            <w:r w:rsidRPr="006418AC">
              <w:rPr>
                <w:rFonts w:ascii="Times New Roman" w:hAnsi="Times New Roman" w:cs="Times New Roman"/>
              </w:rPr>
              <w:br/>
            </w:r>
            <w:r w:rsidRPr="006418AC">
              <w:rPr>
                <w:rFonts w:ascii="Times New Roman" w:hAnsi="Times New Roman" w:cs="Times New Roman"/>
                <w:b/>
              </w:rPr>
              <w:t>п/п</w:t>
            </w: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Наименование разделов и тем программы</w:t>
            </w: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r w:rsidRPr="006418AC">
              <w:rPr>
                <w:rFonts w:ascii="Times New Roman" w:hAnsi="Times New Roman" w:cs="Times New Roman"/>
                <w:b/>
              </w:rPr>
              <w:t>Количество часов</w:t>
            </w: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rPr>
            </w:pPr>
            <w:r w:rsidRPr="006418AC">
              <w:rPr>
                <w:rFonts w:ascii="Times New Roman" w:hAnsi="Times New Roman" w:cs="Times New Roman"/>
                <w:b/>
              </w:rPr>
              <w:t>Электронные (цифровые) образовательные ресурсы</w:t>
            </w:r>
          </w:p>
        </w:tc>
      </w:tr>
      <w:tr w:rsidR="00F44E79" w:rsidRPr="006418AC" w:rsidTr="00C92330">
        <w:trPr>
          <w:trHeight w:hRule="exact" w:val="386"/>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b/>
              </w:rPr>
            </w:pPr>
          </w:p>
        </w:tc>
      </w:tr>
    </w:tbl>
    <w:p w:rsidR="00F44E79" w:rsidRPr="006418AC" w:rsidRDefault="00F44E79" w:rsidP="009D40EF">
      <w:pPr>
        <w:tabs>
          <w:tab w:val="left" w:pos="284"/>
        </w:tabs>
        <w:autoSpaceDE w:val="0"/>
        <w:autoSpaceDN w:val="0"/>
        <w:spacing w:after="92"/>
        <w:ind w:left="284" w:right="792"/>
        <w:jc w:val="both"/>
        <w:rPr>
          <w:rFonts w:ascii="Times New Roman" w:hAnsi="Times New Roman" w:cs="Times New Roman"/>
        </w:rPr>
      </w:pPr>
      <w:r w:rsidRPr="006418AC">
        <w:rPr>
          <w:rFonts w:ascii="Times New Roman" w:hAnsi="Times New Roman" w:cs="Times New Roman"/>
          <w:b/>
        </w:rPr>
        <w:t>8 КЛАСС</w:t>
      </w:r>
    </w:p>
    <w:tbl>
      <w:tblPr>
        <w:tblW w:w="14535" w:type="dxa"/>
        <w:tblInd w:w="315" w:type="dxa"/>
        <w:tblLayout w:type="fixed"/>
        <w:tblLook w:val="00A0"/>
      </w:tblPr>
      <w:tblGrid>
        <w:gridCol w:w="889"/>
        <w:gridCol w:w="6663"/>
        <w:gridCol w:w="1455"/>
        <w:gridCol w:w="5528"/>
      </w:tblGrid>
      <w:tr w:rsidR="00F44E79" w:rsidRPr="006418AC" w:rsidTr="00C92330">
        <w:trPr>
          <w:trHeight w:hRule="exact" w:val="695"/>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w:t>
            </w:r>
            <w:r w:rsidRPr="006418AC">
              <w:rPr>
                <w:rFonts w:ascii="Times New Roman" w:hAnsi="Times New Roman" w:cs="Times New Roman"/>
              </w:rPr>
              <w:br/>
            </w:r>
            <w:r w:rsidRPr="006418AC">
              <w:rPr>
                <w:rFonts w:ascii="Times New Roman" w:hAnsi="Times New Roman" w:cs="Times New Roman"/>
                <w:b/>
              </w:rPr>
              <w:t>п/п</w:t>
            </w: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Наименование разделов и тем программы</w:t>
            </w: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r w:rsidRPr="006418AC">
              <w:rPr>
                <w:rFonts w:ascii="Times New Roman" w:hAnsi="Times New Roman" w:cs="Times New Roman"/>
                <w:b/>
              </w:rPr>
              <w:t>Количество часов</w:t>
            </w: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rPr>
            </w:pPr>
            <w:r w:rsidRPr="006418AC">
              <w:rPr>
                <w:rFonts w:ascii="Times New Roman" w:hAnsi="Times New Roman" w:cs="Times New Roman"/>
                <w:b/>
              </w:rPr>
              <w:t>Электронные (цифровые) образовательные ресурсы</w:t>
            </w:r>
          </w:p>
        </w:tc>
      </w:tr>
      <w:tr w:rsidR="00F44E79" w:rsidRPr="006418AC" w:rsidTr="00C92330">
        <w:trPr>
          <w:trHeight w:hRule="exact" w:val="307"/>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b/>
              </w:rPr>
            </w:pPr>
          </w:p>
        </w:tc>
      </w:tr>
    </w:tbl>
    <w:p w:rsidR="00F44E79" w:rsidRPr="006418AC" w:rsidRDefault="00F44E79" w:rsidP="009D40EF">
      <w:pPr>
        <w:tabs>
          <w:tab w:val="left" w:pos="284"/>
        </w:tabs>
        <w:autoSpaceDE w:val="0"/>
        <w:autoSpaceDN w:val="0"/>
        <w:spacing w:after="92"/>
        <w:ind w:left="284" w:right="792"/>
        <w:jc w:val="both"/>
        <w:rPr>
          <w:rFonts w:ascii="Times New Roman" w:hAnsi="Times New Roman" w:cs="Times New Roman"/>
        </w:rPr>
      </w:pPr>
      <w:r w:rsidRPr="006418AC">
        <w:rPr>
          <w:rFonts w:ascii="Times New Roman" w:hAnsi="Times New Roman" w:cs="Times New Roman"/>
          <w:b/>
        </w:rPr>
        <w:t>9 КЛАСС</w:t>
      </w:r>
    </w:p>
    <w:tbl>
      <w:tblPr>
        <w:tblW w:w="0" w:type="auto"/>
        <w:tblInd w:w="315" w:type="dxa"/>
        <w:tblLayout w:type="fixed"/>
        <w:tblLook w:val="00A0"/>
      </w:tblPr>
      <w:tblGrid>
        <w:gridCol w:w="889"/>
        <w:gridCol w:w="6663"/>
        <w:gridCol w:w="1455"/>
        <w:gridCol w:w="5528"/>
      </w:tblGrid>
      <w:tr w:rsidR="00F44E79" w:rsidRPr="006418AC" w:rsidTr="00C92330">
        <w:trPr>
          <w:trHeight w:hRule="exact" w:val="695"/>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w:t>
            </w:r>
            <w:r w:rsidRPr="006418AC">
              <w:rPr>
                <w:rFonts w:ascii="Times New Roman" w:hAnsi="Times New Roman" w:cs="Times New Roman"/>
              </w:rPr>
              <w:br/>
            </w:r>
            <w:r w:rsidRPr="006418AC">
              <w:rPr>
                <w:rFonts w:ascii="Times New Roman" w:hAnsi="Times New Roman" w:cs="Times New Roman"/>
                <w:b/>
              </w:rPr>
              <w:t>п/п</w:t>
            </w: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rPr>
            </w:pPr>
            <w:r w:rsidRPr="006418AC">
              <w:rPr>
                <w:rFonts w:ascii="Times New Roman" w:hAnsi="Times New Roman" w:cs="Times New Roman"/>
                <w:b/>
              </w:rPr>
              <w:t>Наименование разделов и тем программы</w:t>
            </w: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r w:rsidRPr="006418AC">
              <w:rPr>
                <w:rFonts w:ascii="Times New Roman" w:hAnsi="Times New Roman" w:cs="Times New Roman"/>
                <w:b/>
              </w:rPr>
              <w:t>Количество часов</w:t>
            </w: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rPr>
            </w:pPr>
            <w:r w:rsidRPr="006418AC">
              <w:rPr>
                <w:rFonts w:ascii="Times New Roman" w:hAnsi="Times New Roman" w:cs="Times New Roman"/>
                <w:b/>
              </w:rPr>
              <w:t>Электронные (цифровые) образовательные ресурсы</w:t>
            </w:r>
          </w:p>
        </w:tc>
      </w:tr>
      <w:tr w:rsidR="00F44E79" w:rsidRPr="006418AC" w:rsidTr="00C92330">
        <w:trPr>
          <w:trHeight w:hRule="exact" w:val="441"/>
        </w:trPr>
        <w:tc>
          <w:tcPr>
            <w:tcW w:w="889"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6663"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14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44E79" w:rsidRPr="006418AC" w:rsidRDefault="00F44E79" w:rsidP="00C92330">
            <w:pPr>
              <w:tabs>
                <w:tab w:val="left" w:pos="284"/>
              </w:tabs>
              <w:autoSpaceDE w:val="0"/>
              <w:autoSpaceDN w:val="0"/>
              <w:spacing w:before="78"/>
              <w:ind w:left="142"/>
              <w:jc w:val="both"/>
              <w:rPr>
                <w:rFonts w:ascii="Times New Roman" w:hAnsi="Times New Roman" w:cs="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F44E79" w:rsidRPr="006418AC" w:rsidRDefault="00F44E79" w:rsidP="00C92330">
            <w:pPr>
              <w:tabs>
                <w:tab w:val="left" w:pos="284"/>
              </w:tabs>
              <w:ind w:left="142"/>
              <w:jc w:val="both"/>
              <w:rPr>
                <w:rFonts w:ascii="Times New Roman" w:hAnsi="Times New Roman" w:cs="Times New Roman"/>
                <w:b/>
              </w:rPr>
            </w:pPr>
          </w:p>
        </w:tc>
      </w:tr>
    </w:tbl>
    <w:p w:rsidR="00F44E79" w:rsidRDefault="00F44E79">
      <w:pPr>
        <w:pStyle w:val="BodyText"/>
        <w:spacing w:after="440" w:line="266" w:lineRule="auto"/>
        <w:jc w:val="both"/>
        <w:rPr>
          <w:rStyle w:val="BodyTextChar1"/>
          <w:rFonts w:ascii="Times New Roman" w:hAnsi="Times New Roman"/>
          <w:sz w:val="24"/>
          <w:szCs w:val="24"/>
        </w:rPr>
      </w:pPr>
    </w:p>
    <w:p w:rsidR="00F44E79" w:rsidRDefault="00F44E79">
      <w:pPr>
        <w:pStyle w:val="BodyText"/>
        <w:spacing w:after="440" w:line="266" w:lineRule="auto"/>
        <w:jc w:val="both"/>
        <w:rPr>
          <w:rStyle w:val="BodyTextChar1"/>
          <w:rFonts w:ascii="Times New Roman" w:hAnsi="Times New Roman"/>
          <w:sz w:val="24"/>
          <w:szCs w:val="24"/>
        </w:rPr>
      </w:pPr>
    </w:p>
    <w:p w:rsidR="00F44E79" w:rsidRDefault="00F44E79">
      <w:pPr>
        <w:pStyle w:val="BodyText"/>
        <w:spacing w:after="440" w:line="266" w:lineRule="auto"/>
        <w:jc w:val="both"/>
        <w:rPr>
          <w:rStyle w:val="BodyTextChar1"/>
          <w:rFonts w:ascii="Times New Roman" w:hAnsi="Times New Roman"/>
          <w:sz w:val="24"/>
          <w:szCs w:val="24"/>
        </w:rPr>
      </w:pPr>
    </w:p>
    <w:p w:rsidR="00F44E79" w:rsidRPr="00025A49" w:rsidRDefault="00F44E79">
      <w:pPr>
        <w:pStyle w:val="24"/>
        <w:keepNext/>
        <w:keepLines/>
        <w:pBdr>
          <w:bottom w:val="single" w:sz="4" w:space="0" w:color="auto"/>
        </w:pBdr>
        <w:spacing w:after="280" w:line="240" w:lineRule="auto"/>
        <w:jc w:val="both"/>
        <w:rPr>
          <w:rFonts w:ascii="Times New Roman" w:hAnsi="Times New Roman"/>
          <w:b w:val="0"/>
          <w:bCs w:val="0"/>
          <w:color w:val="auto"/>
          <w:w w:val="100"/>
        </w:rPr>
      </w:pPr>
    </w:p>
    <w:p w:rsidR="00F44E79" w:rsidRDefault="00F44E79">
      <w:pPr>
        <w:pStyle w:val="BodyText"/>
        <w:spacing w:line="276" w:lineRule="auto"/>
        <w:jc w:val="both"/>
        <w:rPr>
          <w:rStyle w:val="BodyTextChar1"/>
          <w:rFonts w:cs="Georgia"/>
        </w:rPr>
      </w:pPr>
    </w:p>
    <w:p w:rsidR="00F44E79" w:rsidRDefault="00F44E79">
      <w:pPr>
        <w:pStyle w:val="BodyText"/>
        <w:spacing w:line="276" w:lineRule="auto"/>
        <w:jc w:val="both"/>
        <w:rPr>
          <w:rFonts w:ascii="Courier New" w:hAnsi="Courier New" w:cs="Courier New"/>
          <w:color w:val="auto"/>
          <w:sz w:val="24"/>
          <w:szCs w:val="24"/>
        </w:rPr>
        <w:sectPr w:rsidR="00F44E79">
          <w:footerReference w:type="even" r:id="rId498"/>
          <w:footerReference w:type="default" r:id="rId499"/>
          <w:footnotePr>
            <w:numFmt w:val="upperRoman"/>
          </w:footnotePr>
          <w:pgSz w:w="7824" w:h="12019"/>
          <w:pgMar w:top="658" w:right="703" w:bottom="875" w:left="704" w:header="0" w:footer="3" w:gutter="0"/>
          <w:cols w:space="720"/>
          <w:noEndnote/>
          <w:docGrid w:linePitch="360"/>
        </w:sectPr>
      </w:pPr>
    </w:p>
    <w:p w:rsidR="00F44E79" w:rsidRDefault="00F44E79" w:rsidP="001C7BA4">
      <w:pPr>
        <w:pStyle w:val="33"/>
        <w:keepNext/>
        <w:keepLines/>
        <w:numPr>
          <w:ilvl w:val="2"/>
          <w:numId w:val="81"/>
        </w:numPr>
        <w:pBdr>
          <w:bottom w:val="single" w:sz="4" w:space="0" w:color="auto"/>
        </w:pBdr>
        <w:tabs>
          <w:tab w:val="left" w:pos="759"/>
        </w:tabs>
        <w:spacing w:after="240" w:line="240" w:lineRule="auto"/>
        <w:jc w:val="both"/>
        <w:rPr>
          <w:b w:val="0"/>
          <w:bCs w:val="0"/>
          <w:color w:val="auto"/>
          <w:sz w:val="24"/>
          <w:szCs w:val="24"/>
        </w:rPr>
      </w:pPr>
      <w:bookmarkStart w:id="143" w:name="bookmark1007"/>
      <w:bookmarkStart w:id="144" w:name="bookmark1529"/>
      <w:bookmarkStart w:id="145" w:name="bookmark2513"/>
      <w:bookmarkStart w:id="146" w:name="bookmark2648"/>
      <w:bookmarkStart w:id="147" w:name="bookmark2646"/>
      <w:bookmarkStart w:id="148" w:name="bookmark2647"/>
      <w:bookmarkStart w:id="149" w:name="bookmark2649"/>
      <w:bookmarkEnd w:id="143"/>
      <w:bookmarkEnd w:id="144"/>
      <w:bookmarkEnd w:id="145"/>
      <w:bookmarkEnd w:id="146"/>
      <w:r>
        <w:rPr>
          <w:rStyle w:val="32"/>
          <w:rFonts w:cs="Arial"/>
          <w:b/>
          <w:sz w:val="19"/>
          <w:szCs w:val="19"/>
        </w:rPr>
        <w:t>ИСТОРИЯ</w:t>
      </w:r>
      <w:bookmarkEnd w:id="147"/>
      <w:bookmarkEnd w:id="148"/>
      <w:bookmarkEnd w:id="149"/>
    </w:p>
    <w:p w:rsidR="00F44E79" w:rsidRDefault="00F44E79">
      <w:pPr>
        <w:pStyle w:val="BodyText"/>
        <w:spacing w:after="400"/>
        <w:jc w:val="both"/>
        <w:rPr>
          <w:rStyle w:val="BodyTextChar1"/>
          <w:rFonts w:cs="Georgia"/>
        </w:rPr>
      </w:pPr>
      <w:r>
        <w:rPr>
          <w:rStyle w:val="BodyTextChar1"/>
          <w:rFonts w:cs="Georgia"/>
        </w:rPr>
        <w:t>Рабочая программа по истории на уровне основ</w:t>
      </w:r>
      <w:r>
        <w:rPr>
          <w:rStyle w:val="BodyTextChar1"/>
          <w:rFonts w:cs="Georgia"/>
        </w:rPr>
        <w:softHyphen/>
        <w:t>ного общего образования составлена на основе положений и требований к результатам освоения основной образователь</w:t>
      </w:r>
      <w:r>
        <w:rPr>
          <w:rStyle w:val="BodyTextChar1"/>
          <w:rFonts w:cs="Georgia"/>
        </w:rPr>
        <w:softHyphen/>
        <w:t>ной программы, представленных в Федеральном государствен</w:t>
      </w:r>
      <w:r>
        <w:rPr>
          <w:rStyle w:val="BodyTextChar1"/>
          <w:rFonts w:cs="Georgia"/>
        </w:rPr>
        <w:softHyphen/>
        <w:t>ном образовательном стандарте основного общего образования, а также с учетом Программы воспитания.</w:t>
      </w:r>
    </w:p>
    <w:p w:rsidR="00F44E79" w:rsidRPr="002D1403" w:rsidRDefault="00F44E79" w:rsidP="00DE5D44">
      <w:pPr>
        <w:pStyle w:val="Heading1"/>
        <w:jc w:val="both"/>
        <w:rPr>
          <w:rFonts w:ascii="Times New Roman" w:hAnsi="Times New Roman"/>
          <w:sz w:val="24"/>
          <w:szCs w:val="24"/>
        </w:rPr>
      </w:pPr>
      <w:bookmarkStart w:id="150" w:name="_Toc106195567"/>
      <w:bookmarkStart w:id="151" w:name="_Toc106195566"/>
      <w:bookmarkStart w:id="152" w:name="_Toc106195565"/>
      <w:bookmarkStart w:id="153" w:name="_Toc106195564"/>
      <w:bookmarkEnd w:id="150"/>
      <w:bookmarkEnd w:id="151"/>
      <w:bookmarkEnd w:id="152"/>
      <w:bookmarkEnd w:id="153"/>
      <w:r w:rsidRPr="002D1403">
        <w:rPr>
          <w:rFonts w:ascii="Times New Roman" w:hAnsi="Times New Roman"/>
          <w:sz w:val="24"/>
          <w:szCs w:val="24"/>
        </w:rPr>
        <w:t>СОДЕРЖАНИЕ УЧЕБНОГО ПРЕДМЕТА «ИСТОРИЯ»</w:t>
      </w:r>
      <w:bookmarkStart w:id="154" w:name="_Toc106195568"/>
      <w:bookmarkEnd w:id="154"/>
    </w:p>
    <w:p w:rsidR="00F44E79" w:rsidRPr="00DE5D44" w:rsidRDefault="00F44E79" w:rsidP="00DE5D44">
      <w:pPr>
        <w:pStyle w:val="Heading2"/>
        <w:jc w:val="both"/>
        <w:rPr>
          <w:rFonts w:ascii="Times New Roman" w:hAnsi="Times New Roman"/>
          <w:sz w:val="24"/>
          <w:szCs w:val="24"/>
          <w:lang w:val="ru-RU"/>
        </w:rPr>
      </w:pPr>
      <w:r w:rsidRPr="00DE5D44">
        <w:rPr>
          <w:rStyle w:val="BoldItalic"/>
          <w:rFonts w:ascii="Times New Roman" w:hAnsi="Times New Roman"/>
          <w:bCs w:val="0"/>
          <w:iCs/>
          <w:color w:val="auto"/>
          <w:sz w:val="24"/>
          <w:szCs w:val="24"/>
          <w:lang w:val="ru-RU"/>
        </w:rPr>
        <w:t>Структура и последовательность изучения курсов</w:t>
      </w:r>
      <w:bookmarkStart w:id="155" w:name="_Toc106118506"/>
      <w:bookmarkStart w:id="156" w:name="_Toc106195569"/>
      <w:bookmarkEnd w:id="155"/>
      <w:bookmarkEnd w:id="156"/>
    </w:p>
    <w:tbl>
      <w:tblPr>
        <w:tblW w:w="9805" w:type="dxa"/>
        <w:tblInd w:w="113" w:type="dxa"/>
        <w:tblLayout w:type="fixed"/>
        <w:tblCellMar>
          <w:left w:w="10" w:type="dxa"/>
          <w:right w:w="10" w:type="dxa"/>
        </w:tblCellMar>
        <w:tblLook w:val="0000"/>
      </w:tblPr>
      <w:tblGrid>
        <w:gridCol w:w="794"/>
        <w:gridCol w:w="6459"/>
        <w:gridCol w:w="2552"/>
      </w:tblGrid>
      <w:tr w:rsidR="00F44E79" w:rsidRPr="002D1403" w:rsidTr="00B725B2">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2D1403" w:rsidRDefault="00F44E79" w:rsidP="00B725B2">
            <w:pPr>
              <w:pStyle w:val="table-head"/>
              <w:jc w:val="both"/>
              <w:rPr>
                <w:rFonts w:ascii="Times New Roman" w:hAnsi="Times New Roman" w:cs="Times New Roman"/>
                <w:sz w:val="24"/>
                <w:szCs w:val="24"/>
              </w:rPr>
            </w:pPr>
            <w:r w:rsidRPr="002D1403">
              <w:rPr>
                <w:rFonts w:ascii="Times New Roman" w:hAnsi="Times New Roman" w:cs="Times New Roman"/>
                <w:sz w:val="24"/>
                <w:szCs w:val="24"/>
              </w:rPr>
              <w:t>Класс</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2D1403" w:rsidRDefault="00F44E79" w:rsidP="00B725B2">
            <w:pPr>
              <w:pStyle w:val="table-head"/>
              <w:jc w:val="both"/>
              <w:rPr>
                <w:rFonts w:ascii="Times New Roman" w:hAnsi="Times New Roman" w:cs="Times New Roman"/>
                <w:sz w:val="24"/>
                <w:szCs w:val="24"/>
              </w:rPr>
            </w:pPr>
            <w:r w:rsidRPr="002D1403">
              <w:rPr>
                <w:rFonts w:ascii="Times New Roman" w:hAnsi="Times New Roman" w:cs="Times New Roman"/>
                <w:sz w:val="24"/>
                <w:szCs w:val="24"/>
              </w:rPr>
              <w:t>Разделы курсов</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2D1403" w:rsidRDefault="00F44E79" w:rsidP="00B725B2">
            <w:pPr>
              <w:pStyle w:val="table-head"/>
              <w:jc w:val="both"/>
              <w:rPr>
                <w:rFonts w:ascii="Times New Roman" w:hAnsi="Times New Roman" w:cs="Times New Roman"/>
                <w:sz w:val="24"/>
                <w:szCs w:val="24"/>
              </w:rPr>
            </w:pPr>
            <w:r w:rsidRPr="002D1403">
              <w:rPr>
                <w:rFonts w:ascii="Times New Roman" w:hAnsi="Times New Roman" w:cs="Times New Roman"/>
                <w:sz w:val="24"/>
                <w:szCs w:val="24"/>
              </w:rPr>
              <w:t>Количество учебных часов</w:t>
            </w:r>
            <w:r w:rsidRPr="002D1403">
              <w:rPr>
                <w:rStyle w:val="footnote-num"/>
                <w:rFonts w:ascii="Times New Roman" w:hAnsi="Times New Roman" w:cs="Times New Roman"/>
                <w:b w:val="0"/>
                <w:bCs w:val="0"/>
                <w:sz w:val="24"/>
                <w:szCs w:val="24"/>
              </w:rPr>
              <w:t>2</w:t>
            </w:r>
          </w:p>
        </w:tc>
      </w:tr>
      <w:tr w:rsidR="00F44E79" w:rsidRPr="002D1403" w:rsidTr="00B725B2">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jc w:val="both"/>
              <w:rPr>
                <w:rFonts w:ascii="Times New Roman" w:hAnsi="Times New Roman" w:cs="Times New Roman"/>
                <w:sz w:val="24"/>
                <w:szCs w:val="24"/>
              </w:rPr>
            </w:pPr>
            <w:r w:rsidRPr="002D1403">
              <w:rPr>
                <w:rFonts w:ascii="Times New Roman" w:hAnsi="Times New Roman" w:cs="Times New Roman"/>
                <w:sz w:val="24"/>
                <w:szCs w:val="24"/>
              </w:rPr>
              <w:t>5</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Всеобщая история. История Древнего мира</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68</w:t>
            </w:r>
          </w:p>
        </w:tc>
      </w:tr>
      <w:tr w:rsidR="00F44E79" w:rsidRPr="002D1403" w:rsidTr="00B725B2">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jc w:val="both"/>
              <w:rPr>
                <w:rFonts w:ascii="Times New Roman" w:hAnsi="Times New Roman" w:cs="Times New Roman"/>
                <w:sz w:val="24"/>
                <w:szCs w:val="24"/>
              </w:rPr>
            </w:pPr>
            <w:r w:rsidRPr="002D1403">
              <w:rPr>
                <w:rFonts w:ascii="Times New Roman" w:hAnsi="Times New Roman" w:cs="Times New Roman"/>
                <w:sz w:val="24"/>
                <w:szCs w:val="24"/>
              </w:rPr>
              <w:t>6</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Всеобщая история. История Средних веков</w:t>
            </w:r>
          </w:p>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История России. От Руси к Российскому государству</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23</w:t>
            </w:r>
          </w:p>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45</w:t>
            </w:r>
          </w:p>
        </w:tc>
      </w:tr>
      <w:tr w:rsidR="00F44E79" w:rsidRPr="002D1403" w:rsidTr="00B725B2">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jc w:val="both"/>
              <w:rPr>
                <w:rFonts w:ascii="Times New Roman" w:hAnsi="Times New Roman" w:cs="Times New Roman"/>
                <w:sz w:val="24"/>
                <w:szCs w:val="24"/>
              </w:rPr>
            </w:pPr>
            <w:r w:rsidRPr="002D1403">
              <w:rPr>
                <w:rFonts w:ascii="Times New Roman" w:hAnsi="Times New Roman" w:cs="Times New Roman"/>
                <w:sz w:val="24"/>
                <w:szCs w:val="24"/>
              </w:rPr>
              <w:t>7</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 xml:space="preserve">Всеобщая история. Новая история. </w:t>
            </w:r>
            <w:r w:rsidRPr="002D1403">
              <w:rPr>
                <w:rFonts w:ascii="Times New Roman" w:hAnsi="Times New Roman" w:cs="Times New Roman"/>
                <w:sz w:val="24"/>
                <w:szCs w:val="24"/>
              </w:rPr>
              <w:br/>
              <w:t>XVI—XVII вв.</w:t>
            </w:r>
          </w:p>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История России. Россия в XVI—XVII вв.: от великого княжества к царству</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23</w:t>
            </w:r>
          </w:p>
          <w:p w:rsidR="00F44E79" w:rsidRPr="002D1403" w:rsidRDefault="00F44E79" w:rsidP="00B725B2">
            <w:pPr>
              <w:pStyle w:val="table-bodycentre"/>
              <w:spacing w:after="0"/>
              <w:jc w:val="both"/>
              <w:rPr>
                <w:rFonts w:ascii="Times New Roman" w:hAnsi="Times New Roman" w:cs="Times New Roman"/>
                <w:sz w:val="24"/>
                <w:szCs w:val="24"/>
              </w:rPr>
            </w:pPr>
          </w:p>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45</w:t>
            </w:r>
          </w:p>
        </w:tc>
      </w:tr>
      <w:tr w:rsidR="00F44E79" w:rsidRPr="002D1403" w:rsidTr="00B725B2">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jc w:val="both"/>
              <w:rPr>
                <w:rFonts w:ascii="Times New Roman" w:hAnsi="Times New Roman" w:cs="Times New Roman"/>
                <w:sz w:val="24"/>
                <w:szCs w:val="24"/>
              </w:rPr>
            </w:pPr>
            <w:r w:rsidRPr="002D1403">
              <w:rPr>
                <w:rFonts w:ascii="Times New Roman" w:hAnsi="Times New Roman" w:cs="Times New Roman"/>
                <w:sz w:val="24"/>
                <w:szCs w:val="24"/>
              </w:rPr>
              <w:t>8</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Всеобщая история. Новая история. XVIII в.</w:t>
            </w:r>
          </w:p>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История России. Россия в конце XVII—XVIII вв.: от царства к империи</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23</w:t>
            </w:r>
          </w:p>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45</w:t>
            </w:r>
          </w:p>
        </w:tc>
      </w:tr>
      <w:tr w:rsidR="00F44E79" w:rsidRPr="002D1403" w:rsidTr="00B725B2">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jc w:val="both"/>
              <w:rPr>
                <w:rFonts w:ascii="Times New Roman" w:hAnsi="Times New Roman" w:cs="Times New Roman"/>
                <w:sz w:val="24"/>
                <w:szCs w:val="24"/>
              </w:rPr>
            </w:pPr>
            <w:r w:rsidRPr="002D1403">
              <w:rPr>
                <w:rFonts w:ascii="Times New Roman" w:hAnsi="Times New Roman" w:cs="Times New Roman"/>
                <w:sz w:val="24"/>
                <w:szCs w:val="24"/>
              </w:rPr>
              <w:t>9</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 xml:space="preserve">Всеобщая история. Новая история. </w:t>
            </w:r>
            <w:r w:rsidRPr="002D1403">
              <w:rPr>
                <w:rFonts w:ascii="Times New Roman" w:hAnsi="Times New Roman" w:cs="Times New Roman"/>
                <w:sz w:val="24"/>
                <w:szCs w:val="24"/>
              </w:rPr>
              <w:br/>
              <w:t>XIX — начало ХХ в.</w:t>
            </w:r>
          </w:p>
          <w:p w:rsidR="00F44E79" w:rsidRPr="002D1403" w:rsidRDefault="00F44E79" w:rsidP="00B725B2">
            <w:pPr>
              <w:pStyle w:val="table-body0mm"/>
              <w:jc w:val="both"/>
              <w:rPr>
                <w:rFonts w:ascii="Times New Roman" w:hAnsi="Times New Roman" w:cs="Times New Roman"/>
                <w:sz w:val="24"/>
                <w:szCs w:val="24"/>
              </w:rPr>
            </w:pPr>
            <w:r w:rsidRPr="002D1403">
              <w:rPr>
                <w:rFonts w:ascii="Times New Roman" w:hAnsi="Times New Roman" w:cs="Times New Roman"/>
                <w:sz w:val="24"/>
                <w:szCs w:val="24"/>
              </w:rPr>
              <w:t>История России. Российская империя в XIX — начале ХХ в.</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23</w:t>
            </w:r>
          </w:p>
          <w:p w:rsidR="00F44E79" w:rsidRPr="002D1403" w:rsidRDefault="00F44E79" w:rsidP="00B725B2">
            <w:pPr>
              <w:pStyle w:val="table-bodycentre"/>
              <w:spacing w:after="0"/>
              <w:jc w:val="both"/>
              <w:rPr>
                <w:rFonts w:ascii="Times New Roman" w:hAnsi="Times New Roman" w:cs="Times New Roman"/>
                <w:sz w:val="24"/>
                <w:szCs w:val="24"/>
              </w:rPr>
            </w:pPr>
          </w:p>
          <w:p w:rsidR="00F44E79" w:rsidRPr="002D1403" w:rsidRDefault="00F44E79" w:rsidP="00B725B2">
            <w:pPr>
              <w:pStyle w:val="table-bodycentre"/>
              <w:spacing w:after="0"/>
              <w:jc w:val="both"/>
              <w:rPr>
                <w:rFonts w:ascii="Times New Roman" w:hAnsi="Times New Roman" w:cs="Times New Roman"/>
                <w:sz w:val="24"/>
                <w:szCs w:val="24"/>
              </w:rPr>
            </w:pPr>
            <w:r w:rsidRPr="002D1403">
              <w:rPr>
                <w:rFonts w:ascii="Times New Roman" w:hAnsi="Times New Roman" w:cs="Times New Roman"/>
                <w:sz w:val="24"/>
                <w:szCs w:val="24"/>
              </w:rPr>
              <w:t>45</w:t>
            </w:r>
          </w:p>
        </w:tc>
      </w:tr>
    </w:tbl>
    <w:p w:rsidR="00F44E79" w:rsidRPr="002D1403" w:rsidRDefault="00F44E79" w:rsidP="00DE5D44">
      <w:pPr>
        <w:pStyle w:val="body"/>
        <w:rPr>
          <w:rFonts w:ascii="Times New Roman" w:hAnsi="Times New Roman" w:cs="Times New Roman"/>
          <w:sz w:val="24"/>
          <w:szCs w:val="24"/>
        </w:rPr>
      </w:pPr>
    </w:p>
    <w:p w:rsidR="00F44E79" w:rsidRPr="002D1403" w:rsidRDefault="00F44E79" w:rsidP="00DE5D44">
      <w:pPr>
        <w:pStyle w:val="Heading3"/>
        <w:jc w:val="both"/>
        <w:rPr>
          <w:rFonts w:ascii="Times New Roman" w:hAnsi="Times New Roman"/>
        </w:rPr>
      </w:pPr>
      <w:bookmarkStart w:id="157" w:name="_Toc106195570"/>
      <w:r w:rsidRPr="002D1403">
        <w:rPr>
          <w:rFonts w:ascii="Times New Roman" w:hAnsi="Times New Roman"/>
          <w:color w:val="auto"/>
        </w:rPr>
        <w:t>5 КЛАСС</w:t>
      </w:r>
      <w:bookmarkEnd w:id="157"/>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ИСТОРИЯ ДРЕВНЕГО МИРА </w:t>
      </w:r>
      <w:r w:rsidRPr="002D1403">
        <w:rPr>
          <w:rStyle w:val="Book"/>
          <w:rFonts w:cs="Times New Roman"/>
          <w:b w:val="0"/>
          <w:bCs w:val="0"/>
          <w:sz w:val="24"/>
          <w:szCs w:val="24"/>
        </w:rPr>
        <w:t>(68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ПЕРВОБЫТНОСТЬ </w:t>
      </w:r>
      <w:r w:rsidRPr="002D1403">
        <w:rPr>
          <w:rStyle w:val="Book"/>
          <w:rFonts w:cs="Times New Roman"/>
          <w:b w:val="0"/>
          <w:bCs w:val="0"/>
          <w:sz w:val="24"/>
          <w:szCs w:val="24"/>
        </w:rPr>
        <w:t>(4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2"/>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Разложение первобытнообщинных отношений. На пороге цивилизации.</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 xml:space="preserve">ДРЕВНИЙ МИР </w:t>
      </w:r>
      <w:r w:rsidRPr="002D1403">
        <w:rPr>
          <w:rStyle w:val="Book"/>
          <w:rFonts w:cs="Times New Roman"/>
          <w:b w:val="0"/>
          <w:bCs w:val="0"/>
          <w:sz w:val="24"/>
          <w:szCs w:val="24"/>
        </w:rPr>
        <w:t>(62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Понятие и хронологические рамки истории Древнего мира. Карта Древнего мира.</w:t>
      </w:r>
    </w:p>
    <w:p w:rsidR="00F44E79" w:rsidRPr="002D1403" w:rsidRDefault="00F44E79" w:rsidP="00DE5D44">
      <w:pPr>
        <w:pStyle w:val="h3"/>
        <w:spacing w:before="281"/>
        <w:jc w:val="both"/>
        <w:rPr>
          <w:rFonts w:cs="Times New Roman"/>
          <w:sz w:val="24"/>
          <w:szCs w:val="24"/>
        </w:rPr>
      </w:pPr>
      <w:r w:rsidRPr="002D1403">
        <w:rPr>
          <w:rStyle w:val="h3tracking"/>
          <w:rFonts w:ascii="Times New Roman" w:hAnsi="Times New Roman" w:cs="Times New Roman"/>
          <w:spacing w:val="22"/>
          <w:sz w:val="24"/>
          <w:szCs w:val="24"/>
        </w:rPr>
        <w:t>Древний Восто</w:t>
      </w:r>
      <w:r w:rsidRPr="002D1403">
        <w:rPr>
          <w:rFonts w:cs="Times New Roman"/>
          <w:sz w:val="24"/>
          <w:szCs w:val="24"/>
        </w:rPr>
        <w:t>к</w:t>
      </w:r>
      <w:r w:rsidRPr="002D1403">
        <w:rPr>
          <w:rStyle w:val="BoldItalic"/>
          <w:rFonts w:cs="Times New Roman"/>
          <w:bCs w:val="0"/>
          <w:sz w:val="24"/>
          <w:szCs w:val="24"/>
        </w:rPr>
        <w:t xml:space="preserve"> </w:t>
      </w:r>
      <w:r w:rsidRPr="002D1403">
        <w:rPr>
          <w:rStyle w:val="Book"/>
          <w:rFonts w:cs="Times New Roman"/>
          <w:b w:val="0"/>
          <w:bCs w:val="0"/>
          <w:sz w:val="24"/>
          <w:szCs w:val="24"/>
        </w:rPr>
        <w:t>(20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Понятие «Древний Восток». Карта Древневосточного мира.</w:t>
      </w:r>
    </w:p>
    <w:p w:rsidR="00F44E79" w:rsidRPr="002D1403" w:rsidRDefault="00F44E79" w:rsidP="00DE5D44">
      <w:pPr>
        <w:pStyle w:val="h3"/>
        <w:spacing w:before="281"/>
        <w:jc w:val="both"/>
        <w:rPr>
          <w:rFonts w:cs="Times New Roman"/>
          <w:sz w:val="24"/>
          <w:szCs w:val="24"/>
        </w:rPr>
      </w:pPr>
      <w:r w:rsidRPr="002D1403">
        <w:rPr>
          <w:rFonts w:cs="Times New Roman"/>
          <w:sz w:val="24"/>
          <w:szCs w:val="24"/>
        </w:rPr>
        <w:t>Древний Египет</w:t>
      </w:r>
      <w:r w:rsidRPr="002D1403">
        <w:rPr>
          <w:rStyle w:val="BoldItalic"/>
          <w:rFonts w:cs="Times New Roman"/>
          <w:bCs w:val="0"/>
          <w:sz w:val="24"/>
          <w:szCs w:val="24"/>
        </w:rPr>
        <w:t xml:space="preserve"> </w:t>
      </w:r>
      <w:r w:rsidRPr="002D1403">
        <w:rPr>
          <w:rStyle w:val="Book"/>
          <w:rFonts w:cs="Times New Roman"/>
          <w:b w:val="0"/>
          <w:bCs w:val="0"/>
          <w:sz w:val="24"/>
          <w:szCs w:val="24"/>
        </w:rPr>
        <w:t>(7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44E79" w:rsidRPr="002D1403" w:rsidRDefault="00F44E79" w:rsidP="00DE5D44">
      <w:pPr>
        <w:pStyle w:val="h3"/>
        <w:spacing w:before="281"/>
        <w:jc w:val="both"/>
        <w:rPr>
          <w:rFonts w:cs="Times New Roman"/>
          <w:sz w:val="24"/>
          <w:szCs w:val="24"/>
        </w:rPr>
      </w:pPr>
      <w:r w:rsidRPr="002D1403">
        <w:rPr>
          <w:rFonts w:cs="Times New Roman"/>
          <w:sz w:val="24"/>
          <w:szCs w:val="24"/>
        </w:rPr>
        <w:t xml:space="preserve">Древние цивилизации Месопотамии </w:t>
      </w:r>
      <w:r w:rsidRPr="002D1403">
        <w:rPr>
          <w:rStyle w:val="Book"/>
          <w:rFonts w:cs="Times New Roman"/>
          <w:b w:val="0"/>
          <w:bCs w:val="0"/>
          <w:sz w:val="24"/>
          <w:szCs w:val="24"/>
        </w:rPr>
        <w:t>(4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Древний Вавилон. Царь Хаммурапи и его законы.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Усиление Нововавилонского царства. Легендарные памятники города Вавилона.</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Восточное Средиземноморье в древности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1"/>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 xml:space="preserve">Персидская держава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 xml:space="preserve">Древняя Индия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 xml:space="preserve">Древний Китай </w:t>
      </w:r>
      <w:r w:rsidRPr="002D1403">
        <w:rPr>
          <w:rStyle w:val="Book"/>
          <w:rFonts w:cs="Times New Roman"/>
          <w:b w:val="0"/>
          <w:bCs w:val="0"/>
          <w:sz w:val="24"/>
          <w:szCs w:val="24"/>
        </w:rPr>
        <w:t>(3 ч)</w:t>
      </w:r>
    </w:p>
    <w:p w:rsidR="00F44E79" w:rsidRPr="00DE5D44" w:rsidRDefault="00F44E79" w:rsidP="00DE5D44">
      <w:pPr>
        <w:pStyle w:val="BasicParagraph"/>
        <w:jc w:val="both"/>
        <w:rPr>
          <w:rFonts w:ascii="Times New Roman" w:hAnsi="Times New Roman" w:cs="Times New Roman"/>
          <w:lang w:val="ru-RU"/>
        </w:rPr>
      </w:pPr>
      <w:r w:rsidRPr="00DE5D44">
        <w:rPr>
          <w:rFonts w:ascii="Times New Roman" w:hAnsi="Times New Roman" w:cs="Times New Roman"/>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44E79" w:rsidRPr="002D1403" w:rsidRDefault="00F44E79" w:rsidP="00DE5D44">
      <w:pPr>
        <w:pStyle w:val="h3"/>
        <w:spacing w:before="283"/>
        <w:jc w:val="both"/>
        <w:rPr>
          <w:rFonts w:cs="Times New Roman"/>
          <w:sz w:val="24"/>
          <w:szCs w:val="24"/>
        </w:rPr>
      </w:pPr>
      <w:r w:rsidRPr="002D1403">
        <w:rPr>
          <w:rStyle w:val="h3tracking"/>
          <w:rFonts w:ascii="Times New Roman" w:hAnsi="Times New Roman" w:cs="Times New Roman"/>
          <w:spacing w:val="22"/>
          <w:sz w:val="24"/>
          <w:szCs w:val="24"/>
        </w:rPr>
        <w:t>Древняя Греция. Эллиниз</w:t>
      </w:r>
      <w:r w:rsidRPr="002D1403">
        <w:rPr>
          <w:rFonts w:cs="Times New Roman"/>
          <w:sz w:val="24"/>
          <w:szCs w:val="24"/>
        </w:rPr>
        <w:t xml:space="preserve">м </w:t>
      </w:r>
      <w:r w:rsidRPr="002D1403">
        <w:rPr>
          <w:rStyle w:val="Book"/>
          <w:rFonts w:cs="Times New Roman"/>
          <w:b w:val="0"/>
          <w:bCs w:val="0"/>
          <w:sz w:val="24"/>
          <w:szCs w:val="24"/>
        </w:rPr>
        <w:t>(20 ч)</w:t>
      </w:r>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Древнейшая Греция </w:t>
      </w:r>
      <w:r w:rsidRPr="002D1403">
        <w:rPr>
          <w:rStyle w:val="Book"/>
          <w:rFonts w:cs="Times New Roman"/>
          <w:b w:val="0"/>
          <w:bCs w:val="0"/>
          <w:sz w:val="24"/>
          <w:szCs w:val="24"/>
        </w:rPr>
        <w:t>(4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Греческие полисы </w:t>
      </w:r>
      <w:r w:rsidRPr="002D1403">
        <w:rPr>
          <w:rStyle w:val="Book"/>
          <w:rFonts w:cs="Times New Roman"/>
          <w:b w:val="0"/>
          <w:bCs w:val="0"/>
          <w:sz w:val="24"/>
          <w:szCs w:val="24"/>
        </w:rPr>
        <w:t>(10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Культура Древней Греции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Религия древних греков; пантеон богов. Храмы и жрецы.</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Македонские завоевания. Эллинизм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44E79" w:rsidRPr="002D1403" w:rsidRDefault="00F44E79" w:rsidP="00DE5D44">
      <w:pPr>
        <w:pStyle w:val="h3"/>
        <w:jc w:val="both"/>
        <w:rPr>
          <w:rFonts w:cs="Times New Roman"/>
          <w:sz w:val="24"/>
          <w:szCs w:val="24"/>
        </w:rPr>
      </w:pPr>
      <w:r w:rsidRPr="002D1403">
        <w:rPr>
          <w:rStyle w:val="h3tracking"/>
          <w:rFonts w:ascii="Times New Roman" w:hAnsi="Times New Roman" w:cs="Times New Roman"/>
          <w:spacing w:val="22"/>
          <w:sz w:val="24"/>
          <w:szCs w:val="24"/>
        </w:rPr>
        <w:t>Древний Ри</w:t>
      </w:r>
      <w:r w:rsidRPr="002D1403">
        <w:rPr>
          <w:rFonts w:cs="Times New Roman"/>
          <w:sz w:val="24"/>
          <w:szCs w:val="24"/>
        </w:rPr>
        <w:t xml:space="preserve">м </w:t>
      </w:r>
      <w:r w:rsidRPr="002D1403">
        <w:rPr>
          <w:rStyle w:val="Book"/>
          <w:rFonts w:cs="Times New Roman"/>
          <w:b w:val="0"/>
          <w:bCs w:val="0"/>
          <w:sz w:val="24"/>
          <w:szCs w:val="24"/>
        </w:rPr>
        <w:t>(20 ч)</w:t>
      </w:r>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Возникновение Римского государства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44E79" w:rsidRPr="002D1403" w:rsidRDefault="00F44E79" w:rsidP="00DE5D44">
      <w:pPr>
        <w:pStyle w:val="h3"/>
        <w:jc w:val="both"/>
        <w:rPr>
          <w:rFonts w:cs="Times New Roman"/>
          <w:sz w:val="24"/>
          <w:szCs w:val="24"/>
        </w:rPr>
      </w:pPr>
      <w:r w:rsidRPr="002D1403">
        <w:rPr>
          <w:rFonts w:cs="Times New Roman"/>
          <w:sz w:val="24"/>
          <w:szCs w:val="24"/>
        </w:rPr>
        <w:t>Римские завоевания в Средиземноморье</w:t>
      </w:r>
      <w:r w:rsidRPr="002D1403">
        <w:rPr>
          <w:rStyle w:val="BoldItalic"/>
          <w:rFonts w:cs="Times New Roman"/>
          <w:bCs w:val="0"/>
          <w:sz w:val="24"/>
          <w:szCs w:val="24"/>
        </w:rPr>
        <w:t xml:space="preserve">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44E79" w:rsidRPr="002D1403" w:rsidRDefault="00F44E79" w:rsidP="00DE5D44">
      <w:pPr>
        <w:pStyle w:val="h3"/>
        <w:jc w:val="both"/>
        <w:rPr>
          <w:rFonts w:cs="Times New Roman"/>
          <w:sz w:val="24"/>
          <w:szCs w:val="24"/>
        </w:rPr>
      </w:pPr>
      <w:r w:rsidRPr="002D1403">
        <w:rPr>
          <w:rFonts w:cs="Times New Roman"/>
          <w:sz w:val="24"/>
          <w:szCs w:val="24"/>
        </w:rPr>
        <w:t>Поздняя Римская республика. Гражданские войны</w:t>
      </w:r>
      <w:r w:rsidRPr="002D1403">
        <w:rPr>
          <w:rStyle w:val="BoldItalic"/>
          <w:rFonts w:cs="Times New Roman"/>
          <w:bCs w:val="0"/>
          <w:sz w:val="24"/>
          <w:szCs w:val="24"/>
        </w:rPr>
        <w:t xml:space="preserve"> </w:t>
      </w:r>
      <w:r w:rsidRPr="002D1403">
        <w:rPr>
          <w:rStyle w:val="Book"/>
          <w:rFonts w:cs="Times New Roman"/>
          <w:b w:val="0"/>
          <w:bCs w:val="0"/>
          <w:sz w:val="24"/>
          <w:szCs w:val="24"/>
        </w:rPr>
        <w:t>(5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44E79" w:rsidRPr="002D1403" w:rsidRDefault="00F44E79" w:rsidP="00DE5D44">
      <w:pPr>
        <w:pStyle w:val="h3"/>
        <w:jc w:val="both"/>
        <w:rPr>
          <w:rFonts w:cs="Times New Roman"/>
          <w:sz w:val="24"/>
          <w:szCs w:val="24"/>
        </w:rPr>
      </w:pPr>
    </w:p>
    <w:p w:rsidR="00F44E79" w:rsidRPr="002D1403" w:rsidRDefault="00F44E79" w:rsidP="00DE5D44">
      <w:pPr>
        <w:pStyle w:val="h3"/>
        <w:jc w:val="both"/>
        <w:rPr>
          <w:rFonts w:cs="Times New Roman"/>
          <w:sz w:val="24"/>
          <w:szCs w:val="24"/>
        </w:rPr>
      </w:pPr>
      <w:r w:rsidRPr="002D1403">
        <w:rPr>
          <w:rFonts w:cs="Times New Roman"/>
          <w:sz w:val="24"/>
          <w:szCs w:val="24"/>
        </w:rPr>
        <w:t xml:space="preserve">Расцвет и падение Римской империи </w:t>
      </w:r>
      <w:r w:rsidRPr="002D1403">
        <w:rPr>
          <w:rStyle w:val="Book"/>
          <w:rFonts w:cs="Times New Roman"/>
          <w:b w:val="0"/>
          <w:bCs w:val="0"/>
          <w:sz w:val="24"/>
          <w:szCs w:val="24"/>
        </w:rPr>
        <w:t>(6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F44E79" w:rsidRPr="002D1403" w:rsidRDefault="00F44E79" w:rsidP="00DE5D44">
      <w:pPr>
        <w:pStyle w:val="h3"/>
        <w:jc w:val="both"/>
        <w:rPr>
          <w:rFonts w:cs="Times New Roman"/>
          <w:sz w:val="24"/>
          <w:szCs w:val="24"/>
        </w:rPr>
      </w:pPr>
      <w:r w:rsidRPr="002D1403">
        <w:rPr>
          <w:rFonts w:cs="Times New Roman"/>
          <w:sz w:val="24"/>
          <w:szCs w:val="24"/>
        </w:rPr>
        <w:t>Культура Древнего Рима</w:t>
      </w:r>
      <w:r w:rsidRPr="002D1403">
        <w:rPr>
          <w:rStyle w:val="BoldItalic"/>
          <w:rFonts w:cs="Times New Roman"/>
          <w:bCs w:val="0"/>
          <w:sz w:val="24"/>
          <w:szCs w:val="24"/>
        </w:rPr>
        <w:t xml:space="preserve">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(2 ч). Историческое и культурное наследие цивилизаций Древнего мира.</w:t>
      </w:r>
    </w:p>
    <w:p w:rsidR="00F44E79" w:rsidRPr="002D1403" w:rsidRDefault="00F44E79" w:rsidP="00DE5D44">
      <w:pPr>
        <w:pStyle w:val="body"/>
        <w:rPr>
          <w:rFonts w:ascii="Times New Roman" w:hAnsi="Times New Roman" w:cs="Times New Roman"/>
          <w:sz w:val="24"/>
          <w:szCs w:val="24"/>
        </w:rPr>
      </w:pPr>
    </w:p>
    <w:p w:rsidR="00F44E79" w:rsidRPr="00DE5D44" w:rsidRDefault="00F44E79" w:rsidP="00DE5D44">
      <w:pPr>
        <w:pStyle w:val="Heading3"/>
        <w:jc w:val="both"/>
        <w:rPr>
          <w:rFonts w:ascii="Times New Roman" w:hAnsi="Times New Roman"/>
          <w:lang w:val="ru-RU"/>
        </w:rPr>
      </w:pPr>
      <w:bookmarkStart w:id="158" w:name="_Toc106195571"/>
      <w:r w:rsidRPr="00DE5D44">
        <w:rPr>
          <w:rFonts w:ascii="Times New Roman" w:hAnsi="Times New Roman"/>
          <w:color w:val="auto"/>
          <w:lang w:val="ru-RU"/>
        </w:rPr>
        <w:t>6 КЛАСС</w:t>
      </w:r>
      <w:bookmarkEnd w:id="158"/>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ВСЕОБЩАЯ ИСТОРИЯ. ИСТОРИЯ СРЕДНИХ ВЕКОВ </w:t>
      </w:r>
      <w:r w:rsidRPr="002D1403">
        <w:rPr>
          <w:rStyle w:val="Book"/>
          <w:rFonts w:cs="Times New Roman"/>
          <w:b w:val="0"/>
          <w:bCs w:val="0"/>
          <w:sz w:val="24"/>
          <w:szCs w:val="24"/>
        </w:rPr>
        <w:t>(23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(1 ч). Средние века: понятие, хронологические рамки и периодизация Средневековья.</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Народы Европы в раннее Средневековье </w:t>
      </w:r>
      <w:r w:rsidRPr="002D1403">
        <w:rPr>
          <w:rStyle w:val="Book"/>
          <w:rFonts w:cs="Times New Roman"/>
          <w:b w:val="0"/>
          <w:bCs w:val="0"/>
          <w:sz w:val="24"/>
          <w:szCs w:val="24"/>
        </w:rPr>
        <w:t>(4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Образование государств</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 xml:space="preserve">Византийская империя в VI—ХI вв.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 xml:space="preserve">Арабы в VI—ХI вв.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 xml:space="preserve">Средневековое европейское общество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Государства Европы в ХII—ХV вв. </w:t>
      </w:r>
      <w:r w:rsidRPr="002D1403">
        <w:rPr>
          <w:rStyle w:val="Book"/>
          <w:rFonts w:cs="Times New Roman"/>
          <w:b w:val="0"/>
          <w:bCs w:val="0"/>
          <w:sz w:val="24"/>
          <w:szCs w:val="24"/>
        </w:rPr>
        <w:t>(4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Культура средневековой Европы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Страны Востока в Средние века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pacing w:val="2"/>
          <w:sz w:val="24"/>
          <w:szCs w:val="24"/>
        </w:rPr>
        <w:t>Османская империя</w:t>
      </w:r>
      <w:r w:rsidRPr="002D1403">
        <w:rPr>
          <w:rFonts w:ascii="Times New Roman" w:hAnsi="Times New Roman" w:cs="Times New Roman"/>
          <w:spacing w:val="2"/>
          <w:sz w:val="24"/>
          <w:szCs w:val="24"/>
        </w:rPr>
        <w:t>: завоевания турок-османов (Балканы, падение Византии), управление империей, положение покоренных народов.</w:t>
      </w:r>
      <w:r w:rsidRPr="002D1403">
        <w:rPr>
          <w:rStyle w:val="BoldItalic"/>
          <w:rFonts w:ascii="Times New Roman" w:hAnsi="Times New Roman" w:cs="Times New Roman"/>
          <w:spacing w:val="2"/>
          <w:sz w:val="24"/>
          <w:szCs w:val="24"/>
        </w:rPr>
        <w:t xml:space="preserve"> Монгольская держава</w:t>
      </w:r>
      <w:r w:rsidRPr="002D1403">
        <w:rPr>
          <w:rFonts w:ascii="Times New Roman" w:hAnsi="Times New Roman"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2D1403">
        <w:rPr>
          <w:rStyle w:val="BoldItalic"/>
          <w:rFonts w:ascii="Times New Roman" w:hAnsi="Times New Roman" w:cs="Times New Roman"/>
          <w:spacing w:val="2"/>
          <w:sz w:val="24"/>
          <w:szCs w:val="24"/>
        </w:rPr>
        <w:t>Китай</w:t>
      </w:r>
      <w:r w:rsidRPr="002D1403">
        <w:rPr>
          <w:rFonts w:ascii="Times New Roman" w:hAnsi="Times New Roman" w:cs="Times New Roman"/>
          <w:spacing w:val="2"/>
          <w:sz w:val="24"/>
          <w:szCs w:val="24"/>
        </w:rPr>
        <w:t xml:space="preserve">: империи, правители и подданные, борьба против завоевателей. </w:t>
      </w:r>
      <w:r w:rsidRPr="002D1403">
        <w:rPr>
          <w:rStyle w:val="BoldItalic"/>
          <w:rFonts w:ascii="Times New Roman" w:hAnsi="Times New Roman" w:cs="Times New Roman"/>
          <w:spacing w:val="2"/>
          <w:sz w:val="24"/>
          <w:szCs w:val="24"/>
        </w:rPr>
        <w:t>Япония</w:t>
      </w:r>
      <w:r w:rsidRPr="002D1403">
        <w:rPr>
          <w:rFonts w:ascii="Times New Roman" w:hAnsi="Times New Roman" w:cs="Times New Roman"/>
          <w:spacing w:val="2"/>
          <w:sz w:val="24"/>
          <w:szCs w:val="24"/>
        </w:rPr>
        <w:t xml:space="preserve"> в Средние века: образование государства, власть императоров и управление сегунов. </w:t>
      </w:r>
      <w:r w:rsidRPr="002D1403">
        <w:rPr>
          <w:rStyle w:val="BoldItalic"/>
          <w:rFonts w:ascii="Times New Roman" w:hAnsi="Times New Roman" w:cs="Times New Roman"/>
          <w:spacing w:val="2"/>
          <w:sz w:val="24"/>
          <w:szCs w:val="24"/>
        </w:rPr>
        <w:t>Индия</w:t>
      </w:r>
      <w:r w:rsidRPr="002D1403">
        <w:rPr>
          <w:rFonts w:ascii="Times New Roman" w:hAnsi="Times New Roman" w:cs="Times New Roman"/>
          <w:spacing w:val="2"/>
          <w:sz w:val="24"/>
          <w:szCs w:val="24"/>
        </w:rPr>
        <w:t>: раздробленность индийских княжеств, вторжение мусульман, Делийский султанат.</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Государства доколумбовой Америки в Средние века </w:t>
      </w:r>
      <w:r w:rsidRPr="002D1403">
        <w:rPr>
          <w:rStyle w:val="Book"/>
          <w:rFonts w:cs="Times New Roman"/>
          <w:b w:val="0"/>
          <w:bCs w:val="0"/>
          <w:sz w:val="24"/>
          <w:szCs w:val="24"/>
        </w:rPr>
        <w:t>(1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(1 ч). Историческое и культурное наследие Средних веков.</w:t>
      </w:r>
    </w:p>
    <w:p w:rsidR="00F44E79" w:rsidRPr="002D1403" w:rsidRDefault="00F44E79" w:rsidP="00DE5D44">
      <w:pPr>
        <w:pStyle w:val="h3"/>
        <w:jc w:val="both"/>
        <w:rPr>
          <w:rFonts w:cs="Times New Roman"/>
          <w:sz w:val="24"/>
          <w:szCs w:val="24"/>
        </w:rPr>
      </w:pPr>
      <w:r w:rsidRPr="002D1403">
        <w:rPr>
          <w:rFonts w:cs="Times New Roman"/>
          <w:sz w:val="24"/>
          <w:szCs w:val="24"/>
        </w:rPr>
        <w:t>ИСТОРИЯ РОССИИ. ОТ РУСИ К РОССИЙСКОМУ ГОСУДАРСТВУ (45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(1 ч). Роль и место России в мировой истории. Проблемы периодизации российской истории. Источники по истории России.</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Народы и государства на территории нашей страны в древности. Восточная Европа в середине I тыс. н. э. </w:t>
      </w:r>
      <w:r w:rsidRPr="002D1403">
        <w:rPr>
          <w:rStyle w:val="Book"/>
          <w:rFonts w:cs="Times New Roman"/>
          <w:b w:val="0"/>
          <w:bCs w:val="0"/>
          <w:sz w:val="24"/>
          <w:szCs w:val="24"/>
        </w:rPr>
        <w:t>(5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2"/>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Страны и народы Восточной Европы, Сибири и Дальнего Востока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Тюркский каганат. Хазарский каганат. Волжская Булгария.</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Русь в IX — начале XII в. </w:t>
      </w:r>
      <w:r w:rsidRPr="002D1403">
        <w:rPr>
          <w:rStyle w:val="Book"/>
          <w:rFonts w:cs="Times New Roman"/>
          <w:b w:val="0"/>
          <w:bCs w:val="0"/>
          <w:sz w:val="24"/>
          <w:szCs w:val="24"/>
        </w:rPr>
        <w:t>(13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Образование государства Русь.</w:t>
      </w:r>
      <w:r w:rsidRPr="002D1403">
        <w:rPr>
          <w:rFonts w:ascii="Times New Roman" w:hAnsi="Times New Roman"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Первые известия о Руси</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Проблема образования государства Русь. Скандинавы на Руси. Начало династии Рюриковичей.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Принятие христианства и его значение. Византийское наследие на Руси.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Русь в конце X — начале XII в. </w:t>
      </w:r>
      <w:r w:rsidRPr="002D1403">
        <w:rPr>
          <w:rFonts w:ascii="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Культурное пространство. </w:t>
      </w:r>
      <w:r w:rsidRPr="002D1403">
        <w:rPr>
          <w:rFonts w:ascii="Times New Roman" w:hAnsi="Times New Roman"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Русь в середине XII — начале XIII в. </w:t>
      </w:r>
      <w:r w:rsidRPr="002D1403">
        <w:rPr>
          <w:rStyle w:val="Book"/>
          <w:rFonts w:cs="Times New Roman"/>
          <w:b w:val="0"/>
          <w:bCs w:val="0"/>
          <w:sz w:val="24"/>
          <w:szCs w:val="24"/>
        </w:rPr>
        <w:t>(6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Русские земли и их соседи в середине XIII — XIV в. </w:t>
      </w:r>
      <w:r w:rsidRPr="002D1403">
        <w:rPr>
          <w:rStyle w:val="Book"/>
          <w:rFonts w:cs="Times New Roman"/>
          <w:b w:val="0"/>
          <w:bCs w:val="0"/>
          <w:sz w:val="24"/>
          <w:szCs w:val="24"/>
        </w:rPr>
        <w:t>(10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Народы и государства степной зоны Восточной Европы и Сибири в XIII—XV вв. </w:t>
      </w:r>
      <w:r w:rsidRPr="002D1403">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Культурное пространство. </w:t>
      </w:r>
      <w:r w:rsidRPr="002D1403">
        <w:rPr>
          <w:rFonts w:ascii="Times New Roma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Формирование единого Русского государства в XV в. </w:t>
      </w:r>
      <w:r w:rsidRPr="002D1403">
        <w:rPr>
          <w:rStyle w:val="Book"/>
          <w:rFonts w:cs="Times New Roman"/>
          <w:b w:val="0"/>
          <w:bCs w:val="0"/>
          <w:sz w:val="24"/>
          <w:szCs w:val="24"/>
        </w:rPr>
        <w:t>(8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Культурное пространство</w:t>
      </w:r>
      <w:r w:rsidRPr="002D1403">
        <w:rPr>
          <w:rFonts w:ascii="Times New Roman" w:hAnsi="Times New Roman" w:cs="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Наш край</w:t>
      </w:r>
      <w:r w:rsidRPr="002D1403">
        <w:rPr>
          <w:rStyle w:val="FootnoteReference"/>
          <w:rFonts w:ascii="Times New Roman" w:hAnsi="Times New Roman"/>
          <w:sz w:val="24"/>
          <w:szCs w:val="24"/>
        </w:rPr>
        <w:footnoteReference w:id="2"/>
      </w:r>
      <w:r w:rsidRPr="002D1403">
        <w:rPr>
          <w:rFonts w:ascii="Times New Roman" w:hAnsi="Times New Roman" w:cs="Times New Roman"/>
          <w:sz w:val="24"/>
          <w:szCs w:val="24"/>
        </w:rPr>
        <w:t xml:space="preserve"> с древнейших времен до конца XV в.</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(2 ч).</w:t>
      </w:r>
    </w:p>
    <w:p w:rsidR="00F44E79" w:rsidRPr="002D1403" w:rsidRDefault="00F44E79" w:rsidP="00DE5D44">
      <w:pPr>
        <w:pStyle w:val="body"/>
        <w:rPr>
          <w:rFonts w:ascii="Times New Roman" w:hAnsi="Times New Roman" w:cs="Times New Roman"/>
          <w:sz w:val="24"/>
          <w:szCs w:val="24"/>
        </w:rPr>
      </w:pPr>
    </w:p>
    <w:p w:rsidR="00F44E79" w:rsidRPr="00DE5D44" w:rsidRDefault="00F44E79" w:rsidP="00DE5D44">
      <w:pPr>
        <w:pStyle w:val="Heading3"/>
        <w:jc w:val="both"/>
        <w:rPr>
          <w:rFonts w:ascii="Times New Roman" w:hAnsi="Times New Roman"/>
          <w:lang w:val="ru-RU"/>
        </w:rPr>
      </w:pPr>
      <w:bookmarkStart w:id="159" w:name="_Toc106195572"/>
      <w:r w:rsidRPr="00DE5D44">
        <w:rPr>
          <w:rFonts w:ascii="Times New Roman" w:hAnsi="Times New Roman"/>
          <w:color w:val="auto"/>
          <w:lang w:val="ru-RU"/>
        </w:rPr>
        <w:t>7 КЛАСС</w:t>
      </w:r>
      <w:bookmarkEnd w:id="159"/>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ВСЕОБЩАЯ ИСТОРИЯ. ИСТОРИЯ НОВОГО ВРЕМЕНИ. </w:t>
      </w:r>
      <w:r w:rsidRPr="002D1403">
        <w:rPr>
          <w:rFonts w:cs="Times New Roman"/>
          <w:sz w:val="24"/>
          <w:szCs w:val="24"/>
        </w:rPr>
        <w:br/>
        <w:t xml:space="preserve">КОНЕЦ XV — XVII в. </w:t>
      </w:r>
      <w:r w:rsidRPr="002D1403">
        <w:rPr>
          <w:rStyle w:val="Book"/>
          <w:rFonts w:cs="Times New Roman"/>
          <w:b w:val="0"/>
          <w:bCs w:val="0"/>
          <w:sz w:val="24"/>
          <w:szCs w:val="24"/>
        </w:rPr>
        <w:t>(23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(1 ч). Понятие «Новое время». Хронологические рамки и периодизация истории Нового времени.</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Великие географические открытия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Изменения в европейском обществе в XVI—XVII вв.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44E79" w:rsidRPr="002D1403" w:rsidRDefault="00F44E79" w:rsidP="00DE5D44">
      <w:pPr>
        <w:pStyle w:val="h3"/>
        <w:jc w:val="both"/>
        <w:rPr>
          <w:rFonts w:cs="Times New Roman"/>
          <w:sz w:val="24"/>
          <w:szCs w:val="24"/>
        </w:rPr>
      </w:pPr>
      <w:r w:rsidRPr="002D1403">
        <w:rPr>
          <w:rFonts w:cs="Times New Roman"/>
          <w:sz w:val="24"/>
          <w:szCs w:val="24"/>
        </w:rPr>
        <w:t>Реформация и контрреформация в Европе</w:t>
      </w:r>
      <w:r w:rsidRPr="002D1403">
        <w:rPr>
          <w:rStyle w:val="BoldItalic"/>
          <w:rFonts w:cs="Times New Roman"/>
          <w:bCs w:val="0"/>
          <w:sz w:val="24"/>
          <w:szCs w:val="24"/>
        </w:rPr>
        <w:t xml:space="preserve">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44E79" w:rsidRPr="002D1403" w:rsidRDefault="00F44E79" w:rsidP="00DE5D44">
      <w:pPr>
        <w:pStyle w:val="h3"/>
        <w:jc w:val="both"/>
        <w:rPr>
          <w:rFonts w:cs="Times New Roman"/>
          <w:sz w:val="24"/>
          <w:szCs w:val="24"/>
        </w:rPr>
      </w:pPr>
      <w:r w:rsidRPr="002D1403">
        <w:rPr>
          <w:rFonts w:cs="Times New Roman"/>
          <w:sz w:val="24"/>
          <w:szCs w:val="24"/>
        </w:rPr>
        <w:t>Государства Европы в XVI—XVII вв.</w:t>
      </w:r>
      <w:r w:rsidRPr="002D1403">
        <w:rPr>
          <w:rStyle w:val="BoldItalic"/>
          <w:rFonts w:cs="Times New Roman"/>
          <w:bCs w:val="0"/>
          <w:sz w:val="24"/>
          <w:szCs w:val="24"/>
        </w:rPr>
        <w:t xml:space="preserve"> </w:t>
      </w:r>
      <w:r w:rsidRPr="002D1403">
        <w:rPr>
          <w:rStyle w:val="Book"/>
          <w:rFonts w:cs="Times New Roman"/>
          <w:b w:val="0"/>
          <w:bCs w:val="0"/>
          <w:sz w:val="24"/>
          <w:szCs w:val="24"/>
        </w:rPr>
        <w:t>(7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Испания</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 xml:space="preserve">под властью потомков католических королей. </w:t>
      </w:r>
      <w:r w:rsidRPr="002D1403">
        <w:rPr>
          <w:rFonts w:ascii="Times New Roman" w:hAnsi="Times New Roman" w:cs="Times New Roman"/>
          <w:sz w:val="24"/>
          <w:szCs w:val="24"/>
        </w:rPr>
        <w:br/>
      </w:r>
      <w:r w:rsidRPr="002D1403">
        <w:rPr>
          <w:rFonts w:ascii="Times New Roman" w:hAnsi="Times New Roman" w:cs="Times New Roman"/>
          <w:spacing w:val="-1"/>
          <w:sz w:val="24"/>
          <w:szCs w:val="24"/>
        </w:rPr>
        <w:t>Внутренняя и внешняя политика испанских Габсбургов. Нацио</w:t>
      </w:r>
      <w:r w:rsidRPr="002D1403">
        <w:rPr>
          <w:rFonts w:ascii="Times New Roman" w:hAnsi="Times New Roman" w:cs="Times New Roman"/>
          <w:sz w:val="24"/>
          <w:szCs w:val="24"/>
        </w:rPr>
        <w:t xml:space="preserve">нально-освободительное движение в </w:t>
      </w:r>
      <w:r w:rsidRPr="002D1403">
        <w:rPr>
          <w:rStyle w:val="BoldItalic"/>
          <w:rFonts w:ascii="Times New Roman" w:hAnsi="Times New Roman" w:cs="Times New Roman"/>
          <w:sz w:val="24"/>
          <w:szCs w:val="24"/>
        </w:rPr>
        <w:t>Нидерландах</w:t>
      </w:r>
      <w:r w:rsidRPr="002D1403">
        <w:rPr>
          <w:rFonts w:ascii="Times New Roman" w:hAnsi="Times New Roman" w:cs="Times New Roman"/>
          <w:sz w:val="24"/>
          <w:szCs w:val="24"/>
        </w:rPr>
        <w:t>: цели, участники, формы борьбы. Итоги и значение Нидерландской революции.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Франция: путь к абсолютизму</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Англия.</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Английская революция середины XVII в</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Страны Центральной, Южной и Юго-Восточной Европы</w:t>
      </w:r>
      <w:r w:rsidRPr="002D1403">
        <w:rPr>
          <w:rFonts w:ascii="Times New Roman" w:hAnsi="Times New Roman" w:cs="Times New Roman"/>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F44E79" w:rsidRPr="002D1403" w:rsidRDefault="00F44E79" w:rsidP="00DE5D44">
      <w:pPr>
        <w:pStyle w:val="h3"/>
        <w:jc w:val="both"/>
        <w:rPr>
          <w:rFonts w:cs="Times New Roman"/>
          <w:sz w:val="24"/>
          <w:szCs w:val="24"/>
        </w:rPr>
      </w:pPr>
      <w:r w:rsidRPr="002D1403">
        <w:rPr>
          <w:rFonts w:cs="Times New Roman"/>
          <w:sz w:val="24"/>
          <w:szCs w:val="24"/>
        </w:rPr>
        <w:t>Международные отношения в XVI—XVII вв.</w:t>
      </w:r>
      <w:r w:rsidRPr="002D1403">
        <w:rPr>
          <w:rStyle w:val="BoldItalic"/>
          <w:rFonts w:cs="Times New Roman"/>
          <w:bCs w:val="0"/>
          <w:sz w:val="24"/>
          <w:szCs w:val="24"/>
        </w:rPr>
        <w:t xml:space="preserve">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1"/>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Европейская культура в раннее Новое время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44E79" w:rsidRPr="002D1403" w:rsidRDefault="00F44E79" w:rsidP="00DE5D44">
      <w:pPr>
        <w:pStyle w:val="h3"/>
        <w:spacing w:before="283"/>
        <w:jc w:val="both"/>
        <w:rPr>
          <w:rFonts w:cs="Times New Roman"/>
          <w:sz w:val="24"/>
          <w:szCs w:val="24"/>
        </w:rPr>
      </w:pPr>
      <w:r w:rsidRPr="002D1403">
        <w:rPr>
          <w:rFonts w:cs="Times New Roman"/>
          <w:sz w:val="24"/>
          <w:szCs w:val="24"/>
        </w:rPr>
        <w:t>Страны Востока в XVI—XVII вв.</w:t>
      </w:r>
      <w:r w:rsidRPr="002D1403">
        <w:rPr>
          <w:rStyle w:val="BoldItalic"/>
          <w:rFonts w:cs="Times New Roman"/>
          <w:bCs w:val="0"/>
          <w:sz w:val="24"/>
          <w:szCs w:val="24"/>
        </w:rPr>
        <w:t xml:space="preserve">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Османская империя</w:t>
      </w:r>
      <w:r w:rsidRPr="002D1403">
        <w:rPr>
          <w:rFonts w:ascii="Times New Roman" w:hAnsi="Times New Roman" w:cs="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2D1403">
        <w:rPr>
          <w:rStyle w:val="BoldItalic"/>
          <w:rFonts w:ascii="Times New Roman" w:hAnsi="Times New Roman" w:cs="Times New Roman"/>
          <w:sz w:val="24"/>
          <w:szCs w:val="24"/>
        </w:rPr>
        <w:t>Индия</w:t>
      </w:r>
      <w:r w:rsidRPr="002D1403">
        <w:rPr>
          <w:rFonts w:ascii="Times New Roman" w:hAnsi="Times New Roman" w:cs="Times New Roman"/>
          <w:sz w:val="24"/>
          <w:szCs w:val="24"/>
        </w:rPr>
        <w:t xml:space="preserve"> при Великих Моголах. Начало проникновения европейцев. Ост-Индские компании. </w:t>
      </w:r>
      <w:r w:rsidRPr="002D1403">
        <w:rPr>
          <w:rStyle w:val="BoldItalic"/>
          <w:rFonts w:ascii="Times New Roman" w:hAnsi="Times New Roman" w:cs="Times New Roman"/>
          <w:sz w:val="24"/>
          <w:szCs w:val="24"/>
        </w:rPr>
        <w:t>Китай</w:t>
      </w:r>
      <w:r w:rsidRPr="002D1403">
        <w:rPr>
          <w:rFonts w:ascii="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2D1403">
        <w:rPr>
          <w:rStyle w:val="BoldItalic"/>
          <w:rFonts w:ascii="Times New Roman" w:hAnsi="Times New Roman" w:cs="Times New Roman"/>
          <w:sz w:val="24"/>
          <w:szCs w:val="24"/>
        </w:rPr>
        <w:t>Япония</w:t>
      </w:r>
      <w:r w:rsidRPr="002D1403">
        <w:rPr>
          <w:rFonts w:ascii="Times New Roman" w:hAnsi="Times New Roman" w:cs="Times New Roman"/>
          <w:sz w:val="24"/>
          <w:szCs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(1 ч). Историческое и культурное наследие Раннего Нового времени.</w:t>
      </w:r>
    </w:p>
    <w:p w:rsidR="00F44E79" w:rsidRPr="002D1403" w:rsidRDefault="00F44E79" w:rsidP="00DE5D44">
      <w:pPr>
        <w:pStyle w:val="h3"/>
        <w:spacing w:before="369"/>
        <w:jc w:val="both"/>
        <w:rPr>
          <w:rFonts w:cs="Times New Roman"/>
          <w:sz w:val="24"/>
          <w:szCs w:val="24"/>
        </w:rPr>
      </w:pPr>
      <w:r w:rsidRPr="002D1403">
        <w:rPr>
          <w:rFonts w:cs="Times New Roman"/>
          <w:sz w:val="24"/>
          <w:szCs w:val="24"/>
        </w:rPr>
        <w:t xml:space="preserve">ИСТОРИЯ РОССИИ. РОССИЯ В XVI—XVII вв.: </w:t>
      </w:r>
      <w:r w:rsidRPr="002D1403">
        <w:rPr>
          <w:rFonts w:cs="Times New Roman"/>
          <w:sz w:val="24"/>
          <w:szCs w:val="24"/>
        </w:rPr>
        <w:br/>
        <w:t xml:space="preserve">ОТ ВЕЛИКОГО КНЯЖЕСТВА К ЦАРСТВУ </w:t>
      </w:r>
      <w:r w:rsidRPr="002D1403">
        <w:rPr>
          <w:rStyle w:val="Book"/>
          <w:rFonts w:cs="Times New Roman"/>
          <w:b w:val="0"/>
          <w:bCs w:val="0"/>
          <w:sz w:val="24"/>
          <w:szCs w:val="24"/>
        </w:rPr>
        <w:t>(45 ч)</w:t>
      </w:r>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Россия в XVI в. </w:t>
      </w:r>
      <w:r w:rsidRPr="002D1403">
        <w:rPr>
          <w:rStyle w:val="Book"/>
          <w:rFonts w:cs="Times New Roman"/>
          <w:b w:val="0"/>
          <w:bCs w:val="0"/>
          <w:sz w:val="24"/>
          <w:szCs w:val="24"/>
        </w:rPr>
        <w:t>(13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Завершение объединения русских земель</w:t>
      </w:r>
      <w:r w:rsidRPr="002D1403">
        <w:rPr>
          <w:rFonts w:ascii="Times New Roman" w:hAnsi="Times New Roman" w:cs="Times New Roman"/>
          <w:sz w:val="24"/>
          <w:szCs w:val="24"/>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Царствование Ивана IV</w:t>
      </w:r>
      <w:r w:rsidRPr="002D1403">
        <w:rPr>
          <w:rFonts w:ascii="Times New Roman" w:hAnsi="Times New Roman" w:cs="Times New Roman"/>
          <w:sz w:val="24"/>
          <w:szCs w:val="24"/>
        </w:rPr>
        <w:t>. Регентство Елены Глинской. Сопротивление удельных князей великокняжеской власти. Унификация денежной системы.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Социальная структура российского общества. Дворянство. Служилые люди.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Сосуществование религий в Российском государстве</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Русская православная церковь. </w:t>
      </w:r>
      <w:r w:rsidRPr="002D1403">
        <w:rPr>
          <w:rFonts w:ascii="Times New Roman" w:hAnsi="Times New Roman" w:cs="Times New Roman"/>
          <w:sz w:val="24"/>
          <w:szCs w:val="24"/>
        </w:rPr>
        <w:br/>
        <w:t>Мусульманское духовенство</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1"/>
          <w:sz w:val="24"/>
          <w:szCs w:val="24"/>
        </w:rPr>
        <w:t>Опричнина, дискуссия о ее причинах и характере. Опричный террор. Разгром Новгорода и Пскова. Московские казни 1570 г.</w:t>
      </w:r>
      <w:r w:rsidRPr="002D1403">
        <w:rPr>
          <w:rStyle w:val="Italic"/>
          <w:rFonts w:ascii="Times New Roman" w:hAnsi="Times New Roman" w:cs="Times New Roman"/>
          <w:iCs/>
          <w:spacing w:val="1"/>
          <w:sz w:val="24"/>
          <w:szCs w:val="24"/>
        </w:rPr>
        <w:t xml:space="preserve"> </w:t>
      </w:r>
      <w:r w:rsidRPr="002D1403">
        <w:rPr>
          <w:rFonts w:ascii="Times New Roman" w:hAnsi="Times New Roman" w:cs="Times New Roman"/>
          <w:spacing w:val="1"/>
          <w:sz w:val="24"/>
          <w:szCs w:val="24"/>
        </w:rPr>
        <w:t>Результаты и последствия опричнины. Противоречивость личности Ивана Грозного. Результаты и цена преобразований.</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Россия в конце XVI в</w:t>
      </w:r>
      <w:r w:rsidRPr="002D1403">
        <w:rPr>
          <w:rFonts w:ascii="Times New Roman" w:hAnsi="Times New Roman" w:cs="Times New Roman"/>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Смута в России </w:t>
      </w:r>
      <w:r w:rsidRPr="002D1403">
        <w:rPr>
          <w:rStyle w:val="Book"/>
          <w:rFonts w:cs="Times New Roman"/>
          <w:b w:val="0"/>
          <w:bCs w:val="0"/>
          <w:sz w:val="24"/>
          <w:szCs w:val="24"/>
        </w:rPr>
        <w:t>(9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Накануне Смуты. </w:t>
      </w:r>
      <w:r w:rsidRPr="002D1403">
        <w:rPr>
          <w:rFonts w:ascii="Times New Roman" w:hAnsi="Times New Roman" w:cs="Times New Roman"/>
          <w:sz w:val="24"/>
          <w:szCs w:val="24"/>
        </w:rPr>
        <w:t>Династический кризис. Земский собор 1598 г. и избрание на царство Бориса Годунова. Политика Бориса Годунова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в отношении боярства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Голод 1601—1603 гг. и обострение социально-экономического кризиса.</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Смутное время начала XVII в.</w:t>
      </w:r>
      <w:r w:rsidRPr="002D1403">
        <w:rPr>
          <w:rFonts w:ascii="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Поход войска М.В. Скопина-Шуйского и Я.</w:t>
      </w:r>
      <w:r w:rsidRPr="002D1403">
        <w:rPr>
          <w:rFonts w:ascii="Times New Roman" w:hAnsi="Times New Roman" w:cs="Times New Roman"/>
          <w:sz w:val="24"/>
          <w:szCs w:val="24"/>
        </w:rPr>
        <w:noBreakHyphen/>
        <w:t>П. Делагарди и распад тушинского лагеря. Открытое вступление Речи Посполитой в войну против России. Оборона Смоленска.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Окончание Смуты</w:t>
      </w:r>
      <w:r w:rsidRPr="002D1403">
        <w:rPr>
          <w:rFonts w:ascii="Times New Roman" w:hAnsi="Times New Roman" w:cs="Times New Roman"/>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Россия в XVII в. </w:t>
      </w:r>
      <w:r w:rsidRPr="002D1403">
        <w:rPr>
          <w:rStyle w:val="Book"/>
          <w:rFonts w:cs="Times New Roman"/>
          <w:b w:val="0"/>
          <w:bCs w:val="0"/>
          <w:sz w:val="24"/>
          <w:szCs w:val="24"/>
        </w:rPr>
        <w:t>(16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Россия при первых Романовых.</w:t>
      </w:r>
      <w:r w:rsidRPr="002D1403">
        <w:rPr>
          <w:rFonts w:ascii="Times New Roman" w:hAnsi="Times New Roman" w:cs="Times New Roman"/>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Экономическое развитие России в XVII в</w:t>
      </w:r>
      <w:r w:rsidRPr="002D1403">
        <w:rPr>
          <w:rFonts w:ascii="Times New Roman" w:hAnsi="Times New Roman" w:cs="Times New Roman"/>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Социальная структура российского общества.</w:t>
      </w:r>
      <w:r w:rsidRPr="002D1403">
        <w:rPr>
          <w:rFonts w:ascii="Times New Roman" w:hAnsi="Times New Roman"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Внешняя политика России в XVII в. </w:t>
      </w:r>
      <w:r w:rsidRPr="002D1403">
        <w:rPr>
          <w:rFonts w:ascii="Times New Roman" w:hAnsi="Times New Roman" w:cs="Times New Roman"/>
          <w:sz w:val="24"/>
          <w:szCs w:val="24"/>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Освоение новых территорий.</w:t>
      </w:r>
      <w:r w:rsidRPr="002D1403">
        <w:rPr>
          <w:rFonts w:ascii="Times New Roman" w:hAnsi="Times New Roman"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Культурное пространство XVI–XVII вв. </w:t>
      </w:r>
      <w:r w:rsidRPr="002D1403">
        <w:rPr>
          <w:rStyle w:val="Book"/>
          <w:rFonts w:cs="Times New Roman"/>
          <w:b w:val="0"/>
          <w:bCs w:val="0"/>
          <w:sz w:val="24"/>
          <w:szCs w:val="24"/>
        </w:rPr>
        <w:t>(5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Наш край</w:t>
      </w:r>
      <w:r w:rsidRPr="002D1403">
        <w:rPr>
          <w:rFonts w:ascii="Times New Roman" w:hAnsi="Times New Roman" w:cs="Times New Roman"/>
          <w:sz w:val="24"/>
          <w:szCs w:val="24"/>
        </w:rPr>
        <w:t xml:space="preserve"> в XVI—XVII вв.</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(2 ч).</w:t>
      </w:r>
    </w:p>
    <w:p w:rsidR="00F44E79" w:rsidRPr="002D1403" w:rsidRDefault="00F44E79" w:rsidP="00DE5D44">
      <w:pPr>
        <w:pStyle w:val="body"/>
        <w:rPr>
          <w:rFonts w:ascii="Times New Roman" w:hAnsi="Times New Roman" w:cs="Times New Roman"/>
          <w:sz w:val="24"/>
          <w:szCs w:val="24"/>
        </w:rPr>
      </w:pPr>
    </w:p>
    <w:p w:rsidR="00F44E79" w:rsidRPr="00DE5D44" w:rsidRDefault="00F44E79" w:rsidP="00DE5D44">
      <w:pPr>
        <w:pStyle w:val="Heading3"/>
        <w:jc w:val="both"/>
        <w:rPr>
          <w:rFonts w:ascii="Times New Roman" w:hAnsi="Times New Roman"/>
          <w:lang w:val="ru-RU"/>
        </w:rPr>
      </w:pPr>
      <w:bookmarkStart w:id="160" w:name="_Toc106195573"/>
      <w:r w:rsidRPr="00DE5D44">
        <w:rPr>
          <w:rFonts w:ascii="Times New Roman" w:hAnsi="Times New Roman"/>
          <w:color w:val="auto"/>
          <w:lang w:val="ru-RU"/>
        </w:rPr>
        <w:t>8 КЛАСС</w:t>
      </w:r>
      <w:bookmarkEnd w:id="160"/>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ВСЕОБЩАЯ ИСТОРИЯ. ИСТОРИЯ НОВОГО ВРЕМЕНИ. XVIII в. </w:t>
      </w:r>
      <w:r w:rsidRPr="002D1403">
        <w:rPr>
          <w:rStyle w:val="Book"/>
          <w:rFonts w:cs="Times New Roman"/>
          <w:b w:val="0"/>
          <w:bCs w:val="0"/>
          <w:sz w:val="24"/>
          <w:szCs w:val="24"/>
        </w:rPr>
        <w:t>(23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(1 ч).</w:t>
      </w:r>
    </w:p>
    <w:p w:rsidR="00F44E79" w:rsidRPr="002D1403" w:rsidRDefault="00F44E79" w:rsidP="00DE5D44">
      <w:pPr>
        <w:pStyle w:val="h3"/>
        <w:jc w:val="both"/>
        <w:rPr>
          <w:rFonts w:cs="Times New Roman"/>
          <w:sz w:val="24"/>
          <w:szCs w:val="24"/>
        </w:rPr>
      </w:pPr>
      <w:r w:rsidRPr="002D1403">
        <w:rPr>
          <w:rFonts w:cs="Times New Roman"/>
          <w:sz w:val="24"/>
          <w:szCs w:val="24"/>
        </w:rPr>
        <w:t>Век Просвещения</w:t>
      </w:r>
      <w:r w:rsidRPr="002D1403">
        <w:rPr>
          <w:rStyle w:val="BoldItalic"/>
          <w:rFonts w:cs="Times New Roman"/>
          <w:bCs w:val="0"/>
          <w:sz w:val="24"/>
          <w:szCs w:val="24"/>
        </w:rPr>
        <w:t xml:space="preserve">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44E79" w:rsidRPr="002D1403" w:rsidRDefault="00F44E79" w:rsidP="00DE5D44">
      <w:pPr>
        <w:pStyle w:val="h3"/>
        <w:jc w:val="both"/>
        <w:rPr>
          <w:rFonts w:cs="Times New Roman"/>
          <w:sz w:val="24"/>
          <w:szCs w:val="24"/>
        </w:rPr>
      </w:pPr>
      <w:r w:rsidRPr="002D1403">
        <w:rPr>
          <w:rFonts w:cs="Times New Roman"/>
          <w:sz w:val="24"/>
          <w:szCs w:val="24"/>
        </w:rPr>
        <w:t>Государства Европы в XVIII в.</w:t>
      </w:r>
      <w:r w:rsidRPr="002D1403">
        <w:rPr>
          <w:rStyle w:val="BoldItalic"/>
          <w:rFonts w:cs="Times New Roman"/>
          <w:bCs w:val="0"/>
          <w:sz w:val="24"/>
          <w:szCs w:val="24"/>
        </w:rPr>
        <w:t xml:space="preserve"> </w:t>
      </w:r>
      <w:r w:rsidRPr="002D1403">
        <w:rPr>
          <w:rStyle w:val="Book"/>
          <w:rFonts w:cs="Times New Roman"/>
          <w:b w:val="0"/>
          <w:bCs w:val="0"/>
          <w:sz w:val="24"/>
          <w:szCs w:val="24"/>
        </w:rPr>
        <w:t>(6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Монархии в Европе XVIII в</w:t>
      </w:r>
      <w:r w:rsidRPr="002D1403">
        <w:rPr>
          <w:rFonts w:ascii="Times New Roman" w:hAnsi="Times New Roman" w:cs="Times New Roman"/>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Великобритания в XVIII в</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Королевская власть и парламент. Тори и виги. Предпосылки промышленного переворота в Англии.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Франция</w:t>
      </w:r>
      <w:r w:rsidRPr="002D1403">
        <w:rPr>
          <w:rFonts w:ascii="Times New Roman" w:hAnsi="Times New Roman"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Германские государства, монархия Габсбургов, итальянские земли в XVIII в.</w:t>
      </w:r>
      <w:r w:rsidRPr="002D1403">
        <w:rPr>
          <w:rFonts w:ascii="Times New Roman" w:hAnsi="Times New Roman"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Государства Пиренейского полуострова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Британские колонии в Северной Америке: борьба за независимость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Французская революция конца XVIII в.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Европейская культура в XVIII в.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2"/>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Международные отношения в XVIII в.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Страны Востока в XVIII в.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Османская империя</w:t>
      </w:r>
      <w:r w:rsidRPr="002D1403">
        <w:rPr>
          <w:rFonts w:ascii="Times New Roman" w:hAnsi="Times New Roman" w:cs="Times New Roman"/>
          <w:sz w:val="24"/>
          <w:szCs w:val="24"/>
        </w:rPr>
        <w:t xml:space="preserve">: от могущества к упадку. Положение населения. Попытки проведения реформ; Селим III. </w:t>
      </w:r>
      <w:r w:rsidRPr="002D1403">
        <w:rPr>
          <w:rStyle w:val="BoldItalic"/>
          <w:rFonts w:ascii="Times New Roman" w:hAnsi="Times New Roman" w:cs="Times New Roman"/>
          <w:sz w:val="24"/>
          <w:szCs w:val="24"/>
        </w:rPr>
        <w:t>Индия.</w:t>
      </w:r>
      <w:r w:rsidRPr="002D1403">
        <w:rPr>
          <w:rFonts w:ascii="Times New Roman" w:hAnsi="Times New Roman"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2D1403">
        <w:rPr>
          <w:rStyle w:val="BoldItalic"/>
          <w:rFonts w:ascii="Times New Roman" w:hAnsi="Times New Roman" w:cs="Times New Roman"/>
          <w:sz w:val="24"/>
          <w:szCs w:val="24"/>
        </w:rPr>
        <w:t>Китай</w:t>
      </w:r>
      <w:r w:rsidRPr="002D1403">
        <w:rPr>
          <w:rFonts w:ascii="Times New Roman" w:hAnsi="Times New Roman"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2D1403">
        <w:rPr>
          <w:rStyle w:val="BoldItalic"/>
          <w:rFonts w:ascii="Times New Roman" w:hAnsi="Times New Roman" w:cs="Times New Roman"/>
          <w:sz w:val="24"/>
          <w:szCs w:val="24"/>
        </w:rPr>
        <w:t>Япония</w:t>
      </w:r>
      <w:r w:rsidRPr="002D1403">
        <w:rPr>
          <w:rFonts w:ascii="Times New Roman" w:hAnsi="Times New Roman" w:cs="Times New Roman"/>
          <w:sz w:val="24"/>
          <w:szCs w:val="24"/>
        </w:rPr>
        <w:t xml:space="preserve"> в XVIII в. Сегуны и дайме. Положение сословий. Культура стран Востока в XVIII в.</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(1 ч). Историческое и культурное наследие XVIII в.</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ИСТОРИЯ РОССИИ. РОССИЯ В КОНЦЕ XVII — XVIII в.: ОТ ЦАРСТВА К ИМПЕРИИ </w:t>
      </w:r>
      <w:r w:rsidRPr="002D1403">
        <w:rPr>
          <w:rStyle w:val="Book"/>
          <w:rFonts w:cs="Times New Roman"/>
          <w:b w:val="0"/>
          <w:bCs w:val="0"/>
          <w:sz w:val="24"/>
          <w:szCs w:val="24"/>
        </w:rPr>
        <w:t>(45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(1 ч).</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Россия в эпоху преобразований Петра I </w:t>
      </w:r>
      <w:r w:rsidRPr="002D1403">
        <w:rPr>
          <w:rStyle w:val="Book"/>
          <w:rFonts w:cs="Times New Roman"/>
          <w:b w:val="0"/>
          <w:bCs w:val="0"/>
          <w:sz w:val="24"/>
          <w:szCs w:val="24"/>
        </w:rPr>
        <w:t>(11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pacing w:val="2"/>
          <w:sz w:val="24"/>
          <w:szCs w:val="24"/>
        </w:rPr>
        <w:t>Причины и предпосылки преобразований</w:t>
      </w:r>
      <w:r w:rsidRPr="002D1403">
        <w:rPr>
          <w:rStyle w:val="Italic"/>
          <w:rFonts w:ascii="Times New Roman" w:hAnsi="Times New Roman" w:cs="Times New Roman"/>
          <w:iCs/>
          <w:spacing w:val="2"/>
          <w:sz w:val="24"/>
          <w:szCs w:val="24"/>
        </w:rPr>
        <w:t>.</w:t>
      </w:r>
      <w:r w:rsidRPr="002D1403">
        <w:rPr>
          <w:rFonts w:ascii="Times New Roman" w:hAnsi="Times New Roman"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pacing w:val="2"/>
          <w:sz w:val="24"/>
          <w:szCs w:val="24"/>
        </w:rPr>
        <w:t>Экономическая политика.</w:t>
      </w:r>
      <w:r w:rsidRPr="002D1403">
        <w:rPr>
          <w:rFonts w:ascii="Times New Roman" w:hAnsi="Times New Roman" w:cs="Times New Roman"/>
          <w:spacing w:val="2"/>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Социальная политика.</w:t>
      </w:r>
      <w:r w:rsidRPr="002D1403">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Реформы управления</w:t>
      </w:r>
      <w:r w:rsidRPr="002D1403">
        <w:rPr>
          <w:rFonts w:ascii="Times New Roman" w:hAnsi="Times New Roman"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 xml:space="preserve">Первые гвардейские полки. </w:t>
      </w:r>
      <w:r w:rsidRPr="002D1403">
        <w:rPr>
          <w:rStyle w:val="BoldItalic"/>
          <w:rFonts w:ascii="Times New Roman" w:hAnsi="Times New Roman" w:cs="Times New Roman"/>
          <w:sz w:val="24"/>
          <w:szCs w:val="24"/>
        </w:rPr>
        <w:t>Создание регулярной армии, военного флота</w:t>
      </w:r>
      <w:r w:rsidRPr="002D1403">
        <w:rPr>
          <w:rFonts w:ascii="Times New Roman" w:hAnsi="Times New Roman" w:cs="Times New Roman"/>
          <w:sz w:val="24"/>
          <w:szCs w:val="24"/>
        </w:rPr>
        <w:t>. Рекрутские наборы.</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Церковная реформа</w:t>
      </w:r>
      <w:r w:rsidRPr="002D1403">
        <w:rPr>
          <w:rFonts w:ascii="Times New Roman" w:hAnsi="Times New Roman" w:cs="Times New Roman"/>
          <w:sz w:val="24"/>
          <w:szCs w:val="24"/>
        </w:rPr>
        <w:t>. Упразднение патриаршества, учреждение Синода. Положение инославных конфессий.</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Оппозиция реформам Петра I</w:t>
      </w:r>
      <w:r w:rsidRPr="002D1403">
        <w:rPr>
          <w:rFonts w:ascii="Times New Roman" w:hAnsi="Times New Roman" w:cs="Times New Roman"/>
          <w:sz w:val="24"/>
          <w:szCs w:val="24"/>
        </w:rPr>
        <w:t>. Социальные движения в первой четверти XVIII в. Восстания в Астрахани, Башкирии, на Дону. Дело царевича Алексея.</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Внешняя политика</w:t>
      </w:r>
      <w:r w:rsidRPr="002D1403">
        <w:rPr>
          <w:rFonts w:ascii="Times New Roman" w:hAnsi="Times New Roman" w:cs="Times New Roman"/>
          <w:sz w:val="24"/>
          <w:szCs w:val="24"/>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Преобразования Петра I в области культуры</w:t>
      </w:r>
      <w:r w:rsidRPr="002D1403">
        <w:rPr>
          <w:rFonts w:ascii="Times New Roman" w:hAnsi="Times New Roman" w:cs="Times New Roman"/>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Ассамблеи, балы, светские государственные праздники. Европейский стиль в одежде, развлечениях, питании. Изменения в положении женщин.</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Россия после Петра I. Дворцовые перевороты </w:t>
      </w:r>
      <w:r w:rsidRPr="002D1403">
        <w:rPr>
          <w:rStyle w:val="Book"/>
          <w:rFonts w:cs="Times New Roman"/>
          <w:b w:val="0"/>
          <w:bCs w:val="0"/>
          <w:sz w:val="24"/>
          <w:szCs w:val="24"/>
        </w:rPr>
        <w:t>(7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Россия при Елизавете Петровне</w:t>
      </w:r>
      <w:r w:rsidRPr="002D1403">
        <w:rPr>
          <w:rFonts w:ascii="Times New Roman" w:hAnsi="Times New Roman" w:cs="Times New Roman"/>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Петр III</w:t>
      </w:r>
      <w:r w:rsidRPr="002D1403">
        <w:rPr>
          <w:rFonts w:ascii="Times New Roman" w:hAnsi="Times New Roman" w:cs="Times New Roman"/>
          <w:sz w:val="24"/>
          <w:szCs w:val="24"/>
        </w:rPr>
        <w:t>. Манифест о вольности дворянства. Причины переворота 28 июня 1762 г.</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Россия в 1760—1790-х гг. Правление Екатерины II и Павла I </w:t>
      </w:r>
      <w:r w:rsidRPr="002D1403">
        <w:rPr>
          <w:rStyle w:val="Book"/>
          <w:rFonts w:cs="Times New Roman"/>
          <w:b w:val="0"/>
          <w:bCs w:val="0"/>
          <w:sz w:val="24"/>
          <w:szCs w:val="24"/>
        </w:rPr>
        <w:t>(18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Внутренняя политика Екатерины II</w:t>
      </w:r>
      <w:r w:rsidRPr="002D1403">
        <w:rPr>
          <w:rFonts w:ascii="Times New Roman" w:hAnsi="Times New Roman" w:cs="Times New Roman"/>
          <w:sz w:val="24"/>
          <w:szCs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Экономическое развитие России во второй половине XVIII в.</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Роль крепостного строя в экономике страны.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Привлечение крепостных оброчных крестьян к работе на мануфактурах</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Обеспечение активного внешнеторгового баланса</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Обострение социальных противоречий</w:t>
      </w:r>
      <w:r w:rsidRPr="002D1403">
        <w:rPr>
          <w:rFonts w:ascii="Times New Roman" w:hAnsi="Times New Roman" w:cs="Times New Roman"/>
          <w:sz w:val="24"/>
          <w:szCs w:val="24"/>
        </w:rPr>
        <w:t>. Чумной бунт в Москве</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Восстание под предводительством Емельяна Пугачева. Антидворянский и антикрепостнический характер движения</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Роль казачества, народов Урала и Поволжья в восстании</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Влияние восстания на внутреннюю политику и развитие общественной мысли.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Внешняя политика России второй половины XVIII в., ее основные задачи.</w:t>
      </w:r>
      <w:r w:rsidRPr="002D1403">
        <w:rPr>
          <w:rFonts w:ascii="Times New Roman" w:hAnsi="Times New Roman"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Россия при Павле I. </w:t>
      </w:r>
      <w:r w:rsidRPr="002D1403">
        <w:rPr>
          <w:rFonts w:ascii="Times New Roman" w:hAnsi="Times New Roman"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Культурное пространство Российской империи в XVIII в. </w:t>
      </w:r>
      <w:r w:rsidRPr="002D1403">
        <w:rPr>
          <w:rStyle w:val="Book"/>
          <w:rFonts w:cs="Times New Roman"/>
          <w:b w:val="0"/>
          <w:bCs w:val="0"/>
          <w:sz w:val="24"/>
          <w:szCs w:val="24"/>
        </w:rPr>
        <w:t>(6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1"/>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2"/>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2D1403">
        <w:rPr>
          <w:rStyle w:val="Italic"/>
          <w:rFonts w:ascii="Times New Roman" w:hAnsi="Times New Roman" w:cs="Times New Roman"/>
          <w:iCs/>
          <w:spacing w:val="-2"/>
          <w:sz w:val="24"/>
          <w:szCs w:val="24"/>
        </w:rPr>
        <w:t xml:space="preserve">. </w:t>
      </w:r>
      <w:r w:rsidRPr="002D1403">
        <w:rPr>
          <w:rFonts w:ascii="Times New Roman" w:hAnsi="Times New Roman" w:cs="Times New Roman"/>
          <w:spacing w:val="-2"/>
          <w:sz w:val="24"/>
          <w:szCs w:val="24"/>
        </w:rPr>
        <w:t>Изучение российской словесности и развитие русского литературного языка</w:t>
      </w:r>
      <w:r w:rsidRPr="002D1403">
        <w:rPr>
          <w:rStyle w:val="Italic"/>
          <w:rFonts w:ascii="Times New Roman" w:hAnsi="Times New Roman" w:cs="Times New Roman"/>
          <w:iCs/>
          <w:spacing w:val="-2"/>
          <w:sz w:val="24"/>
          <w:szCs w:val="24"/>
        </w:rPr>
        <w:t xml:space="preserve">. </w:t>
      </w:r>
      <w:r w:rsidRPr="002D1403">
        <w:rPr>
          <w:rFonts w:ascii="Times New Roman" w:hAnsi="Times New Roman" w:cs="Times New Roman"/>
          <w:spacing w:val="-2"/>
          <w:sz w:val="24"/>
          <w:szCs w:val="24"/>
        </w:rPr>
        <w:t>Российская академия</w:t>
      </w:r>
      <w:r w:rsidRPr="002D1403">
        <w:rPr>
          <w:rStyle w:val="Italic"/>
          <w:rFonts w:ascii="Times New Roman" w:hAnsi="Times New Roman" w:cs="Times New Roman"/>
          <w:iCs/>
          <w:spacing w:val="-2"/>
          <w:sz w:val="24"/>
          <w:szCs w:val="24"/>
        </w:rPr>
        <w:t xml:space="preserve">. </w:t>
      </w:r>
      <w:r w:rsidRPr="002D1403">
        <w:rPr>
          <w:rFonts w:ascii="Times New Roman" w:hAnsi="Times New Roman" w:cs="Times New Roman"/>
          <w:spacing w:val="-2"/>
          <w:sz w:val="24"/>
          <w:szCs w:val="24"/>
        </w:rPr>
        <w:t>Е. Р. Дашкова. М. В. Ломоносов и его роль в становлении российской науки и образования.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Образование в России в XVIII в. Основные педагогические идеи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Воспитание «новой породы» людей.</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Основание воспитательных домов в Санкт-Петербурге и Москве</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Института благородных девиц в Смольном монастыре</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Сословные учебные заведения для юношества из дворянства</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Московский университет — первый российский университет.</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Барокко в архитектуре Москвы и Петербурга</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Переход к классицизму, создание архитектурных ансамблей в стиле классицизма в обеих столицах.</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В. И. Баженов, М. Ф. Казаков, Ф. Ф. Растрелли.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Наш край</w:t>
      </w:r>
      <w:r w:rsidRPr="002D1403">
        <w:rPr>
          <w:rFonts w:ascii="Times New Roman" w:hAnsi="Times New Roman" w:cs="Times New Roman"/>
          <w:sz w:val="24"/>
          <w:szCs w:val="24"/>
        </w:rPr>
        <w:t xml:space="preserve"> в XVIII в.</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(2 ч).</w:t>
      </w:r>
    </w:p>
    <w:p w:rsidR="00F44E79" w:rsidRPr="002D1403" w:rsidRDefault="00F44E79" w:rsidP="00DE5D44">
      <w:pPr>
        <w:pStyle w:val="body"/>
        <w:rPr>
          <w:rFonts w:ascii="Times New Roman" w:hAnsi="Times New Roman" w:cs="Times New Roman"/>
          <w:sz w:val="24"/>
          <w:szCs w:val="24"/>
        </w:rPr>
      </w:pPr>
    </w:p>
    <w:p w:rsidR="00F44E79" w:rsidRPr="00DE5D44" w:rsidRDefault="00F44E79" w:rsidP="00DE5D44">
      <w:pPr>
        <w:pStyle w:val="Heading3"/>
        <w:jc w:val="both"/>
        <w:rPr>
          <w:rFonts w:ascii="Times New Roman" w:hAnsi="Times New Roman"/>
          <w:lang w:val="ru-RU"/>
        </w:rPr>
      </w:pPr>
      <w:bookmarkStart w:id="161" w:name="_Toc106195574"/>
      <w:r w:rsidRPr="00DE5D44">
        <w:rPr>
          <w:rFonts w:ascii="Times New Roman" w:hAnsi="Times New Roman"/>
          <w:color w:val="auto"/>
          <w:lang w:val="ru-RU"/>
        </w:rPr>
        <w:t>9 КЛАСС</w:t>
      </w:r>
      <w:bookmarkEnd w:id="161"/>
    </w:p>
    <w:p w:rsidR="00F44E79" w:rsidRPr="002D1403" w:rsidRDefault="00F44E79" w:rsidP="00DE5D44">
      <w:pPr>
        <w:pStyle w:val="h3-first"/>
        <w:jc w:val="both"/>
        <w:rPr>
          <w:rFonts w:cs="Times New Roman"/>
          <w:sz w:val="24"/>
          <w:szCs w:val="24"/>
        </w:rPr>
      </w:pPr>
      <w:r w:rsidRPr="002D1403">
        <w:rPr>
          <w:rFonts w:cs="Times New Roman"/>
          <w:sz w:val="24"/>
          <w:szCs w:val="24"/>
        </w:rPr>
        <w:t xml:space="preserve">ВСЕОБЩАЯ ИСТОРИЯ. ИСТОРИЯ НОВОГО ВРЕМЕНИ. XIX — НАЧАЛО ХХ в. </w:t>
      </w:r>
      <w:r w:rsidRPr="002D1403">
        <w:rPr>
          <w:rStyle w:val="Book"/>
          <w:rFonts w:cs="Times New Roman"/>
          <w:b w:val="0"/>
          <w:bCs w:val="0"/>
          <w:sz w:val="24"/>
          <w:szCs w:val="24"/>
        </w:rPr>
        <w:t>(23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(1 ч).</w:t>
      </w:r>
    </w:p>
    <w:p w:rsidR="00F44E79" w:rsidRPr="002D1403" w:rsidRDefault="00F44E79" w:rsidP="00DE5D44">
      <w:pPr>
        <w:pStyle w:val="h3"/>
        <w:jc w:val="both"/>
        <w:rPr>
          <w:rFonts w:cs="Times New Roman"/>
          <w:sz w:val="24"/>
          <w:szCs w:val="24"/>
        </w:rPr>
      </w:pPr>
      <w:r w:rsidRPr="002D1403">
        <w:rPr>
          <w:rFonts w:cs="Times New Roman"/>
          <w:sz w:val="24"/>
          <w:szCs w:val="24"/>
        </w:rPr>
        <w:t>Европа в начале XIX в.</w:t>
      </w:r>
      <w:r w:rsidRPr="002D1403">
        <w:rPr>
          <w:rStyle w:val="BoldItalic"/>
          <w:rFonts w:cs="Times New Roman"/>
          <w:bCs w:val="0"/>
          <w:sz w:val="24"/>
          <w:szCs w:val="24"/>
        </w:rPr>
        <w:t xml:space="preserve">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Развитие индустриального общества в первой половине XIX в.: экономика, социальные отношения, политические процессы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44E79" w:rsidRPr="002D1403" w:rsidRDefault="00F44E79" w:rsidP="00DE5D44">
      <w:pPr>
        <w:pStyle w:val="h3"/>
        <w:spacing w:before="227"/>
        <w:jc w:val="both"/>
        <w:rPr>
          <w:rFonts w:cs="Times New Roman"/>
          <w:sz w:val="24"/>
          <w:szCs w:val="24"/>
        </w:rPr>
      </w:pPr>
      <w:r w:rsidRPr="002D1403">
        <w:rPr>
          <w:rFonts w:cs="Times New Roman"/>
          <w:sz w:val="24"/>
          <w:szCs w:val="24"/>
        </w:rPr>
        <w:t xml:space="preserve">Политическое развитие европейских стран в 1815—1840-е гг.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44E79" w:rsidRPr="002D1403" w:rsidRDefault="00F44E79" w:rsidP="00DE5D44">
      <w:pPr>
        <w:pStyle w:val="h3"/>
        <w:spacing w:before="227"/>
        <w:jc w:val="both"/>
        <w:rPr>
          <w:rFonts w:cs="Times New Roman"/>
          <w:sz w:val="24"/>
          <w:szCs w:val="24"/>
        </w:rPr>
      </w:pPr>
      <w:r w:rsidRPr="002D1403">
        <w:rPr>
          <w:rFonts w:cs="Times New Roman"/>
          <w:sz w:val="24"/>
          <w:szCs w:val="24"/>
        </w:rPr>
        <w:t>Страны Европы и Северной Америки в середине ХIХ — начале ХХ в.</w:t>
      </w:r>
      <w:r w:rsidRPr="002D1403">
        <w:rPr>
          <w:rStyle w:val="BoldItalic"/>
          <w:rFonts w:cs="Times New Roman"/>
          <w:bCs w:val="0"/>
          <w:sz w:val="24"/>
          <w:szCs w:val="24"/>
        </w:rPr>
        <w:t xml:space="preserve"> </w:t>
      </w:r>
      <w:r w:rsidRPr="002D1403">
        <w:rPr>
          <w:rStyle w:val="Book"/>
          <w:rFonts w:cs="Times New Roman"/>
          <w:b w:val="0"/>
          <w:bCs w:val="0"/>
          <w:sz w:val="24"/>
          <w:szCs w:val="24"/>
        </w:rPr>
        <w:t>(6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Великобритания</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Франция.</w:t>
      </w:r>
      <w:r w:rsidRPr="002D1403">
        <w:rPr>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Италия.</w:t>
      </w:r>
      <w:r w:rsidRPr="002D1403">
        <w:rPr>
          <w:rFonts w:ascii="Times New Roman" w:hAnsi="Times New Roman"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pacing w:val="-1"/>
          <w:sz w:val="24"/>
          <w:szCs w:val="24"/>
        </w:rPr>
        <w:t>Германия.</w:t>
      </w:r>
      <w:r w:rsidRPr="002D1403">
        <w:rPr>
          <w:rFonts w:ascii="Times New Roman" w:hAnsi="Times New Roman"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Страны Центральной и Юго-Восточной Европы во второй половине XIX — начале XX в</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Соединенные Штаты Америки</w:t>
      </w:r>
      <w:r w:rsidRPr="002D1403">
        <w:rPr>
          <w:rFonts w:ascii="Times New Roman" w:hAnsi="Times New Roman" w:cs="Times New Roman"/>
          <w:sz w:val="24"/>
          <w:szCs w:val="24"/>
        </w:rPr>
        <w:t>. Север и Юг:</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Экономическое и социально-политическое развитие стран Европы и США в конце XIX — начале ХХ 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Страны Латинской Америки в XIX — начале ХХ в.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Страны Азии в ХIХ — начале ХХ в.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Япония.</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Китай.</w:t>
      </w:r>
      <w:r w:rsidRPr="002D1403">
        <w:rPr>
          <w:rFonts w:ascii="Times New Roman" w:hAnsi="Times New Roman"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Османская империя</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 xml:space="preserve">Революция 1905—1911 г. в </w:t>
      </w:r>
      <w:r w:rsidRPr="002D1403">
        <w:rPr>
          <w:rStyle w:val="BoldItalic"/>
          <w:rFonts w:ascii="Times New Roman" w:hAnsi="Times New Roman" w:cs="Times New Roman"/>
          <w:sz w:val="24"/>
          <w:szCs w:val="24"/>
        </w:rPr>
        <w:t>Иране.</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Индия.</w:t>
      </w:r>
      <w:r w:rsidRPr="002D1403">
        <w:rPr>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Народы Африки в ХIХ — начале ХХ в. </w:t>
      </w:r>
      <w:r w:rsidRPr="002D1403">
        <w:rPr>
          <w:rStyle w:val="Book"/>
          <w:rFonts w:cs="Times New Roman"/>
          <w:b w:val="0"/>
          <w:bCs w:val="0"/>
          <w:sz w:val="24"/>
          <w:szCs w:val="24"/>
        </w:rPr>
        <w:t>(1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Развитие культуры в XIX — начале ХХ в.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1"/>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Международные отношения в XIX — начале XX в. </w:t>
      </w:r>
      <w:r w:rsidRPr="002D1403">
        <w:rPr>
          <w:rStyle w:val="Book"/>
          <w:rFonts w:cs="Times New Roman"/>
          <w:b w:val="0"/>
          <w:bCs w:val="0"/>
          <w:sz w:val="24"/>
          <w:szCs w:val="24"/>
        </w:rPr>
        <w:t>(1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(1 ч). Историческое и культурное наследие XIX в.</w:t>
      </w:r>
    </w:p>
    <w:p w:rsidR="00F44E79" w:rsidRPr="002D1403" w:rsidRDefault="00F44E79" w:rsidP="00DE5D44">
      <w:pPr>
        <w:pStyle w:val="h3"/>
        <w:jc w:val="both"/>
        <w:rPr>
          <w:rFonts w:cs="Times New Roman"/>
          <w:sz w:val="24"/>
          <w:szCs w:val="24"/>
        </w:rPr>
      </w:pPr>
    </w:p>
    <w:p w:rsidR="00F44E79" w:rsidRPr="002D1403" w:rsidRDefault="00F44E79" w:rsidP="00DE5D44">
      <w:pPr>
        <w:pStyle w:val="h3"/>
        <w:jc w:val="both"/>
        <w:rPr>
          <w:rFonts w:cs="Times New Roman"/>
          <w:sz w:val="24"/>
          <w:szCs w:val="24"/>
        </w:rPr>
      </w:pPr>
    </w:p>
    <w:p w:rsidR="00F44E79" w:rsidRPr="002D1403" w:rsidRDefault="00F44E79" w:rsidP="00DE5D44">
      <w:pPr>
        <w:pStyle w:val="h3"/>
        <w:jc w:val="both"/>
        <w:rPr>
          <w:rFonts w:cs="Times New Roman"/>
          <w:sz w:val="24"/>
          <w:szCs w:val="24"/>
        </w:rPr>
      </w:pPr>
      <w:r w:rsidRPr="002D1403">
        <w:rPr>
          <w:rFonts w:cs="Times New Roman"/>
          <w:sz w:val="24"/>
          <w:szCs w:val="24"/>
        </w:rPr>
        <w:t xml:space="preserve">ИСТОРИЯ РОССИИ. РОССИЙСКАЯ ИМПЕРИЯ В XIX — НАЧАЛЕ XX В. </w:t>
      </w:r>
      <w:r w:rsidRPr="002D1403">
        <w:rPr>
          <w:rStyle w:val="Book"/>
          <w:rFonts w:cs="Times New Roman"/>
          <w:b w:val="0"/>
          <w:bCs w:val="0"/>
          <w:sz w:val="24"/>
          <w:szCs w:val="24"/>
        </w:rPr>
        <w:t>(45 ч)</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Введение</w:t>
      </w:r>
      <w:r w:rsidRPr="002D1403">
        <w:rPr>
          <w:rFonts w:ascii="Times New Roman" w:hAnsi="Times New Roman" w:cs="Times New Roman"/>
          <w:sz w:val="24"/>
          <w:szCs w:val="24"/>
        </w:rPr>
        <w:t xml:space="preserve"> </w:t>
      </w:r>
      <w:r w:rsidRPr="002D1403">
        <w:rPr>
          <w:rStyle w:val="Book"/>
          <w:rFonts w:ascii="Times New Roman" w:hAnsi="Times New Roman" w:cs="Times New Roman"/>
          <w:sz w:val="24"/>
          <w:szCs w:val="24"/>
        </w:rPr>
        <w:t>(1 ч).</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Александровская эпоха: государственный либерализм </w:t>
      </w:r>
      <w:r w:rsidRPr="002D1403">
        <w:rPr>
          <w:rStyle w:val="Book"/>
          <w:rFonts w:cs="Times New Roman"/>
          <w:b w:val="0"/>
          <w:bCs w:val="0"/>
          <w:sz w:val="24"/>
          <w:szCs w:val="24"/>
        </w:rPr>
        <w:t>(7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Николаевское самодержавие: государственный консерватизм </w:t>
      </w:r>
      <w:r w:rsidRPr="002D1403">
        <w:rPr>
          <w:rStyle w:val="Book"/>
          <w:rFonts w:cs="Times New Roman"/>
          <w:b w:val="0"/>
          <w:bCs w:val="0"/>
          <w:sz w:val="24"/>
          <w:szCs w:val="24"/>
        </w:rPr>
        <w:t>(5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Москва и Петербург: спор двух столиц</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А. И. Герцен</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Влияние немецкой философии и французского социализма на русскую общественную мысль.</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Россия и Европа как центральный пункт общественных дебатов</w:t>
      </w:r>
      <w:r w:rsidRPr="002D1403">
        <w:rPr>
          <w:rStyle w:val="Italic"/>
          <w:rFonts w:ascii="Times New Roman" w:hAnsi="Times New Roman" w:cs="Times New Roman"/>
          <w:iCs/>
          <w:sz w:val="24"/>
          <w:szCs w:val="24"/>
        </w:rPr>
        <w:t>.</w:t>
      </w:r>
    </w:p>
    <w:p w:rsidR="00F44E79" w:rsidRPr="002D1403" w:rsidRDefault="00F44E79" w:rsidP="00DE5D44">
      <w:pPr>
        <w:pStyle w:val="h3"/>
        <w:jc w:val="both"/>
        <w:rPr>
          <w:rFonts w:cs="Times New Roman"/>
          <w:sz w:val="24"/>
          <w:szCs w:val="24"/>
        </w:rPr>
      </w:pPr>
      <w:r w:rsidRPr="002D1403">
        <w:rPr>
          <w:rFonts w:cs="Times New Roman"/>
          <w:sz w:val="24"/>
          <w:szCs w:val="24"/>
        </w:rPr>
        <w:t>Культурное пространство империи в первой половине XIX в.</w:t>
      </w:r>
      <w:r w:rsidRPr="002D1403">
        <w:rPr>
          <w:rStyle w:val="BoldItalic"/>
          <w:rFonts w:cs="Times New Roman"/>
          <w:bCs w:val="0"/>
          <w:sz w:val="24"/>
          <w:szCs w:val="24"/>
        </w:rPr>
        <w:t xml:space="preserve">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Российская культура как часть европейской культуры.</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Народы России в первой половине XIX в.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44E79" w:rsidRPr="002D1403" w:rsidRDefault="00F44E79" w:rsidP="00DE5D44">
      <w:pPr>
        <w:pStyle w:val="h3"/>
        <w:spacing w:before="0"/>
        <w:jc w:val="both"/>
        <w:rPr>
          <w:rFonts w:cs="Times New Roman"/>
          <w:sz w:val="24"/>
          <w:szCs w:val="24"/>
        </w:rPr>
      </w:pPr>
      <w:r w:rsidRPr="002D1403">
        <w:rPr>
          <w:rFonts w:cs="Times New Roman"/>
          <w:sz w:val="24"/>
          <w:szCs w:val="24"/>
        </w:rPr>
        <w:t>Социальная и правовая модернизация страны при Александре II</w:t>
      </w:r>
    </w:p>
    <w:p w:rsidR="00F44E79" w:rsidRPr="002D1403" w:rsidRDefault="00F44E79" w:rsidP="00DE5D44">
      <w:pPr>
        <w:pStyle w:val="h3"/>
        <w:spacing w:before="0"/>
        <w:jc w:val="both"/>
        <w:rPr>
          <w:rFonts w:cs="Times New Roman"/>
          <w:sz w:val="24"/>
          <w:szCs w:val="24"/>
        </w:rPr>
      </w:pPr>
      <w:r w:rsidRPr="002D1403">
        <w:rPr>
          <w:rStyle w:val="Book"/>
          <w:rFonts w:cs="Times New Roman"/>
          <w:b w:val="0"/>
          <w:bCs w:val="0"/>
          <w:sz w:val="24"/>
          <w:szCs w:val="24"/>
        </w:rPr>
        <w:t>(6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Конституционный вопрос.</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Россия в 1880—1890-х гг. </w:t>
      </w:r>
      <w:r w:rsidRPr="002D1403">
        <w:rPr>
          <w:rStyle w:val="Book"/>
          <w:rFonts w:cs="Times New Roman"/>
          <w:b w:val="0"/>
          <w:bCs w:val="0"/>
          <w:sz w:val="24"/>
          <w:szCs w:val="24"/>
        </w:rPr>
        <w:t>(4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«Народное самодержавие» Александра III.</w:t>
      </w:r>
      <w:r w:rsidRPr="002D1403">
        <w:rPr>
          <w:rStyle w:val="BoldItalic"/>
          <w:rFonts w:ascii="Times New Roman" w:hAnsi="Times New Roman" w:cs="Times New Roman"/>
          <w:sz w:val="24"/>
          <w:szCs w:val="24"/>
        </w:rPr>
        <w:t xml:space="preserve"> </w:t>
      </w:r>
      <w:r w:rsidRPr="002D1403">
        <w:rPr>
          <w:rFonts w:ascii="Times New Roman" w:hAnsi="Times New Roman" w:cs="Times New Roman"/>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Ограничение общественной самодеятельности</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Сельское хозяйство и промышленность</w:t>
      </w:r>
      <w:r w:rsidRPr="002D1403">
        <w:rPr>
          <w:rStyle w:val="BoldItalic"/>
          <w:rFonts w:ascii="Times New Roman" w:hAnsi="Times New Roman" w:cs="Times New Roman"/>
          <w:sz w:val="24"/>
          <w:szCs w:val="24"/>
        </w:rPr>
        <w:t xml:space="preserve">. </w:t>
      </w:r>
      <w:r w:rsidRPr="002D1403">
        <w:rPr>
          <w:rFonts w:ascii="Times New Roman" w:hAnsi="Times New Roman" w:cs="Times New Roman"/>
          <w:sz w:val="24"/>
          <w:szCs w:val="24"/>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Социальные типы крестьян и помещиков</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Дворяне-предприниматели.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2D1403">
        <w:rPr>
          <w:rStyle w:val="Italic"/>
          <w:rFonts w:ascii="Times New Roman" w:hAnsi="Times New Roman" w:cs="Times New Roman"/>
          <w:iCs/>
          <w:sz w:val="24"/>
          <w:szCs w:val="24"/>
        </w:rPr>
        <w:t>.</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Культурное пространство империи во второй половине XIX в. </w:t>
      </w:r>
      <w:r w:rsidRPr="002D1403">
        <w:rPr>
          <w:rStyle w:val="Book"/>
          <w:rFonts w:cs="Times New Roman"/>
          <w:b w:val="0"/>
          <w:bCs w:val="0"/>
          <w:sz w:val="24"/>
          <w:szCs w:val="24"/>
        </w:rPr>
        <w:t>(3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Народная, элитарная и массовая культура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Этнокультурный облик империи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1"/>
          <w:sz w:val="24"/>
          <w:szCs w:val="24"/>
        </w:rPr>
        <w:t>Основные регионы и народы Российской империи и их роль в жизни страны. Правовое положение различных этносов и конфессий</w:t>
      </w:r>
      <w:r w:rsidRPr="002D1403">
        <w:rPr>
          <w:rStyle w:val="Italic"/>
          <w:rFonts w:ascii="Times New Roman" w:hAnsi="Times New Roman" w:cs="Times New Roman"/>
          <w:iCs/>
          <w:spacing w:val="1"/>
          <w:sz w:val="24"/>
          <w:szCs w:val="24"/>
        </w:rPr>
        <w:t xml:space="preserve">. </w:t>
      </w:r>
      <w:r w:rsidRPr="002D1403">
        <w:rPr>
          <w:rFonts w:ascii="Times New Roman" w:hAnsi="Times New Roman" w:cs="Times New Roman"/>
          <w:spacing w:val="1"/>
          <w:sz w:val="24"/>
          <w:szCs w:val="24"/>
        </w:rPr>
        <w:t>Процессы национального и религиозного возрождения у народов Российской империи</w:t>
      </w:r>
      <w:r w:rsidRPr="002D1403">
        <w:rPr>
          <w:rStyle w:val="Italic"/>
          <w:rFonts w:ascii="Times New Roman" w:hAnsi="Times New Roman" w:cs="Times New Roman"/>
          <w:iCs/>
          <w:spacing w:val="1"/>
          <w:sz w:val="24"/>
          <w:szCs w:val="24"/>
        </w:rPr>
        <w:t xml:space="preserve">. </w:t>
      </w:r>
      <w:r w:rsidRPr="002D1403">
        <w:rPr>
          <w:rFonts w:ascii="Times New Roman" w:hAnsi="Times New Roman" w:cs="Times New Roman"/>
          <w:spacing w:val="1"/>
          <w:sz w:val="24"/>
          <w:szCs w:val="24"/>
        </w:rPr>
        <w:t>Национальные движения народов России. Взаимодействие национальных культур и народов. Национальная политика самодержавия</w:t>
      </w:r>
      <w:r w:rsidRPr="002D1403">
        <w:rPr>
          <w:rStyle w:val="Italic"/>
          <w:rFonts w:ascii="Times New Roman" w:hAnsi="Times New Roman" w:cs="Times New Roman"/>
          <w:iCs/>
          <w:spacing w:val="1"/>
          <w:sz w:val="24"/>
          <w:szCs w:val="24"/>
        </w:rPr>
        <w:t xml:space="preserve">. </w:t>
      </w:r>
      <w:r w:rsidRPr="002D1403">
        <w:rPr>
          <w:rFonts w:ascii="Times New Roman" w:hAnsi="Times New Roman" w:cs="Times New Roman"/>
          <w:spacing w:val="1"/>
          <w:sz w:val="24"/>
          <w:szCs w:val="24"/>
        </w:rPr>
        <w:t>Укрепление автономии Финляндии</w:t>
      </w:r>
      <w:r w:rsidRPr="002D1403">
        <w:rPr>
          <w:rStyle w:val="Italic"/>
          <w:rFonts w:ascii="Times New Roman" w:hAnsi="Times New Roman" w:cs="Times New Roman"/>
          <w:iCs/>
          <w:spacing w:val="1"/>
          <w:sz w:val="24"/>
          <w:szCs w:val="24"/>
        </w:rPr>
        <w:t xml:space="preserve">. </w:t>
      </w:r>
      <w:r w:rsidRPr="002D1403">
        <w:rPr>
          <w:rFonts w:ascii="Times New Roman" w:hAnsi="Times New Roman" w:cs="Times New Roman"/>
          <w:spacing w:val="1"/>
          <w:sz w:val="24"/>
          <w:szCs w:val="24"/>
        </w:rPr>
        <w:t>Польское восстание 1863 г. Прибалтика</w:t>
      </w:r>
      <w:r w:rsidRPr="002D1403">
        <w:rPr>
          <w:rStyle w:val="Italic"/>
          <w:rFonts w:ascii="Times New Roman" w:hAnsi="Times New Roman" w:cs="Times New Roman"/>
          <w:iCs/>
          <w:spacing w:val="1"/>
          <w:sz w:val="24"/>
          <w:szCs w:val="24"/>
        </w:rPr>
        <w:t xml:space="preserve">. </w:t>
      </w:r>
      <w:r w:rsidRPr="002D1403">
        <w:rPr>
          <w:rFonts w:ascii="Times New Roman" w:hAnsi="Times New Roman" w:cs="Times New Roman"/>
          <w:spacing w:val="1"/>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Формирование гражданского общества и основные направления общественных движений </w:t>
      </w:r>
      <w:r w:rsidRPr="002D1403">
        <w:rPr>
          <w:rStyle w:val="Book"/>
          <w:rFonts w:cs="Times New Roman"/>
          <w:b w:val="0"/>
          <w:bCs w:val="0"/>
          <w:sz w:val="24"/>
          <w:szCs w:val="24"/>
        </w:rPr>
        <w:t>(2 ч)</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Рабочее движение</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Женское движение</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Большое общество пропаганды</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«Хождение в народ»</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«Земля и воля» и ее раскол</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«Черный передел» и «Народная воля»</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«Союз борьбы за освобождение рабочего класса</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I съезд РСДРП</w:t>
      </w:r>
      <w:r w:rsidRPr="002D1403">
        <w:rPr>
          <w:rStyle w:val="Italic"/>
          <w:rFonts w:ascii="Times New Roman" w:hAnsi="Times New Roman" w:cs="Times New Roman"/>
          <w:iCs/>
          <w:sz w:val="24"/>
          <w:szCs w:val="24"/>
        </w:rPr>
        <w:t>.</w:t>
      </w:r>
    </w:p>
    <w:p w:rsidR="00F44E79" w:rsidRPr="002D1403" w:rsidRDefault="00F44E79" w:rsidP="00DE5D44">
      <w:pPr>
        <w:pStyle w:val="h3"/>
        <w:jc w:val="both"/>
        <w:rPr>
          <w:rFonts w:cs="Times New Roman"/>
          <w:sz w:val="24"/>
          <w:szCs w:val="24"/>
        </w:rPr>
      </w:pPr>
      <w:r w:rsidRPr="002D1403">
        <w:rPr>
          <w:rFonts w:cs="Times New Roman"/>
          <w:sz w:val="24"/>
          <w:szCs w:val="24"/>
        </w:rPr>
        <w:t xml:space="preserve">Россия на пороге ХХ в. </w:t>
      </w:r>
      <w:r w:rsidRPr="002D1403">
        <w:rPr>
          <w:rStyle w:val="Book"/>
          <w:rFonts w:cs="Times New Roman"/>
          <w:b w:val="0"/>
          <w:bCs w:val="0"/>
          <w:sz w:val="24"/>
          <w:szCs w:val="24"/>
        </w:rPr>
        <w:t>(9 ч)</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На пороге нового века</w:t>
      </w:r>
      <w:r w:rsidRPr="002D1403">
        <w:rPr>
          <w:rFonts w:ascii="Times New Roman" w:hAnsi="Times New Roman"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Церковь в условиях кризиса имперской идеологии</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Распространение светской этики и культуры</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Россия в системе международных отношений.</w:t>
      </w:r>
      <w:r w:rsidRPr="002D1403">
        <w:rPr>
          <w:rFonts w:ascii="Times New Roman" w:hAnsi="Times New Roman" w:cs="Times New Roman"/>
          <w:sz w:val="24"/>
          <w:szCs w:val="24"/>
        </w:rPr>
        <w:t xml:space="preserve"> Политика на Дальнем Востоке. Русско-японская война 1904—1905 гг. Оборона Порт-Артура. Цусимское сражение.</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Первая российская революция 1905—1907 гг. Начало парламентаризма в России. </w:t>
      </w:r>
      <w:r w:rsidRPr="002D1403">
        <w:rPr>
          <w:rFonts w:ascii="Times New Roman" w:hAnsi="Times New Roman" w:cs="Times New Roman"/>
          <w:sz w:val="24"/>
          <w:szCs w:val="24"/>
        </w:rPr>
        <w:t>Николай II и его окружение. Деятельность В. К. Плеве на посту министра внутренних дел. Оппозиционное либеральное движение. «Союз освобождения»</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Банкетная кампания</w:t>
      </w:r>
      <w:r w:rsidRPr="002D1403">
        <w:rPr>
          <w:rStyle w:val="Italic"/>
          <w:rFonts w:ascii="Times New Roman" w:hAnsi="Times New Roman" w:cs="Times New Roman"/>
          <w:iCs/>
          <w:sz w:val="24"/>
          <w:szCs w:val="24"/>
        </w:rPr>
        <w:t>.</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2D1403">
        <w:rPr>
          <w:rStyle w:val="Italic"/>
          <w:rFonts w:ascii="Times New Roman" w:hAnsi="Times New Roman" w:cs="Times New Roman"/>
          <w:iCs/>
          <w:sz w:val="24"/>
          <w:szCs w:val="24"/>
        </w:rPr>
        <w:t>.</w:t>
      </w:r>
      <w:r w:rsidRPr="002D1403">
        <w:rPr>
          <w:rFonts w:ascii="Times New Roman" w:hAnsi="Times New Roman"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Избирательный закон 11 декабря 1905 г.</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Избирательная кампания в I Государственную думу</w:t>
      </w:r>
      <w:r w:rsidRPr="002D1403">
        <w:rPr>
          <w:rStyle w:val="Italic"/>
          <w:rFonts w:ascii="Times New Roman" w:hAnsi="Times New Roman" w:cs="Times New Roman"/>
          <w:iCs/>
          <w:sz w:val="24"/>
          <w:szCs w:val="24"/>
        </w:rPr>
        <w:t xml:space="preserve">. </w:t>
      </w:r>
      <w:r w:rsidRPr="002D1403">
        <w:rPr>
          <w:rFonts w:ascii="Times New Roman" w:hAnsi="Times New Roman" w:cs="Times New Roman"/>
          <w:sz w:val="24"/>
          <w:szCs w:val="24"/>
        </w:rPr>
        <w:t>Основные государственные законы 23 апреля 1906 г. Деятельность I и II Государственной думы: итоги и уроки.</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Общество и власть после революции. </w:t>
      </w:r>
      <w:r w:rsidRPr="002D1403">
        <w:rPr>
          <w:rFonts w:ascii="Times New Roman" w:hAnsi="Times New Roman" w:cs="Times New Roman"/>
          <w:sz w:val="24"/>
          <w:szCs w:val="24"/>
        </w:rP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Серебряный век российской культуры. </w:t>
      </w:r>
      <w:r w:rsidRPr="002D1403">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 xml:space="preserve">Наш край </w:t>
      </w:r>
      <w:r w:rsidRPr="002D1403">
        <w:rPr>
          <w:rFonts w:ascii="Times New Roman" w:hAnsi="Times New Roman" w:cs="Times New Roman"/>
          <w:sz w:val="24"/>
          <w:szCs w:val="24"/>
        </w:rPr>
        <w:t>в XIX — начале ХХ в.</w:t>
      </w:r>
    </w:p>
    <w:p w:rsidR="00F44E79" w:rsidRPr="002D1403" w:rsidRDefault="00F44E79" w:rsidP="00DE5D44">
      <w:pPr>
        <w:pStyle w:val="body"/>
        <w:rPr>
          <w:rFonts w:ascii="Times New Roman" w:hAnsi="Times New Roman" w:cs="Times New Roman"/>
          <w:sz w:val="24"/>
          <w:szCs w:val="24"/>
        </w:rPr>
      </w:pPr>
      <w:r w:rsidRPr="002D1403">
        <w:rPr>
          <w:rStyle w:val="Bold"/>
          <w:rFonts w:ascii="Times New Roman" w:hAnsi="Times New Roman" w:cs="Times New Roman"/>
          <w:bCs/>
          <w:sz w:val="24"/>
          <w:szCs w:val="24"/>
        </w:rPr>
        <w:t>Обобщение</w:t>
      </w:r>
      <w:r w:rsidRPr="002D1403">
        <w:rPr>
          <w:rFonts w:ascii="Times New Roman" w:hAnsi="Times New Roman" w:cs="Times New Roman"/>
          <w:sz w:val="24"/>
          <w:szCs w:val="24"/>
        </w:rPr>
        <w:t xml:space="preserve"> (1 ч)</w:t>
      </w:r>
    </w:p>
    <w:p w:rsidR="00F44E79" w:rsidRPr="002D1403" w:rsidRDefault="00F44E79" w:rsidP="00DE5D44">
      <w:pPr>
        <w:pStyle w:val="body"/>
        <w:rPr>
          <w:rFonts w:ascii="Times New Roman" w:hAnsi="Times New Roman" w:cs="Times New Roman"/>
          <w:sz w:val="24"/>
          <w:szCs w:val="24"/>
        </w:rPr>
      </w:pPr>
    </w:p>
    <w:p w:rsidR="00F44E79" w:rsidRPr="002D1403" w:rsidRDefault="00F44E79" w:rsidP="00DE5D44">
      <w:pPr>
        <w:pStyle w:val="body"/>
        <w:rPr>
          <w:rFonts w:ascii="Times New Roman" w:hAnsi="Times New Roman" w:cs="Times New Roman"/>
          <w:sz w:val="24"/>
          <w:szCs w:val="24"/>
        </w:rPr>
      </w:pPr>
    </w:p>
    <w:p w:rsidR="00F44E79" w:rsidRPr="002D1403" w:rsidRDefault="00F44E79" w:rsidP="00DE5D44">
      <w:pPr>
        <w:pStyle w:val="Heading1"/>
        <w:jc w:val="both"/>
        <w:rPr>
          <w:rFonts w:ascii="Times New Roman" w:hAnsi="Times New Roman"/>
          <w:sz w:val="24"/>
          <w:szCs w:val="24"/>
        </w:rPr>
      </w:pPr>
      <w:bookmarkStart w:id="162" w:name="_Toc106178955"/>
      <w:bookmarkStart w:id="163" w:name="_Toc106195575"/>
      <w:r w:rsidRPr="002D1403">
        <w:rPr>
          <w:rStyle w:val="Heading1Char1"/>
          <w:rFonts w:ascii="Times New Roman" w:hAnsi="Times New Roman"/>
          <w:bCs w:val="0"/>
          <w:sz w:val="24"/>
          <w:szCs w:val="24"/>
        </w:rPr>
        <w:t>ПЛАНИРУЕМЫЕ РЕЗУЛЬТАТЫ ОСВОЕНИЯ</w:t>
      </w:r>
      <w:r w:rsidRPr="002D1403">
        <w:rPr>
          <w:rFonts w:ascii="Times New Roman" w:hAnsi="Times New Roman"/>
          <w:sz w:val="24"/>
          <w:szCs w:val="24"/>
        </w:rPr>
        <w:t xml:space="preserve"> УЧЕБНОГО</w:t>
      </w:r>
      <w:r w:rsidRPr="00DE5D44">
        <w:rPr>
          <w:rStyle w:val="Heading3Char1"/>
          <w:rFonts w:ascii="Times New Roman" w:hAnsi="Times New Roman"/>
          <w:bCs w:val="0"/>
          <w:szCs w:val="24"/>
          <w:lang w:val="ru-RU"/>
        </w:rPr>
        <w:t xml:space="preserve"> ПРЕДМЕТА «ИСТОРИЯ» НА УРОВНЕ ОСНОВНОГО ОБЩЕГО ОБРАЗОВАНИЯ</w:t>
      </w:r>
      <w:bookmarkEnd w:id="162"/>
      <w:bookmarkEnd w:id="163"/>
    </w:p>
    <w:p w:rsidR="00F44E79" w:rsidRPr="00DE5D44" w:rsidRDefault="00F44E79" w:rsidP="00DE5D44">
      <w:pPr>
        <w:pStyle w:val="Heading2"/>
        <w:jc w:val="both"/>
        <w:rPr>
          <w:rFonts w:ascii="Times New Roman" w:hAnsi="Times New Roman"/>
          <w:sz w:val="24"/>
          <w:szCs w:val="24"/>
          <w:lang w:val="ru-RU"/>
        </w:rPr>
      </w:pPr>
      <w:bookmarkStart w:id="164" w:name="_Toc106195576"/>
      <w:r w:rsidRPr="00DE5D44">
        <w:rPr>
          <w:rFonts w:ascii="Times New Roman" w:hAnsi="Times New Roman"/>
          <w:color w:val="auto"/>
          <w:sz w:val="24"/>
          <w:szCs w:val="24"/>
          <w:lang w:val="ru-RU"/>
        </w:rPr>
        <w:t>ЛИЧНОСТНЫЕ РЕЗУЛЬТАТЫ</w:t>
      </w:r>
      <w:bookmarkEnd w:id="164"/>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 xml:space="preserve">К важнейшим </w:t>
      </w:r>
      <w:r w:rsidRPr="002D1403">
        <w:rPr>
          <w:rStyle w:val="BoldItalic"/>
          <w:rFonts w:ascii="Times New Roman" w:hAnsi="Times New Roman" w:cs="Times New Roman"/>
          <w:sz w:val="24"/>
          <w:szCs w:val="24"/>
        </w:rPr>
        <w:t>личностным результатам</w:t>
      </w:r>
      <w:r w:rsidRPr="002D1403">
        <w:rPr>
          <w:rFonts w:ascii="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3"/>
          <w:sz w:val="24"/>
          <w:szCs w:val="24"/>
        </w:rPr>
        <w:t xml:space="preserve">в сфере </w:t>
      </w:r>
      <w:r w:rsidRPr="002D1403">
        <w:rPr>
          <w:rStyle w:val="Italic"/>
          <w:rFonts w:cs="Times New Roman"/>
          <w:iCs/>
          <w:spacing w:val="3"/>
          <w:sz w:val="24"/>
          <w:szCs w:val="24"/>
        </w:rPr>
        <w:t>патриотического воспитания</w:t>
      </w:r>
      <w:r w:rsidRPr="002D1403">
        <w:rPr>
          <w:rFonts w:cs="Times New Roman"/>
          <w:spacing w:val="3"/>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в сфере </w:t>
      </w:r>
      <w:r w:rsidRPr="002D1403">
        <w:rPr>
          <w:rStyle w:val="Italic"/>
          <w:rFonts w:cs="Times New Roman"/>
          <w:iCs/>
          <w:sz w:val="24"/>
          <w:szCs w:val="24"/>
        </w:rPr>
        <w:t>гражданского воспитания</w:t>
      </w:r>
      <w:r w:rsidRPr="002D1403">
        <w:rPr>
          <w:rFonts w:cs="Times New Roman"/>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в </w:t>
      </w:r>
      <w:r w:rsidRPr="002D1403">
        <w:rPr>
          <w:rStyle w:val="Italic"/>
          <w:rFonts w:cs="Times New Roman"/>
          <w:iCs/>
          <w:sz w:val="24"/>
          <w:szCs w:val="24"/>
        </w:rPr>
        <w:t>духовно-нравственной</w:t>
      </w:r>
      <w:r w:rsidRPr="002D1403">
        <w:rPr>
          <w:rFonts w:cs="Times New Roman"/>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в понимании </w:t>
      </w:r>
      <w:r w:rsidRPr="002D1403">
        <w:rPr>
          <w:rStyle w:val="Italic"/>
          <w:rFonts w:cs="Times New Roman"/>
          <w:iCs/>
          <w:sz w:val="24"/>
          <w:szCs w:val="24"/>
        </w:rPr>
        <w:t>ценности научного познания</w:t>
      </w:r>
      <w:r w:rsidRPr="002D1403">
        <w:rPr>
          <w:rFonts w:cs="Times New Roman"/>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в сфере </w:t>
      </w:r>
      <w:r w:rsidRPr="002D1403">
        <w:rPr>
          <w:rStyle w:val="Italic"/>
          <w:rFonts w:cs="Times New Roman"/>
          <w:iCs/>
          <w:sz w:val="24"/>
          <w:szCs w:val="24"/>
        </w:rPr>
        <w:t>эстетического воспитания</w:t>
      </w:r>
      <w:r w:rsidRPr="002D1403">
        <w:rPr>
          <w:rFonts w:cs="Times New Roman"/>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в формировании </w:t>
      </w:r>
      <w:r w:rsidRPr="002D1403">
        <w:rPr>
          <w:rStyle w:val="Italic"/>
          <w:rFonts w:cs="Times New Roman"/>
          <w:iCs/>
          <w:sz w:val="24"/>
          <w:szCs w:val="24"/>
        </w:rPr>
        <w:t>ценностного отношения к жизни и здоровью</w:t>
      </w:r>
      <w:r w:rsidRPr="002D1403">
        <w:rPr>
          <w:rFonts w:cs="Times New Roman"/>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в сфере </w:t>
      </w:r>
      <w:r w:rsidRPr="002D1403">
        <w:rPr>
          <w:rStyle w:val="Italic"/>
          <w:rFonts w:cs="Times New Roman"/>
          <w:iCs/>
          <w:sz w:val="24"/>
          <w:szCs w:val="24"/>
        </w:rPr>
        <w:t>трудового воспитания</w:t>
      </w:r>
      <w:r w:rsidRPr="002D1403">
        <w:rPr>
          <w:rFonts w:cs="Times New Roman"/>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1"/>
          <w:sz w:val="24"/>
          <w:szCs w:val="24"/>
        </w:rPr>
        <w:t xml:space="preserve">в сфере </w:t>
      </w:r>
      <w:r w:rsidRPr="002D1403">
        <w:rPr>
          <w:rStyle w:val="Italic"/>
          <w:rFonts w:cs="Times New Roman"/>
          <w:iCs/>
          <w:spacing w:val="-1"/>
          <w:sz w:val="24"/>
          <w:szCs w:val="24"/>
        </w:rPr>
        <w:t>экологического воспитания</w:t>
      </w:r>
      <w:r w:rsidRPr="002D1403">
        <w:rPr>
          <w:rFonts w:cs="Times New Roman"/>
          <w:spacing w:val="-1"/>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в сфере </w:t>
      </w:r>
      <w:r w:rsidRPr="002D1403">
        <w:rPr>
          <w:rStyle w:val="Italic"/>
          <w:rFonts w:cs="Times New Roman"/>
          <w:iCs/>
          <w:sz w:val="24"/>
          <w:szCs w:val="24"/>
        </w:rPr>
        <w:t>адаптации к меняющимся условиям социальной и природной среды</w:t>
      </w:r>
      <w:r w:rsidRPr="002D1403">
        <w:rPr>
          <w:rFonts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44E79" w:rsidRPr="00DE5D44" w:rsidRDefault="00F44E79" w:rsidP="00DE5D44">
      <w:pPr>
        <w:pStyle w:val="Heading2"/>
        <w:jc w:val="both"/>
        <w:rPr>
          <w:rFonts w:ascii="Times New Roman" w:hAnsi="Times New Roman"/>
          <w:sz w:val="24"/>
          <w:szCs w:val="24"/>
          <w:lang w:val="ru-RU"/>
        </w:rPr>
      </w:pPr>
      <w:bookmarkStart w:id="165" w:name="_Toc106195577"/>
      <w:r w:rsidRPr="00DE5D44">
        <w:rPr>
          <w:rFonts w:ascii="Times New Roman" w:hAnsi="Times New Roman"/>
          <w:color w:val="auto"/>
          <w:sz w:val="24"/>
          <w:szCs w:val="24"/>
          <w:lang w:val="ru-RU"/>
        </w:rPr>
        <w:t>МЕТАПРЕДМЕТНЫЕ РЕЗУЛЬТАТЫ</w:t>
      </w:r>
      <w:bookmarkEnd w:id="165"/>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pacing w:val="3"/>
          <w:sz w:val="24"/>
          <w:szCs w:val="24"/>
        </w:rPr>
        <w:t>Метапредметные результаты</w:t>
      </w:r>
      <w:r w:rsidRPr="002D1403">
        <w:rPr>
          <w:rFonts w:ascii="Times New Roman" w:hAnsi="Times New Roman" w:cs="Times New Roman"/>
          <w:spacing w:val="3"/>
          <w:sz w:val="24"/>
          <w:szCs w:val="24"/>
        </w:rPr>
        <w:t xml:space="preserve"> изучения истории в основной школе выражаются в следующих качествах и действиях.</w:t>
      </w:r>
    </w:p>
    <w:p w:rsidR="00F44E79" w:rsidRPr="002D1403" w:rsidRDefault="00F44E79" w:rsidP="00DE5D44">
      <w:pPr>
        <w:pStyle w:val="body"/>
        <w:rPr>
          <w:rFonts w:ascii="Times New Roman" w:hAnsi="Times New Roman" w:cs="Times New Roman"/>
          <w:sz w:val="24"/>
          <w:szCs w:val="24"/>
        </w:rPr>
      </w:pPr>
      <w:r w:rsidRPr="002D1403">
        <w:rPr>
          <w:rStyle w:val="Italic"/>
          <w:rFonts w:ascii="Times New Roman" w:hAnsi="Times New Roman" w:cs="Times New Roman"/>
          <w:iCs/>
          <w:sz w:val="24"/>
          <w:szCs w:val="24"/>
        </w:rPr>
        <w:t>В сфере универсальных учебных познавательных действий:</w:t>
      </w:r>
    </w:p>
    <w:p w:rsidR="00F44E79" w:rsidRPr="002D1403" w:rsidRDefault="00F44E79" w:rsidP="00DE5D44">
      <w:pPr>
        <w:pStyle w:val="list-dash0"/>
        <w:tabs>
          <w:tab w:val="clear" w:pos="720"/>
        </w:tabs>
        <w:ind w:left="567" w:hanging="340"/>
        <w:rPr>
          <w:rFonts w:cs="Times New Roman"/>
          <w:sz w:val="24"/>
          <w:szCs w:val="24"/>
        </w:rPr>
      </w:pPr>
      <w:r w:rsidRPr="002D1403">
        <w:rPr>
          <w:rStyle w:val="Italic"/>
          <w:rFonts w:cs="Times New Roman"/>
          <w:iCs/>
          <w:sz w:val="24"/>
          <w:szCs w:val="24"/>
        </w:rPr>
        <w:t>владение базовыми логическими действиями</w:t>
      </w:r>
      <w:r w:rsidRPr="002D1403">
        <w:rPr>
          <w:rFonts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F44E79" w:rsidRPr="002D1403" w:rsidRDefault="00F44E79" w:rsidP="00DE5D44">
      <w:pPr>
        <w:pStyle w:val="list-dash0"/>
        <w:tabs>
          <w:tab w:val="clear" w:pos="720"/>
        </w:tabs>
        <w:ind w:left="567" w:hanging="340"/>
        <w:rPr>
          <w:rFonts w:cs="Times New Roman"/>
          <w:sz w:val="24"/>
          <w:szCs w:val="24"/>
        </w:rPr>
      </w:pPr>
      <w:r w:rsidRPr="002D1403">
        <w:rPr>
          <w:rStyle w:val="Italic"/>
          <w:rFonts w:cs="Times New Roman"/>
          <w:iCs/>
          <w:spacing w:val="-2"/>
          <w:sz w:val="24"/>
          <w:szCs w:val="24"/>
        </w:rPr>
        <w:t>владение базовыми исследовательскими действиями</w:t>
      </w:r>
      <w:r w:rsidRPr="002D1403">
        <w:rPr>
          <w:rFonts w:cs="Times New Roman"/>
          <w:spacing w:val="-2"/>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F44E79" w:rsidRPr="002D1403" w:rsidRDefault="00F44E79" w:rsidP="00DE5D44">
      <w:pPr>
        <w:pStyle w:val="list-dash0"/>
        <w:tabs>
          <w:tab w:val="clear" w:pos="720"/>
        </w:tabs>
        <w:ind w:left="567" w:hanging="340"/>
        <w:rPr>
          <w:rFonts w:cs="Times New Roman"/>
          <w:sz w:val="24"/>
          <w:szCs w:val="24"/>
        </w:rPr>
      </w:pPr>
      <w:r w:rsidRPr="002D1403">
        <w:rPr>
          <w:rStyle w:val="Italic"/>
          <w:rFonts w:cs="Times New Roman"/>
          <w:iCs/>
          <w:sz w:val="24"/>
          <w:szCs w:val="24"/>
        </w:rPr>
        <w:t>работа с информацией</w:t>
      </w:r>
      <w:r w:rsidRPr="002D1403">
        <w:rPr>
          <w:rFonts w:cs="Times New Roman"/>
          <w:sz w:val="24"/>
          <w:szCs w:val="24"/>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44E79" w:rsidRPr="002D1403" w:rsidRDefault="00F44E79" w:rsidP="00DE5D44">
      <w:pPr>
        <w:pStyle w:val="body"/>
        <w:rPr>
          <w:rFonts w:ascii="Times New Roman" w:hAnsi="Times New Roman" w:cs="Times New Roman"/>
          <w:sz w:val="24"/>
          <w:szCs w:val="24"/>
        </w:rPr>
      </w:pPr>
      <w:r w:rsidRPr="002D1403">
        <w:rPr>
          <w:rStyle w:val="Italic"/>
          <w:rFonts w:ascii="Times New Roman" w:hAnsi="Times New Roman" w:cs="Times New Roman"/>
          <w:iCs/>
          <w:sz w:val="24"/>
          <w:szCs w:val="24"/>
        </w:rPr>
        <w:t>В сфере универсальных учебных коммуникативных действий:</w:t>
      </w:r>
    </w:p>
    <w:p w:rsidR="00F44E79" w:rsidRPr="002D1403" w:rsidRDefault="00F44E79" w:rsidP="00DE5D44">
      <w:pPr>
        <w:pStyle w:val="list-dash0"/>
        <w:tabs>
          <w:tab w:val="clear" w:pos="720"/>
        </w:tabs>
        <w:ind w:left="567" w:hanging="340"/>
        <w:rPr>
          <w:rFonts w:cs="Times New Roman"/>
          <w:sz w:val="24"/>
          <w:szCs w:val="24"/>
        </w:rPr>
      </w:pPr>
      <w:r w:rsidRPr="002D1403">
        <w:rPr>
          <w:rStyle w:val="Italic"/>
          <w:rFonts w:cs="Times New Roman"/>
          <w:iCs/>
          <w:sz w:val="24"/>
          <w:szCs w:val="24"/>
        </w:rPr>
        <w:t>общение</w:t>
      </w:r>
      <w:r w:rsidRPr="002D1403">
        <w:rPr>
          <w:rFonts w:cs="Times New Roman"/>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F44E79" w:rsidRPr="002D1403" w:rsidRDefault="00F44E79" w:rsidP="00DE5D44">
      <w:pPr>
        <w:pStyle w:val="list-dash0"/>
        <w:tabs>
          <w:tab w:val="clear" w:pos="720"/>
        </w:tabs>
        <w:ind w:left="567" w:hanging="340"/>
        <w:rPr>
          <w:rFonts w:cs="Times New Roman"/>
          <w:sz w:val="24"/>
          <w:szCs w:val="24"/>
        </w:rPr>
      </w:pPr>
      <w:r w:rsidRPr="002D1403">
        <w:rPr>
          <w:rStyle w:val="Italic"/>
          <w:rFonts w:cs="Times New Roman"/>
          <w:iCs/>
          <w:sz w:val="24"/>
          <w:szCs w:val="24"/>
        </w:rPr>
        <w:t>осуществление совместной деятельности</w:t>
      </w:r>
      <w:r w:rsidRPr="002D1403">
        <w:rPr>
          <w:rFonts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F44E79" w:rsidRPr="002D1403" w:rsidRDefault="00F44E79" w:rsidP="00DE5D44">
      <w:pPr>
        <w:pStyle w:val="body"/>
        <w:rPr>
          <w:rFonts w:ascii="Times New Roman" w:hAnsi="Times New Roman" w:cs="Times New Roman"/>
          <w:sz w:val="24"/>
          <w:szCs w:val="24"/>
        </w:rPr>
      </w:pPr>
      <w:r w:rsidRPr="002D1403">
        <w:rPr>
          <w:rStyle w:val="Italic"/>
          <w:rFonts w:ascii="Times New Roman" w:hAnsi="Times New Roman" w:cs="Times New Roman"/>
          <w:iCs/>
          <w:sz w:val="24"/>
          <w:szCs w:val="24"/>
        </w:rPr>
        <w:t>В сфере универсальных учебных регулятивных действий:</w:t>
      </w:r>
    </w:p>
    <w:p w:rsidR="00F44E79" w:rsidRPr="002D1403" w:rsidRDefault="00F44E79" w:rsidP="00DE5D44">
      <w:pPr>
        <w:pStyle w:val="list-dash0"/>
        <w:tabs>
          <w:tab w:val="clear" w:pos="720"/>
        </w:tabs>
        <w:ind w:left="567" w:hanging="340"/>
        <w:rPr>
          <w:rFonts w:cs="Times New Roman"/>
          <w:sz w:val="24"/>
          <w:szCs w:val="24"/>
        </w:rPr>
      </w:pPr>
      <w:r w:rsidRPr="002D1403">
        <w:rPr>
          <w:rStyle w:val="Italic"/>
          <w:rFonts w:cs="Times New Roman"/>
          <w:iCs/>
          <w:sz w:val="24"/>
          <w:szCs w:val="24"/>
        </w:rPr>
        <w:t>владение</w:t>
      </w:r>
      <w:r w:rsidRPr="002D1403">
        <w:rPr>
          <w:rFonts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F44E79" w:rsidRPr="002D1403" w:rsidRDefault="00F44E79" w:rsidP="00DE5D44">
      <w:pPr>
        <w:pStyle w:val="list-dash0"/>
        <w:tabs>
          <w:tab w:val="clear" w:pos="720"/>
        </w:tabs>
        <w:ind w:left="567" w:hanging="340"/>
        <w:rPr>
          <w:rFonts w:cs="Times New Roman"/>
          <w:sz w:val="24"/>
          <w:szCs w:val="24"/>
        </w:rPr>
      </w:pPr>
      <w:r w:rsidRPr="002D1403">
        <w:rPr>
          <w:rStyle w:val="Italic"/>
          <w:rFonts w:cs="Times New Roman"/>
          <w:iCs/>
          <w:sz w:val="24"/>
          <w:szCs w:val="24"/>
        </w:rPr>
        <w:t>владение приемами самоконтроля</w:t>
      </w:r>
      <w:r w:rsidRPr="002D1403">
        <w:rPr>
          <w:rFonts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F44E79" w:rsidRPr="002D1403" w:rsidRDefault="00F44E79" w:rsidP="00DE5D44">
      <w:pPr>
        <w:pStyle w:val="body"/>
        <w:rPr>
          <w:rFonts w:ascii="Times New Roman" w:hAnsi="Times New Roman" w:cs="Times New Roman"/>
          <w:sz w:val="24"/>
          <w:szCs w:val="24"/>
        </w:rPr>
      </w:pPr>
      <w:r w:rsidRPr="002D1403">
        <w:rPr>
          <w:rStyle w:val="Italic"/>
          <w:rFonts w:ascii="Times New Roman" w:hAnsi="Times New Roman" w:cs="Times New Roman"/>
          <w:iCs/>
          <w:sz w:val="24"/>
          <w:szCs w:val="24"/>
        </w:rPr>
        <w:t>В сфере эмоционального интеллекта, понимания себя и других: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выявлять на примерах исторических ситуаций роль эмоций в отношениях между людьми;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регулировать способ выражения своих эмоций с учетом позиций и мнений других участников общения.</w:t>
      </w:r>
    </w:p>
    <w:p w:rsidR="00F44E79" w:rsidRPr="00DE5D44" w:rsidRDefault="00F44E79" w:rsidP="00DE5D44">
      <w:pPr>
        <w:pStyle w:val="Heading2"/>
        <w:jc w:val="both"/>
        <w:rPr>
          <w:rFonts w:ascii="Times New Roman" w:hAnsi="Times New Roman"/>
          <w:sz w:val="24"/>
          <w:szCs w:val="24"/>
          <w:lang w:val="ru-RU"/>
        </w:rPr>
      </w:pPr>
      <w:bookmarkStart w:id="166" w:name="_Toc106195578"/>
      <w:r w:rsidRPr="00DE5D44">
        <w:rPr>
          <w:rFonts w:ascii="Times New Roman" w:hAnsi="Times New Roman"/>
          <w:color w:val="auto"/>
          <w:sz w:val="24"/>
          <w:szCs w:val="24"/>
          <w:lang w:val="ru-RU"/>
        </w:rPr>
        <w:t>ПРЕДМЕТНЫЕ РЕЗУЛЬТАТЫ</w:t>
      </w:r>
      <w:bookmarkEnd w:id="166"/>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Во ФГОС ООО 2021 г. установлено, что предметные результаты по учебному предмету «История» должны обеспечивать:</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 xml:space="preserve">2) умение выявлять особенности развития культуры, быта и нравов народов в различные исторические эпохи;  </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 xml:space="preserve">3) овладение историческими понятиями и их использование для решения учебных и практических задач;   </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2D1403">
        <w:rPr>
          <w:rFonts w:ascii="Times New Roman" w:hAnsi="Times New Roman" w:cs="Times New Roman"/>
          <w:sz w:val="24"/>
          <w:szCs w:val="24"/>
        </w:rPr>
        <w:br/>
        <w:t>основного общего образования. Утвержден Приказом Министерства просвещения Российской Федерации от 31 мая 2021 г. № 287. С. 87—88).</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F44E79" w:rsidRPr="002D1403" w:rsidRDefault="00F44E79" w:rsidP="00DE5D44">
      <w:pPr>
        <w:pStyle w:val="body"/>
        <w:rPr>
          <w:rFonts w:ascii="Times New Roman" w:hAnsi="Times New Roman" w:cs="Times New Roman"/>
          <w:sz w:val="24"/>
          <w:szCs w:val="24"/>
        </w:rPr>
      </w:pPr>
      <w:r w:rsidRPr="002D1403">
        <w:rPr>
          <w:rStyle w:val="BoldItalic"/>
          <w:rFonts w:ascii="Times New Roman" w:hAnsi="Times New Roman" w:cs="Times New Roman"/>
          <w:sz w:val="24"/>
          <w:szCs w:val="24"/>
        </w:rPr>
        <w:t>Предметные результаты</w:t>
      </w:r>
      <w:r w:rsidRPr="002D1403">
        <w:rPr>
          <w:rFonts w:ascii="Times New Roman" w:hAnsi="Times New Roman" w:cs="Times New Roman"/>
          <w:sz w:val="24"/>
          <w:szCs w:val="24"/>
        </w:rPr>
        <w:t xml:space="preserve"> изучения истории учащимися 5—9 классов включают:</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3"/>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базовые знания об основных этапах и ключевых событиях отечественной и всемирной истории;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осознание необходимости сохранения исторических и культурных памятников своей страны и мира;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1"/>
          <w:sz w:val="24"/>
          <w:szCs w:val="24"/>
        </w:rPr>
        <w:t>умение устанавливать взаимосвязи событий, явлений, процессов прошлого с важнейшими событиями ХХ — начала XXI 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2D1403">
        <w:rPr>
          <w:rStyle w:val="FootnoteReference"/>
          <w:rFonts w:ascii="Times New Roman" w:hAnsi="Times New Roman"/>
          <w:sz w:val="24"/>
          <w:szCs w:val="24"/>
        </w:rPr>
        <w:footnoteReference w:id="3"/>
      </w:r>
      <w:r w:rsidRPr="002D1403">
        <w:rPr>
          <w:rFonts w:ascii="Times New Roman" w:hAnsi="Times New Roman" w:cs="Times New Roman"/>
          <w:sz w:val="24"/>
          <w:szCs w:val="24"/>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(Февральская и Октябрьская революции 1917 г., Великая Отечественная война 1941—1945 гг., распад СССР, сложные 1990</w:t>
      </w:r>
      <w:r w:rsidRPr="002D1403">
        <w:rPr>
          <w:rFonts w:ascii="Times New Roman" w:hAnsi="Times New Roman" w:cs="Times New Roman"/>
          <w:sz w:val="24"/>
          <w:szCs w:val="24"/>
        </w:rPr>
        <w:noBreakHyphen/>
        <w:t>е гг., возрождение страны с 2000-х гг., воссоединение Крыма с Россией в 2014 г.).</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 </w:t>
      </w:r>
      <w:r w:rsidRPr="002D1403">
        <w:rPr>
          <w:rStyle w:val="Italic"/>
          <w:rFonts w:ascii="Times New Roman" w:hAnsi="Times New Roman" w:cs="Times New Roman"/>
          <w:iCs/>
          <w:sz w:val="24"/>
          <w:szCs w:val="24"/>
        </w:rPr>
        <w:t>Знание хронологии, работа с хронологией</w:t>
      </w:r>
      <w:r w:rsidRPr="002D1403">
        <w:rPr>
          <w:rFonts w:ascii="Times New Roman" w:hAnsi="Times New Roman" w:cs="Times New Roman"/>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2. </w:t>
      </w:r>
      <w:r w:rsidRPr="002D1403">
        <w:rPr>
          <w:rStyle w:val="Italic"/>
          <w:rFonts w:ascii="Times New Roman" w:hAnsi="Times New Roman" w:cs="Times New Roman"/>
          <w:iCs/>
          <w:sz w:val="24"/>
          <w:szCs w:val="24"/>
        </w:rPr>
        <w:t>Знание исторических фактов, работа с фактами</w:t>
      </w:r>
      <w:r w:rsidRPr="002D1403">
        <w:rPr>
          <w:rFonts w:ascii="Times New Roman" w:hAnsi="Times New Roman" w:cs="Times New Roman"/>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pacing w:val="-1"/>
          <w:sz w:val="24"/>
          <w:szCs w:val="24"/>
        </w:rPr>
        <w:t>3. </w:t>
      </w:r>
      <w:r w:rsidRPr="002D1403">
        <w:rPr>
          <w:rStyle w:val="Italic"/>
          <w:rFonts w:ascii="Times New Roman" w:hAnsi="Times New Roman" w:cs="Times New Roman"/>
          <w:iCs/>
          <w:spacing w:val="-1"/>
          <w:sz w:val="24"/>
          <w:szCs w:val="24"/>
        </w:rPr>
        <w:t>Работа с исторической картой</w:t>
      </w:r>
      <w:r w:rsidRPr="002D1403">
        <w:rPr>
          <w:rFonts w:ascii="Times New Roman" w:hAnsi="Times New Roman" w:cs="Times New Roman"/>
          <w:spacing w:val="-1"/>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4. </w:t>
      </w:r>
      <w:r w:rsidRPr="002D1403">
        <w:rPr>
          <w:rStyle w:val="Italic"/>
          <w:rFonts w:ascii="Times New Roman" w:hAnsi="Times New Roman" w:cs="Times New Roman"/>
          <w:iCs/>
          <w:sz w:val="24"/>
          <w:szCs w:val="24"/>
        </w:rPr>
        <w:t>Работа с историческими источниками</w:t>
      </w:r>
      <w:r w:rsidRPr="002D1403">
        <w:rPr>
          <w:rFonts w:ascii="Times New Roman" w:hAnsi="Times New Roman" w:cs="Times New Roman"/>
          <w:sz w:val="24"/>
          <w:szCs w:val="24"/>
        </w:rPr>
        <w:t xml:space="preserve"> (фрагментами аутен</w:t>
      </w:r>
      <w:r w:rsidRPr="002D1403">
        <w:rPr>
          <w:rFonts w:ascii="Times New Roman" w:hAnsi="Times New Roman" w:cs="Times New Roman"/>
          <w:sz w:val="24"/>
          <w:szCs w:val="24"/>
        </w:rPr>
        <w:softHyphen/>
        <w:t>тич</w:t>
      </w:r>
      <w:r w:rsidRPr="002D1403">
        <w:rPr>
          <w:rFonts w:ascii="Times New Roman" w:hAnsi="Times New Roman" w:cs="Times New Roman"/>
          <w:sz w:val="24"/>
          <w:szCs w:val="24"/>
        </w:rPr>
        <w:softHyphen/>
        <w:t>ных источников)</w:t>
      </w:r>
      <w:r w:rsidRPr="002D1403">
        <w:rPr>
          <w:rStyle w:val="FootnoteReference"/>
          <w:rFonts w:ascii="Times New Roman" w:hAnsi="Times New Roman"/>
          <w:sz w:val="24"/>
          <w:szCs w:val="24"/>
        </w:rPr>
        <w:footnoteReference w:id="4"/>
      </w:r>
      <w:r w:rsidRPr="002D1403">
        <w:rPr>
          <w:rFonts w:ascii="Times New Roman" w:hAnsi="Times New Roman"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5. </w:t>
      </w:r>
      <w:r w:rsidRPr="002D1403">
        <w:rPr>
          <w:rStyle w:val="Italic"/>
          <w:rFonts w:ascii="Times New Roman" w:hAnsi="Times New Roman" w:cs="Times New Roman"/>
          <w:iCs/>
          <w:sz w:val="24"/>
          <w:szCs w:val="24"/>
        </w:rPr>
        <w:t>Описание (реконструкция)</w:t>
      </w:r>
      <w:r w:rsidRPr="002D1403">
        <w:rPr>
          <w:rFonts w:ascii="Times New Roman" w:hAnsi="Times New Roman" w:cs="Times New Roman"/>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6. </w:t>
      </w:r>
      <w:r w:rsidRPr="002D1403">
        <w:rPr>
          <w:rStyle w:val="Italic"/>
          <w:rFonts w:ascii="Times New Roman" w:hAnsi="Times New Roman" w:cs="Times New Roman"/>
          <w:iCs/>
          <w:sz w:val="24"/>
          <w:szCs w:val="24"/>
        </w:rPr>
        <w:t>Анализ, объяснение:</w:t>
      </w:r>
      <w:r w:rsidRPr="002D1403">
        <w:rPr>
          <w:rFonts w:ascii="Times New Roman" w:hAnsi="Times New Roman"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7. </w:t>
      </w:r>
      <w:r w:rsidRPr="002D1403">
        <w:rPr>
          <w:rStyle w:val="Italic"/>
          <w:rFonts w:ascii="Times New Roman" w:hAnsi="Times New Roman" w:cs="Times New Roman"/>
          <w:iCs/>
          <w:sz w:val="24"/>
          <w:szCs w:val="24"/>
        </w:rPr>
        <w:t>Работа с версиями, оценками</w:t>
      </w:r>
      <w:r w:rsidRPr="002D1403">
        <w:rPr>
          <w:rFonts w:ascii="Times New Roman" w:hAnsi="Times New Roman" w:cs="Times New Roman"/>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8. </w:t>
      </w:r>
      <w:r w:rsidRPr="002D1403">
        <w:rPr>
          <w:rStyle w:val="Italic"/>
          <w:rFonts w:ascii="Times New Roman" w:hAnsi="Times New Roman" w:cs="Times New Roman"/>
          <w:iCs/>
          <w:sz w:val="24"/>
          <w:szCs w:val="24"/>
        </w:rPr>
        <w:t>Применение исторических знаний и умений</w:t>
      </w:r>
      <w:r w:rsidRPr="002D1403">
        <w:rPr>
          <w:rFonts w:ascii="Times New Roman" w:hAnsi="Times New Roman" w:cs="Times New Roman"/>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F44E79" w:rsidRPr="002D1403" w:rsidRDefault="00F44E79" w:rsidP="00DE5D44">
      <w:pPr>
        <w:pStyle w:val="h3"/>
        <w:jc w:val="both"/>
        <w:rPr>
          <w:rFonts w:cs="Times New Roman"/>
          <w:sz w:val="24"/>
          <w:szCs w:val="24"/>
        </w:rPr>
      </w:pPr>
      <w:bookmarkStart w:id="167" w:name="_Toc106195579"/>
      <w:r w:rsidRPr="00DE5D44">
        <w:rPr>
          <w:rStyle w:val="Heading3Char1"/>
          <w:rFonts w:ascii="Times New Roman" w:hAnsi="Times New Roman" w:cs="Times New Roman"/>
          <w:bCs w:val="0"/>
          <w:color w:val="auto"/>
          <w:szCs w:val="24"/>
          <w:lang w:val="ru-RU"/>
        </w:rPr>
        <w:t>5 КЛАСС</w:t>
      </w:r>
      <w:bookmarkEnd w:id="167"/>
      <w:r w:rsidRPr="002D1403">
        <w:rPr>
          <w:rStyle w:val="FootnoteReference"/>
          <w:b w:val="0"/>
          <w:bCs w:val="0"/>
          <w:sz w:val="24"/>
          <w:szCs w:val="24"/>
        </w:rPr>
        <w:footnoteReference w:id="5"/>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 </w:t>
      </w:r>
      <w:r w:rsidRPr="002D1403">
        <w:rPr>
          <w:rStyle w:val="Italic"/>
          <w:rFonts w:ascii="Times New Roman" w:hAnsi="Times New Roman" w:cs="Times New Roman"/>
          <w:iCs/>
          <w:sz w:val="24"/>
          <w:szCs w:val="24"/>
        </w:rPr>
        <w:t>Знание хронологии, работа с хронологией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смысл основных хронологических понятий (век, тысячелетие, до нашей эры, наша эра);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2. </w:t>
      </w:r>
      <w:r w:rsidRPr="002D1403">
        <w:rPr>
          <w:rStyle w:val="Italic"/>
          <w:rFonts w:ascii="Times New Roman" w:hAnsi="Times New Roman" w:cs="Times New Roman"/>
          <w:iCs/>
          <w:sz w:val="24"/>
          <w:szCs w:val="24"/>
        </w:rPr>
        <w:t>Знание исторических фактов, работа с фактами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указывать (называть) место, обстоятельства, участников, результаты важнейших событий истории Древнего мира;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группировать, систематизировать факты по заданному признаку.</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3. </w:t>
      </w:r>
      <w:r w:rsidRPr="002D1403">
        <w:rPr>
          <w:rStyle w:val="Italic"/>
          <w:rFonts w:ascii="Times New Roman" w:hAnsi="Times New Roman" w:cs="Times New Roman"/>
          <w:iCs/>
          <w:sz w:val="24"/>
          <w:szCs w:val="24"/>
        </w:rPr>
        <w:t>Работа с исторической картой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устанавливать на основе картографических сведений связь между условиями среды обитания людей и их занятиями.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4. </w:t>
      </w:r>
      <w:r w:rsidRPr="002D1403">
        <w:rPr>
          <w:rStyle w:val="Italic"/>
          <w:rFonts w:ascii="Times New Roman" w:hAnsi="Times New Roman" w:cs="Times New Roman"/>
          <w:iCs/>
          <w:sz w:val="24"/>
          <w:szCs w:val="24"/>
        </w:rPr>
        <w:t>Работа с историческими источниками: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различать памятники культуры изучаемой эпохи и источники, созданные в последующие эпохи, приводить примеры;</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2"/>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5. </w:t>
      </w:r>
      <w:r w:rsidRPr="002D1403">
        <w:rPr>
          <w:rStyle w:val="Italic"/>
          <w:rFonts w:ascii="Times New Roman" w:hAnsi="Times New Roman" w:cs="Times New Roman"/>
          <w:iCs/>
          <w:sz w:val="24"/>
          <w:szCs w:val="24"/>
        </w:rPr>
        <w:t>Историческое описание (реконструкция)</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характеризовать условия жизни людей в древности;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рассказывать о значительных событиях древней истории, их участниках;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давать краткое описание памятников культуры эпохи первобытности и древнейших цивилизаций.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6. </w:t>
      </w:r>
      <w:r w:rsidRPr="002D1403">
        <w:rPr>
          <w:rStyle w:val="Italic"/>
          <w:rFonts w:ascii="Times New Roman" w:hAnsi="Times New Roman" w:cs="Times New Roman"/>
          <w:iCs/>
          <w:sz w:val="24"/>
          <w:szCs w:val="24"/>
        </w:rPr>
        <w:t>Анализ, объяснение исторических событий, явлений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1"/>
          <w:sz w:val="24"/>
          <w:szCs w:val="24"/>
        </w:rPr>
        <w:t>сравнивать исторические явления, определять их общие черты;</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иллюстрировать общие явления, черты конкретными примерами;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причины и следствия важнейших событий древней истории.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7. </w:t>
      </w:r>
      <w:r w:rsidRPr="002D1403">
        <w:rPr>
          <w:rStyle w:val="Italic"/>
          <w:rFonts w:ascii="Times New Roman" w:hAnsi="Times New Roman" w:cs="Times New Roman"/>
          <w:iCs/>
          <w:sz w:val="24"/>
          <w:szCs w:val="24"/>
        </w:rPr>
        <w:t xml:space="preserve">Рассмотрение исторических версий и оценок, </w:t>
      </w:r>
      <w:r w:rsidRPr="002D1403">
        <w:rPr>
          <w:rFonts w:ascii="Times New Roman" w:hAnsi="Times New Roman" w:cs="Times New Roman"/>
          <w:sz w:val="24"/>
          <w:szCs w:val="24"/>
        </w:rPr>
        <w:t>определение своего отношения к наиболее значимым событиям и личностям прошлого:</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излагать оценки наиболее значительных событий и личностей древней истории, приводимые в учебной литературе;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высказывать на уровне эмоциональных оценок отношение к поступкам людей прошлого, к памятникам культуры.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8. </w:t>
      </w:r>
      <w:r w:rsidRPr="002D1403">
        <w:rPr>
          <w:rStyle w:val="Italic"/>
          <w:rFonts w:ascii="Times New Roman" w:hAnsi="Times New Roman" w:cs="Times New Roman"/>
          <w:iCs/>
          <w:sz w:val="24"/>
          <w:szCs w:val="24"/>
        </w:rPr>
        <w:t>Применение исторических знаний: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раскрывать значение памятников древней истории и культуры, необходимость сохранения их в современном мире;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44E79" w:rsidRPr="002D1403" w:rsidRDefault="00F44E79" w:rsidP="00DE5D44">
      <w:pPr>
        <w:pStyle w:val="body"/>
        <w:rPr>
          <w:rFonts w:ascii="Times New Roman" w:hAnsi="Times New Roman" w:cs="Times New Roman"/>
          <w:sz w:val="24"/>
          <w:szCs w:val="24"/>
        </w:rPr>
      </w:pPr>
    </w:p>
    <w:p w:rsidR="00F44E79" w:rsidRPr="00DE5D44" w:rsidRDefault="00F44E79" w:rsidP="00DE5D44">
      <w:pPr>
        <w:pStyle w:val="Heading3"/>
        <w:jc w:val="both"/>
        <w:rPr>
          <w:rFonts w:ascii="Times New Roman" w:hAnsi="Times New Roman"/>
          <w:lang w:val="ru-RU"/>
        </w:rPr>
      </w:pPr>
      <w:bookmarkStart w:id="168" w:name="_Toc106195580"/>
      <w:r w:rsidRPr="00DE5D44">
        <w:rPr>
          <w:rFonts w:ascii="Times New Roman" w:hAnsi="Times New Roman"/>
          <w:color w:val="auto"/>
          <w:lang w:val="ru-RU"/>
        </w:rPr>
        <w:t>6 КЛАСС</w:t>
      </w:r>
      <w:bookmarkEnd w:id="168"/>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 </w:t>
      </w:r>
      <w:r w:rsidRPr="002D1403">
        <w:rPr>
          <w:rStyle w:val="Italic"/>
          <w:rFonts w:ascii="Times New Roman" w:hAnsi="Times New Roman" w:cs="Times New Roman"/>
          <w:iCs/>
          <w:sz w:val="24"/>
          <w:szCs w:val="24"/>
        </w:rPr>
        <w:t>Знание хронологии, работа с хронологией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называть даты важнейших событий Средневековья, определять их принадлежность к веку, историческому периоду;</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устанавливать длительность и синхронность событий истории Руси и всеобщей истории.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2. </w:t>
      </w:r>
      <w:r w:rsidRPr="002D1403">
        <w:rPr>
          <w:rStyle w:val="Italic"/>
          <w:rFonts w:ascii="Times New Roman" w:hAnsi="Times New Roman" w:cs="Times New Roman"/>
          <w:iCs/>
          <w:sz w:val="24"/>
          <w:szCs w:val="24"/>
        </w:rPr>
        <w:t>Знание исторических фактов, работа с фактами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группировать, систематизировать факты по заданному признаку (составление систематических таблиц).</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3. </w:t>
      </w:r>
      <w:r w:rsidRPr="002D1403">
        <w:rPr>
          <w:rStyle w:val="Italic"/>
          <w:rFonts w:ascii="Times New Roman" w:hAnsi="Times New Roman" w:cs="Times New Roman"/>
          <w:iCs/>
          <w:sz w:val="24"/>
          <w:szCs w:val="24"/>
        </w:rPr>
        <w:t>Работа с исторической картой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4. </w:t>
      </w:r>
      <w:r w:rsidRPr="002D1403">
        <w:rPr>
          <w:rStyle w:val="Italic"/>
          <w:rFonts w:ascii="Times New Roman" w:hAnsi="Times New Roman" w:cs="Times New Roman"/>
          <w:iCs/>
          <w:sz w:val="24"/>
          <w:szCs w:val="24"/>
        </w:rPr>
        <w:t>Работа с историческими источниками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3"/>
          <w:sz w:val="24"/>
          <w:szCs w:val="24"/>
        </w:rPr>
        <w:t>характеризовать авторство, время, место создания источника;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находить в визуальном источнике и вещественном памятнике ключевые символы, образы;</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характеризовать позицию автора письменного и визуального исторического источника.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5. </w:t>
      </w:r>
      <w:r w:rsidRPr="002D1403">
        <w:rPr>
          <w:rStyle w:val="Italic"/>
          <w:rFonts w:ascii="Times New Roman" w:hAnsi="Times New Roman" w:cs="Times New Roman"/>
          <w:iCs/>
          <w:sz w:val="24"/>
          <w:szCs w:val="24"/>
        </w:rPr>
        <w:t>Историческое описание (реконструкция)</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рассказывать о ключевых событиях отечественной и всеобщей истории в эпоху Средневековья, их участниках;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рассказывать об образе жизни различных групп населения в средневековых обществах на Руси и в других странах;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представлять описание памятников материальной и художественной культуры изучаемой эпохи.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6. </w:t>
      </w:r>
      <w:r w:rsidRPr="002D1403">
        <w:rPr>
          <w:rStyle w:val="Italic"/>
          <w:rFonts w:ascii="Times New Roman" w:hAnsi="Times New Roman" w:cs="Times New Roman"/>
          <w:iCs/>
          <w:sz w:val="24"/>
          <w:szCs w:val="24"/>
        </w:rPr>
        <w:t>Анализ, объяснение исторических событий, явлений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7. </w:t>
      </w:r>
      <w:r w:rsidRPr="002D1403">
        <w:rPr>
          <w:rStyle w:val="Italic"/>
          <w:rFonts w:ascii="Times New Roman" w:hAnsi="Times New Roman" w:cs="Times New Roman"/>
          <w:iCs/>
          <w:sz w:val="24"/>
          <w:szCs w:val="24"/>
        </w:rPr>
        <w:t>Рассмотрение исторических версий и оценок</w:t>
      </w:r>
      <w:r w:rsidRPr="002D1403">
        <w:rPr>
          <w:rFonts w:ascii="Times New Roman" w:hAnsi="Times New Roman" w:cs="Times New Roman"/>
          <w:sz w:val="24"/>
          <w:szCs w:val="24"/>
        </w:rPr>
        <w:t>, определение своего отношения к наиболее значимым событиям и личностям прошлого:</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8. </w:t>
      </w:r>
      <w:r w:rsidRPr="002D1403">
        <w:rPr>
          <w:rStyle w:val="Italic"/>
          <w:rFonts w:ascii="Times New Roman" w:hAnsi="Times New Roman" w:cs="Times New Roman"/>
          <w:iCs/>
          <w:sz w:val="24"/>
          <w:szCs w:val="24"/>
        </w:rPr>
        <w:t>Применение исторических знаний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выполнять учебные проекты по истории Средних веков (в том числе на региональном материале).</w:t>
      </w:r>
    </w:p>
    <w:p w:rsidR="00F44E79" w:rsidRPr="002D1403" w:rsidRDefault="00F44E79" w:rsidP="00DE5D44">
      <w:pPr>
        <w:pStyle w:val="body"/>
        <w:rPr>
          <w:rFonts w:ascii="Times New Roman" w:hAnsi="Times New Roman" w:cs="Times New Roman"/>
          <w:sz w:val="24"/>
          <w:szCs w:val="24"/>
        </w:rPr>
      </w:pPr>
    </w:p>
    <w:p w:rsidR="00F44E79" w:rsidRPr="00DE5D44" w:rsidRDefault="00F44E79" w:rsidP="00DE5D44">
      <w:pPr>
        <w:pStyle w:val="Heading3"/>
        <w:jc w:val="both"/>
        <w:rPr>
          <w:rFonts w:ascii="Times New Roman" w:hAnsi="Times New Roman"/>
          <w:lang w:val="ru-RU"/>
        </w:rPr>
      </w:pPr>
      <w:bookmarkStart w:id="169" w:name="_Toc106195581"/>
      <w:r w:rsidRPr="00DE5D44">
        <w:rPr>
          <w:rFonts w:ascii="Times New Roman" w:hAnsi="Times New Roman"/>
          <w:color w:val="auto"/>
          <w:lang w:val="ru-RU"/>
        </w:rPr>
        <w:t>7 КЛАСС</w:t>
      </w:r>
      <w:bookmarkEnd w:id="169"/>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 </w:t>
      </w:r>
      <w:r w:rsidRPr="002D1403">
        <w:rPr>
          <w:rStyle w:val="Italic"/>
          <w:rFonts w:ascii="Times New Roman" w:hAnsi="Times New Roman" w:cs="Times New Roman"/>
          <w:iCs/>
          <w:sz w:val="24"/>
          <w:szCs w:val="24"/>
        </w:rPr>
        <w:t>Знание хронологии, работа с хронологией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называть этапы отечественной и всеобщей истории Нового времени, их хронологические рамки;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устанавливать синхронность событий отечественной и всеобщей истории XVI—XVII вв.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2. </w:t>
      </w:r>
      <w:r w:rsidRPr="002D1403">
        <w:rPr>
          <w:rStyle w:val="Italic"/>
          <w:rFonts w:ascii="Times New Roman" w:hAnsi="Times New Roman" w:cs="Times New Roman"/>
          <w:iCs/>
          <w:sz w:val="24"/>
          <w:szCs w:val="24"/>
        </w:rPr>
        <w:t>Знание исторических фактов, работа с фактами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3. </w:t>
      </w:r>
      <w:r w:rsidRPr="002D1403">
        <w:rPr>
          <w:rStyle w:val="Italic"/>
          <w:rFonts w:ascii="Times New Roman" w:hAnsi="Times New Roman" w:cs="Times New Roman"/>
          <w:iCs/>
          <w:sz w:val="24"/>
          <w:szCs w:val="24"/>
        </w:rPr>
        <w:t>Работа с исторической картой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4. </w:t>
      </w:r>
      <w:r w:rsidRPr="002D1403">
        <w:rPr>
          <w:rStyle w:val="Italic"/>
          <w:rFonts w:ascii="Times New Roman" w:hAnsi="Times New Roman" w:cs="Times New Roman"/>
          <w:iCs/>
          <w:sz w:val="24"/>
          <w:szCs w:val="24"/>
        </w:rPr>
        <w:t>Работа с историческими источниками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различать виды письменных исторических источников (официальные, личные, литературные и др.);</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характеризовать обстоятельства и цель создания источника, раскрывать его информационную ценность;</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проводить поиск информации в тексте письменного источника, визуальных и вещественных памятниках эпохи;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сопоставлять и систематизировать информацию из нескольких однотипных источников.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5. </w:t>
      </w:r>
      <w:r w:rsidRPr="002D1403">
        <w:rPr>
          <w:rStyle w:val="Italic"/>
          <w:rFonts w:ascii="Times New Roman" w:hAnsi="Times New Roman" w:cs="Times New Roman"/>
          <w:iCs/>
          <w:sz w:val="24"/>
          <w:szCs w:val="24"/>
        </w:rPr>
        <w:t>Историческое описание (реконструкция)</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рассказывать о ключевых событиях отечественной и всеобщей истории XVI—XVII вв., их участниках;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рассказывать об образе жизни различных групп населения в России и других странах в раннее Новое время;</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представлять описание памятников материальной и художественной культуры изучаемой эпохи.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6. </w:t>
      </w:r>
      <w:r w:rsidRPr="002D1403">
        <w:rPr>
          <w:rStyle w:val="Italic"/>
          <w:rFonts w:ascii="Times New Roman" w:hAnsi="Times New Roman" w:cs="Times New Roman"/>
          <w:iCs/>
          <w:sz w:val="24"/>
          <w:szCs w:val="24"/>
        </w:rPr>
        <w:t>Анализ, объяснение исторических событий, явлений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7. </w:t>
      </w:r>
      <w:r w:rsidRPr="002D1403">
        <w:rPr>
          <w:rStyle w:val="Italic"/>
          <w:rFonts w:ascii="Times New Roman" w:hAnsi="Times New Roman" w:cs="Times New Roman"/>
          <w:iCs/>
          <w:sz w:val="24"/>
          <w:szCs w:val="24"/>
        </w:rPr>
        <w:t>Рассмотрение исторических версий и оценок</w:t>
      </w:r>
      <w:r w:rsidRPr="002D1403">
        <w:rPr>
          <w:rFonts w:ascii="Times New Roman" w:hAnsi="Times New Roman" w:cs="Times New Roman"/>
          <w:sz w:val="24"/>
          <w:szCs w:val="24"/>
        </w:rPr>
        <w:t>, определение своего отношения к наиболее значимым событиям и личностям прошлого:</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8. </w:t>
      </w:r>
      <w:r w:rsidRPr="002D1403">
        <w:rPr>
          <w:rStyle w:val="Italic"/>
          <w:rFonts w:ascii="Times New Roman" w:hAnsi="Times New Roman" w:cs="Times New Roman"/>
          <w:iCs/>
          <w:sz w:val="24"/>
          <w:szCs w:val="24"/>
        </w:rPr>
        <w:t>Применение исторических знаний: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выполнять учебные проекты по отечественной и всеобщей истории XVI—XVII вв. (в том числе на региональном материале).</w:t>
      </w:r>
    </w:p>
    <w:p w:rsidR="00F44E79" w:rsidRPr="002D1403" w:rsidRDefault="00F44E79" w:rsidP="00DE5D44">
      <w:pPr>
        <w:pStyle w:val="body"/>
        <w:rPr>
          <w:rFonts w:ascii="Times New Roman" w:hAnsi="Times New Roman" w:cs="Times New Roman"/>
          <w:sz w:val="24"/>
          <w:szCs w:val="24"/>
        </w:rPr>
      </w:pPr>
    </w:p>
    <w:p w:rsidR="00F44E79" w:rsidRPr="002D1403" w:rsidRDefault="00F44E79" w:rsidP="00DE5D44">
      <w:pPr>
        <w:pStyle w:val="Heading3"/>
        <w:jc w:val="both"/>
        <w:rPr>
          <w:rFonts w:ascii="Times New Roman" w:hAnsi="Times New Roman"/>
        </w:rPr>
      </w:pPr>
      <w:bookmarkStart w:id="170" w:name="_Toc106195582"/>
      <w:r w:rsidRPr="002D1403">
        <w:rPr>
          <w:rFonts w:ascii="Times New Roman" w:hAnsi="Times New Roman"/>
          <w:color w:val="auto"/>
        </w:rPr>
        <w:t>8 КЛАСС</w:t>
      </w:r>
      <w:bookmarkEnd w:id="170"/>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 </w:t>
      </w:r>
      <w:r w:rsidRPr="002D1403">
        <w:rPr>
          <w:rStyle w:val="Italic"/>
          <w:rFonts w:ascii="Times New Roman" w:hAnsi="Times New Roman" w:cs="Times New Roman"/>
          <w:iCs/>
          <w:sz w:val="24"/>
          <w:szCs w:val="24"/>
        </w:rPr>
        <w:t>Знание хронологии, работа с хронологией: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устанавливать синхронность событий отечественной и всеобщей истории XVIII 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2. </w:t>
      </w:r>
      <w:r w:rsidRPr="002D1403">
        <w:rPr>
          <w:rStyle w:val="Italic"/>
          <w:rFonts w:ascii="Times New Roman" w:hAnsi="Times New Roman" w:cs="Times New Roman"/>
          <w:iCs/>
          <w:sz w:val="24"/>
          <w:szCs w:val="24"/>
        </w:rPr>
        <w:t>Знание исторических фактов, работа с фактами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3. </w:t>
      </w:r>
      <w:r w:rsidRPr="002D1403">
        <w:rPr>
          <w:rStyle w:val="Italic"/>
          <w:rFonts w:ascii="Times New Roman" w:hAnsi="Times New Roman" w:cs="Times New Roman"/>
          <w:iCs/>
          <w:sz w:val="24"/>
          <w:szCs w:val="24"/>
        </w:rPr>
        <w:t>Работа с исторической картой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4. </w:t>
      </w:r>
      <w:r w:rsidRPr="002D1403">
        <w:rPr>
          <w:rStyle w:val="Italic"/>
          <w:rFonts w:ascii="Times New Roman" w:hAnsi="Times New Roman" w:cs="Times New Roman"/>
          <w:iCs/>
          <w:sz w:val="24"/>
          <w:szCs w:val="24"/>
        </w:rPr>
        <w:t>Работа с историческими источниками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назначение исторического источника, раскрывать его информационную ценность;</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5. </w:t>
      </w:r>
      <w:r w:rsidRPr="002D1403">
        <w:rPr>
          <w:rStyle w:val="Italic"/>
          <w:rFonts w:ascii="Times New Roman" w:hAnsi="Times New Roman" w:cs="Times New Roman"/>
          <w:iCs/>
          <w:sz w:val="24"/>
          <w:szCs w:val="24"/>
        </w:rPr>
        <w:t>Историческое описание (реконструкция)</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рассказывать о ключевых событиях отечественной и всеобщей истории XVIII в., их участниках;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1"/>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составлять описание образа жизни различных групп населения в России и других странах в XVIII 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6. </w:t>
      </w:r>
      <w:r w:rsidRPr="002D1403">
        <w:rPr>
          <w:rStyle w:val="Italic"/>
          <w:rFonts w:ascii="Times New Roman" w:hAnsi="Times New Roman" w:cs="Times New Roman"/>
          <w:iCs/>
          <w:sz w:val="24"/>
          <w:szCs w:val="24"/>
        </w:rPr>
        <w:t>Анализ, объяснение исторических событий, явлений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1"/>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7. </w:t>
      </w:r>
      <w:r w:rsidRPr="002D1403">
        <w:rPr>
          <w:rStyle w:val="Italic"/>
          <w:rFonts w:ascii="Times New Roman" w:hAnsi="Times New Roman" w:cs="Times New Roman"/>
          <w:iCs/>
          <w:sz w:val="24"/>
          <w:szCs w:val="24"/>
        </w:rPr>
        <w:t>Рассмотрение исторических версий и оценок</w:t>
      </w:r>
      <w:r w:rsidRPr="002D1403">
        <w:rPr>
          <w:rFonts w:ascii="Times New Roman" w:hAnsi="Times New Roman" w:cs="Times New Roman"/>
          <w:sz w:val="24"/>
          <w:szCs w:val="24"/>
        </w:rPr>
        <w:t>, определение своего отношения к наиболее значимым событиям и личностям прошлого:</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8. </w:t>
      </w:r>
      <w:r w:rsidRPr="002D1403">
        <w:rPr>
          <w:rStyle w:val="Italic"/>
          <w:rFonts w:ascii="Times New Roman" w:hAnsi="Times New Roman" w:cs="Times New Roman"/>
          <w:iCs/>
          <w:sz w:val="24"/>
          <w:szCs w:val="24"/>
        </w:rPr>
        <w:t>Применение исторических знаний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выполнять учебные проекты по отечественной и всеобщей истории XVIII в. (в том числе на региональном материале).</w:t>
      </w:r>
    </w:p>
    <w:p w:rsidR="00F44E79" w:rsidRPr="002D1403" w:rsidRDefault="00F44E79" w:rsidP="00DE5D44">
      <w:pPr>
        <w:pStyle w:val="body"/>
        <w:rPr>
          <w:rFonts w:ascii="Times New Roman" w:hAnsi="Times New Roman" w:cs="Times New Roman"/>
          <w:sz w:val="24"/>
          <w:szCs w:val="24"/>
        </w:rPr>
      </w:pPr>
    </w:p>
    <w:p w:rsidR="00F44E79" w:rsidRPr="00DE5D44" w:rsidRDefault="00F44E79" w:rsidP="00DE5D44">
      <w:pPr>
        <w:pStyle w:val="Heading3"/>
        <w:jc w:val="both"/>
        <w:rPr>
          <w:rFonts w:ascii="Times New Roman" w:hAnsi="Times New Roman"/>
          <w:lang w:val="ru-RU"/>
        </w:rPr>
      </w:pPr>
      <w:bookmarkStart w:id="171" w:name="_Toc106195583"/>
      <w:r w:rsidRPr="00DE5D44">
        <w:rPr>
          <w:rFonts w:ascii="Times New Roman" w:hAnsi="Times New Roman"/>
          <w:color w:val="auto"/>
          <w:lang w:val="ru-RU"/>
        </w:rPr>
        <w:t>9 КЛАСС</w:t>
      </w:r>
      <w:bookmarkEnd w:id="171"/>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1. </w:t>
      </w:r>
      <w:r w:rsidRPr="002D1403">
        <w:rPr>
          <w:rStyle w:val="Italic"/>
          <w:rFonts w:ascii="Times New Roman" w:hAnsi="Times New Roman" w:cs="Times New Roman"/>
          <w:iCs/>
          <w:sz w:val="24"/>
          <w:szCs w:val="24"/>
        </w:rPr>
        <w:t>Знание хронологии, работа с хронологией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выявлять синхронность / асинхронность исторических процессов отечественной и всеобщей истории XIX — начала XX 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2. </w:t>
      </w:r>
      <w:r w:rsidRPr="002D1403">
        <w:rPr>
          <w:rStyle w:val="Italic"/>
          <w:rFonts w:ascii="Times New Roman" w:hAnsi="Times New Roman" w:cs="Times New Roman"/>
          <w:iCs/>
          <w:sz w:val="24"/>
          <w:szCs w:val="24"/>
        </w:rPr>
        <w:t>Знание исторических фактов, работа с фактами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pacing w:val="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составлять систематические таблицы.</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3. </w:t>
      </w:r>
      <w:r w:rsidRPr="002D1403">
        <w:rPr>
          <w:rStyle w:val="Italic"/>
          <w:rFonts w:ascii="Times New Roman" w:hAnsi="Times New Roman" w:cs="Times New Roman"/>
          <w:iCs/>
          <w:sz w:val="24"/>
          <w:szCs w:val="24"/>
        </w:rPr>
        <w:t>Работа с исторической картой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4. </w:t>
      </w:r>
      <w:r w:rsidRPr="002D1403">
        <w:rPr>
          <w:rStyle w:val="Italic"/>
          <w:rFonts w:ascii="Times New Roman" w:hAnsi="Times New Roman" w:cs="Times New Roman"/>
          <w:iCs/>
          <w:sz w:val="24"/>
          <w:szCs w:val="24"/>
        </w:rPr>
        <w:t>Работа с историческими источниками</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различать в тексте письменных источников факты и интерпретации событий прошлого.</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5. </w:t>
      </w:r>
      <w:r w:rsidRPr="002D1403">
        <w:rPr>
          <w:rStyle w:val="Italic"/>
          <w:rFonts w:ascii="Times New Roman" w:hAnsi="Times New Roman" w:cs="Times New Roman"/>
          <w:iCs/>
          <w:sz w:val="24"/>
          <w:szCs w:val="24"/>
        </w:rPr>
        <w:t>Историческое описание (реконструкция)</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 xml:space="preserve">представлять развернутый рассказ о ключевых событиях </w:t>
      </w:r>
      <w:r w:rsidRPr="002D1403">
        <w:rPr>
          <w:rFonts w:cs="Times New Roman"/>
          <w:sz w:val="24"/>
          <w:szCs w:val="24"/>
        </w:rPr>
        <w:br/>
        <w:t>отечественной и всеобщей истории XIX — начала XX в. с использованием визуальных материалов (устно, письменно в форме короткого эссе, презентации);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6. </w:t>
      </w:r>
      <w:r w:rsidRPr="002D1403">
        <w:rPr>
          <w:rStyle w:val="Italic"/>
          <w:rFonts w:ascii="Times New Roman" w:hAnsi="Times New Roman" w:cs="Times New Roman"/>
          <w:iCs/>
          <w:sz w:val="24"/>
          <w:szCs w:val="24"/>
        </w:rPr>
        <w:t>Анализ, объяснение исторических событий, явлений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7. </w:t>
      </w:r>
      <w:r w:rsidRPr="002D1403">
        <w:rPr>
          <w:rStyle w:val="Italic"/>
          <w:rFonts w:ascii="Times New Roman" w:hAnsi="Times New Roman" w:cs="Times New Roman"/>
          <w:iCs/>
          <w:sz w:val="24"/>
          <w:szCs w:val="24"/>
        </w:rPr>
        <w:t>Рассмотрение исторических версий и оценок</w:t>
      </w:r>
      <w:r w:rsidRPr="002D1403">
        <w:rPr>
          <w:rFonts w:ascii="Times New Roman" w:hAnsi="Times New Roman" w:cs="Times New Roman"/>
          <w:sz w:val="24"/>
          <w:szCs w:val="24"/>
        </w:rPr>
        <w:t>, определение своего отношения к наиболее значимым событиям и личностям прошлого:</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оценивать степень убедительности предложенных точек зрения, формулировать и аргументировать свое мнение;</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44E79" w:rsidRPr="002D1403" w:rsidRDefault="00F44E79" w:rsidP="00DE5D44">
      <w:pPr>
        <w:pStyle w:val="body"/>
        <w:rPr>
          <w:rFonts w:ascii="Times New Roman" w:hAnsi="Times New Roman" w:cs="Times New Roman"/>
          <w:sz w:val="24"/>
          <w:szCs w:val="24"/>
        </w:rPr>
      </w:pPr>
      <w:r w:rsidRPr="002D1403">
        <w:rPr>
          <w:rFonts w:ascii="Times New Roman" w:hAnsi="Times New Roman" w:cs="Times New Roman"/>
          <w:sz w:val="24"/>
          <w:szCs w:val="24"/>
        </w:rPr>
        <w:t>8. </w:t>
      </w:r>
      <w:r w:rsidRPr="002D1403">
        <w:rPr>
          <w:rStyle w:val="Italic"/>
          <w:rFonts w:ascii="Times New Roman" w:hAnsi="Times New Roman" w:cs="Times New Roman"/>
          <w:iCs/>
          <w:sz w:val="24"/>
          <w:szCs w:val="24"/>
        </w:rPr>
        <w:t>Применение исторических знаний</w:t>
      </w:r>
      <w:r w:rsidRPr="002D1403">
        <w:rPr>
          <w:rFonts w:ascii="Times New Roman" w:hAnsi="Times New Roman" w:cs="Times New Roman"/>
          <w:sz w:val="24"/>
          <w:szCs w:val="24"/>
        </w:rPr>
        <w:t>:</w:t>
      </w:r>
    </w:p>
    <w:p w:rsidR="00F44E79" w:rsidRPr="002D1403" w:rsidRDefault="00F44E79" w:rsidP="00DE5D44">
      <w:pPr>
        <w:pStyle w:val="list-dash0"/>
        <w:tabs>
          <w:tab w:val="clear" w:pos="720"/>
        </w:tabs>
        <w:ind w:left="567" w:hanging="340"/>
        <w:rPr>
          <w:rFonts w:cs="Times New Roman"/>
          <w:sz w:val="24"/>
          <w:szCs w:val="24"/>
        </w:rPr>
      </w:pPr>
      <w:r w:rsidRPr="002D1403">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F44E79" w:rsidRDefault="00F44E79" w:rsidP="00DE5D44">
      <w:pPr>
        <w:pStyle w:val="list-dash0"/>
        <w:tabs>
          <w:tab w:val="clear" w:pos="720"/>
        </w:tabs>
        <w:ind w:left="567" w:hanging="340"/>
        <w:rPr>
          <w:rFonts w:cs="Times New Roman"/>
          <w:sz w:val="24"/>
          <w:szCs w:val="24"/>
        </w:rPr>
      </w:pPr>
      <w:r w:rsidRPr="002D1403">
        <w:rPr>
          <w:rFonts w:cs="Times New Roman"/>
          <w:sz w:val="24"/>
          <w:szCs w:val="24"/>
        </w:rPr>
        <w:t>выполнять учебные проекты по отечественной и всеобщей истории XIX — начала ХХ в. (в том числе на региональном материале</w:t>
      </w:r>
      <w:r>
        <w:rPr>
          <w:rFonts w:cs="Times New Roman"/>
          <w:sz w:val="24"/>
          <w:szCs w:val="24"/>
        </w:rPr>
        <w:t>).</w:t>
      </w:r>
    </w:p>
    <w:p w:rsidR="00F44E79" w:rsidRDefault="00F44E79" w:rsidP="00DE5D44">
      <w:pPr>
        <w:pStyle w:val="list-dash0"/>
        <w:numPr>
          <w:ilvl w:val="0"/>
          <w:numId w:val="0"/>
        </w:numPr>
        <w:ind w:left="567" w:hanging="340"/>
        <w:rPr>
          <w:rFonts w:cs="Times New Roman"/>
          <w:sz w:val="24"/>
          <w:szCs w:val="24"/>
        </w:rPr>
      </w:pPr>
    </w:p>
    <w:p w:rsidR="00F44E79" w:rsidRDefault="00F44E79" w:rsidP="00DE5D44">
      <w:pPr>
        <w:pStyle w:val="list-dash0"/>
        <w:numPr>
          <w:ilvl w:val="0"/>
          <w:numId w:val="0"/>
        </w:numPr>
        <w:ind w:left="567" w:hanging="340"/>
        <w:rPr>
          <w:rFonts w:cs="Times New Roman"/>
          <w:sz w:val="24"/>
          <w:szCs w:val="24"/>
        </w:rPr>
      </w:pPr>
    </w:p>
    <w:p w:rsidR="00F44E79" w:rsidRPr="00DE5D44" w:rsidRDefault="00F44E79" w:rsidP="00DE5D44">
      <w:pPr>
        <w:pStyle w:val="list-dash0"/>
        <w:numPr>
          <w:ilvl w:val="0"/>
          <w:numId w:val="0"/>
        </w:numPr>
        <w:ind w:left="567" w:hanging="340"/>
        <w:rPr>
          <w:rFonts w:cs="Times New Roman"/>
          <w:sz w:val="24"/>
          <w:szCs w:val="24"/>
        </w:rPr>
        <w:sectPr w:rsidR="00F44E79" w:rsidRPr="00DE5D44">
          <w:footerReference w:type="even" r:id="rId500"/>
          <w:footerReference w:type="default" r:id="rId501"/>
          <w:footnotePr>
            <w:numFmt w:val="upperRoman"/>
          </w:footnotePr>
          <w:type w:val="continuous"/>
          <w:pgSz w:w="7824" w:h="12019"/>
          <w:pgMar w:top="578" w:right="697" w:bottom="930" w:left="715" w:header="0" w:footer="3" w:gutter="0"/>
          <w:cols w:space="720"/>
          <w:noEndnote/>
          <w:docGrid w:linePitch="360"/>
        </w:sectPr>
      </w:pPr>
    </w:p>
    <w:p w:rsidR="00F44E79" w:rsidRDefault="00F44E79">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172" w:name="bookmark2897"/>
      <w:bookmarkStart w:id="173" w:name="bookmark2898"/>
      <w:bookmarkStart w:id="174" w:name="bookmark2899"/>
      <w:r>
        <w:rPr>
          <w:rStyle w:val="23"/>
          <w:rFonts w:cs="Tahoma"/>
          <w:b/>
        </w:rPr>
        <w:t>2.1.8 ОБЩЕСТВОЗНАНИЕ</w:t>
      </w:r>
      <w:bookmarkEnd w:id="172"/>
      <w:bookmarkEnd w:id="173"/>
      <w:bookmarkEnd w:id="174"/>
    </w:p>
    <w:p w:rsidR="00F44E79" w:rsidRDefault="00F44E79">
      <w:pPr>
        <w:pStyle w:val="BodyText"/>
        <w:spacing w:after="300"/>
        <w:jc w:val="both"/>
        <w:rPr>
          <w:rFonts w:ascii="Courier New" w:hAnsi="Courier New" w:cs="Courier New"/>
          <w:color w:val="auto"/>
          <w:sz w:val="24"/>
          <w:szCs w:val="24"/>
        </w:rPr>
      </w:pPr>
      <w:r>
        <w:rPr>
          <w:rStyle w:val="BodyTextChar1"/>
          <w:rFonts w:cs="Georgia"/>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BodyTextChar1"/>
          <w:rFonts w:cs="Georgia"/>
        </w:rPr>
        <w:softHyphen/>
        <w:t>ной программы, представленных в Федеральном государствен</w:t>
      </w:r>
      <w:r>
        <w:rPr>
          <w:rStyle w:val="BodyTextChar1"/>
          <w:rFonts w:cs="Georgia"/>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BodyTextChar1"/>
          <w:rFonts w:cs="Georgia"/>
          <w:vertAlign w:val="superscript"/>
        </w:rPr>
        <w:t>1</w:t>
      </w:r>
      <w:r>
        <w:rPr>
          <w:rStyle w:val="BodyTextChar1"/>
          <w:rFonts w:cs="Georgia"/>
        </w:rPr>
        <w:t>, а также с учётом Примерной про</w:t>
      </w:r>
      <w:r>
        <w:rPr>
          <w:rStyle w:val="BodyTextChar1"/>
          <w:rFonts w:cs="Georgia"/>
        </w:rPr>
        <w:softHyphen/>
        <w:t>граммы воспитания (2020 г.)</w:t>
      </w:r>
      <w:r>
        <w:rPr>
          <w:rStyle w:val="BodyTextChar1"/>
          <w:rFonts w:cs="Georgia"/>
          <w:vertAlign w:val="superscript"/>
        </w:rPr>
        <w:footnoteReference w:id="6"/>
      </w:r>
      <w:r>
        <w:rPr>
          <w:rStyle w:val="BodyTextChar1"/>
          <w:rFonts w:cs="Georgia"/>
          <w:vertAlign w:val="superscript"/>
        </w:rPr>
        <w:t xml:space="preserve"> </w:t>
      </w:r>
      <w:r>
        <w:rPr>
          <w:rStyle w:val="BodyTextChar1"/>
          <w:rFonts w:cs="Georgia"/>
          <w:vertAlign w:val="superscript"/>
        </w:rPr>
        <w:footnoteReference w:id="7"/>
      </w:r>
      <w:r>
        <w:rPr>
          <w:rStyle w:val="BodyTextChar1"/>
          <w:rFonts w:cs="Georgia"/>
        </w:rPr>
        <w:t>.</w:t>
      </w:r>
    </w:p>
    <w:p w:rsidR="00F44E79" w:rsidRDefault="00F44E79">
      <w:pPr>
        <w:pStyle w:val="24"/>
        <w:keepNext/>
        <w:keepLines/>
        <w:pBdr>
          <w:bottom w:val="single" w:sz="4" w:space="0" w:color="auto"/>
        </w:pBdr>
        <w:spacing w:after="300" w:line="240" w:lineRule="auto"/>
        <w:rPr>
          <w:rFonts w:ascii="Courier New" w:hAnsi="Courier New" w:cs="Courier New"/>
          <w:b w:val="0"/>
          <w:bCs w:val="0"/>
          <w:color w:val="auto"/>
          <w:w w:val="100"/>
        </w:rPr>
      </w:pPr>
      <w:bookmarkStart w:id="175" w:name="bookmark2900"/>
      <w:bookmarkStart w:id="176" w:name="bookmark2901"/>
      <w:bookmarkStart w:id="177" w:name="bookmark2902"/>
      <w:r>
        <w:rPr>
          <w:rStyle w:val="23"/>
          <w:rFonts w:cs="Tahoma"/>
          <w:b/>
        </w:rPr>
        <w:t>ПОЯСНИТЕЛЬНАЯ ЗАПИСКА</w:t>
      </w:r>
      <w:bookmarkEnd w:id="175"/>
      <w:bookmarkEnd w:id="176"/>
      <w:bookmarkEnd w:id="177"/>
    </w:p>
    <w:p w:rsidR="00F44E79" w:rsidRDefault="00F44E79">
      <w:pPr>
        <w:pStyle w:val="22"/>
        <w:spacing w:after="60"/>
        <w:rPr>
          <w:rFonts w:ascii="Courier New" w:hAnsi="Courier New" w:cs="Courier New"/>
          <w:b w:val="0"/>
          <w:bCs w:val="0"/>
          <w:color w:val="auto"/>
          <w:w w:val="100"/>
          <w:sz w:val="24"/>
          <w:szCs w:val="24"/>
        </w:rPr>
      </w:pPr>
      <w:r>
        <w:rPr>
          <w:rStyle w:val="21"/>
          <w:rFonts w:cs="Tahoma"/>
          <w:b/>
        </w:rPr>
        <w:t>ОБЩАЯ ХАРАКТЕРИСТИКА УЧЕБНОГО ПРЕДМЕТА «ОБЩЕСТВОЗНАНИЕ»</w:t>
      </w:r>
    </w:p>
    <w:p w:rsidR="00F44E79" w:rsidRDefault="00F44E79">
      <w:pPr>
        <w:pStyle w:val="BodyText"/>
        <w:jc w:val="both"/>
        <w:rPr>
          <w:rFonts w:ascii="Courier New" w:hAnsi="Courier New" w:cs="Courier New"/>
          <w:color w:val="auto"/>
          <w:sz w:val="24"/>
          <w:szCs w:val="24"/>
        </w:rPr>
      </w:pPr>
      <w:r>
        <w:rPr>
          <w:rStyle w:val="BodyTextChar1"/>
          <w:rFonts w:cs="Georgia"/>
        </w:rPr>
        <w:t>Обществознание играет ведущую роль в выполнении школой функции интеграции молодёжи в современное общество: учеб</w:t>
      </w:r>
      <w:r>
        <w:rPr>
          <w:rStyle w:val="BodyTextChar1"/>
          <w:rFonts w:cs="Georgia"/>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BodyTextChar1"/>
          <w:rFonts w:cs="Georgia"/>
        </w:rPr>
        <w:softHyphen/>
        <w:t>циальные нормы.</w:t>
      </w:r>
    </w:p>
    <w:p w:rsidR="00F44E79" w:rsidRDefault="00F44E79">
      <w:pPr>
        <w:pStyle w:val="BodyText"/>
        <w:jc w:val="both"/>
        <w:rPr>
          <w:rFonts w:ascii="Courier New" w:hAnsi="Courier New" w:cs="Courier New"/>
          <w:color w:val="auto"/>
          <w:sz w:val="24"/>
          <w:szCs w:val="24"/>
        </w:rPr>
      </w:pPr>
      <w:r>
        <w:rPr>
          <w:rStyle w:val="BodyTextChar1"/>
          <w:rFonts w:cs="Georgia"/>
        </w:rPr>
        <w:t>Изучение курса «Обществознание», включающего знания о российском обществе и направлениях его развития в современ</w:t>
      </w:r>
      <w:r>
        <w:rPr>
          <w:rStyle w:val="BodyTextChar1"/>
          <w:rFonts w:cs="Georgia"/>
        </w:rPr>
        <w:softHyphen/>
        <w:t>ных условиях, об основах конституционного строя нашей стра</w:t>
      </w:r>
      <w:r>
        <w:rPr>
          <w:rStyle w:val="BodyTextChar1"/>
          <w:rFonts w:cs="Georgia"/>
        </w:rPr>
        <w:softHyphen/>
        <w:t>ны, правах и обязанностях человека и гражданина, способству</w:t>
      </w:r>
      <w:r>
        <w:rPr>
          <w:rStyle w:val="BodyTextChar1"/>
          <w:rFonts w:cs="Georgia"/>
        </w:rPr>
        <w:softHyphen/>
        <w:t>ет воспитанию российской гражданской идентичности, готов</w:t>
      </w:r>
      <w:r>
        <w:rPr>
          <w:rStyle w:val="BodyTextChar1"/>
          <w:rFonts w:cs="Georgia"/>
        </w:rPr>
        <w:softHyphen/>
        <w:t>ности к служению Отечеству, приверженности национальным ценностям.</w:t>
      </w:r>
    </w:p>
    <w:p w:rsidR="00F44E79" w:rsidRDefault="00F44E79">
      <w:pPr>
        <w:pStyle w:val="BodyText"/>
        <w:jc w:val="both"/>
        <w:rPr>
          <w:rFonts w:ascii="Courier New" w:hAnsi="Courier New" w:cs="Courier New"/>
          <w:color w:val="auto"/>
          <w:sz w:val="24"/>
          <w:szCs w:val="24"/>
        </w:rPr>
      </w:pPr>
      <w:r>
        <w:rPr>
          <w:rStyle w:val="BodyTextChar1"/>
          <w:rFonts w:cs="Georgia"/>
        </w:rPr>
        <w:t>Привлечение при изучении курса различных источников со</w:t>
      </w:r>
      <w:r>
        <w:rPr>
          <w:rStyle w:val="BodyTextChar1"/>
          <w:rFonts w:cs="Georgia"/>
        </w:rPr>
        <w:softHyphen/>
        <w:t>циальной информации, включая СМИ и Интернет, помогает школьникам освоить язык современной культурной, социаль</w:t>
      </w:r>
      <w:r>
        <w:rPr>
          <w:rStyle w:val="BodyTextChar1"/>
          <w:rFonts w:cs="Georgia"/>
        </w:rPr>
        <w:softHyphen/>
        <w:t>но-экономической и политической коммуникации, вносит свой вклад в формирование метапредметных умений извлекать не</w:t>
      </w:r>
      <w:r>
        <w:rPr>
          <w:rStyle w:val="BodyTextChar1"/>
          <w:rFonts w:cs="Georgia"/>
        </w:rPr>
        <w:softHyphen/>
        <w:t>обходимые сведения, осмысливать, преобразовывать и приме</w:t>
      </w:r>
      <w:r>
        <w:rPr>
          <w:rStyle w:val="BodyTextChar1"/>
          <w:rFonts w:cs="Georgia"/>
        </w:rPr>
        <w:softHyphen/>
        <w:t>нять их.</w:t>
      </w:r>
    </w:p>
    <w:p w:rsidR="00F44E79" w:rsidRDefault="00F44E79">
      <w:pPr>
        <w:pStyle w:val="BodyText"/>
        <w:spacing w:after="140" w:line="269" w:lineRule="auto"/>
        <w:jc w:val="both"/>
        <w:rPr>
          <w:rFonts w:ascii="Courier New" w:hAnsi="Courier New" w:cs="Courier New"/>
          <w:color w:val="auto"/>
          <w:sz w:val="24"/>
          <w:szCs w:val="24"/>
        </w:rPr>
      </w:pPr>
      <w:r>
        <w:rPr>
          <w:rStyle w:val="BodyTextChar1"/>
          <w:rFonts w:cs="Georgia"/>
        </w:rPr>
        <w:t>Изучение учебного курса «Обществознание» содействует вхождению обучающихся в мир культуры и общественных цен</w:t>
      </w:r>
      <w:r>
        <w:rPr>
          <w:rStyle w:val="BodyTextChar1"/>
          <w:rFonts w:cs="Georgia"/>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ЦЕЛИ ИЗУЧЕНИЯ УЧЕБНОГО ПРЕДМЕТА «ОБЩЕСТВОЗНАНИЕ»</w:t>
      </w:r>
    </w:p>
    <w:p w:rsidR="00F44E79" w:rsidRDefault="00F44E79">
      <w:pPr>
        <w:pStyle w:val="BodyText"/>
        <w:jc w:val="both"/>
        <w:rPr>
          <w:rFonts w:ascii="Courier New" w:hAnsi="Courier New" w:cs="Courier New"/>
          <w:color w:val="auto"/>
          <w:sz w:val="24"/>
          <w:szCs w:val="24"/>
        </w:rPr>
      </w:pPr>
      <w:r>
        <w:rPr>
          <w:rStyle w:val="BodyTextChar1"/>
          <w:rFonts w:cs="Georgia"/>
        </w:rPr>
        <w:t>Целями обществоведческого образования в основной школе являются:</w:t>
      </w:r>
    </w:p>
    <w:p w:rsidR="00F44E79" w:rsidRDefault="00F44E79" w:rsidP="00E5323B">
      <w:pPr>
        <w:pStyle w:val="BodyText"/>
        <w:numPr>
          <w:ilvl w:val="0"/>
          <w:numId w:val="24"/>
        </w:numPr>
        <w:tabs>
          <w:tab w:val="left" w:pos="327"/>
        </w:tabs>
        <w:ind w:left="300" w:hanging="300"/>
        <w:jc w:val="both"/>
        <w:rPr>
          <w:color w:val="auto"/>
          <w:sz w:val="24"/>
          <w:szCs w:val="24"/>
        </w:rPr>
      </w:pPr>
      <w:bookmarkStart w:id="178" w:name="bookmark2903"/>
      <w:bookmarkEnd w:id="178"/>
      <w:r>
        <w:rPr>
          <w:rStyle w:val="BodyTextChar1"/>
          <w:rFonts w:cs="Georgia"/>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44E79" w:rsidRDefault="00F44E79" w:rsidP="00E5323B">
      <w:pPr>
        <w:pStyle w:val="BodyText"/>
        <w:numPr>
          <w:ilvl w:val="0"/>
          <w:numId w:val="24"/>
        </w:numPr>
        <w:tabs>
          <w:tab w:val="left" w:pos="327"/>
        </w:tabs>
        <w:ind w:left="300" w:hanging="300"/>
        <w:jc w:val="both"/>
        <w:rPr>
          <w:color w:val="auto"/>
          <w:sz w:val="24"/>
          <w:szCs w:val="24"/>
        </w:rPr>
      </w:pPr>
      <w:bookmarkStart w:id="179" w:name="bookmark2904"/>
      <w:bookmarkEnd w:id="179"/>
      <w:r>
        <w:rPr>
          <w:rStyle w:val="BodyTextChar1"/>
          <w:rFonts w:cs="Georgia"/>
        </w:rPr>
        <w:t>развитие у обучающихся понимания приоритетности обще</w:t>
      </w:r>
      <w:r>
        <w:rPr>
          <w:rStyle w:val="BodyTextChar1"/>
          <w:rFonts w:cs="Georgia"/>
        </w:rPr>
        <w:softHyphen/>
        <w:t>национальных интересов, приверженности правовым прин</w:t>
      </w:r>
      <w:r>
        <w:rPr>
          <w:rStyle w:val="BodyTextChar1"/>
          <w:rFonts w:cs="Georgia"/>
        </w:rPr>
        <w:softHyphen/>
        <w:t>ципам, закреплённым в Конституции Российской Федера</w:t>
      </w:r>
      <w:r>
        <w:rPr>
          <w:rStyle w:val="BodyTextChar1"/>
          <w:rFonts w:cs="Georgia"/>
        </w:rPr>
        <w:softHyphen/>
        <w:t>ции и законодательстве Российской Федерации;</w:t>
      </w:r>
    </w:p>
    <w:p w:rsidR="00F44E79" w:rsidRDefault="00F44E79" w:rsidP="00E5323B">
      <w:pPr>
        <w:pStyle w:val="BodyText"/>
        <w:numPr>
          <w:ilvl w:val="0"/>
          <w:numId w:val="24"/>
        </w:numPr>
        <w:tabs>
          <w:tab w:val="left" w:pos="327"/>
        </w:tabs>
        <w:ind w:left="300" w:hanging="300"/>
        <w:jc w:val="both"/>
        <w:rPr>
          <w:color w:val="auto"/>
          <w:sz w:val="24"/>
          <w:szCs w:val="24"/>
        </w:rPr>
      </w:pPr>
      <w:bookmarkStart w:id="180" w:name="bookmark2905"/>
      <w:bookmarkEnd w:id="180"/>
      <w:r>
        <w:rPr>
          <w:rStyle w:val="BodyTextChar1"/>
          <w:rFonts w:cs="Georgia"/>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BodyTextChar1"/>
          <w:rFonts w:cs="Georgia"/>
        </w:rPr>
        <w:softHyphen/>
        <w:t>делению, самореализации, самоконтролю; мотивации к вы</w:t>
      </w:r>
      <w:r>
        <w:rPr>
          <w:rStyle w:val="BodyTextChar1"/>
          <w:rFonts w:cs="Georgia"/>
        </w:rPr>
        <w:softHyphen/>
        <w:t>сокопроизводительной, наукоёмкой трудовой деятельности;</w:t>
      </w:r>
    </w:p>
    <w:p w:rsidR="00F44E79" w:rsidRDefault="00F44E79" w:rsidP="00E5323B">
      <w:pPr>
        <w:pStyle w:val="BodyText"/>
        <w:numPr>
          <w:ilvl w:val="0"/>
          <w:numId w:val="24"/>
        </w:numPr>
        <w:tabs>
          <w:tab w:val="left" w:pos="327"/>
        </w:tabs>
        <w:ind w:left="300" w:hanging="300"/>
        <w:jc w:val="both"/>
        <w:rPr>
          <w:color w:val="auto"/>
          <w:sz w:val="24"/>
          <w:szCs w:val="24"/>
        </w:rPr>
      </w:pPr>
      <w:bookmarkStart w:id="181" w:name="bookmark2906"/>
      <w:bookmarkEnd w:id="181"/>
      <w:r>
        <w:rPr>
          <w:rStyle w:val="BodyTextChar1"/>
          <w:rFonts w:cs="Georgia"/>
        </w:rPr>
        <w:t>формирование у обучающихся целостной картины обще</w:t>
      </w:r>
      <w:r>
        <w:rPr>
          <w:rStyle w:val="BodyTextChar1"/>
          <w:rFonts w:cs="Georgia"/>
        </w:rPr>
        <w:softHyphen/>
        <w:t>ства, адекватной современному уровню знаний и доступной по содержанию для школьников подросткового возраста; ос</w:t>
      </w:r>
      <w:r>
        <w:rPr>
          <w:rStyle w:val="BodyTextChar1"/>
          <w:rFonts w:cs="Georgia"/>
        </w:rPr>
        <w:softHyphen/>
        <w:t>воение учащимися знаний об основных сферах человеческой деятельности, социальных институтах, нормах, регулирую</w:t>
      </w:r>
      <w:r>
        <w:rPr>
          <w:rStyle w:val="BodyTextChar1"/>
          <w:rFonts w:cs="Georgia"/>
        </w:rPr>
        <w:softHyphen/>
        <w:t>щих общественные отношения, необходимые для взаимо</w:t>
      </w:r>
      <w:r>
        <w:rPr>
          <w:rStyle w:val="BodyTextChar1"/>
          <w:rFonts w:cs="Georgia"/>
        </w:rPr>
        <w:softHyphen/>
        <w:t>действия с социальной средой и выполнения типичных со</w:t>
      </w:r>
      <w:r>
        <w:rPr>
          <w:rStyle w:val="BodyTextChar1"/>
          <w:rFonts w:cs="Georgia"/>
        </w:rPr>
        <w:softHyphen/>
        <w:t>циальных ролей человека и гражданина;</w:t>
      </w:r>
    </w:p>
    <w:p w:rsidR="00F44E79" w:rsidRDefault="00F44E79" w:rsidP="00E5323B">
      <w:pPr>
        <w:pStyle w:val="BodyText"/>
        <w:numPr>
          <w:ilvl w:val="0"/>
          <w:numId w:val="24"/>
        </w:numPr>
        <w:tabs>
          <w:tab w:val="left" w:pos="327"/>
        </w:tabs>
        <w:ind w:left="300" w:hanging="300"/>
        <w:jc w:val="both"/>
        <w:rPr>
          <w:color w:val="auto"/>
          <w:sz w:val="24"/>
          <w:szCs w:val="24"/>
        </w:rPr>
      </w:pPr>
      <w:bookmarkStart w:id="182" w:name="bookmark2907"/>
      <w:bookmarkEnd w:id="182"/>
      <w:r>
        <w:rPr>
          <w:rStyle w:val="BodyTextChar1"/>
          <w:rFonts w:cs="Georgia"/>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BodyTextChar1"/>
          <w:rFonts w:cs="Georgia"/>
        </w:rPr>
        <w:softHyphen/>
        <w:t>знавательной, коммуникативной, практической деятельно</w:t>
      </w:r>
      <w:r>
        <w:rPr>
          <w:rStyle w:val="BodyTextChar1"/>
          <w:rFonts w:cs="Georgia"/>
        </w:rPr>
        <w:softHyphen/>
        <w:t>сти, необходимых для участия в жизни гражданского обще</w:t>
      </w:r>
      <w:r>
        <w:rPr>
          <w:rStyle w:val="BodyTextChar1"/>
          <w:rFonts w:cs="Georgia"/>
        </w:rPr>
        <w:softHyphen/>
        <w:t>ства и государства;</w:t>
      </w:r>
    </w:p>
    <w:p w:rsidR="00F44E79" w:rsidRDefault="00F44E79" w:rsidP="00E5323B">
      <w:pPr>
        <w:pStyle w:val="BodyText"/>
        <w:numPr>
          <w:ilvl w:val="0"/>
          <w:numId w:val="24"/>
        </w:numPr>
        <w:tabs>
          <w:tab w:val="left" w:pos="327"/>
        </w:tabs>
        <w:ind w:left="300" w:hanging="300"/>
        <w:jc w:val="both"/>
        <w:rPr>
          <w:color w:val="auto"/>
          <w:sz w:val="24"/>
          <w:szCs w:val="24"/>
        </w:rPr>
      </w:pPr>
      <w:bookmarkStart w:id="183" w:name="bookmark2908"/>
      <w:bookmarkEnd w:id="183"/>
      <w:r>
        <w:rPr>
          <w:rStyle w:val="BodyTextChar1"/>
          <w:rFonts w:cs="Georgia"/>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BodyTextChar1"/>
          <w:rFonts w:cs="Georgia"/>
        </w:rPr>
        <w:softHyphen/>
        <w:t>ными институтами для реализации личностного потенциала в современном динамично развивающемся российском обще</w:t>
      </w:r>
      <w:r>
        <w:rPr>
          <w:rStyle w:val="BodyTextChar1"/>
          <w:rFonts w:cs="Georgia"/>
        </w:rPr>
        <w:softHyphen/>
        <w:t>стве;</w:t>
      </w:r>
    </w:p>
    <w:p w:rsidR="00F44E79" w:rsidRDefault="00F44E79" w:rsidP="00E5323B">
      <w:pPr>
        <w:pStyle w:val="BodyText"/>
        <w:numPr>
          <w:ilvl w:val="0"/>
          <w:numId w:val="24"/>
        </w:numPr>
        <w:tabs>
          <w:tab w:val="left" w:pos="327"/>
        </w:tabs>
        <w:spacing w:after="120"/>
        <w:ind w:left="300" w:hanging="300"/>
        <w:jc w:val="both"/>
        <w:rPr>
          <w:color w:val="auto"/>
          <w:sz w:val="24"/>
          <w:szCs w:val="24"/>
        </w:rPr>
      </w:pPr>
      <w:bookmarkStart w:id="184" w:name="bookmark2909"/>
      <w:bookmarkEnd w:id="184"/>
      <w:r>
        <w:rPr>
          <w:rStyle w:val="BodyTextChar1"/>
          <w:rFonts w:cs="Georgia"/>
        </w:rPr>
        <w:t>формирование опыта применения полученных знаний и уме</w:t>
      </w:r>
      <w:r>
        <w:rPr>
          <w:rStyle w:val="BodyTextChar1"/>
          <w:rFonts w:cs="Georgia"/>
        </w:rPr>
        <w:softHyphen/>
        <w:t>ний для выстраивания отношений между людьми различ</w:t>
      </w:r>
      <w:r>
        <w:rPr>
          <w:rStyle w:val="BodyTextChar1"/>
          <w:rFonts w:cs="Georgia"/>
        </w:rPr>
        <w:softHyphen/>
        <w:t>ных национальностей и вероисповеданий в общеграждан</w:t>
      </w:r>
      <w:r>
        <w:rPr>
          <w:rStyle w:val="BodyTextChar1"/>
          <w:rFonts w:cs="Georgia"/>
        </w:rPr>
        <w:softHyphen/>
        <w:t>ской и в семейно-бытовой сферах; для соотнесения своих действий и действий других людей с нравственными цен</w:t>
      </w:r>
      <w:r>
        <w:rPr>
          <w:rStyle w:val="BodyTextChar1"/>
          <w:rFonts w:cs="Georgia"/>
        </w:rPr>
        <w:softHyphen/>
        <w:t>ностями и нормами поведения, установленными законом; содействия правовыми способами и средствами защите пра</w:t>
      </w:r>
      <w:r>
        <w:rPr>
          <w:rStyle w:val="BodyTextChar1"/>
          <w:rFonts w:cs="Georgia"/>
        </w:rPr>
        <w:softHyphen/>
        <w:t>вопорядка в обществе.</w:t>
      </w:r>
    </w:p>
    <w:p w:rsidR="00F44E79" w:rsidRDefault="00F44E79">
      <w:pPr>
        <w:pStyle w:val="22"/>
        <w:spacing w:after="0"/>
        <w:jc w:val="both"/>
        <w:rPr>
          <w:rFonts w:ascii="Courier New" w:hAnsi="Courier New" w:cs="Courier New"/>
          <w:b w:val="0"/>
          <w:bCs w:val="0"/>
          <w:color w:val="auto"/>
          <w:w w:val="100"/>
          <w:sz w:val="24"/>
          <w:szCs w:val="24"/>
        </w:rPr>
      </w:pPr>
      <w:r>
        <w:rPr>
          <w:rStyle w:val="21"/>
          <w:rFonts w:cs="Tahoma"/>
          <w:b/>
        </w:rPr>
        <w:t>МЕСТО УЧЕБНОГО ПРЕДМЕТА «ОБЩЕСТВОЗНАНИЕ»</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В УЧЕБНОМ ПЛАНЕ</w:t>
      </w:r>
    </w:p>
    <w:p w:rsidR="00F44E79" w:rsidRDefault="00F44E79">
      <w:pPr>
        <w:pStyle w:val="BodyText"/>
        <w:spacing w:after="100" w:line="269" w:lineRule="auto"/>
        <w:jc w:val="both"/>
        <w:rPr>
          <w:rFonts w:ascii="Courier New" w:hAnsi="Courier New" w:cs="Courier New"/>
          <w:color w:val="auto"/>
          <w:sz w:val="24"/>
          <w:szCs w:val="24"/>
        </w:rPr>
        <w:sectPr w:rsidR="00F44E79">
          <w:footerReference w:type="even" r:id="rId502"/>
          <w:footerReference w:type="default" r:id="rId503"/>
          <w:pgSz w:w="7824" w:h="12019"/>
          <w:pgMar w:top="671" w:right="711" w:bottom="871" w:left="714" w:header="0" w:footer="3" w:gutter="0"/>
          <w:cols w:space="720"/>
          <w:noEndnote/>
          <w:docGrid w:linePitch="360"/>
        </w:sectPr>
      </w:pPr>
      <w:r>
        <w:rPr>
          <w:rStyle w:val="BodyTextChar1"/>
          <w:rFonts w:cs="Georgia"/>
        </w:rPr>
        <w:t>В соответствии с учебным планом обществознание изучается с 6 по 9 класс. Общее количество времени на четыре года обу</w:t>
      </w:r>
      <w:r>
        <w:rPr>
          <w:rStyle w:val="BodyTextChar1"/>
          <w:rFonts w:cs="Georgia"/>
        </w:rPr>
        <w:softHyphen/>
        <w:t>чения составляет 136 часов. Общая недельная нагрузка в каж</w:t>
      </w:r>
      <w:r>
        <w:rPr>
          <w:rStyle w:val="BodyTextChar1"/>
          <w:rFonts w:cs="Georgia"/>
        </w:rPr>
        <w:softHyphen/>
        <w:t>дом году обучения составляет 1 час.</w:t>
      </w:r>
    </w:p>
    <w:p w:rsidR="00F44E79" w:rsidRDefault="00F44E79">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185" w:name="bookmark2910"/>
      <w:bookmarkStart w:id="186" w:name="bookmark2911"/>
      <w:bookmarkStart w:id="187" w:name="bookmark2912"/>
      <w:r>
        <w:rPr>
          <w:rStyle w:val="23"/>
          <w:rFonts w:cs="Tahoma"/>
          <w:b/>
        </w:rPr>
        <w:t>СОДЕРЖАНИЕ УЧЕБНОГО ПРЕДМЕТА «ОБЩЕСТВОЗНАНИЕ»</w:t>
      </w:r>
      <w:bookmarkEnd w:id="185"/>
      <w:bookmarkEnd w:id="186"/>
      <w:bookmarkEnd w:id="187"/>
    </w:p>
    <w:p w:rsidR="00F44E79" w:rsidRDefault="00F44E79" w:rsidP="00E5323B">
      <w:pPr>
        <w:pStyle w:val="22"/>
        <w:numPr>
          <w:ilvl w:val="0"/>
          <w:numId w:val="25"/>
        </w:numPr>
        <w:tabs>
          <w:tab w:val="left" w:pos="257"/>
        </w:tabs>
        <w:spacing w:after="120"/>
        <w:jc w:val="both"/>
        <w:rPr>
          <w:b w:val="0"/>
          <w:bCs w:val="0"/>
          <w:color w:val="auto"/>
          <w:w w:val="100"/>
          <w:sz w:val="24"/>
          <w:szCs w:val="24"/>
        </w:rPr>
      </w:pPr>
      <w:bookmarkStart w:id="188" w:name="bookmark2913"/>
      <w:bookmarkEnd w:id="188"/>
      <w:r>
        <w:rPr>
          <w:rStyle w:val="21"/>
          <w:rFonts w:cs="Tahoma"/>
          <w:b/>
        </w:rPr>
        <w:t>КЛАСС</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и его социальное окружение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Биологическое и социальное в человеке. Черты сходства и различия человека и животного. Потребности человека (био</w:t>
      </w:r>
      <w:r>
        <w:rPr>
          <w:rStyle w:val="BodyTextChar1"/>
          <w:rFonts w:cs="Georgia"/>
        </w:rPr>
        <w:softHyphen/>
        <w:t>логические, социальные, духовные). Способности человека.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Люди с ограниченными возможностями здоровья, их особые потребности и социальная позиция.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Цели и мотивы деятельности. Виды деятельности (игра, труд, учение). Познание человеком мира и самого себя как вид деятельности.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Право человека на образование. Школьное образование. Пра</w:t>
      </w:r>
      <w:r>
        <w:rPr>
          <w:rStyle w:val="BodyTextChar1"/>
          <w:rFonts w:cs="Georgia"/>
        </w:rPr>
        <w:softHyphen/>
        <w:t>ва и обязанности учащегося.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Общение. Цели и средства общения. Особенности общения подростков. Общение в современных условиях.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Отношения в малых группах. Групповые нормы и правила. Лидерство в группе. Межличностные отношения (деловые, личные).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Отношения в семье. Роль семьи в жизни человека и обще</w:t>
      </w:r>
      <w:r>
        <w:rPr>
          <w:rStyle w:val="BodyTextChar1"/>
          <w:rFonts w:cs="Georgia"/>
        </w:rPr>
        <w:softHyphen/>
        <w:t>ства. Семейные традиции. Семейный досуг. Свободное время подростка.</w:t>
      </w:r>
    </w:p>
    <w:p w:rsidR="00F44E79" w:rsidRDefault="00F44E79">
      <w:pPr>
        <w:pStyle w:val="BodyText"/>
        <w:spacing w:after="120" w:line="269" w:lineRule="auto"/>
        <w:jc w:val="both"/>
        <w:rPr>
          <w:rFonts w:ascii="Courier New" w:hAnsi="Courier New" w:cs="Courier New"/>
          <w:color w:val="auto"/>
          <w:sz w:val="24"/>
          <w:szCs w:val="24"/>
        </w:rPr>
      </w:pPr>
      <w:r>
        <w:rPr>
          <w:rStyle w:val="BodyTextChar1"/>
          <w:rFonts w:cs="Georgia"/>
        </w:rPr>
        <w:t>Отношения с друзьями и сверстниками. Конфликты в меж</w:t>
      </w:r>
      <w:r>
        <w:rPr>
          <w:rStyle w:val="BodyTextChar1"/>
          <w:rFonts w:cs="Georgia"/>
        </w:rPr>
        <w:softHyphen/>
        <w:t>личностных отношениях.</w:t>
      </w:r>
    </w:p>
    <w:p w:rsidR="00F44E79" w:rsidRDefault="00F44E79">
      <w:pPr>
        <w:pStyle w:val="90"/>
        <w:jc w:val="both"/>
        <w:rPr>
          <w:rFonts w:ascii="Courier New" w:hAnsi="Courier New" w:cs="Courier New"/>
          <w:b w:val="0"/>
          <w:bCs w:val="0"/>
          <w:color w:val="auto"/>
          <w:sz w:val="24"/>
          <w:szCs w:val="24"/>
        </w:rPr>
      </w:pPr>
      <w:r>
        <w:rPr>
          <w:rStyle w:val="9"/>
          <w:rFonts w:cs="Trebuchet MS"/>
          <w:b/>
        </w:rPr>
        <w:t>Общество, в котором мы живём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Что такое общество. Связь общества и природы. Устройство общественной жизни. Основные сферы жизни общества и их взаимодействие.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Социальные общности и группы. Положение человека в об</w:t>
      </w:r>
      <w:r>
        <w:rPr>
          <w:rStyle w:val="BodyTextChar1"/>
          <w:rFonts w:cs="Georgia"/>
        </w:rPr>
        <w:softHyphen/>
        <w:t>ществе.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Политическая жизнь общества. Россия — многонациональ</w:t>
      </w:r>
      <w:r>
        <w:rPr>
          <w:rStyle w:val="BodyTextChar1"/>
          <w:rFonts w:cs="Georgia"/>
        </w:rPr>
        <w:softHyphen/>
        <w:t>ное государство. Государственная власть в нашей стране. Госу</w:t>
      </w:r>
      <w:r>
        <w:rPr>
          <w:rStyle w:val="BodyTextChar1"/>
          <w:rFonts w:cs="Georgia"/>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Культурная жизнь. Духовные ценности, традиционные цен</w:t>
      </w:r>
      <w:r>
        <w:rPr>
          <w:rStyle w:val="BodyTextChar1"/>
          <w:rFonts w:cs="Georgia"/>
        </w:rPr>
        <w:softHyphen/>
        <w:t>ности российского народа.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Развитие общества. Усиление взаимосвязей стран и народов в условиях современного общества.</w:t>
      </w:r>
    </w:p>
    <w:p w:rsidR="00F44E79" w:rsidRDefault="00F44E79">
      <w:pPr>
        <w:pStyle w:val="BodyText"/>
        <w:spacing w:after="420" w:line="269" w:lineRule="auto"/>
        <w:jc w:val="both"/>
        <w:rPr>
          <w:rFonts w:ascii="Courier New" w:hAnsi="Courier New" w:cs="Courier New"/>
          <w:color w:val="auto"/>
          <w:sz w:val="24"/>
          <w:szCs w:val="24"/>
        </w:rPr>
      </w:pPr>
      <w:r>
        <w:rPr>
          <w:rStyle w:val="BodyTextChar1"/>
          <w:rFonts w:cs="Georgia"/>
        </w:rPr>
        <w:t>Глобальные проблемы современности и возможности их ре</w:t>
      </w:r>
      <w:r>
        <w:rPr>
          <w:rStyle w:val="BodyTextChar1"/>
          <w:rFonts w:cs="Georgia"/>
        </w:rPr>
        <w:softHyphen/>
        <w:t>шения усилиями международного сообщества и международ</w:t>
      </w:r>
      <w:r>
        <w:rPr>
          <w:rStyle w:val="BodyTextChar1"/>
          <w:rFonts w:cs="Georgia"/>
        </w:rPr>
        <w:softHyphen/>
        <w:t>ных организаций.</w:t>
      </w:r>
    </w:p>
    <w:p w:rsidR="00F44E79" w:rsidRDefault="00F44E79" w:rsidP="00E5323B">
      <w:pPr>
        <w:pStyle w:val="22"/>
        <w:numPr>
          <w:ilvl w:val="0"/>
          <w:numId w:val="25"/>
        </w:numPr>
        <w:tabs>
          <w:tab w:val="left" w:pos="249"/>
        </w:tabs>
        <w:jc w:val="both"/>
        <w:rPr>
          <w:b w:val="0"/>
          <w:bCs w:val="0"/>
          <w:color w:val="auto"/>
          <w:w w:val="100"/>
          <w:sz w:val="24"/>
          <w:szCs w:val="24"/>
        </w:rPr>
      </w:pPr>
      <w:bookmarkStart w:id="189" w:name="bookmark2914"/>
      <w:bookmarkEnd w:id="189"/>
      <w:r>
        <w:rPr>
          <w:rStyle w:val="21"/>
          <w:rFonts w:cs="Tahoma"/>
          <w:b/>
        </w:rPr>
        <w:t>КЛАСС</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Социальные ценности и нормы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Общественные ценности. Свобода и ответственность гражда</w:t>
      </w:r>
      <w:r>
        <w:rPr>
          <w:rStyle w:val="BodyTextChar1"/>
          <w:rFonts w:cs="Georgia"/>
        </w:rPr>
        <w:softHyphen/>
        <w:t>нина. Гражданственность и патриотизм. Гуманизм.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Социальные нормы как регуляторы общественной жизни и поведения человека в обществе. Виды социальных норм. Тра</w:t>
      </w:r>
      <w:r>
        <w:rPr>
          <w:rStyle w:val="BodyTextChar1"/>
          <w:rFonts w:cs="Georgia"/>
        </w:rPr>
        <w:softHyphen/>
        <w:t>диции и обычаи.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Принципы и нормы морали. Добро и зло. Нравственные чув</w:t>
      </w:r>
      <w:r>
        <w:rPr>
          <w:rStyle w:val="BodyTextChar1"/>
          <w:rFonts w:cs="Georgia"/>
        </w:rPr>
        <w:softHyphen/>
        <w:t>ства человека. Совесть и стыд.</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Моральный выбор. Моральная оценка поведения людей и собственного поведения. Влияние моральных норм на общество и человека.</w:t>
      </w:r>
    </w:p>
    <w:p w:rsidR="00F44E79" w:rsidRDefault="00F44E79">
      <w:pPr>
        <w:pStyle w:val="BodyText"/>
        <w:spacing w:after="80" w:line="269" w:lineRule="auto"/>
        <w:jc w:val="both"/>
        <w:rPr>
          <w:rFonts w:ascii="Courier New" w:hAnsi="Courier New" w:cs="Courier New"/>
          <w:color w:val="auto"/>
          <w:sz w:val="24"/>
          <w:szCs w:val="24"/>
        </w:rPr>
      </w:pPr>
      <w:r>
        <w:rPr>
          <w:rStyle w:val="BodyTextChar1"/>
          <w:rFonts w:cs="Georgia"/>
        </w:rPr>
        <w:t>Право и его роль в жизни общества. Право и мораль.</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Человек как участник правовых отношений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Правоотношения и их особенности. Правовая норма. Участ</w:t>
      </w:r>
      <w:r>
        <w:rPr>
          <w:rStyle w:val="BodyTextChar1"/>
          <w:rFonts w:cs="Georgia"/>
        </w:rPr>
        <w:softHyphen/>
        <w:t>ники правоотношений. Правоспособность и дееспособность. Правовая оценка поступков и деятельности человека. Право</w:t>
      </w:r>
      <w:r>
        <w:rPr>
          <w:rStyle w:val="BodyTextChar1"/>
          <w:rFonts w:cs="Georgia"/>
        </w:rPr>
        <w:softHyphen/>
        <w:t>мерное поведение. Правовая культура личности.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Правонарушение и юридическая ответственность. Проступок и преступление. Опасность правонарушений для личности и общества.</w:t>
      </w:r>
    </w:p>
    <w:p w:rsidR="00F44E79" w:rsidRDefault="00F44E79">
      <w:pPr>
        <w:pStyle w:val="BodyText"/>
        <w:spacing w:after="140" w:line="269" w:lineRule="auto"/>
        <w:jc w:val="both"/>
        <w:rPr>
          <w:rFonts w:ascii="Courier New" w:hAnsi="Courier New" w:cs="Courier New"/>
          <w:color w:val="auto"/>
          <w:sz w:val="24"/>
          <w:szCs w:val="24"/>
        </w:rPr>
      </w:pPr>
      <w:r>
        <w:rPr>
          <w:rStyle w:val="BodyTextChar1"/>
          <w:rFonts w:cs="Georgia"/>
        </w:rPr>
        <w:t>Права и свободы человека и гражданина Российской Феде</w:t>
      </w:r>
      <w:r>
        <w:rPr>
          <w:rStyle w:val="BodyTextChar1"/>
          <w:rFonts w:cs="Georgia"/>
        </w:rPr>
        <w:softHyphen/>
        <w:t>рации. Гарантия и защита прав и свобод человека и граждани</w:t>
      </w:r>
      <w:r>
        <w:rPr>
          <w:rStyle w:val="BodyTextChar1"/>
          <w:rFonts w:cs="Georgia"/>
        </w:rPr>
        <w:softHyphen/>
        <w:t>на в Российской Федерации. Конституционные обязанности гражданина Российской Федерации. Права ребёнка и возмож</w:t>
      </w:r>
      <w:r>
        <w:rPr>
          <w:rStyle w:val="BodyTextChar1"/>
          <w:rFonts w:cs="Georgia"/>
        </w:rPr>
        <w:softHyphen/>
        <w:t>ности их защиты.</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Основы российского права</w:t>
      </w:r>
    </w:p>
    <w:p w:rsidR="00F44E79" w:rsidRDefault="00F44E79">
      <w:pPr>
        <w:pStyle w:val="BodyText"/>
        <w:spacing w:after="80"/>
        <w:jc w:val="both"/>
        <w:rPr>
          <w:rFonts w:ascii="Courier New" w:hAnsi="Courier New" w:cs="Courier New"/>
          <w:color w:val="auto"/>
          <w:sz w:val="24"/>
          <w:szCs w:val="24"/>
        </w:rPr>
      </w:pPr>
      <w:r>
        <w:rPr>
          <w:rStyle w:val="BodyTextChar1"/>
          <w:rFonts w:cs="Georgia"/>
        </w:rPr>
        <w:t>Конституция Российской Федерации — основной закон. За</w:t>
      </w:r>
      <w:r>
        <w:rPr>
          <w:rStyle w:val="BodyTextChar1"/>
          <w:rFonts w:cs="Georgia"/>
        </w:rPr>
        <w:softHyphen/>
        <w:t>коны и подзаконные акты. Отрасли права.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Основы гражданского права. Физические и юридические ли</w:t>
      </w:r>
      <w:r>
        <w:rPr>
          <w:rStyle w:val="BodyTextChar1"/>
          <w:rFonts w:cs="Georgia"/>
        </w:rPr>
        <w:softHyphen/>
        <w:t>ца в гражданском праве. Право собственности, защита прав собственности.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Основные виды гражданско-правовых договоров. Договор купли-продажи. Права потребителей и возможности их защи</w:t>
      </w:r>
      <w:r>
        <w:rPr>
          <w:rStyle w:val="BodyTextChar1"/>
          <w:rFonts w:cs="Georgia"/>
        </w:rPr>
        <w:softHyphen/>
        <w:t>ты. Несовершеннолетние как участники гражданско-правовых отношений.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Основы семейного права. Важность семьи в жизни человека, общества и государства. Условия заключения брака в Россий</w:t>
      </w:r>
      <w:r>
        <w:rPr>
          <w:rStyle w:val="BodyTextChar1"/>
          <w:rFonts w:cs="Georgia"/>
        </w:rPr>
        <w:softHyphen/>
        <w:t>ской Федерации. Права и обязанности детей и родителей. За</w:t>
      </w:r>
      <w:r>
        <w:rPr>
          <w:rStyle w:val="BodyTextChar1"/>
          <w:rFonts w:cs="Georgia"/>
        </w:rPr>
        <w:softHyphen/>
        <w:t>щита прав и интересов детей, оставшихся без попечения роди</w:t>
      </w:r>
      <w:r>
        <w:rPr>
          <w:rStyle w:val="BodyTextChar1"/>
          <w:rFonts w:cs="Georgia"/>
        </w:rPr>
        <w:softHyphen/>
        <w:t>телей.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Основы трудового права. Стороны трудовых отношений, их права и обязанности. Трудовой договор. Заключение и прекра</w:t>
      </w:r>
      <w:r>
        <w:rPr>
          <w:rStyle w:val="BodyTextChar1"/>
          <w:rFonts w:cs="Georgia"/>
        </w:rPr>
        <w:softHyphen/>
        <w:t>щение трудового договора. Рабочее время и время отдыха. Осо</w:t>
      </w:r>
      <w:r>
        <w:rPr>
          <w:rStyle w:val="BodyTextChar1"/>
          <w:rFonts w:cs="Georgia"/>
        </w:rPr>
        <w:softHyphen/>
        <w:t>бенности правового статуса несовершеннолетних при осущест</w:t>
      </w:r>
      <w:r>
        <w:rPr>
          <w:rStyle w:val="BodyTextChar1"/>
          <w:rFonts w:cs="Georgia"/>
        </w:rPr>
        <w:softHyphen/>
        <w:t>влении трудовой деятельности.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Виды юридической ответственности. Гражданско-правовые проступки и гражданско-правовая ответственность. Админи</w:t>
      </w:r>
      <w:r>
        <w:rPr>
          <w:rStyle w:val="BodyTextChar1"/>
          <w:rFonts w:cs="Georgia"/>
        </w:rPr>
        <w:softHyphen/>
        <w:t>стративные проступки и административная ответственность. Дисциплинарные проступки и дисциплинарная ответствен</w:t>
      </w:r>
      <w:r>
        <w:rPr>
          <w:rStyle w:val="BodyTextChar1"/>
          <w:rFonts w:cs="Georgia"/>
        </w:rPr>
        <w:softHyphen/>
        <w:t>ность. Преступления и уголовная ответственность. Особенности юридической ответственности несовершеннолетних.</w:t>
      </w:r>
    </w:p>
    <w:p w:rsidR="00F44E79" w:rsidRDefault="00F44E79">
      <w:pPr>
        <w:pStyle w:val="BodyText"/>
        <w:spacing w:after="360" w:line="269" w:lineRule="auto"/>
        <w:jc w:val="both"/>
        <w:rPr>
          <w:rFonts w:ascii="Courier New" w:hAnsi="Courier New" w:cs="Courier New"/>
          <w:color w:val="auto"/>
          <w:sz w:val="24"/>
          <w:szCs w:val="24"/>
        </w:rPr>
      </w:pPr>
      <w:r>
        <w:rPr>
          <w:rStyle w:val="BodyTextChar1"/>
          <w:rFonts w:cs="Georgia"/>
        </w:rPr>
        <w:t>Правоохранительные органы в Российской Федерации. Структура правоохранительных органов Российской Федера</w:t>
      </w:r>
      <w:r>
        <w:rPr>
          <w:rStyle w:val="BodyTextChar1"/>
          <w:rFonts w:cs="Georgia"/>
        </w:rPr>
        <w:softHyphen/>
        <w:t>ции. Функции правоохранительных органов.</w:t>
      </w:r>
    </w:p>
    <w:p w:rsidR="00F44E79" w:rsidRDefault="00F44E79" w:rsidP="00E5323B">
      <w:pPr>
        <w:pStyle w:val="22"/>
        <w:numPr>
          <w:ilvl w:val="0"/>
          <w:numId w:val="25"/>
        </w:numPr>
        <w:tabs>
          <w:tab w:val="left" w:pos="236"/>
        </w:tabs>
        <w:spacing w:after="60"/>
        <w:jc w:val="both"/>
        <w:rPr>
          <w:b w:val="0"/>
          <w:bCs w:val="0"/>
          <w:color w:val="auto"/>
          <w:w w:val="100"/>
          <w:sz w:val="24"/>
          <w:szCs w:val="24"/>
        </w:rPr>
      </w:pPr>
      <w:bookmarkStart w:id="190" w:name="bookmark2915"/>
      <w:bookmarkEnd w:id="190"/>
      <w:r>
        <w:rPr>
          <w:rStyle w:val="21"/>
          <w:rFonts w:cs="Tahoma"/>
          <w:b/>
        </w:rPr>
        <w:t>КЛАСС</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в экономических отношениях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Экономическая жизнь общества. Потребности и ресурсы, ограниченность ресурсов. Экономический выбор.</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Экономическая система и её функции. Собственность.</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Производство — источник экономических благ. Факторы производства. Трудовая деятельность. Производительность труда. Разделение труда.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Предпринимательство. Виды и формы предпринимательской деятельности.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Обмен. Деньги и их функции. Торговля и её формы.</w:t>
      </w:r>
    </w:p>
    <w:p w:rsidR="00F44E79" w:rsidRDefault="00F44E79">
      <w:pPr>
        <w:pStyle w:val="BodyText"/>
        <w:spacing w:after="200" w:line="269" w:lineRule="auto"/>
        <w:jc w:val="both"/>
        <w:rPr>
          <w:rFonts w:ascii="Courier New" w:hAnsi="Courier New" w:cs="Courier New"/>
          <w:color w:val="auto"/>
          <w:sz w:val="24"/>
          <w:szCs w:val="24"/>
        </w:rPr>
      </w:pPr>
      <w:r>
        <w:rPr>
          <w:rStyle w:val="BodyTextChar1"/>
          <w:rFonts w:cs="Georgia"/>
        </w:rPr>
        <w:t>Рыночная экономика. Конкуренция. Спрос и предложение. Рыночное равновесие. Невидимая рука рынка. Многообразие рынков.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Предприятие в экономике. Издержки, выручка и прибыль. Как повысить эффективность производства.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Заработная плата и стимулирование труда. Занятость и без</w:t>
      </w:r>
      <w:r>
        <w:rPr>
          <w:rStyle w:val="BodyTextChar1"/>
          <w:rFonts w:cs="Georgia"/>
        </w:rPr>
        <w:softHyphen/>
        <w:t>работица.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Финансовый рынок и посредники (банки, страховые компа</w:t>
      </w:r>
      <w:r>
        <w:rPr>
          <w:rStyle w:val="BodyTextChar1"/>
          <w:rFonts w:cs="Georgia"/>
        </w:rPr>
        <w:softHyphen/>
        <w:t>нии, кредитные союзы, участники фондового рынка). Услуги финансовых посредников.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Основные типы финансовых инструментов: акции и обли</w:t>
      </w:r>
      <w:r>
        <w:rPr>
          <w:rStyle w:val="BodyTextChar1"/>
          <w:rFonts w:cs="Georgia"/>
        </w:rPr>
        <w:softHyphen/>
        <w:t>гации.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Экономические функции домохозяйств. Потребление до</w:t>
      </w:r>
      <w:r>
        <w:rPr>
          <w:rStyle w:val="BodyTextChar1"/>
          <w:rFonts w:cs="Georgia"/>
        </w:rPr>
        <w:softHyphen/>
        <w:t>машних хозяйств. Потребительские товары и товары длитель</w:t>
      </w:r>
      <w:r>
        <w:rPr>
          <w:rStyle w:val="BodyTextChar1"/>
          <w:rFonts w:cs="Georgia"/>
        </w:rPr>
        <w:softHyphen/>
        <w:t>ного пользования. Источники доходов и расходов семьи. Се</w:t>
      </w:r>
      <w:r>
        <w:rPr>
          <w:rStyle w:val="BodyTextChar1"/>
          <w:rFonts w:cs="Georgia"/>
        </w:rPr>
        <w:softHyphen/>
        <w:t>мейный бюджет. Личный финансовый план. Способы и формы сбережений.</w:t>
      </w:r>
    </w:p>
    <w:p w:rsidR="00F44E79" w:rsidRDefault="00F44E79">
      <w:pPr>
        <w:pStyle w:val="BodyText"/>
        <w:spacing w:after="180" w:line="276" w:lineRule="auto"/>
        <w:jc w:val="both"/>
        <w:rPr>
          <w:rFonts w:ascii="Courier New" w:hAnsi="Courier New" w:cs="Courier New"/>
          <w:color w:val="auto"/>
          <w:sz w:val="24"/>
          <w:szCs w:val="24"/>
        </w:rPr>
      </w:pPr>
      <w:r>
        <w:rPr>
          <w:rStyle w:val="BodyTextChar1"/>
          <w:rFonts w:cs="Georgia"/>
        </w:rPr>
        <w:t>Экономические цели и функции государства. Налоги. Дохо</w:t>
      </w:r>
      <w:r>
        <w:rPr>
          <w:rStyle w:val="BodyTextChar1"/>
          <w:rFonts w:cs="Georgia"/>
        </w:rPr>
        <w:softHyphen/>
        <w:t>ды и расходы государства. Государственный бюджет. Государ</w:t>
      </w:r>
      <w:r>
        <w:rPr>
          <w:rStyle w:val="BodyTextChar1"/>
          <w:rFonts w:cs="Georgia"/>
        </w:rPr>
        <w:softHyphen/>
        <w:t>ственная бюджетная и денежно-кредитная политика Россий</w:t>
      </w:r>
      <w:r>
        <w:rPr>
          <w:rStyle w:val="BodyTextChar1"/>
          <w:rFonts w:cs="Georgia"/>
        </w:rPr>
        <w:softHyphen/>
        <w:t>ской Федерации. Государственная политика по развитию кон</w:t>
      </w:r>
      <w:r>
        <w:rPr>
          <w:rStyle w:val="BodyTextChar1"/>
          <w:rFonts w:cs="Georgia"/>
        </w:rPr>
        <w:softHyphen/>
        <w:t>куренции.</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Человек в мире культуры</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Культура, её многообразие и формы. Влияние духовной культуры на формирование личности. Современная молодёж</w:t>
      </w:r>
      <w:r>
        <w:rPr>
          <w:rStyle w:val="BodyTextChar1"/>
          <w:rFonts w:cs="Georgia"/>
        </w:rPr>
        <w:softHyphen/>
        <w:t>ная культура.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Наука. Естественные и социально-гуманитарные науки. Роль науки в развитии общества.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Образование. Личностная и общественная значимость обра</w:t>
      </w:r>
      <w:r>
        <w:rPr>
          <w:rStyle w:val="BodyTextChar1"/>
          <w:rFonts w:cs="Georgia"/>
        </w:rPr>
        <w:softHyphen/>
        <w:t>зования в современном обществе. Образование в Российской Федерации. Самообразование.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Политика в сфере культуры и образования в Российской Фе</w:t>
      </w:r>
      <w:r>
        <w:rPr>
          <w:rStyle w:val="BodyTextChar1"/>
          <w:rFonts w:cs="Georgia"/>
        </w:rPr>
        <w:softHyphen/>
        <w:t>дерации.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Понятие религии. Роль религии в жизни человека и обще</w:t>
      </w:r>
      <w:r>
        <w:rPr>
          <w:rStyle w:val="BodyTextChar1"/>
          <w:rFonts w:cs="Georgia"/>
        </w:rPr>
        <w:softHyphen/>
        <w:t>ства. Свобода совести и свобода вероисповедания. Националь</w:t>
      </w:r>
      <w:r>
        <w:rPr>
          <w:rStyle w:val="BodyTextChar1"/>
          <w:rFonts w:cs="Georgia"/>
        </w:rPr>
        <w:softHyphen/>
        <w:t>ные и мировые религии. Религии и религиозные объединения в Российской Федерации.</w:t>
      </w:r>
    </w:p>
    <w:p w:rsidR="00F44E79" w:rsidRDefault="00F44E79">
      <w:pPr>
        <w:pStyle w:val="BodyText"/>
        <w:spacing w:after="120" w:line="276" w:lineRule="auto"/>
        <w:jc w:val="both"/>
        <w:rPr>
          <w:rFonts w:ascii="Courier New" w:hAnsi="Courier New" w:cs="Courier New"/>
          <w:color w:val="auto"/>
          <w:sz w:val="24"/>
          <w:szCs w:val="24"/>
        </w:rPr>
      </w:pPr>
      <w:r>
        <w:rPr>
          <w:rStyle w:val="BodyTextChar1"/>
          <w:rFonts w:cs="Georgia"/>
        </w:rPr>
        <w:t>Что такое искусство. Виды искусств. Роль искусства в жизни человека и общества.</w:t>
      </w:r>
    </w:p>
    <w:p w:rsidR="00F44E79" w:rsidRDefault="00F44E79">
      <w:pPr>
        <w:pStyle w:val="BodyText"/>
        <w:spacing w:after="200" w:line="276" w:lineRule="auto"/>
        <w:jc w:val="both"/>
        <w:rPr>
          <w:rFonts w:ascii="Courier New" w:hAnsi="Courier New" w:cs="Courier New"/>
          <w:color w:val="auto"/>
          <w:sz w:val="24"/>
          <w:szCs w:val="24"/>
        </w:rPr>
      </w:pPr>
      <w:r>
        <w:rPr>
          <w:rStyle w:val="BodyTextChar1"/>
          <w:rFonts w:cs="Georgia"/>
        </w:rPr>
        <w:t>Роль информации и информационных технологий в совре</w:t>
      </w:r>
      <w:r>
        <w:rPr>
          <w:rStyle w:val="BodyTextChar1"/>
          <w:rFonts w:cs="Georgia"/>
        </w:rPr>
        <w:softHyphen/>
        <w:t>менном мире. Информационная культура и информационная безопасность. Правила безопасного поведения в Интернете.</w:t>
      </w:r>
    </w:p>
    <w:p w:rsidR="00F44E79" w:rsidRDefault="00F44E79" w:rsidP="00E5323B">
      <w:pPr>
        <w:pStyle w:val="22"/>
        <w:numPr>
          <w:ilvl w:val="0"/>
          <w:numId w:val="25"/>
        </w:numPr>
        <w:tabs>
          <w:tab w:val="left" w:pos="227"/>
        </w:tabs>
        <w:jc w:val="both"/>
        <w:rPr>
          <w:b w:val="0"/>
          <w:bCs w:val="0"/>
          <w:color w:val="auto"/>
          <w:w w:val="100"/>
          <w:sz w:val="24"/>
          <w:szCs w:val="24"/>
        </w:rPr>
      </w:pPr>
      <w:bookmarkStart w:id="191" w:name="bookmark2916"/>
      <w:bookmarkEnd w:id="191"/>
      <w:r>
        <w:rPr>
          <w:rStyle w:val="21"/>
          <w:rFonts w:cs="Tahoma"/>
          <w:b/>
        </w:rPr>
        <w:t>КЛАСС</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Человек в политическом измерении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Политика и политическая власть. Государство — политиче</w:t>
      </w:r>
      <w:r>
        <w:rPr>
          <w:rStyle w:val="BodyTextChar1"/>
          <w:rFonts w:cs="Georgia"/>
        </w:rPr>
        <w:softHyphen/>
        <w:t>ская организация общества. Признаки государства. Внутрен</w:t>
      </w:r>
      <w:r>
        <w:rPr>
          <w:rStyle w:val="BodyTextChar1"/>
          <w:rFonts w:cs="Georgia"/>
        </w:rPr>
        <w:softHyphen/>
        <w:t>няя и внешняя политика.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Форма государства. Монархия и республика — основные формы правления. Унитарное и федеративное государственно</w:t>
      </w:r>
      <w:r>
        <w:rPr>
          <w:rStyle w:val="BodyTextChar1"/>
          <w:rFonts w:cs="Georgia"/>
        </w:rPr>
        <w:softHyphen/>
        <w:t>территориальное устройство.</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Политический режим и его виды.</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Демократия, демократические ценности. Правовое государ</w:t>
      </w:r>
      <w:r>
        <w:rPr>
          <w:rStyle w:val="BodyTextChar1"/>
          <w:rFonts w:cs="Georgia"/>
        </w:rPr>
        <w:softHyphen/>
        <w:t>ство и гражданское общество.</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Участие граждан в политике. Выборы, референдум.</w:t>
      </w:r>
    </w:p>
    <w:p w:rsidR="00F44E79" w:rsidRDefault="00F44E79">
      <w:pPr>
        <w:pStyle w:val="BodyText"/>
        <w:spacing w:after="80" w:line="276" w:lineRule="auto"/>
        <w:jc w:val="both"/>
        <w:rPr>
          <w:rFonts w:ascii="Courier New" w:hAnsi="Courier New" w:cs="Courier New"/>
          <w:color w:val="auto"/>
          <w:sz w:val="24"/>
          <w:szCs w:val="24"/>
        </w:rPr>
      </w:pPr>
      <w:r>
        <w:rPr>
          <w:rStyle w:val="BodyTextChar1"/>
          <w:rFonts w:cs="Georgia"/>
        </w:rPr>
        <w:t>Политические партии, их роль в демократическом обществе. Общественно-политические организации.</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Гражданин и государство</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BodyTextChar1"/>
          <w:rFonts w:cs="Georgia"/>
        </w:rPr>
        <w:softHyphen/>
        <w:t>ство.</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Законодательные, исполнительные и судебные органы госу</w:t>
      </w:r>
      <w:r>
        <w:rPr>
          <w:rStyle w:val="BodyTextChar1"/>
          <w:rFonts w:cs="Georgia"/>
        </w:rPr>
        <w:softHyphen/>
        <w:t>дарственной власти в Российской Федерации. Президент — глава государства Российская Федерация. Федеральное Собра</w:t>
      </w:r>
      <w:r>
        <w:rPr>
          <w:rStyle w:val="BodyTextChar1"/>
          <w:rFonts w:cs="Georgia"/>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BodyTextChar1"/>
          <w:rFonts w:cs="Georgia"/>
        </w:rPr>
        <w:softHyphen/>
        <w:t>сийской Федерации. Верховный Суд Российской Федерации.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Государственное управление. Противодействие коррупции в Российской Федерации.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Государственно-территориальное устройство Российской Фе</w:t>
      </w:r>
      <w:r>
        <w:rPr>
          <w:rStyle w:val="BodyTextChar1"/>
          <w:rFonts w:cs="Georgia"/>
        </w:rPr>
        <w:softHyphen/>
        <w:t>дерации. Субъекты Российской Федерации: республика, край, область, город федерального значения, автономная область, ав</w:t>
      </w:r>
      <w:r>
        <w:rPr>
          <w:rStyle w:val="BodyTextChar1"/>
          <w:rFonts w:cs="Georgia"/>
        </w:rPr>
        <w:softHyphen/>
        <w:t>тономный округ. Конституционный статус субъектов Россий</w:t>
      </w:r>
      <w:r>
        <w:rPr>
          <w:rStyle w:val="BodyTextChar1"/>
          <w:rFonts w:cs="Georgia"/>
        </w:rPr>
        <w:softHyphen/>
        <w:t>ской Федерации.</w:t>
      </w:r>
    </w:p>
    <w:p w:rsidR="00F44E79" w:rsidRDefault="00F44E79">
      <w:pPr>
        <w:pStyle w:val="BodyText"/>
        <w:spacing w:after="80" w:line="276" w:lineRule="auto"/>
        <w:jc w:val="both"/>
        <w:rPr>
          <w:rFonts w:ascii="Courier New" w:hAnsi="Courier New" w:cs="Courier New"/>
          <w:color w:val="auto"/>
          <w:sz w:val="24"/>
          <w:szCs w:val="24"/>
        </w:rPr>
      </w:pPr>
      <w:r>
        <w:rPr>
          <w:rStyle w:val="BodyTextChar1"/>
          <w:rFonts w:cs="Georgia"/>
        </w:rPr>
        <w:t>Местное самоуправление.</w:t>
      </w:r>
    </w:p>
    <w:p w:rsidR="00F44E79" w:rsidRDefault="00F44E79">
      <w:pPr>
        <w:pStyle w:val="BodyText"/>
        <w:spacing w:after="80" w:line="276" w:lineRule="auto"/>
        <w:jc w:val="both"/>
        <w:rPr>
          <w:rFonts w:ascii="Courier New" w:hAnsi="Courier New" w:cs="Courier New"/>
          <w:color w:val="auto"/>
          <w:sz w:val="24"/>
          <w:szCs w:val="24"/>
        </w:rPr>
      </w:pPr>
      <w:r>
        <w:rPr>
          <w:rStyle w:val="BodyTextChar1"/>
          <w:rFonts w:cs="Georgia"/>
        </w:rPr>
        <w:t>Конституция Российской Федерации о правовом статусе че</w:t>
      </w:r>
      <w:r>
        <w:rPr>
          <w:rStyle w:val="BodyTextChar1"/>
          <w:rFonts w:cs="Georgia"/>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Человек в системе социальных отношений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Социальная структура общества. Многообразие социальных общностей и групп.</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Социальная мобильность.</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Социальный статус человека в обществе. Социальные роли. Ролевой набор подростка.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Социализация личности.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Роль семьи в социализации личности. Функции семьи. Се</w:t>
      </w:r>
      <w:r>
        <w:rPr>
          <w:rStyle w:val="BodyTextChar1"/>
          <w:rFonts w:cs="Georgia"/>
        </w:rPr>
        <w:softHyphen/>
        <w:t>мейные ценности. Основные роли членов семьи.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Этнос и нация. Россия — многонациональное государство. Этносы и нации в диалоге культур.</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Социальная политика Российского государства.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Социальные конфликты и пути их разрешения.</w:t>
      </w:r>
    </w:p>
    <w:p w:rsidR="00F44E79" w:rsidRDefault="00F44E79">
      <w:pPr>
        <w:pStyle w:val="BodyText"/>
        <w:spacing w:after="160" w:line="276" w:lineRule="auto"/>
        <w:jc w:val="both"/>
        <w:rPr>
          <w:rFonts w:ascii="Courier New" w:hAnsi="Courier New" w:cs="Courier New"/>
          <w:color w:val="auto"/>
          <w:sz w:val="24"/>
          <w:szCs w:val="24"/>
        </w:rPr>
      </w:pPr>
      <w:r>
        <w:rPr>
          <w:rStyle w:val="BodyTextChar1"/>
          <w:rFonts w:cs="Georgia"/>
        </w:rPr>
        <w:t>Отклоняющееся поведение. Опасность наркомании и алкого</w:t>
      </w:r>
      <w:r>
        <w:rPr>
          <w:rStyle w:val="BodyTextChar1"/>
          <w:rFonts w:cs="Georgia"/>
        </w:rPr>
        <w:softHyphen/>
        <w:t>лизма для человека и общества. Профилактика негативных от</w:t>
      </w:r>
      <w:r>
        <w:rPr>
          <w:rStyle w:val="BodyTextChar1"/>
          <w:rFonts w:cs="Georgia"/>
        </w:rPr>
        <w:softHyphen/>
        <w:t>клонений поведения. Социальная и личная значимость здоро</w:t>
      </w:r>
      <w:r>
        <w:rPr>
          <w:rStyle w:val="BodyTextChar1"/>
          <w:rFonts w:cs="Georgia"/>
        </w:rPr>
        <w:softHyphen/>
        <w:t>вого образа жизни.</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Человек в современном изменяющемся мире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Информационное общество. Сущность глобализации. Причи</w:t>
      </w:r>
      <w:r>
        <w:rPr>
          <w:rStyle w:val="BodyTextChar1"/>
          <w:rFonts w:cs="Georgia"/>
        </w:rPr>
        <w:softHyphen/>
        <w:t>ны, проявления и последствия глобализации, её противоречия. Глобальные проблемы и возможности их решения. Экологиче</w:t>
      </w:r>
      <w:r>
        <w:rPr>
          <w:rStyle w:val="BodyTextChar1"/>
          <w:rFonts w:cs="Georgia"/>
        </w:rPr>
        <w:softHyphen/>
        <w:t>ская ситуация и способы её улучшения.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Молодёжь — активный участник общественной жизни. Во</w:t>
      </w:r>
      <w:r>
        <w:rPr>
          <w:rStyle w:val="BodyTextChar1"/>
          <w:rFonts w:cs="Georgia"/>
        </w:rPr>
        <w:softHyphen/>
        <w:t>лонтёрское движение.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Профессии настоящего и будущего. Непрерывное образова</w:t>
      </w:r>
      <w:r>
        <w:rPr>
          <w:rStyle w:val="BodyTextChar1"/>
          <w:rFonts w:cs="Georgia"/>
        </w:rPr>
        <w:softHyphen/>
        <w:t>ние и карьера.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Здоровый образ жизни. Социальная и личная значимость здорового образа жизни. Мода и спорт.</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Современные формы связи и коммуникации: как они изме</w:t>
      </w:r>
      <w:r>
        <w:rPr>
          <w:rStyle w:val="BodyTextChar1"/>
          <w:rFonts w:cs="Georgia"/>
        </w:rPr>
        <w:softHyphen/>
        <w:t>нили мир. Особенности общения в виртуальном пространстве.</w:t>
      </w:r>
    </w:p>
    <w:p w:rsidR="00F44E79" w:rsidRDefault="00F44E79">
      <w:pPr>
        <w:pStyle w:val="BodyText"/>
        <w:spacing w:after="80" w:line="276" w:lineRule="auto"/>
        <w:jc w:val="both"/>
        <w:rPr>
          <w:rFonts w:ascii="Courier New" w:hAnsi="Courier New" w:cs="Courier New"/>
          <w:color w:val="auto"/>
          <w:sz w:val="24"/>
          <w:szCs w:val="24"/>
        </w:rPr>
      </w:pPr>
      <w:r>
        <w:rPr>
          <w:rStyle w:val="BodyTextChar1"/>
          <w:rFonts w:cs="Georgia"/>
        </w:rPr>
        <w:t>Перспективы развития общества.</w:t>
      </w:r>
    </w:p>
    <w:p w:rsidR="00F44E79" w:rsidRDefault="00F44E79">
      <w:pPr>
        <w:pStyle w:val="24"/>
        <w:keepNext/>
        <w:keepLines/>
        <w:pBdr>
          <w:bottom w:val="single" w:sz="4" w:space="0" w:color="auto"/>
        </w:pBdr>
        <w:spacing w:after="340" w:line="202" w:lineRule="auto"/>
        <w:rPr>
          <w:rFonts w:ascii="Courier New" w:hAnsi="Courier New" w:cs="Courier New"/>
          <w:b w:val="0"/>
          <w:bCs w:val="0"/>
          <w:color w:val="auto"/>
          <w:w w:val="100"/>
        </w:rPr>
      </w:pPr>
      <w:bookmarkStart w:id="192" w:name="bookmark2917"/>
      <w:bookmarkStart w:id="193" w:name="bookmark2918"/>
      <w:bookmarkStart w:id="194" w:name="bookmark2919"/>
      <w:r>
        <w:rPr>
          <w:rStyle w:val="23"/>
          <w:rFonts w:cs="Tahoma"/>
          <w:b/>
        </w:rPr>
        <w:t>ПЛАНИРУЕМЫЕ РЕЗУЛЬТАТЫ ОСВОЕНИЯ УЧЕБНОГО ПРЕДМЕТА «ОБЩЕСТВОЗНАНИЕ» НА УРОВНЕ ОСНОВНОГО ОБЩЕГО ОБРАЗОВАНИЯ</w:t>
      </w:r>
      <w:bookmarkEnd w:id="192"/>
      <w:bookmarkEnd w:id="193"/>
      <w:bookmarkEnd w:id="194"/>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Личностные и метапредметные результаты представлены с учётом особенностей преподавания обществознания в основной школе.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BodyTextChar1"/>
          <w:rFonts w:cs="Georgia"/>
        </w:rPr>
        <w:softHyphen/>
        <w:t>татам освоения основной образовательной программы, представ</w:t>
      </w:r>
      <w:r>
        <w:rPr>
          <w:rStyle w:val="BodyTextChar1"/>
          <w:rFonts w:cs="Georgia"/>
        </w:rPr>
        <w:softHyphen/>
        <w:t>ленных в Федеральном государственном образовательном стан</w:t>
      </w:r>
      <w:r>
        <w:rPr>
          <w:rStyle w:val="BodyTextChar1"/>
          <w:rFonts w:cs="Georgia"/>
        </w:rPr>
        <w:softHyphen/>
        <w:t>дарте основного общего образования, а также с учётом Пример</w:t>
      </w:r>
      <w:r>
        <w:rPr>
          <w:rStyle w:val="BodyTextChar1"/>
          <w:rFonts w:cs="Georgia"/>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BodyTextChar1"/>
          <w:rFonts w:cs="Georgia"/>
        </w:rPr>
        <w:softHyphen/>
        <w:t>ва. Представленный в программе вариант распределения моду</w:t>
      </w:r>
      <w:r>
        <w:rPr>
          <w:rStyle w:val="BodyTextChar1"/>
          <w:rFonts w:cs="Georgia"/>
        </w:rPr>
        <w:softHyphen/>
        <w:t>лей (разделов) по годам обучения является одним из возможных.</w:t>
      </w:r>
    </w:p>
    <w:p w:rsidR="00F44E79" w:rsidRDefault="00F44E79">
      <w:pPr>
        <w:pStyle w:val="BodyText"/>
        <w:spacing w:after="60" w:line="269" w:lineRule="auto"/>
        <w:jc w:val="both"/>
        <w:rPr>
          <w:rFonts w:ascii="Courier New" w:hAnsi="Courier New" w:cs="Courier New"/>
          <w:color w:val="auto"/>
          <w:sz w:val="24"/>
          <w:szCs w:val="24"/>
        </w:rPr>
      </w:pPr>
      <w:r>
        <w:rPr>
          <w:rStyle w:val="BodyTextChar1"/>
          <w:rFonts w:cs="Georgia"/>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BodyTextChar1"/>
          <w:rFonts w:cs="Georgia"/>
        </w:rPr>
        <w:softHyphen/>
        <w:t>ние курса в основной школе.</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Личностные результаты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b/>
          <w:bCs/>
        </w:rPr>
        <w:t xml:space="preserve">Личностные результаты </w:t>
      </w:r>
      <w:r>
        <w:rPr>
          <w:rStyle w:val="BodyTextChar1"/>
          <w:rFonts w:cs="Georgia"/>
        </w:rPr>
        <w:t>освоения Примерной рабочей про</w:t>
      </w:r>
      <w:r>
        <w:rPr>
          <w:rStyle w:val="BodyTextChar1"/>
          <w:rFonts w:cs="Georgia"/>
        </w:rPr>
        <w:softHyphen/>
        <w:t>граммы по обществознанию для основного общего образования (6—9 классы).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Личностные результаты воплощают традиционные россий</w:t>
      </w:r>
      <w:r>
        <w:rPr>
          <w:rStyle w:val="BodyTextChar1"/>
          <w:rFonts w:cs="Georgia"/>
        </w:rPr>
        <w:softHyphen/>
        <w:t>ские социокультурные и духовно-нравственные ценности, при</w:t>
      </w:r>
      <w:r>
        <w:rPr>
          <w:rStyle w:val="BodyTextChar1"/>
          <w:rFonts w:cs="Georgia"/>
        </w:rPr>
        <w:softHyphen/>
        <w:t>нятые в обществе нормы поведения, отражают готовность обу</w:t>
      </w:r>
      <w:r>
        <w:rPr>
          <w:rStyle w:val="BodyTextChar1"/>
          <w:rFonts w:cs="Georgia"/>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BodyTextChar1"/>
          <w:rFonts w:cs="Georgia"/>
        </w:rPr>
        <w:softHyphen/>
        <w:t>сти в процессе развития у обучающихся установки на решение практических задач социальной направленности и опыта кон</w:t>
      </w:r>
      <w:r>
        <w:rPr>
          <w:rStyle w:val="BodyTextChar1"/>
          <w:rFonts w:cs="Georgia"/>
        </w:rPr>
        <w:softHyphen/>
        <w:t>структивного социального поведения по основным направлени</w:t>
      </w:r>
      <w:r>
        <w:rPr>
          <w:rStyle w:val="BodyTextChar1"/>
          <w:rFonts w:cs="Georgia"/>
        </w:rPr>
        <w:softHyphen/>
        <w:t>ям воспитательной деятельности, в том числе в части:</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Гражданского воспитания: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готовность к выполнению обязанностей гражданина и реали</w:t>
      </w:r>
      <w:r>
        <w:rPr>
          <w:rStyle w:val="BodyTextChar1"/>
          <w:rFonts w:cs="Georgia"/>
        </w:rPr>
        <w:softHyphen/>
        <w:t>зации его прав, уважение прав, свобод и законных интересов других людей; активное участие в жизни семьи, образователь</w:t>
      </w:r>
      <w:r>
        <w:rPr>
          <w:rStyle w:val="BodyTextChar1"/>
          <w:rFonts w:cs="Georgia"/>
        </w:rPr>
        <w:softHyphen/>
        <w:t>ной организации, местного сообщества, родного края, страны; неприятие любых форм экстремизма, дискриминации; понима</w:t>
      </w:r>
      <w:r>
        <w:rPr>
          <w:rStyle w:val="BodyTextChar1"/>
          <w:rFonts w:cs="Georgia"/>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BodyTextChar1"/>
          <w:rFonts w:cs="Georgia"/>
        </w:rPr>
        <w:softHyphen/>
        <w:t>стве; представление о способах противодействия коррупции; готовность к разнообразной созидательной деятельности, стрем</w:t>
      </w:r>
      <w:r>
        <w:rPr>
          <w:rStyle w:val="BodyTextChar1"/>
          <w:rFonts w:cs="Georgia"/>
        </w:rPr>
        <w:softHyphen/>
        <w:t>ление к взаимопониманию и взаимопомощи; активное участие в школьном самоуправлении; готовность к участию в гумани</w:t>
      </w:r>
      <w:r>
        <w:rPr>
          <w:rStyle w:val="BodyTextChar1"/>
          <w:rFonts w:cs="Georgia"/>
        </w:rPr>
        <w:softHyphen/>
        <w:t>тарной деятельности (волонтёрство, помощь людям, нуждаю</w:t>
      </w:r>
      <w:r>
        <w:rPr>
          <w:rStyle w:val="BodyTextChar1"/>
          <w:rFonts w:cs="Georgia"/>
        </w:rPr>
        <w:softHyphen/>
        <w:t>щимся в ней).</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Патриотического воспитания: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BodyTextChar1"/>
          <w:rFonts w:cs="Georgia"/>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BodyTextChar1"/>
          <w:rFonts w:cs="Georgia"/>
        </w:rPr>
        <w:softHyphen/>
        <w:t>ственным праздникам; историческому, природному наследию и памятникам, традициям разных народов, проживающих в родной стране.</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Духовно-нравственного воспитания: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BodyTextChar1"/>
          <w:rFonts w:cs="Georgia"/>
        </w:rPr>
        <w:softHyphen/>
        <w:t>ственных и правовых норм с учётом осознания последствий по</w:t>
      </w:r>
      <w:r>
        <w:rPr>
          <w:rStyle w:val="BodyTextChar1"/>
          <w:rFonts w:cs="Georgia"/>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Эстетического воспитания: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восприимчивость к разным видам искусства, традициям и творчеству своего и других народов, понимание эмоционально</w:t>
      </w:r>
      <w:r>
        <w:rPr>
          <w:rStyle w:val="BodyTextChar1"/>
          <w:rFonts w:cs="Georgia"/>
        </w:rPr>
        <w:softHyphen/>
        <w:t>го воздействия искусства; осознание важности художественной культуры как средства коммуникации и самовыражения; по</w:t>
      </w:r>
      <w:r>
        <w:rPr>
          <w:rStyle w:val="BodyTextChar1"/>
          <w:rFonts w:cs="Georgia"/>
        </w:rPr>
        <w:softHyphen/>
        <w:t>нимание ценности отечественного и мирового искусства, этни</w:t>
      </w:r>
      <w:r>
        <w:rPr>
          <w:rStyle w:val="BodyTextChar1"/>
          <w:rFonts w:cs="Georgia"/>
        </w:rPr>
        <w:softHyphen/>
        <w:t>ческих культурных традиций и народного творчества; стремле</w:t>
      </w:r>
      <w:r>
        <w:rPr>
          <w:rStyle w:val="BodyTextChar1"/>
          <w:rFonts w:cs="Georgia"/>
        </w:rPr>
        <w:softHyphen/>
        <w:t>ние к самовыражению в разных видах искусства.</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Физического воспитания, формирования культуры, здоровья и эмоционального благополучия: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BodyTextChar1"/>
          <w:rFonts w:cs="Georgia"/>
        </w:rPr>
        <w:softHyphen/>
        <w:t>коголя, наркотиков, курение) и иных форм вреда для физиче</w:t>
      </w:r>
      <w:r>
        <w:rPr>
          <w:rStyle w:val="BodyTextChar1"/>
          <w:rFonts w:cs="Georgia"/>
        </w:rPr>
        <w:softHyphen/>
        <w:t>ского и психического здоровья; соблюдение правил безопасно</w:t>
      </w:r>
      <w:r>
        <w:rPr>
          <w:rStyle w:val="BodyTextChar1"/>
          <w:rFonts w:cs="Georgia"/>
        </w:rPr>
        <w:softHyphen/>
        <w:t>сти, в том числе навыки безопасного поведения в интернет-среде;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способность адаптироваться к стрессовым ситуациям и меня</w:t>
      </w:r>
      <w:r>
        <w:rPr>
          <w:rStyle w:val="BodyTextChar1"/>
          <w:rFonts w:cs="Georgia"/>
        </w:rPr>
        <w:softHyphen/>
        <w:t>ющимся социальным, информационным и природным усло</w:t>
      </w:r>
      <w:r>
        <w:rPr>
          <w:rStyle w:val="BodyTextChar1"/>
          <w:rFonts w:cs="Georgia"/>
        </w:rPr>
        <w:softHyphen/>
        <w:t>виям, в том числе осмысляя собственный опыт и выстраивая дальнейшие цели;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умение принимать себя и других, не осуждая; &lt;...&gt;</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сформированность навыков рефлексии, признание своего права на ошибку и такого же права другого человека.</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Трудового воспитания: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установка на активное участие в решении практических за</w:t>
      </w:r>
      <w:r>
        <w:rPr>
          <w:rStyle w:val="BodyTextChar1"/>
          <w:rFonts w:cs="Georgia"/>
        </w:rPr>
        <w:softHyphen/>
        <w:t>дач (в рамках семьи, образовательной организации, города, края) технологической и социальной направленности, способ</w:t>
      </w:r>
      <w:r>
        <w:rPr>
          <w:rStyle w:val="BodyTextChar1"/>
          <w:rFonts w:cs="Georgia"/>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BodyTextChar1"/>
          <w:rFonts w:cs="Georgia"/>
        </w:rPr>
        <w:softHyphen/>
        <w:t>менения изучаемого предметного знания; осознание важности обучения на протяжении всей жизни для успешной профессио</w:t>
      </w:r>
      <w:r>
        <w:rPr>
          <w:rStyle w:val="BodyTextChar1"/>
          <w:rFonts w:cs="Georgia"/>
        </w:rPr>
        <w:softHyphen/>
        <w:t>нальной деятельности и развитие необходимых умений для это</w:t>
      </w:r>
      <w:r>
        <w:rPr>
          <w:rStyle w:val="BodyTextChar1"/>
          <w:rFonts w:cs="Georgia"/>
        </w:rPr>
        <w:softHyphen/>
        <w:t>го; &lt;...&gt; уважение к труду и результатам трудовой деятельно</w:t>
      </w:r>
      <w:r>
        <w:rPr>
          <w:rStyle w:val="BodyTextChar1"/>
          <w:rFonts w:cs="Georgia"/>
        </w:rPr>
        <w:softHyphen/>
        <w:t>сти; осознанный выбор и построение индивидуальной траекто</w:t>
      </w:r>
      <w:r>
        <w:rPr>
          <w:rStyle w:val="BodyTextChar1"/>
          <w:rFonts w:cs="Georgia"/>
        </w:rPr>
        <w:softHyphen/>
        <w:t>рии образования и жизненных планов с учётом личных и обще</w:t>
      </w:r>
      <w:r>
        <w:rPr>
          <w:rStyle w:val="BodyTextChar1"/>
          <w:rFonts w:cs="Georgia"/>
        </w:rPr>
        <w:softHyphen/>
        <w:t>ственных интересов и потребностей.</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Экологического воспитания: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ориентация на применение знаний из социальных и есте</w:t>
      </w:r>
      <w:r>
        <w:rPr>
          <w:rStyle w:val="BodyTextChar1"/>
          <w:rFonts w:cs="Georgia"/>
        </w:rPr>
        <w:softHyphen/>
        <w:t>ственных наук для решения задач в области окружающей сре</w:t>
      </w:r>
      <w:r>
        <w:rPr>
          <w:rStyle w:val="BodyTextChar1"/>
          <w:rFonts w:cs="Georgia"/>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BodyTextChar1"/>
          <w:rFonts w:cs="Georgia"/>
        </w:rPr>
        <w:softHyphen/>
        <w:t>ятие действий, приносящих вред окружающей среде; осозна</w:t>
      </w:r>
      <w:r>
        <w:rPr>
          <w:rStyle w:val="BodyTextChar1"/>
          <w:rFonts w:cs="Georgia"/>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BodyTextChar1"/>
          <w:rFonts w:cs="Georgia"/>
        </w:rPr>
        <w:softHyphen/>
        <w:t>ской направленности.</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Ценности научного познания: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ориентация в деятельности на современную систему научных представлений об основных закономерностях развития челове</w:t>
      </w:r>
      <w:r>
        <w:rPr>
          <w:rStyle w:val="BodyTextChar1"/>
          <w:rFonts w:cs="Georgia"/>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BodyTextChar1"/>
          <w:rFonts w:cs="Georgia"/>
        </w:rPr>
        <w:softHyphen/>
        <w:t>мысление опыта, наблюдений, поступков и стремление совер</w:t>
      </w:r>
      <w:r>
        <w:rPr>
          <w:rStyle w:val="BodyTextChar1"/>
          <w:rFonts w:cs="Georgia"/>
        </w:rPr>
        <w:softHyphen/>
        <w:t>шенствовать пути достижения индивидуального и коллектив</w:t>
      </w:r>
      <w:r>
        <w:rPr>
          <w:rStyle w:val="BodyTextChar1"/>
          <w:rFonts w:cs="Georgia"/>
        </w:rPr>
        <w:softHyphen/>
        <w:t>ного благополучия.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b/>
          <w:bCs/>
        </w:rPr>
        <w:t>Личностные результаты, обеспечивающие адаптацию обуча</w:t>
      </w:r>
      <w:r>
        <w:rPr>
          <w:rStyle w:val="BodyTextChar1"/>
          <w:rFonts w:cs="Georgia"/>
          <w:b/>
          <w:bCs/>
        </w:rPr>
        <w:softHyphen/>
        <w:t>ющегося к изменяющимся условиям социальной и природной среды</w:t>
      </w:r>
      <w:r>
        <w:rPr>
          <w:rStyle w:val="BodyTextChar1"/>
          <w:rFonts w:cs="Georgia"/>
        </w:rPr>
        <w:t>:</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освоение обучающимися социального опыта, основных соци</w:t>
      </w:r>
      <w:r>
        <w:rPr>
          <w:rStyle w:val="BodyTextChar1"/>
          <w:rFonts w:cs="Georgia"/>
        </w:rPr>
        <w:softHyphen/>
        <w:t>альных ролей, соответствующих ведущей деятельности возрас</w:t>
      </w:r>
      <w:r>
        <w:rPr>
          <w:rStyle w:val="BodyTextChar1"/>
          <w:rFonts w:cs="Georgia"/>
        </w:rPr>
        <w:softHyphen/>
        <w:t>та, норм и правил общественного поведения, форм социальной жизни в группах и сообществах, включая семью, группы, сфор</w:t>
      </w:r>
      <w:r>
        <w:rPr>
          <w:rStyle w:val="BodyTextChar1"/>
          <w:rFonts w:cs="Georgia"/>
        </w:rPr>
        <w:softHyphen/>
        <w:t>мированные по профессиональной деятельности, а также в рам</w:t>
      </w:r>
      <w:r>
        <w:rPr>
          <w:rStyle w:val="BodyTextChar1"/>
          <w:rFonts w:cs="Georgia"/>
        </w:rPr>
        <w:softHyphen/>
        <w:t>ках социального взаимодействия с людьми из другой культур</w:t>
      </w:r>
      <w:r>
        <w:rPr>
          <w:rStyle w:val="BodyTextChar1"/>
          <w:rFonts w:cs="Georgia"/>
        </w:rPr>
        <w:softHyphen/>
        <w:t>ной среды;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способность обучающихся во взаимодействии в условиях не</w:t>
      </w:r>
      <w:r>
        <w:rPr>
          <w:rStyle w:val="BodyTextChar1"/>
          <w:rFonts w:cs="Georgia"/>
        </w:rPr>
        <w:softHyphen/>
        <w:t>определённости, открытость опыту и знаниям других;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способность действовать в условиях неопределённости, откры</w:t>
      </w:r>
      <w:r>
        <w:rPr>
          <w:rStyle w:val="BodyTextChar1"/>
          <w:rFonts w:cs="Georgia"/>
        </w:rPr>
        <w:softHyphen/>
        <w:t>тость опыту и знаниям других, повышать уровень своей компе</w:t>
      </w:r>
      <w:r>
        <w:rPr>
          <w:rStyle w:val="BodyTextChar1"/>
          <w:rFonts w:cs="Georgia"/>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навык выявления и связывания образов, способность форми</w:t>
      </w:r>
      <w:r>
        <w:rPr>
          <w:rStyle w:val="BodyTextChar1"/>
          <w:rFonts w:cs="Georgia"/>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умение распознавать конкретные примеры понятия по ха</w:t>
      </w:r>
      <w:r>
        <w:rPr>
          <w:rStyle w:val="BodyTextChar1"/>
          <w:rFonts w:cs="Georgia"/>
        </w:rPr>
        <w:softHyphen/>
        <w:t>рактерным признакам, выполнять операции в соответствии с определением и простейшими свойствами понятия, конкре</w:t>
      </w:r>
      <w:r>
        <w:rPr>
          <w:rStyle w:val="BodyTextChar1"/>
          <w:rFonts w:cs="Georgia"/>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умение анализировать и выявлять взаимосвязи природы, общества и экономики;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умение оценивать свои действия с учётом влияния на окру</w:t>
      </w:r>
      <w:r>
        <w:rPr>
          <w:rStyle w:val="BodyTextChar1"/>
          <w:rFonts w:cs="Georgia"/>
        </w:rPr>
        <w:softHyphen/>
        <w:t>жающую среду, достижений целей и преодоления вызовов, воз</w:t>
      </w:r>
      <w:r>
        <w:rPr>
          <w:rStyle w:val="BodyTextChar1"/>
          <w:rFonts w:cs="Georgia"/>
        </w:rPr>
        <w:softHyphen/>
        <w:t>можных глобальных последствий;</w:t>
      </w:r>
    </w:p>
    <w:p w:rsidR="00F44E79" w:rsidRDefault="00F44E79">
      <w:pPr>
        <w:pStyle w:val="BodyText"/>
        <w:spacing w:after="120" w:line="269" w:lineRule="auto"/>
        <w:jc w:val="both"/>
        <w:rPr>
          <w:rFonts w:ascii="Courier New" w:hAnsi="Courier New" w:cs="Courier New"/>
          <w:color w:val="auto"/>
          <w:sz w:val="24"/>
          <w:szCs w:val="24"/>
        </w:rPr>
      </w:pPr>
      <w:r>
        <w:rPr>
          <w:rStyle w:val="BodyTextChar1"/>
          <w:rFonts w:cs="Georgia"/>
        </w:rPr>
        <w:t>способность обучающихся осознавать стрессовую ситуацию, оценивать происходящие изменения и их последствия; воспри</w:t>
      </w:r>
      <w:r>
        <w:rPr>
          <w:rStyle w:val="BodyTextChar1"/>
          <w:rFonts w:cs="Georgia"/>
        </w:rPr>
        <w:softHyphen/>
        <w:t>нимать стрессовую ситуацию как вызов, требующий контрмер; оценивать ситуацию стресса, корректировать принимаемые ре</w:t>
      </w:r>
      <w:r>
        <w:rPr>
          <w:rStyle w:val="BodyTextChar1"/>
          <w:rFonts w:cs="Georgia"/>
        </w:rPr>
        <w:softHyphen/>
        <w:t>шения и действия; формулировать и оценивать риски и послед</w:t>
      </w:r>
      <w:r>
        <w:rPr>
          <w:rStyle w:val="BodyTextChar1"/>
          <w:rFonts w:cs="Georgia"/>
        </w:rPr>
        <w:softHyphen/>
        <w:t>ствия, формировать опыт, уметь находить позитивное в произо</w:t>
      </w:r>
      <w:r>
        <w:rPr>
          <w:rStyle w:val="BodyTextChar1"/>
          <w:rFonts w:cs="Georgia"/>
        </w:rPr>
        <w:softHyphen/>
        <w:t>шедшей ситуации; быть готовым действовать в отсутствие га</w:t>
      </w:r>
      <w:r>
        <w:rPr>
          <w:rStyle w:val="BodyTextChar1"/>
          <w:rFonts w:cs="Georgia"/>
        </w:rPr>
        <w:softHyphen/>
        <w:t>рантий успеха.</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Метапредметные результаты</w:t>
      </w:r>
    </w:p>
    <w:p w:rsidR="00F44E79" w:rsidRDefault="00F44E79">
      <w:pPr>
        <w:pStyle w:val="BodyText"/>
        <w:spacing w:after="180"/>
        <w:jc w:val="both"/>
        <w:rPr>
          <w:rFonts w:ascii="Courier New" w:hAnsi="Courier New" w:cs="Courier New"/>
          <w:color w:val="auto"/>
          <w:sz w:val="24"/>
          <w:szCs w:val="24"/>
        </w:rPr>
      </w:pPr>
      <w:r>
        <w:rPr>
          <w:rStyle w:val="BodyTextChar1"/>
          <w:rFonts w:cs="Georgia"/>
          <w:b/>
          <w:bCs/>
        </w:rPr>
        <w:t xml:space="preserve">Метапредметные результаты </w:t>
      </w:r>
      <w:r>
        <w:rPr>
          <w:rStyle w:val="BodyTextChar1"/>
          <w:rFonts w:cs="Georgia"/>
        </w:rPr>
        <w:t>освоения основной образователь</w:t>
      </w:r>
      <w:r>
        <w:rPr>
          <w:rStyle w:val="BodyTextChar1"/>
          <w:rFonts w:cs="Georgia"/>
        </w:rPr>
        <w:softHyphen/>
        <w:t xml:space="preserve">ной программы, формируемые при изучении </w:t>
      </w:r>
      <w:r>
        <w:rPr>
          <w:rStyle w:val="BodyTextChar1"/>
          <w:rFonts w:cs="Georgia"/>
          <w:b/>
          <w:bCs/>
        </w:rPr>
        <w:t>обществознания:</w:t>
      </w:r>
    </w:p>
    <w:p w:rsidR="00F44E79" w:rsidRDefault="00F44E79" w:rsidP="00E5323B">
      <w:pPr>
        <w:pStyle w:val="90"/>
        <w:numPr>
          <w:ilvl w:val="0"/>
          <w:numId w:val="26"/>
        </w:numPr>
        <w:tabs>
          <w:tab w:val="left" w:pos="299"/>
        </w:tabs>
        <w:jc w:val="both"/>
        <w:rPr>
          <w:b w:val="0"/>
          <w:bCs w:val="0"/>
          <w:color w:val="auto"/>
          <w:sz w:val="24"/>
          <w:szCs w:val="24"/>
        </w:rPr>
      </w:pPr>
      <w:bookmarkStart w:id="195" w:name="bookmark2920"/>
      <w:bookmarkEnd w:id="195"/>
      <w:r>
        <w:rPr>
          <w:rStyle w:val="9"/>
          <w:rFonts w:cs="Trebuchet MS"/>
          <w:b/>
        </w:rPr>
        <w:t>Овладение универсальными учебными познавательными действиями</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Базовые логические действия: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выявлять и характеризовать существенные признаки соци</w:t>
      </w:r>
      <w:r>
        <w:rPr>
          <w:rStyle w:val="BodyTextChar1"/>
          <w:rFonts w:cs="Georgia"/>
        </w:rPr>
        <w:softHyphen/>
        <w:t>альных явлений и процессов;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устанавливать существенный признак классификации соци</w:t>
      </w:r>
      <w:r>
        <w:rPr>
          <w:rStyle w:val="BodyTextChar1"/>
          <w:rFonts w:cs="Georgia"/>
        </w:rPr>
        <w:softHyphen/>
        <w:t>альных фактов, основания для их обобщения и сравнения, кри</w:t>
      </w:r>
      <w:r>
        <w:rPr>
          <w:rStyle w:val="BodyTextChar1"/>
          <w:rFonts w:cs="Georgia"/>
        </w:rPr>
        <w:softHyphen/>
        <w:t>терии проводимого анализа;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 учётом предложенной задачи выявлять закономерности и противоречия в рассматриваемых фактах, данных и наблюде</w:t>
      </w:r>
      <w:r>
        <w:rPr>
          <w:rStyle w:val="BodyTextChar1"/>
          <w:rFonts w:cs="Georgia"/>
        </w:rPr>
        <w:softHyphen/>
        <w:t>ниях;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предлагать критерии для выявления закономерностей и про</w:t>
      </w:r>
      <w:r>
        <w:rPr>
          <w:rStyle w:val="BodyTextChar1"/>
          <w:rFonts w:cs="Georgia"/>
        </w:rPr>
        <w:softHyphen/>
        <w:t>тиворечий;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выявлять дефицит информации, данных, необходимых для решения поставленной задачи;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выявлять причинно-следственные связи при изучении явле</w:t>
      </w:r>
      <w:r>
        <w:rPr>
          <w:rStyle w:val="BodyTextChar1"/>
          <w:rFonts w:cs="Georgia"/>
        </w:rPr>
        <w:softHyphen/>
        <w:t>ний и процессов; &lt;...&gt;</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делать выводы с использованием дедуктивных и индуктив</w:t>
      </w:r>
      <w:r>
        <w:rPr>
          <w:rStyle w:val="BodyTextChar1"/>
          <w:rFonts w:cs="Georgia"/>
        </w:rPr>
        <w:softHyphen/>
        <w:t>ных умозаключений, умозаключений по аналогии, формулиро</w:t>
      </w:r>
      <w:r>
        <w:rPr>
          <w:rStyle w:val="BodyTextChar1"/>
          <w:rFonts w:cs="Georgia"/>
        </w:rPr>
        <w:softHyphen/>
        <w:t>вать гипотезы о взаимосвязях;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Базовые исследовательские действия: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использовать вопросы как исследовательский инструмент познания;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формулировать вопросы, фиксирующие разрыв между реаль</w:t>
      </w:r>
      <w:r>
        <w:rPr>
          <w:rStyle w:val="BodyTextChar1"/>
          <w:rFonts w:cs="Georgia"/>
        </w:rPr>
        <w:softHyphen/>
        <w:t>ным и желательным состоянием ситуации, объекта, самостоя</w:t>
      </w:r>
      <w:r>
        <w:rPr>
          <w:rStyle w:val="BodyTextChar1"/>
          <w:rFonts w:cs="Georgia"/>
        </w:rPr>
        <w:softHyphen/>
        <w:t>тельно устанавливать искомое и данное;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формулировать гипотезу об истинности собственных суждений и суждений других, аргументировать свою позицию, мнение;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проводить по самостоятельно составленному плану &lt;...&gt; не</w:t>
      </w:r>
      <w:r>
        <w:rPr>
          <w:rStyle w:val="BodyTextChar1"/>
          <w:rFonts w:cs="Georgia"/>
        </w:rPr>
        <w:softHyphen/>
        <w:t>большое исследование по установлению особенностей объекта изучения, причинно-следственных связей и зависимостей объ</w:t>
      </w:r>
      <w:r>
        <w:rPr>
          <w:rStyle w:val="BodyTextChar1"/>
          <w:rFonts w:cs="Georgia"/>
        </w:rPr>
        <w:softHyphen/>
        <w:t>ектов между собой;</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оценивать на применимость и достоверность информацию, полученную в ходе исследования &lt;...&gt;;</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самостоятельно формулировать обобщения и выводы по ре</w:t>
      </w:r>
      <w:r>
        <w:rPr>
          <w:rStyle w:val="BodyTextChar1"/>
          <w:rFonts w:cs="Georgia"/>
        </w:rPr>
        <w:softHyphen/>
        <w:t>зультатам проведённого наблюдения, &lt;...&gt; исследования, вла</w:t>
      </w:r>
      <w:r>
        <w:rPr>
          <w:rStyle w:val="BodyTextChar1"/>
          <w:rFonts w:cs="Georgia"/>
        </w:rPr>
        <w:softHyphen/>
        <w:t>деть инструментами оценки достоверности полученных выво</w:t>
      </w:r>
      <w:r>
        <w:rPr>
          <w:rStyle w:val="BodyTextChar1"/>
          <w:rFonts w:cs="Georgia"/>
        </w:rPr>
        <w:softHyphen/>
        <w:t>дов и обобщений;</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прогнозировать возможное дальнейшее развитие процессов, событий и их последствия в аналогичных или сходных ситуа</w:t>
      </w:r>
      <w:r>
        <w:rPr>
          <w:rStyle w:val="BodyTextChar1"/>
          <w:rFonts w:cs="Georgia"/>
        </w:rPr>
        <w:softHyphen/>
        <w:t>циях, выдвигать предположения об их развитии в новых усло</w:t>
      </w:r>
      <w:r>
        <w:rPr>
          <w:rStyle w:val="BodyTextChar1"/>
          <w:rFonts w:cs="Georgia"/>
        </w:rPr>
        <w:softHyphen/>
        <w:t>виях и контекстах.</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Работа с информацией:</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применять различные методы, инструменты и запросы при поиске и отборе информации или данных из источников с учё</w:t>
      </w:r>
      <w:r>
        <w:rPr>
          <w:rStyle w:val="BodyTextChar1"/>
          <w:rFonts w:cs="Georgia"/>
        </w:rPr>
        <w:softHyphen/>
        <w:t>том предложенной учебной задачи и заданных критериев;</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выбирать, анализировать, систематизировать и интерпрети</w:t>
      </w:r>
      <w:r>
        <w:rPr>
          <w:rStyle w:val="BodyTextChar1"/>
          <w:rFonts w:cs="Georgia"/>
        </w:rPr>
        <w:softHyphen/>
        <w:t>ровать информацию различных видов и форм представления;</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находить сходные аргументы (подтверждающие или опро</w:t>
      </w:r>
      <w:r>
        <w:rPr>
          <w:rStyle w:val="BodyTextChar1"/>
          <w:rFonts w:cs="Georgia"/>
        </w:rPr>
        <w:softHyphen/>
        <w:t>вергающие одну и ту же идею, версию) в различных информа</w:t>
      </w:r>
      <w:r>
        <w:rPr>
          <w:rStyle w:val="BodyTextChar1"/>
          <w:rFonts w:cs="Georgia"/>
        </w:rPr>
        <w:softHyphen/>
        <w:t>ционных источниках;</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самостоятельно выбирать оптимальную форму представле</w:t>
      </w:r>
      <w:r>
        <w:rPr>
          <w:rStyle w:val="BodyTextChar1"/>
          <w:rFonts w:cs="Georgia"/>
        </w:rPr>
        <w:softHyphen/>
        <w:t>ния информации &lt;...&gt;;</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оценивать надёжность информации по критериям, предло</w:t>
      </w:r>
      <w:r>
        <w:rPr>
          <w:rStyle w:val="BodyTextChar1"/>
          <w:rFonts w:cs="Georgia"/>
        </w:rPr>
        <w:softHyphen/>
        <w:t>женным педагогическим работником или сформулированным самостоятельно;</w:t>
      </w:r>
    </w:p>
    <w:p w:rsidR="00F44E79" w:rsidRDefault="00F44E79">
      <w:pPr>
        <w:pStyle w:val="BodyText"/>
        <w:spacing w:after="160" w:line="264" w:lineRule="auto"/>
        <w:jc w:val="both"/>
        <w:rPr>
          <w:rFonts w:ascii="Courier New" w:hAnsi="Courier New" w:cs="Courier New"/>
          <w:color w:val="auto"/>
          <w:sz w:val="24"/>
          <w:szCs w:val="24"/>
        </w:rPr>
      </w:pPr>
      <w:r>
        <w:rPr>
          <w:rStyle w:val="BodyTextChar1"/>
          <w:rFonts w:cs="Georgia"/>
        </w:rPr>
        <w:t>эффективно запоминать и систематизировать информацию.</w:t>
      </w:r>
    </w:p>
    <w:p w:rsidR="00F44E79" w:rsidRDefault="00F44E79" w:rsidP="00E5323B">
      <w:pPr>
        <w:pStyle w:val="90"/>
        <w:numPr>
          <w:ilvl w:val="0"/>
          <w:numId w:val="26"/>
        </w:numPr>
        <w:tabs>
          <w:tab w:val="left" w:pos="280"/>
        </w:tabs>
        <w:spacing w:after="0" w:line="350" w:lineRule="auto"/>
        <w:ind w:left="240" w:hanging="240"/>
        <w:jc w:val="both"/>
        <w:rPr>
          <w:b w:val="0"/>
          <w:bCs w:val="0"/>
          <w:color w:val="auto"/>
          <w:sz w:val="24"/>
          <w:szCs w:val="24"/>
        </w:rPr>
      </w:pPr>
      <w:bookmarkStart w:id="196" w:name="bookmark2921"/>
      <w:bookmarkEnd w:id="196"/>
      <w:r>
        <w:rPr>
          <w:rStyle w:val="9"/>
          <w:rFonts w:cs="Trebuchet MS"/>
          <w:b/>
        </w:rPr>
        <w:t xml:space="preserve">Овладение универсальными учебными коммуникативными действиями </w:t>
      </w:r>
      <w:r>
        <w:rPr>
          <w:rStyle w:val="9"/>
          <w:rFonts w:ascii="Georgia" w:hAnsi="Georgia" w:cs="Georgia"/>
          <w:b/>
          <w:i/>
          <w:iCs/>
          <w:sz w:val="18"/>
          <w:szCs w:val="18"/>
        </w:rPr>
        <w:t>Общение:</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воспринимать и формулировать суждения, выражать эмоции в соответствии с целями и условиями общения;</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выражать себя (свою точку зрения) в устных и письменных текстах;</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распознавать невербальные средства общения, понимать значе</w:t>
      </w:r>
      <w:r>
        <w:rPr>
          <w:rStyle w:val="BodyTextChar1"/>
          <w:rFonts w:cs="Georgia"/>
        </w:rPr>
        <w:softHyphen/>
        <w:t>ние социальных знаков, знать и распознавать предпосылки кон</w:t>
      </w:r>
      <w:r>
        <w:rPr>
          <w:rStyle w:val="BodyTextChar1"/>
          <w:rFonts w:cs="Georgia"/>
        </w:rPr>
        <w:softHyphen/>
        <w:t>фликтных ситуаций и смягчать конфликты, вести переговоры;</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понимать намерения других, проявлять уважительное отно</w:t>
      </w:r>
      <w:r>
        <w:rPr>
          <w:rStyle w:val="BodyTextChar1"/>
          <w:rFonts w:cs="Georgia"/>
        </w:rPr>
        <w:softHyphen/>
        <w:t>шение к собеседнику и в корректной форме формулировать свои возражения;</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в ходе диалога и (или) дискуссии задавать вопросы по суще</w:t>
      </w:r>
      <w:r>
        <w:rPr>
          <w:rStyle w:val="BodyTextChar1"/>
          <w:rFonts w:cs="Georgia"/>
        </w:rPr>
        <w:softHyphen/>
        <w:t>ству обсуждаемой темы и высказывать идеи, нацеленные на решение задачи и поддержание благожелательности общения;</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сопоставлять свои суждения с суждениями других участни</w:t>
      </w:r>
      <w:r>
        <w:rPr>
          <w:rStyle w:val="BodyTextChar1"/>
          <w:rFonts w:cs="Georgia"/>
        </w:rPr>
        <w:softHyphen/>
        <w:t>ков диалога, обнаруживать различие и сходство позиций;</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публично представлять результаты выполненного &lt;...&gt; ис</w:t>
      </w:r>
      <w:r>
        <w:rPr>
          <w:rStyle w:val="BodyTextChar1"/>
          <w:rFonts w:cs="Georgia"/>
        </w:rPr>
        <w:softHyphen/>
        <w:t>следования, проекта;</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самостоятельно выбирать формат выступления с учётом за</w:t>
      </w:r>
      <w:r>
        <w:rPr>
          <w:rStyle w:val="BodyTextChar1"/>
          <w:rFonts w:cs="Georgia"/>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Совместная деятельность</w:t>
      </w:r>
      <w:r>
        <w:rPr>
          <w:rStyle w:val="BodyTextChar1"/>
          <w:rFonts w:cs="Georgia"/>
          <w:b/>
          <w:bCs/>
          <w:i/>
          <w:iCs/>
        </w:rPr>
        <w:t>:</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понимать и использовать преимущества командной и инди</w:t>
      </w:r>
      <w:r>
        <w:rPr>
          <w:rStyle w:val="BodyTextChar1"/>
          <w:rFonts w:cs="Georgia"/>
        </w:rPr>
        <w:softHyphen/>
        <w:t>видуальной работы при решении конкретной проблемы, обо</w:t>
      </w:r>
      <w:r>
        <w:rPr>
          <w:rStyle w:val="BodyTextChar1"/>
          <w:rFonts w:cs="Georgia"/>
        </w:rPr>
        <w:softHyphen/>
        <w:t>сновывать необходимость применения групповых форм взаимо</w:t>
      </w:r>
      <w:r>
        <w:rPr>
          <w:rStyle w:val="BodyTextChar1"/>
          <w:rFonts w:cs="Georgia"/>
        </w:rPr>
        <w:softHyphen/>
        <w:t>действия при решении поставленной задачи;</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принимать цель совместной деятельности, коллективно стро</w:t>
      </w:r>
      <w:r>
        <w:rPr>
          <w:rStyle w:val="BodyTextChar1"/>
          <w:rFonts w:cs="Georgia"/>
        </w:rPr>
        <w:softHyphen/>
        <w:t>ить действия по её достижению: распределять роли, договари</w:t>
      </w:r>
      <w:r>
        <w:rPr>
          <w:rStyle w:val="BodyTextChar1"/>
          <w:rFonts w:cs="Georgia"/>
        </w:rPr>
        <w:softHyphen/>
        <w:t>ваться, обсуждать процесс и результат совместной работы; уметь обобщать мнения нескольких людей, проявлять готов</w:t>
      </w:r>
      <w:r>
        <w:rPr>
          <w:rStyle w:val="BodyTextChar1"/>
          <w:rFonts w:cs="Georgia"/>
        </w:rPr>
        <w:softHyphen/>
        <w:t>ность руководить, выполнять поручения, подчиняться;</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планировать организацию совместной работы, определять свою роль (с учётом предпочтений и возможностей всех участ</w:t>
      </w:r>
      <w:r>
        <w:rPr>
          <w:rStyle w:val="BodyTextChar1"/>
          <w:rFonts w:cs="Georgia"/>
        </w:rPr>
        <w:softHyphen/>
        <w:t>ников взаимодействия), распределять задачи между членами команды, участвовать в групповых формах работы (обсужде</w:t>
      </w:r>
      <w:r>
        <w:rPr>
          <w:rStyle w:val="BodyTextChar1"/>
          <w:rFonts w:cs="Georgia"/>
        </w:rPr>
        <w:softHyphen/>
        <w:t>ния, обмен мнений, «мозговые штурмы» и иные);</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выполнять свою часть работы, достигать качественного ре</w:t>
      </w:r>
      <w:r>
        <w:rPr>
          <w:rStyle w:val="BodyTextChar1"/>
          <w:rFonts w:cs="Georgia"/>
        </w:rPr>
        <w:softHyphen/>
        <w:t>зультата по своему направлению и координировать свои дей</w:t>
      </w:r>
      <w:r>
        <w:rPr>
          <w:rStyle w:val="BodyTextChar1"/>
          <w:rFonts w:cs="Georgia"/>
        </w:rPr>
        <w:softHyphen/>
        <w:t>ствия с другими членами команды;</w:t>
      </w:r>
    </w:p>
    <w:p w:rsidR="00F44E79" w:rsidRDefault="00F44E79">
      <w:pPr>
        <w:pStyle w:val="BodyText"/>
        <w:spacing w:after="260" w:line="266" w:lineRule="auto"/>
        <w:jc w:val="both"/>
        <w:rPr>
          <w:rFonts w:ascii="Courier New" w:hAnsi="Courier New" w:cs="Courier New"/>
          <w:color w:val="auto"/>
          <w:sz w:val="24"/>
          <w:szCs w:val="24"/>
        </w:rPr>
      </w:pPr>
      <w:r>
        <w:rPr>
          <w:rStyle w:val="BodyTextChar1"/>
          <w:rFonts w:cs="Georgia"/>
        </w:rPr>
        <w:t>оценивать качество своего вклада в общий продукт по кри</w:t>
      </w:r>
      <w:r>
        <w:rPr>
          <w:rStyle w:val="BodyTextChar1"/>
          <w:rFonts w:cs="Georgia"/>
        </w:rPr>
        <w:softHyphen/>
        <w:t>териям, самостоятельно сформулированным участниками вза</w:t>
      </w:r>
      <w:r>
        <w:rPr>
          <w:rStyle w:val="BodyTextChar1"/>
          <w:rFonts w:cs="Georgia"/>
        </w:rPr>
        <w:softHyphen/>
        <w:t>имодействия; сравнивать результаты с исходной задачей и вклад каждого члена команды в достижение результатов, раз</w:t>
      </w:r>
      <w:r>
        <w:rPr>
          <w:rStyle w:val="BodyTextChar1"/>
          <w:rFonts w:cs="Georgia"/>
        </w:rPr>
        <w:softHyphen/>
        <w:t>делять сферу ответственности и проявлять готовность к предо</w:t>
      </w:r>
      <w:r>
        <w:rPr>
          <w:rStyle w:val="BodyTextChar1"/>
          <w:rFonts w:cs="Georgia"/>
        </w:rPr>
        <w:softHyphen/>
        <w:t>ставлению отчёта перед группой.</w:t>
      </w:r>
    </w:p>
    <w:p w:rsidR="00F44E79" w:rsidRDefault="00F44E79" w:rsidP="00E5323B">
      <w:pPr>
        <w:pStyle w:val="90"/>
        <w:numPr>
          <w:ilvl w:val="0"/>
          <w:numId w:val="26"/>
        </w:numPr>
        <w:tabs>
          <w:tab w:val="left" w:pos="274"/>
        </w:tabs>
        <w:jc w:val="both"/>
        <w:rPr>
          <w:b w:val="0"/>
          <w:bCs w:val="0"/>
          <w:color w:val="auto"/>
          <w:sz w:val="24"/>
          <w:szCs w:val="24"/>
        </w:rPr>
      </w:pPr>
      <w:bookmarkStart w:id="197" w:name="bookmark2922"/>
      <w:bookmarkEnd w:id="197"/>
      <w:r>
        <w:rPr>
          <w:rStyle w:val="9"/>
          <w:rFonts w:cs="Trebuchet MS"/>
          <w:b/>
        </w:rPr>
        <w:t>Овладение универсальными учебными регулятивными действиями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Самоорганизация:</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выявлять проблемы для решения в жизненных и учебных ситуациях;</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ориентироваться в различных подходах принятия решений (индивидуальное, принятие решения в группе, принятие реше</w:t>
      </w:r>
      <w:r>
        <w:rPr>
          <w:rStyle w:val="BodyTextChar1"/>
          <w:rFonts w:cs="Georgia"/>
        </w:rPr>
        <w:softHyphen/>
        <w:t>ний в группе);</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BodyTextChar1"/>
          <w:rFonts w:cs="Georgia"/>
        </w:rPr>
        <w:softHyphen/>
        <w:t>ровать предлагаемые варианты решений;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составлять план действий (план реализации намеченного ал</w:t>
      </w:r>
      <w:r>
        <w:rPr>
          <w:rStyle w:val="BodyTextChar1"/>
          <w:rFonts w:cs="Georgia"/>
        </w:rPr>
        <w:softHyphen/>
        <w:t>горитма решения), корректировать предложенный алгоритм с учётом получения новых знаний об изучаемом объекте;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делать выбор и брать ответственность за решение.</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Самоконтроль:</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владеть способами самоконтроля, самомотивации и рефлек</w:t>
      </w:r>
      <w:r>
        <w:rPr>
          <w:rStyle w:val="BodyTextChar1"/>
          <w:rFonts w:cs="Georgia"/>
        </w:rPr>
        <w:softHyphen/>
        <w:t>сии;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давать адекватную оценку ситуации и предлагать план её из</w:t>
      </w:r>
      <w:r>
        <w:rPr>
          <w:rStyle w:val="BodyTextChar1"/>
          <w:rFonts w:cs="Georgia"/>
        </w:rPr>
        <w:softHyphen/>
        <w:t>менения;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учитывать контекст и предвидеть трудности, которые могут возникнуть при решении учебной задачи, адаптировать реше</w:t>
      </w:r>
      <w:r>
        <w:rPr>
          <w:rStyle w:val="BodyTextChar1"/>
          <w:rFonts w:cs="Georgia"/>
        </w:rPr>
        <w:softHyphen/>
        <w:t>ние к меняющимся обстоятельствам;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объяснять причины достижения (недостижения) результатов деятельности, давать оценку приобретённому опыту, уметь на</w:t>
      </w:r>
      <w:r>
        <w:rPr>
          <w:rStyle w:val="BodyTextChar1"/>
          <w:rFonts w:cs="Georgia"/>
        </w:rPr>
        <w:softHyphen/>
        <w:t>ходить позитивное в произошедшей ситуации;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вносить коррективы в деятельность на основе новых обстоя</w:t>
      </w:r>
      <w:r>
        <w:rPr>
          <w:rStyle w:val="BodyTextChar1"/>
          <w:rFonts w:cs="Georgia"/>
        </w:rPr>
        <w:softHyphen/>
        <w:t>тельств, изменившихся ситуаций, установленных ошибок, воз</w:t>
      </w:r>
      <w:r>
        <w:rPr>
          <w:rStyle w:val="BodyTextChar1"/>
          <w:rFonts w:cs="Georgia"/>
        </w:rPr>
        <w:softHyphen/>
        <w:t>никших трудностей;</w:t>
      </w:r>
    </w:p>
    <w:p w:rsidR="00F44E79" w:rsidRDefault="00F44E79">
      <w:pPr>
        <w:pStyle w:val="BodyText"/>
        <w:spacing w:after="60" w:line="269" w:lineRule="auto"/>
        <w:jc w:val="both"/>
        <w:rPr>
          <w:rFonts w:ascii="Courier New" w:hAnsi="Courier New" w:cs="Courier New"/>
          <w:color w:val="auto"/>
          <w:sz w:val="24"/>
          <w:szCs w:val="24"/>
        </w:rPr>
      </w:pPr>
      <w:r>
        <w:rPr>
          <w:rStyle w:val="BodyTextChar1"/>
          <w:rFonts w:cs="Georgia"/>
        </w:rPr>
        <w:t>оценивать соответствие результата цели и условиям.</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Эмоциональный интеллект:</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различать, называть и управлять собственными эмоциями и эмоциями других;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выявлять и анализировать причины эмоций;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ставить себя на место другого человека, понимать мотивы и намерения другого;</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регулировать способ выражения эмоций.</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Принятие себя и других:</w:t>
      </w:r>
    </w:p>
    <w:p w:rsidR="00F44E79" w:rsidRDefault="00F44E79">
      <w:pPr>
        <w:pStyle w:val="BodyText"/>
        <w:spacing w:after="60" w:line="269" w:lineRule="auto"/>
        <w:jc w:val="both"/>
        <w:rPr>
          <w:rFonts w:ascii="Courier New" w:hAnsi="Courier New" w:cs="Courier New"/>
          <w:color w:val="auto"/>
          <w:sz w:val="24"/>
          <w:szCs w:val="24"/>
        </w:rPr>
      </w:pPr>
      <w:r>
        <w:rPr>
          <w:rStyle w:val="BodyTextChar1"/>
          <w:rFonts w:cs="Georgia"/>
        </w:rPr>
        <w:t>осознанно относиться к другому человеку, его мнению;</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признавать своё право на ошибку и такое же право другого;</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принимать себя и других, не осуждая;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открытость себе и другим;</w:t>
      </w:r>
    </w:p>
    <w:p w:rsidR="00F44E79" w:rsidRDefault="00F44E79">
      <w:pPr>
        <w:pStyle w:val="BodyText"/>
        <w:spacing w:after="120" w:line="269" w:lineRule="auto"/>
        <w:jc w:val="both"/>
        <w:rPr>
          <w:rFonts w:ascii="Courier New" w:hAnsi="Courier New" w:cs="Courier New"/>
          <w:color w:val="auto"/>
          <w:sz w:val="24"/>
          <w:szCs w:val="24"/>
        </w:rPr>
      </w:pPr>
      <w:r>
        <w:rPr>
          <w:rStyle w:val="BodyTextChar1"/>
          <w:rFonts w:cs="Georgia"/>
        </w:rPr>
        <w:t>осознавать невозможность контролировать всё вокруг.</w:t>
      </w:r>
    </w:p>
    <w:p w:rsidR="00F44E79" w:rsidRDefault="00F44E79">
      <w:pPr>
        <w:pStyle w:val="22"/>
        <w:spacing w:after="120"/>
        <w:jc w:val="both"/>
        <w:rPr>
          <w:rFonts w:ascii="Courier New" w:hAnsi="Courier New" w:cs="Courier New"/>
          <w:b w:val="0"/>
          <w:bCs w:val="0"/>
          <w:color w:val="auto"/>
          <w:w w:val="100"/>
          <w:sz w:val="24"/>
          <w:szCs w:val="24"/>
        </w:rPr>
      </w:pPr>
      <w:r>
        <w:rPr>
          <w:rStyle w:val="21"/>
          <w:rFonts w:cs="Tahoma"/>
          <w:b/>
        </w:rPr>
        <w:t>Предметные результаты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b/>
          <w:bCs/>
        </w:rPr>
        <w:t xml:space="preserve">Предметные результаты </w:t>
      </w:r>
      <w:r>
        <w:rPr>
          <w:rStyle w:val="BodyTextChar1"/>
          <w:rFonts w:cs="Georgia"/>
        </w:rPr>
        <w:t>освоения рабочей программы по предмету «Обществознание» (6—9 классы):</w:t>
      </w:r>
    </w:p>
    <w:p w:rsidR="00F44E79" w:rsidRDefault="00F44E79" w:rsidP="00E5323B">
      <w:pPr>
        <w:pStyle w:val="BodyText"/>
        <w:numPr>
          <w:ilvl w:val="0"/>
          <w:numId w:val="27"/>
        </w:numPr>
        <w:tabs>
          <w:tab w:val="left" w:pos="603"/>
        </w:tabs>
        <w:spacing w:line="269" w:lineRule="auto"/>
        <w:jc w:val="both"/>
        <w:rPr>
          <w:color w:val="auto"/>
          <w:sz w:val="24"/>
          <w:szCs w:val="24"/>
        </w:rPr>
      </w:pPr>
      <w:bookmarkStart w:id="198" w:name="bookmark2923"/>
      <w:bookmarkEnd w:id="198"/>
      <w:r>
        <w:rPr>
          <w:rStyle w:val="BodyTextChar1"/>
          <w:rFonts w:cs="Georgia"/>
        </w:rPr>
        <w:t>освоение и применение системы знаний о социальных свойствах человека, особенностях его взаимодействия с други</w:t>
      </w:r>
      <w:r>
        <w:rPr>
          <w:rStyle w:val="BodyTextChar1"/>
          <w:rFonts w:cs="Georgia"/>
        </w:rPr>
        <w:softHyphen/>
        <w:t>ми людьми, важности семьи как базового социального инсти</w:t>
      </w:r>
      <w:r>
        <w:rPr>
          <w:rStyle w:val="BodyTextChar1"/>
          <w:rFonts w:cs="Georgia"/>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BodyTextChar1"/>
          <w:rFonts w:cs="Georgia"/>
        </w:rPr>
        <w:softHyphen/>
        <w:t>вершеннолетнего и членов его семьи общественные отношения (в том числе нормы гражданского, трудового и семейного пра</w:t>
      </w:r>
      <w:r>
        <w:rPr>
          <w:rStyle w:val="BodyTextChar1"/>
          <w:rFonts w:cs="Georgia"/>
        </w:rPr>
        <w:softHyphen/>
        <w:t>ва, основы налогового законодательства); процессах и явлени</w:t>
      </w:r>
      <w:r>
        <w:rPr>
          <w:rStyle w:val="BodyTextChar1"/>
          <w:rFonts w:cs="Georgia"/>
        </w:rPr>
        <w:softHyphen/>
        <w:t>ях в экономической (в области макро- и микроэкономики), со</w:t>
      </w:r>
      <w:r>
        <w:rPr>
          <w:rStyle w:val="BodyTextChar1"/>
          <w:rFonts w:cs="Georgia"/>
        </w:rPr>
        <w:softHyphen/>
        <w:t>циальной, духовной и политической сферах жизни общества; основах конституционного строя и организации государствен</w:t>
      </w:r>
      <w:r>
        <w:rPr>
          <w:rStyle w:val="BodyTextChar1"/>
          <w:rFonts w:cs="Georgia"/>
        </w:rPr>
        <w:softHyphen/>
        <w:t>ной власти в Российской Федерации, правовом статусе гражда</w:t>
      </w:r>
      <w:r>
        <w:rPr>
          <w:rStyle w:val="BodyTextChar1"/>
          <w:rFonts w:cs="Georgia"/>
        </w:rPr>
        <w:softHyphen/>
        <w:t>нина Российской Федерации (в том числе несовершеннолетне</w:t>
      </w:r>
      <w:r>
        <w:rPr>
          <w:rStyle w:val="BodyTextChar1"/>
          <w:rFonts w:cs="Georgia"/>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BodyTextChar1"/>
          <w:rFonts w:cs="Georgia"/>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44E79" w:rsidRDefault="00F44E79" w:rsidP="00E5323B">
      <w:pPr>
        <w:pStyle w:val="BodyText"/>
        <w:numPr>
          <w:ilvl w:val="0"/>
          <w:numId w:val="27"/>
        </w:numPr>
        <w:tabs>
          <w:tab w:val="left" w:pos="538"/>
        </w:tabs>
        <w:spacing w:line="264" w:lineRule="auto"/>
        <w:jc w:val="both"/>
        <w:rPr>
          <w:color w:val="auto"/>
          <w:sz w:val="24"/>
          <w:szCs w:val="24"/>
        </w:rPr>
      </w:pPr>
      <w:bookmarkStart w:id="199" w:name="bookmark2924"/>
      <w:bookmarkEnd w:id="199"/>
      <w:r>
        <w:rPr>
          <w:rStyle w:val="BodyTextChar1"/>
          <w:rFonts w:cs="Georgia"/>
        </w:rPr>
        <w:t>умение характеризовать традиционные российские духов</w:t>
      </w:r>
      <w:r>
        <w:rPr>
          <w:rStyle w:val="BodyTextChar1"/>
          <w:rFonts w:cs="Georgia"/>
        </w:rPr>
        <w:softHyphen/>
        <w:t>но-нравственные ценности (в том числе защита человеческой жизни, прав и свобод человека, семья, созидательный труд, слу</w:t>
      </w:r>
      <w:r>
        <w:rPr>
          <w:rStyle w:val="BodyTextChar1"/>
          <w:rFonts w:cs="Georgia"/>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BodyTextChar1"/>
          <w:rFonts w:cs="Georgia"/>
        </w:rPr>
        <w:softHyphen/>
        <w:t>рии нашей Родины); государство как социальный институт;</w:t>
      </w:r>
    </w:p>
    <w:p w:rsidR="00F44E79" w:rsidRDefault="00F44E79" w:rsidP="00E5323B">
      <w:pPr>
        <w:pStyle w:val="BodyText"/>
        <w:numPr>
          <w:ilvl w:val="0"/>
          <w:numId w:val="27"/>
        </w:numPr>
        <w:tabs>
          <w:tab w:val="left" w:pos="543"/>
        </w:tabs>
        <w:spacing w:line="264" w:lineRule="auto"/>
        <w:jc w:val="both"/>
        <w:rPr>
          <w:color w:val="auto"/>
          <w:sz w:val="24"/>
          <w:szCs w:val="24"/>
        </w:rPr>
      </w:pPr>
      <w:bookmarkStart w:id="200" w:name="bookmark2925"/>
      <w:bookmarkEnd w:id="200"/>
      <w:r>
        <w:rPr>
          <w:rStyle w:val="BodyTextChar1"/>
          <w:rFonts w:cs="Georgia"/>
        </w:rPr>
        <w:t>умение приводить примеры (в том числе моделировать си</w:t>
      </w:r>
      <w:r>
        <w:rPr>
          <w:rStyle w:val="BodyTextChar1"/>
          <w:rFonts w:cs="Georgia"/>
        </w:rPr>
        <w:softHyphen/>
        <w:t>туации) деятельности людей, социальных объектов, явлений, процессов определённого типа в различных сферах обществен</w:t>
      </w:r>
      <w:r>
        <w:rPr>
          <w:rStyle w:val="BodyTextChar1"/>
          <w:rFonts w:cs="Georgia"/>
        </w:rPr>
        <w:softHyphen/>
        <w:t>ной жизни, их структурных элементов и проявлений основных функций; разного типа социальных отношений; ситуаций, ре</w:t>
      </w:r>
      <w:r>
        <w:rPr>
          <w:rStyle w:val="BodyTextChar1"/>
          <w:rFonts w:cs="Georgia"/>
        </w:rPr>
        <w:softHyphen/>
        <w:t>гулируемых различными видами социальных норм, в том чис</w:t>
      </w:r>
      <w:r>
        <w:rPr>
          <w:rStyle w:val="BodyTextChar1"/>
          <w:rFonts w:cs="Georgia"/>
        </w:rPr>
        <w:softHyphen/>
        <w:t>ле связанных с правонарушениями и наступлением юридиче</w:t>
      </w:r>
      <w:r>
        <w:rPr>
          <w:rStyle w:val="BodyTextChar1"/>
          <w:rFonts w:cs="Georgia"/>
        </w:rPr>
        <w:softHyphen/>
        <w:t>ской ответственности; связи политических потрясений и соци</w:t>
      </w:r>
      <w:r>
        <w:rPr>
          <w:rStyle w:val="BodyTextChar1"/>
          <w:rFonts w:cs="Georgia"/>
        </w:rPr>
        <w:softHyphen/>
        <w:t>ально-экономического кризиса в государстве;</w:t>
      </w:r>
    </w:p>
    <w:p w:rsidR="00F44E79" w:rsidRDefault="00F44E79" w:rsidP="00E5323B">
      <w:pPr>
        <w:pStyle w:val="BodyText"/>
        <w:numPr>
          <w:ilvl w:val="0"/>
          <w:numId w:val="27"/>
        </w:numPr>
        <w:tabs>
          <w:tab w:val="left" w:pos="543"/>
        </w:tabs>
        <w:spacing w:line="264" w:lineRule="auto"/>
        <w:jc w:val="both"/>
        <w:rPr>
          <w:color w:val="auto"/>
          <w:sz w:val="24"/>
          <w:szCs w:val="24"/>
        </w:rPr>
      </w:pPr>
      <w:bookmarkStart w:id="201" w:name="bookmark2926"/>
      <w:bookmarkEnd w:id="201"/>
      <w:r>
        <w:rPr>
          <w:rStyle w:val="BodyTextChar1"/>
          <w:rFonts w:cs="Georgia"/>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BodyTextChar1"/>
          <w:rFonts w:cs="Georgia"/>
        </w:rPr>
        <w:softHyphen/>
        <w:t>личным сферам общественной жизни, их существенные при</w:t>
      </w:r>
      <w:r>
        <w:rPr>
          <w:rStyle w:val="BodyTextChar1"/>
          <w:rFonts w:cs="Georgia"/>
        </w:rPr>
        <w:softHyphen/>
        <w:t>знаки, элементы и основные функции;</w:t>
      </w:r>
    </w:p>
    <w:p w:rsidR="00F44E79" w:rsidRDefault="00F44E79" w:rsidP="00E5323B">
      <w:pPr>
        <w:pStyle w:val="BodyText"/>
        <w:numPr>
          <w:ilvl w:val="0"/>
          <w:numId w:val="27"/>
        </w:numPr>
        <w:tabs>
          <w:tab w:val="left" w:pos="548"/>
        </w:tabs>
        <w:spacing w:line="264" w:lineRule="auto"/>
        <w:jc w:val="both"/>
        <w:rPr>
          <w:color w:val="auto"/>
          <w:sz w:val="24"/>
          <w:szCs w:val="24"/>
        </w:rPr>
      </w:pPr>
      <w:bookmarkStart w:id="202" w:name="bookmark2927"/>
      <w:bookmarkEnd w:id="202"/>
      <w:r>
        <w:rPr>
          <w:rStyle w:val="BodyTextChar1"/>
          <w:rFonts w:cs="Georgia"/>
        </w:rPr>
        <w:t>умение сравнивать (в том числе устанавливать основания для сравнения) деятельность людей, социальные объекты, яв</w:t>
      </w:r>
      <w:r>
        <w:rPr>
          <w:rStyle w:val="BodyTextChar1"/>
          <w:rFonts w:cs="Georgia"/>
        </w:rPr>
        <w:softHyphen/>
        <w:t>ления, процессы в различных сферах общественной жизни, их элементы и основные функции;</w:t>
      </w:r>
    </w:p>
    <w:p w:rsidR="00F44E79" w:rsidRDefault="00F44E79" w:rsidP="00E5323B">
      <w:pPr>
        <w:pStyle w:val="BodyText"/>
        <w:numPr>
          <w:ilvl w:val="0"/>
          <w:numId w:val="27"/>
        </w:numPr>
        <w:tabs>
          <w:tab w:val="left" w:pos="538"/>
        </w:tabs>
        <w:spacing w:line="264" w:lineRule="auto"/>
        <w:jc w:val="both"/>
        <w:rPr>
          <w:color w:val="auto"/>
          <w:sz w:val="24"/>
          <w:szCs w:val="24"/>
        </w:rPr>
      </w:pPr>
      <w:bookmarkStart w:id="203" w:name="bookmark2928"/>
      <w:bookmarkEnd w:id="203"/>
      <w:r>
        <w:rPr>
          <w:rStyle w:val="BodyTextChar1"/>
          <w:rFonts w:cs="Georgia"/>
        </w:rPr>
        <w:t>умение устанавливать и объяснять взаимосвязи социаль</w:t>
      </w:r>
      <w:r>
        <w:rPr>
          <w:rStyle w:val="BodyTextChar1"/>
          <w:rFonts w:cs="Georgia"/>
        </w:rPr>
        <w:softHyphen/>
        <w:t>ных объектов, явлений, процессов в различных сферах обще</w:t>
      </w:r>
      <w:r>
        <w:rPr>
          <w:rStyle w:val="BodyTextChar1"/>
          <w:rFonts w:cs="Georgia"/>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BodyTextChar1"/>
          <w:rFonts w:cs="Georgia"/>
        </w:rPr>
        <w:softHyphen/>
        <w:t>сов в государстве;</w:t>
      </w:r>
    </w:p>
    <w:p w:rsidR="00F44E79" w:rsidRDefault="00F44E79" w:rsidP="00E5323B">
      <w:pPr>
        <w:pStyle w:val="BodyText"/>
        <w:numPr>
          <w:ilvl w:val="0"/>
          <w:numId w:val="27"/>
        </w:numPr>
        <w:tabs>
          <w:tab w:val="left" w:pos="549"/>
        </w:tabs>
        <w:spacing w:line="269" w:lineRule="auto"/>
        <w:jc w:val="both"/>
        <w:rPr>
          <w:color w:val="auto"/>
          <w:sz w:val="24"/>
          <w:szCs w:val="24"/>
        </w:rPr>
      </w:pPr>
      <w:bookmarkStart w:id="204" w:name="bookmark2929"/>
      <w:bookmarkEnd w:id="204"/>
      <w:r>
        <w:rPr>
          <w:rStyle w:val="BodyTextChar1"/>
          <w:rFonts w:cs="Georgia"/>
        </w:rPr>
        <w:t>умение использовать полученные знания для объяснения (устного и письменного) сущности, взаимосвязей явлений, про</w:t>
      </w:r>
      <w:r>
        <w:rPr>
          <w:rStyle w:val="BodyTextChar1"/>
          <w:rFonts w:cs="Georgia"/>
        </w:rPr>
        <w:softHyphen/>
        <w:t>цессов социальной действительности, в том числе для аргумен</w:t>
      </w:r>
      <w:r>
        <w:rPr>
          <w:rStyle w:val="BodyTextChar1"/>
          <w:rFonts w:cs="Georgia"/>
        </w:rPr>
        <w:softHyphen/>
        <w:t>тированного объяснения роли информации и информационных технологий в современном мире; социальной и личной значи</w:t>
      </w:r>
      <w:r>
        <w:rPr>
          <w:rStyle w:val="BodyTextChar1"/>
          <w:rFonts w:cs="Georgia"/>
        </w:rPr>
        <w:softHyphen/>
        <w:t>мости здорового образа жизни, роли непрерывного образова</w:t>
      </w:r>
      <w:r>
        <w:rPr>
          <w:rStyle w:val="BodyTextChar1"/>
          <w:rFonts w:cs="Georgia"/>
        </w:rPr>
        <w:softHyphen/>
        <w:t>ния, опасности наркомании и алкоголизма для человека и об</w:t>
      </w:r>
      <w:r>
        <w:rPr>
          <w:rStyle w:val="BodyTextChar1"/>
          <w:rFonts w:cs="Georgia"/>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BodyTextChar1"/>
          <w:rFonts w:cs="Georgia"/>
        </w:rPr>
        <w:softHyphen/>
        <w:t>ления личного социального опыта при исполнении типичных для несовершеннолетнего социальных ролей;</w:t>
      </w:r>
    </w:p>
    <w:p w:rsidR="00F44E79" w:rsidRDefault="00F44E79" w:rsidP="00E5323B">
      <w:pPr>
        <w:pStyle w:val="BodyText"/>
        <w:numPr>
          <w:ilvl w:val="0"/>
          <w:numId w:val="27"/>
        </w:numPr>
        <w:tabs>
          <w:tab w:val="left" w:pos="549"/>
        </w:tabs>
        <w:spacing w:line="269" w:lineRule="auto"/>
        <w:jc w:val="both"/>
        <w:rPr>
          <w:color w:val="auto"/>
          <w:sz w:val="24"/>
          <w:szCs w:val="24"/>
        </w:rPr>
      </w:pPr>
      <w:bookmarkStart w:id="205" w:name="bookmark2930"/>
      <w:bookmarkEnd w:id="205"/>
      <w:r>
        <w:rPr>
          <w:rStyle w:val="BodyTextChar1"/>
          <w:rFonts w:cs="Georgia"/>
        </w:rPr>
        <w:t>умение с опорой на обществоведческие знания, факты об</w:t>
      </w:r>
      <w:r>
        <w:rPr>
          <w:rStyle w:val="BodyTextChar1"/>
          <w:rFonts w:cs="Georgia"/>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BodyTextChar1"/>
          <w:rFonts w:cs="Georgia"/>
        </w:rPr>
        <w:softHyphen/>
        <w:t>тельности;</w:t>
      </w:r>
    </w:p>
    <w:p w:rsidR="00F44E79" w:rsidRDefault="00F44E79" w:rsidP="00E5323B">
      <w:pPr>
        <w:pStyle w:val="BodyText"/>
        <w:numPr>
          <w:ilvl w:val="0"/>
          <w:numId w:val="27"/>
        </w:numPr>
        <w:tabs>
          <w:tab w:val="left" w:pos="549"/>
        </w:tabs>
        <w:spacing w:line="269" w:lineRule="auto"/>
        <w:jc w:val="both"/>
        <w:rPr>
          <w:color w:val="auto"/>
          <w:sz w:val="24"/>
          <w:szCs w:val="24"/>
        </w:rPr>
      </w:pPr>
      <w:bookmarkStart w:id="206" w:name="bookmark2931"/>
      <w:bookmarkEnd w:id="206"/>
      <w:r>
        <w:rPr>
          <w:rStyle w:val="BodyTextChar1"/>
          <w:rFonts w:cs="Georgia"/>
        </w:rPr>
        <w:t>умение решать в рамках изученного материала познава</w:t>
      </w:r>
      <w:r>
        <w:rPr>
          <w:rStyle w:val="BodyTextChar1"/>
          <w:rFonts w:cs="Georgia"/>
        </w:rPr>
        <w:softHyphen/>
        <w:t>тельные и практические задачи, отражающие выполнение ти</w:t>
      </w:r>
      <w:r>
        <w:rPr>
          <w:rStyle w:val="BodyTextChar1"/>
          <w:rFonts w:cs="Georgia"/>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BodyTextChar1"/>
          <w:rFonts w:cs="Georgia"/>
        </w:rPr>
        <w:softHyphen/>
        <w:t>вестирования сбережений;</w:t>
      </w:r>
    </w:p>
    <w:p w:rsidR="00F44E79" w:rsidRDefault="00F44E79" w:rsidP="00E5323B">
      <w:pPr>
        <w:pStyle w:val="BodyText"/>
        <w:numPr>
          <w:ilvl w:val="0"/>
          <w:numId w:val="27"/>
        </w:numPr>
        <w:tabs>
          <w:tab w:val="left" w:pos="663"/>
        </w:tabs>
        <w:spacing w:line="269" w:lineRule="auto"/>
        <w:jc w:val="both"/>
        <w:rPr>
          <w:color w:val="auto"/>
          <w:sz w:val="24"/>
          <w:szCs w:val="24"/>
        </w:rPr>
      </w:pPr>
      <w:bookmarkStart w:id="207" w:name="bookmark2932"/>
      <w:bookmarkEnd w:id="207"/>
      <w:r>
        <w:rPr>
          <w:rStyle w:val="BodyTextChar1"/>
          <w:rFonts w:cs="Georgia"/>
        </w:rPr>
        <w:t>овладение смысловым чтением текстов обществоведче</w:t>
      </w:r>
      <w:r>
        <w:rPr>
          <w:rStyle w:val="BodyTextChar1"/>
          <w:rFonts w:cs="Georgia"/>
        </w:rPr>
        <w:softHyphen/>
        <w:t>ской тематики, в том числе извлечений из Конституции Рос</w:t>
      </w:r>
      <w:r>
        <w:rPr>
          <w:rStyle w:val="BodyTextChar1"/>
          <w:rFonts w:cs="Georgia"/>
        </w:rPr>
        <w:softHyphen/>
        <w:t>сийской Федерации и других нормативных правовых актов; умение составлять на их основе план, преобразовывать тексто</w:t>
      </w:r>
      <w:r>
        <w:rPr>
          <w:rStyle w:val="BodyTextChar1"/>
          <w:rFonts w:cs="Georgia"/>
        </w:rPr>
        <w:softHyphen/>
        <w:t>вую информацию в модели (таблицу, диаграмму, схему) и пре</w:t>
      </w:r>
      <w:r>
        <w:rPr>
          <w:rStyle w:val="BodyTextChar1"/>
          <w:rFonts w:cs="Georgia"/>
        </w:rPr>
        <w:softHyphen/>
        <w:t>образовывать предложенные модели в текст;</w:t>
      </w:r>
    </w:p>
    <w:p w:rsidR="00F44E79" w:rsidRDefault="00F44E79" w:rsidP="00E5323B">
      <w:pPr>
        <w:pStyle w:val="BodyText"/>
        <w:numPr>
          <w:ilvl w:val="0"/>
          <w:numId w:val="27"/>
        </w:numPr>
        <w:tabs>
          <w:tab w:val="left" w:pos="663"/>
        </w:tabs>
        <w:spacing w:line="269" w:lineRule="auto"/>
        <w:jc w:val="both"/>
        <w:rPr>
          <w:color w:val="auto"/>
          <w:sz w:val="24"/>
          <w:szCs w:val="24"/>
        </w:rPr>
      </w:pPr>
      <w:bookmarkStart w:id="208" w:name="bookmark2933"/>
      <w:bookmarkEnd w:id="208"/>
      <w:r>
        <w:rPr>
          <w:rStyle w:val="BodyTextChar1"/>
          <w:rFonts w:cs="Georgia"/>
        </w:rPr>
        <w:t>овладение приёмами поиска и извлечения социальной информации (текстовой, графической, аудиовизуальной) по за</w:t>
      </w:r>
      <w:r>
        <w:rPr>
          <w:rStyle w:val="BodyTextChar1"/>
          <w:rFonts w:cs="Georgia"/>
        </w:rPr>
        <w:softHyphen/>
        <w:t>данной теме из различных адаптированных источников (в том числе учебных материалов) и публикаций средств массовой ин</w:t>
      </w:r>
      <w:r>
        <w:rPr>
          <w:rStyle w:val="BodyTextChar1"/>
          <w:rFonts w:cs="Georgia"/>
        </w:rPr>
        <w:softHyphen/>
        <w:t>формации (далее — СМИ) с соблюдением правил информаци</w:t>
      </w:r>
      <w:r>
        <w:rPr>
          <w:rStyle w:val="BodyTextChar1"/>
          <w:rFonts w:cs="Georgia"/>
        </w:rPr>
        <w:softHyphen/>
        <w:t>онной безопасности при работе в Интернете;</w:t>
      </w:r>
    </w:p>
    <w:p w:rsidR="00F44E79" w:rsidRDefault="00F44E79" w:rsidP="00E5323B">
      <w:pPr>
        <w:pStyle w:val="BodyText"/>
        <w:numPr>
          <w:ilvl w:val="0"/>
          <w:numId w:val="27"/>
        </w:numPr>
        <w:tabs>
          <w:tab w:val="left" w:pos="658"/>
        </w:tabs>
        <w:spacing w:line="269" w:lineRule="auto"/>
        <w:jc w:val="both"/>
        <w:rPr>
          <w:color w:val="auto"/>
          <w:sz w:val="24"/>
          <w:szCs w:val="24"/>
        </w:rPr>
      </w:pPr>
      <w:bookmarkStart w:id="209" w:name="bookmark2934"/>
      <w:bookmarkEnd w:id="209"/>
      <w:r>
        <w:rPr>
          <w:rStyle w:val="BodyTextChar1"/>
          <w:rFonts w:cs="Georgia"/>
        </w:rPr>
        <w:t>умение анализировать, обобщать, систематизировать, конкретизировать и критически оценивать социальную инфор</w:t>
      </w:r>
      <w:r>
        <w:rPr>
          <w:rStyle w:val="BodyTextChar1"/>
          <w:rFonts w:cs="Georgia"/>
        </w:rPr>
        <w:softHyphen/>
        <w:t>мацию, включая экономико-статистическую, из адаптирован</w:t>
      </w:r>
      <w:r>
        <w:rPr>
          <w:rStyle w:val="BodyTextChar1"/>
          <w:rFonts w:cs="Georgia"/>
        </w:rPr>
        <w:softHyphen/>
        <w:t>ных источников (в том числе учебных материалов) и публика</w:t>
      </w:r>
      <w:r>
        <w:rPr>
          <w:rStyle w:val="BodyTextChar1"/>
          <w:rFonts w:cs="Georgia"/>
        </w:rPr>
        <w:softHyphen/>
        <w:t>ций СМИ, соотносить её с собственными знаниями о моральном и правовом регулировании поведения человека, личным соци</w:t>
      </w:r>
      <w:r>
        <w:rPr>
          <w:rStyle w:val="BodyTextChar1"/>
          <w:rFonts w:cs="Georgia"/>
        </w:rPr>
        <w:softHyphen/>
        <w:t>альным опытом; используя обществоведческие знания, форму</w:t>
      </w:r>
      <w:r>
        <w:rPr>
          <w:rStyle w:val="BodyTextChar1"/>
          <w:rFonts w:cs="Georgia"/>
        </w:rPr>
        <w:softHyphen/>
        <w:t>лировать выводы, подкрепляя их аргументами;</w:t>
      </w:r>
    </w:p>
    <w:p w:rsidR="00F44E79" w:rsidRDefault="00F44E79" w:rsidP="00E5323B">
      <w:pPr>
        <w:pStyle w:val="BodyText"/>
        <w:numPr>
          <w:ilvl w:val="0"/>
          <w:numId w:val="27"/>
        </w:numPr>
        <w:tabs>
          <w:tab w:val="left" w:pos="663"/>
        </w:tabs>
        <w:spacing w:line="269" w:lineRule="auto"/>
        <w:jc w:val="both"/>
        <w:rPr>
          <w:color w:val="auto"/>
          <w:sz w:val="24"/>
          <w:szCs w:val="24"/>
        </w:rPr>
      </w:pPr>
      <w:bookmarkStart w:id="210" w:name="bookmark2935"/>
      <w:bookmarkEnd w:id="210"/>
      <w:r>
        <w:rPr>
          <w:rStyle w:val="BodyTextChar1"/>
          <w:rFonts w:cs="Georgia"/>
        </w:rPr>
        <w:t>умение оценивать собственные поступки и поведение других людей с точки зрения их соответствия моральным, пра</w:t>
      </w:r>
      <w:r>
        <w:rPr>
          <w:rStyle w:val="BodyTextChar1"/>
          <w:rFonts w:cs="Georgia"/>
        </w:rPr>
        <w:softHyphen/>
        <w:t>вовым и иным видам социальных норм, экономической рацио</w:t>
      </w:r>
      <w:r>
        <w:rPr>
          <w:rStyle w:val="BodyTextChar1"/>
          <w:rFonts w:cs="Georgia"/>
        </w:rPr>
        <w:softHyphen/>
        <w:t>нальности (включая вопросы, связанные с личными финанса</w:t>
      </w:r>
      <w:r>
        <w:rPr>
          <w:rStyle w:val="BodyTextChar1"/>
          <w:rFonts w:cs="Georgia"/>
        </w:rPr>
        <w:softHyphen/>
        <w:t>ми и предпринимательской деятельностью, для оценки рисков осуществления финансовых махинаций, применения недобро</w:t>
      </w:r>
      <w:r>
        <w:rPr>
          <w:rStyle w:val="BodyTextChar1"/>
          <w:rFonts w:cs="Georgia"/>
        </w:rPr>
        <w:softHyphen/>
        <w:t>совестных практик); осознание неприемлемости всех форм ан</w:t>
      </w:r>
      <w:r>
        <w:rPr>
          <w:rStyle w:val="BodyTextChar1"/>
          <w:rFonts w:cs="Georgia"/>
        </w:rPr>
        <w:softHyphen/>
        <w:t>тиобщественного поведения;</w:t>
      </w:r>
    </w:p>
    <w:p w:rsidR="00F44E79" w:rsidRDefault="00F44E79" w:rsidP="00E5323B">
      <w:pPr>
        <w:pStyle w:val="BodyText"/>
        <w:numPr>
          <w:ilvl w:val="0"/>
          <w:numId w:val="27"/>
        </w:numPr>
        <w:tabs>
          <w:tab w:val="left" w:pos="663"/>
        </w:tabs>
        <w:spacing w:line="269" w:lineRule="auto"/>
        <w:jc w:val="both"/>
        <w:rPr>
          <w:color w:val="auto"/>
          <w:sz w:val="24"/>
          <w:szCs w:val="24"/>
        </w:rPr>
      </w:pPr>
      <w:bookmarkStart w:id="211" w:name="bookmark2936"/>
      <w:bookmarkEnd w:id="211"/>
      <w:r>
        <w:rPr>
          <w:rStyle w:val="BodyTextChar1"/>
          <w:rFonts w:cs="Georgia"/>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BodyTextChar1"/>
          <w:rFonts w:cs="Georgia"/>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BodyTextChar1"/>
          <w:rFonts w:cs="Georgia"/>
        </w:rPr>
        <w:softHyphen/>
        <w:t>него хозяйства; составления личного финансового плана; для выбора профессии и оценки собственных перспектив в профес</w:t>
      </w:r>
      <w:r>
        <w:rPr>
          <w:rStyle w:val="BodyTextChar1"/>
          <w:rFonts w:cs="Georgia"/>
        </w:rPr>
        <w:softHyphen/>
        <w:t>сиональной сфере; а также опыта публичного представления результатов своей деятельности в соответствии с темой и ситу</w:t>
      </w:r>
      <w:r>
        <w:rPr>
          <w:rStyle w:val="BodyTextChar1"/>
          <w:rFonts w:cs="Georgia"/>
        </w:rPr>
        <w:softHyphen/>
        <w:t>ацией общения, особенностями аудитории и регламентом;</w:t>
      </w:r>
    </w:p>
    <w:p w:rsidR="00F44E79" w:rsidRDefault="00F44E79" w:rsidP="00E5323B">
      <w:pPr>
        <w:pStyle w:val="BodyText"/>
        <w:numPr>
          <w:ilvl w:val="0"/>
          <w:numId w:val="27"/>
        </w:numPr>
        <w:tabs>
          <w:tab w:val="left" w:pos="663"/>
        </w:tabs>
        <w:spacing w:line="269" w:lineRule="auto"/>
        <w:jc w:val="both"/>
        <w:rPr>
          <w:color w:val="auto"/>
          <w:sz w:val="24"/>
          <w:szCs w:val="24"/>
        </w:rPr>
      </w:pPr>
      <w:bookmarkStart w:id="212" w:name="bookmark2937"/>
      <w:bookmarkEnd w:id="212"/>
      <w:r>
        <w:rPr>
          <w:rStyle w:val="BodyTextChar1"/>
          <w:rFonts w:cs="Georgia"/>
        </w:rPr>
        <w:t>приобретение опыта самостоятельного заполнения фор</w:t>
      </w:r>
      <w:r>
        <w:rPr>
          <w:rStyle w:val="BodyTextChar1"/>
          <w:rFonts w:cs="Georgia"/>
        </w:rPr>
        <w:softHyphen/>
        <w:t>мы (в том числе электронной) и составления простейших до</w:t>
      </w:r>
      <w:r>
        <w:rPr>
          <w:rStyle w:val="BodyTextChar1"/>
          <w:rFonts w:cs="Georgia"/>
        </w:rPr>
        <w:softHyphen/>
        <w:t>кументов (заявления, обращения, декларации, доверенности, личного финансового плана, резюме);</w:t>
      </w:r>
    </w:p>
    <w:p w:rsidR="00F44E79" w:rsidRDefault="00F44E79" w:rsidP="00E5323B">
      <w:pPr>
        <w:pStyle w:val="BodyText"/>
        <w:numPr>
          <w:ilvl w:val="0"/>
          <w:numId w:val="27"/>
        </w:numPr>
        <w:tabs>
          <w:tab w:val="left" w:pos="663"/>
        </w:tabs>
        <w:spacing w:line="269" w:lineRule="auto"/>
        <w:jc w:val="both"/>
        <w:rPr>
          <w:color w:val="auto"/>
          <w:sz w:val="24"/>
          <w:szCs w:val="24"/>
        </w:rPr>
      </w:pPr>
      <w:bookmarkStart w:id="213" w:name="bookmark2938"/>
      <w:bookmarkEnd w:id="213"/>
      <w:r>
        <w:rPr>
          <w:rStyle w:val="BodyTextChar1"/>
          <w:rFonts w:cs="Georgia"/>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BodyTextChar1"/>
          <w:rFonts w:cs="Georgia"/>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BodyTextChar1"/>
          <w:rFonts w:cs="Georgia"/>
          <w:vertAlign w:val="superscript"/>
        </w:rPr>
        <w:footnoteReference w:id="8"/>
      </w:r>
      <w:r>
        <w:rPr>
          <w:rStyle w:val="BodyTextChar1"/>
          <w:rFonts w:cs="Georgia"/>
        </w:rPr>
        <w:t>.</w:t>
      </w:r>
    </w:p>
    <w:p w:rsidR="00F44E79" w:rsidRDefault="00F44E79" w:rsidP="00E5323B">
      <w:pPr>
        <w:pStyle w:val="22"/>
        <w:numPr>
          <w:ilvl w:val="0"/>
          <w:numId w:val="28"/>
        </w:numPr>
        <w:tabs>
          <w:tab w:val="left" w:pos="267"/>
        </w:tabs>
        <w:spacing w:after="60"/>
        <w:jc w:val="both"/>
        <w:rPr>
          <w:b w:val="0"/>
          <w:bCs w:val="0"/>
          <w:color w:val="auto"/>
          <w:w w:val="100"/>
          <w:sz w:val="24"/>
          <w:szCs w:val="24"/>
        </w:rPr>
      </w:pPr>
      <w:bookmarkStart w:id="214" w:name="bookmark2939"/>
      <w:bookmarkEnd w:id="214"/>
      <w:r>
        <w:rPr>
          <w:rStyle w:val="21"/>
          <w:rFonts w:cs="Tahoma"/>
          <w:b/>
        </w:rPr>
        <w:t>КЛАСС</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и его социальное окружение</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15" w:name="bookmark2940"/>
      <w:bookmarkEnd w:id="215"/>
      <w:r>
        <w:rPr>
          <w:rStyle w:val="BodyTextChar1"/>
          <w:rFonts w:cs="Georgia"/>
          <w:b/>
          <w:bCs/>
        </w:rPr>
        <w:t xml:space="preserve">осваивать и применять знания </w:t>
      </w:r>
      <w:r>
        <w:rPr>
          <w:rStyle w:val="BodyTextChar1"/>
          <w:rFonts w:cs="Georgia"/>
        </w:rPr>
        <w:t>о социальных свойствах че</w:t>
      </w:r>
      <w:r>
        <w:rPr>
          <w:rStyle w:val="BodyTextChar1"/>
          <w:rFonts w:cs="Georgia"/>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BodyTextChar1"/>
          <w:rFonts w:cs="Georgia"/>
        </w:rPr>
        <w:softHyphen/>
        <w:t>ловека с другими людьми;</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16" w:name="bookmark2941"/>
      <w:bookmarkEnd w:id="216"/>
      <w:r>
        <w:rPr>
          <w:rStyle w:val="BodyTextChar1"/>
          <w:rFonts w:cs="Georgia"/>
          <w:b/>
          <w:bCs/>
        </w:rPr>
        <w:t xml:space="preserve">характеризовать </w:t>
      </w:r>
      <w:r>
        <w:rPr>
          <w:rStyle w:val="BodyTextChar1"/>
          <w:rFonts w:cs="Georgia"/>
        </w:rPr>
        <w:t>традиционные российские духовно-нрав</w:t>
      </w:r>
      <w:r>
        <w:rPr>
          <w:rStyle w:val="BodyTextChar1"/>
          <w:rFonts w:cs="Georgia"/>
        </w:rPr>
        <w:softHyphen/>
        <w:t>ственные ценности на примерах семьи, семейных традиций; характеризовать основные потребности человека, показы</w:t>
      </w:r>
      <w:r>
        <w:rPr>
          <w:rStyle w:val="BodyTextChar1"/>
          <w:rFonts w:cs="Georgia"/>
        </w:rPr>
        <w:softHyphen/>
        <w:t>вать их индивидуальный характер; особенности личностно</w:t>
      </w:r>
      <w:r>
        <w:rPr>
          <w:rStyle w:val="BodyTextChar1"/>
          <w:rFonts w:cs="Georgia"/>
        </w:rPr>
        <w:softHyphen/>
        <w:t>го становления и социальной позиции людей с ограничен</w:t>
      </w:r>
      <w:r>
        <w:rPr>
          <w:rStyle w:val="BodyTextChar1"/>
          <w:rFonts w:cs="Georgia"/>
        </w:rPr>
        <w:softHyphen/>
        <w:t>ными возможностями здоровья; деятельность человека; об</w:t>
      </w:r>
      <w:r>
        <w:rPr>
          <w:rStyle w:val="BodyTextChar1"/>
          <w:rFonts w:cs="Georgia"/>
        </w:rPr>
        <w:softHyphen/>
        <w:t>разование и его значение для человека и общества;</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17" w:name="bookmark2942"/>
      <w:bookmarkEnd w:id="217"/>
      <w:r>
        <w:rPr>
          <w:rStyle w:val="BodyTextChar1"/>
          <w:rFonts w:cs="Georgia"/>
          <w:b/>
          <w:bCs/>
        </w:rPr>
        <w:t xml:space="preserve">приводить примеры </w:t>
      </w:r>
      <w:r>
        <w:rPr>
          <w:rStyle w:val="BodyTextChar1"/>
          <w:rFonts w:cs="Georgia"/>
        </w:rPr>
        <w:t>деятельности людей, её различных мо</w:t>
      </w:r>
      <w:r>
        <w:rPr>
          <w:rStyle w:val="BodyTextChar1"/>
          <w:rFonts w:cs="Georgia"/>
        </w:rPr>
        <w:softHyphen/>
        <w:t>тивов и особенностей в современных условиях; малых групп, положения человека в группе; конфликтных ситуаций в ма</w:t>
      </w:r>
      <w:r>
        <w:rPr>
          <w:rStyle w:val="BodyTextChar1"/>
          <w:rFonts w:cs="Georgia"/>
        </w:rPr>
        <w:softHyphen/>
        <w:t>лой группе и конструктивных разрешений конфликтов; про</w:t>
      </w:r>
      <w:r>
        <w:rPr>
          <w:rStyle w:val="BodyTextChar1"/>
          <w:rFonts w:cs="Georgia"/>
        </w:rPr>
        <w:softHyphen/>
        <w:t>явлений лидерства, соперничества и сотрудничества людей в группах;</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18" w:name="bookmark2943"/>
      <w:bookmarkEnd w:id="218"/>
      <w:r>
        <w:rPr>
          <w:rStyle w:val="BodyTextChar1"/>
          <w:rFonts w:cs="Georgia"/>
          <w:b/>
          <w:bCs/>
        </w:rPr>
        <w:t xml:space="preserve">классифицировать </w:t>
      </w:r>
      <w:r>
        <w:rPr>
          <w:rStyle w:val="BodyTextChar1"/>
          <w:rFonts w:cs="Georgia"/>
        </w:rPr>
        <w:t>по разным признакам виды деятельности человека, потребности людей;</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19" w:name="bookmark2944"/>
      <w:bookmarkEnd w:id="219"/>
      <w:r>
        <w:rPr>
          <w:rStyle w:val="BodyTextChar1"/>
          <w:rFonts w:cs="Georgia"/>
          <w:b/>
          <w:bCs/>
        </w:rPr>
        <w:t xml:space="preserve">сравнивать </w:t>
      </w:r>
      <w:r>
        <w:rPr>
          <w:rStyle w:val="BodyTextChar1"/>
          <w:rFonts w:cs="Georgia"/>
        </w:rPr>
        <w:t>понятия «индивид», «индивидуальность», «лич</w:t>
      </w:r>
      <w:r>
        <w:rPr>
          <w:rStyle w:val="BodyTextChar1"/>
          <w:rFonts w:cs="Georgia"/>
        </w:rPr>
        <w:softHyphen/>
        <w:t>ность»; свойства человека и животных; виды деятельности (игра, труд, учение);</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20" w:name="bookmark2945"/>
      <w:bookmarkEnd w:id="220"/>
      <w:r>
        <w:rPr>
          <w:rStyle w:val="BodyTextChar1"/>
          <w:rFonts w:cs="Georgia"/>
          <w:b/>
          <w:bCs/>
        </w:rPr>
        <w:t xml:space="preserve">устанавливать и объяснять взаимосвязи </w:t>
      </w:r>
      <w:r>
        <w:rPr>
          <w:rStyle w:val="BodyTextChar1"/>
          <w:rFonts w:cs="Georgia"/>
        </w:rPr>
        <w:t>людей в малых группах; целей, способов и результатов деятельности, целей и средств общения;</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21" w:name="bookmark2946"/>
      <w:bookmarkEnd w:id="221"/>
      <w:r>
        <w:rPr>
          <w:rStyle w:val="BodyTextChar1"/>
          <w:rFonts w:cs="Georgia"/>
          <w:b/>
          <w:bCs/>
        </w:rPr>
        <w:t xml:space="preserve">использовать полученные знания </w:t>
      </w:r>
      <w:r>
        <w:rPr>
          <w:rStyle w:val="BodyTextChar1"/>
          <w:rFonts w:cs="Georgia"/>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BodyTextChar1"/>
          <w:rFonts w:cs="Georgia"/>
        </w:rPr>
        <w:softHyphen/>
        <w:t>ности, роли непрерывного образования, значения личного социального опыта при осуществлении образовательной дея</w:t>
      </w:r>
      <w:r>
        <w:rPr>
          <w:rStyle w:val="BodyTextChar1"/>
          <w:rFonts w:cs="Georgia"/>
        </w:rPr>
        <w:softHyphen/>
        <w:t>тельности и общения в школе, семье, группе сверстников;</w:t>
      </w:r>
    </w:p>
    <w:p w:rsidR="00F44E79" w:rsidRDefault="00F44E79" w:rsidP="00E5323B">
      <w:pPr>
        <w:pStyle w:val="BodyText"/>
        <w:numPr>
          <w:ilvl w:val="0"/>
          <w:numId w:val="24"/>
        </w:numPr>
        <w:tabs>
          <w:tab w:val="left" w:pos="327"/>
        </w:tabs>
        <w:spacing w:line="266" w:lineRule="auto"/>
        <w:ind w:left="280" w:hanging="280"/>
        <w:jc w:val="both"/>
        <w:rPr>
          <w:color w:val="auto"/>
          <w:sz w:val="24"/>
          <w:szCs w:val="24"/>
        </w:rPr>
      </w:pPr>
      <w:bookmarkStart w:id="222" w:name="bookmark2947"/>
      <w:bookmarkEnd w:id="222"/>
      <w:r>
        <w:rPr>
          <w:rStyle w:val="BodyTextChar1"/>
          <w:rFonts w:cs="Georgia"/>
          <w:b/>
          <w:bCs/>
        </w:rPr>
        <w:t xml:space="preserve">определять и аргументировать </w:t>
      </w:r>
      <w:r>
        <w:rPr>
          <w:rStyle w:val="BodyTextChar1"/>
          <w:rFonts w:cs="Georgia"/>
        </w:rPr>
        <w:t>с опорой на обществоведче</w:t>
      </w:r>
      <w:r>
        <w:rPr>
          <w:rStyle w:val="BodyTextChar1"/>
          <w:rFonts w:cs="Georgia"/>
        </w:rPr>
        <w:softHyphen/>
        <w:t>ские знания и личный социальный опыт своё отношение к людям с ограниченными возможностями здоровья, к раз</w:t>
      </w:r>
      <w:r>
        <w:rPr>
          <w:rStyle w:val="BodyTextChar1"/>
          <w:rFonts w:cs="Georgia"/>
        </w:rPr>
        <w:softHyphen/>
        <w:t>личным способам выражения личной индивидуальности, к различным формам неформального общения подростков;</w:t>
      </w:r>
    </w:p>
    <w:p w:rsidR="00F44E79" w:rsidRDefault="00F44E79" w:rsidP="00E5323B">
      <w:pPr>
        <w:pStyle w:val="BodyText"/>
        <w:numPr>
          <w:ilvl w:val="0"/>
          <w:numId w:val="24"/>
        </w:numPr>
        <w:tabs>
          <w:tab w:val="left" w:pos="327"/>
        </w:tabs>
        <w:spacing w:after="60" w:line="266" w:lineRule="auto"/>
        <w:ind w:left="280" w:hanging="280"/>
        <w:jc w:val="both"/>
        <w:rPr>
          <w:color w:val="auto"/>
          <w:sz w:val="24"/>
          <w:szCs w:val="24"/>
        </w:rPr>
      </w:pPr>
      <w:bookmarkStart w:id="223" w:name="bookmark2948"/>
      <w:bookmarkEnd w:id="223"/>
      <w:r>
        <w:rPr>
          <w:rStyle w:val="BodyTextChar1"/>
          <w:rFonts w:cs="Georgia"/>
          <w:b/>
          <w:bCs/>
        </w:rPr>
        <w:t xml:space="preserve">решать </w:t>
      </w:r>
      <w:r>
        <w:rPr>
          <w:rStyle w:val="BodyTextChar1"/>
          <w:rFonts w:cs="Georgia"/>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24" w:name="bookmark2949"/>
      <w:bookmarkEnd w:id="224"/>
      <w:r>
        <w:rPr>
          <w:rStyle w:val="BodyTextChar1"/>
          <w:rFonts w:cs="Georgia"/>
          <w:b/>
          <w:bCs/>
        </w:rPr>
        <w:t xml:space="preserve">овладевать смысловым чтением </w:t>
      </w:r>
      <w:r>
        <w:rPr>
          <w:rStyle w:val="BodyTextChar1"/>
          <w:rFonts w:cs="Georgia"/>
        </w:rPr>
        <w:t>текстов обществоведческой тематики, в том числе извлечений из Закона «Об образова</w:t>
      </w:r>
      <w:r>
        <w:rPr>
          <w:rStyle w:val="BodyTextChar1"/>
          <w:rFonts w:cs="Georgia"/>
        </w:rPr>
        <w:softHyphen/>
        <w:t>нии в Российской Федерации»; составлять на их основе план, преобразовывать текстовую информацию в таблицу, схему;</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25" w:name="bookmark2950"/>
      <w:bookmarkEnd w:id="225"/>
      <w:r>
        <w:rPr>
          <w:rStyle w:val="BodyTextChar1"/>
          <w:rFonts w:cs="Georgia"/>
          <w:b/>
          <w:bCs/>
        </w:rPr>
        <w:t xml:space="preserve">искать и извлекать </w:t>
      </w:r>
      <w:r>
        <w:rPr>
          <w:rStyle w:val="BodyTextChar1"/>
          <w:rFonts w:cs="Georgia"/>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BodyTextChar1"/>
          <w:rFonts w:cs="Georgia"/>
        </w:rPr>
        <w:softHyphen/>
        <w:t>точников (в том числе учебных материалов) и публикаций СМИ с соблюдением правил информационной безопасности при работе в Интернете;</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26" w:name="bookmark2951"/>
      <w:bookmarkEnd w:id="226"/>
      <w:r>
        <w:rPr>
          <w:rStyle w:val="BodyTextChar1"/>
          <w:rFonts w:cs="Georgia"/>
          <w:b/>
          <w:bCs/>
        </w:rPr>
        <w:t xml:space="preserve">анализировать, обобщать, систематизировать, оценивать </w:t>
      </w:r>
      <w:r>
        <w:rPr>
          <w:rStyle w:val="BodyTextChar1"/>
          <w:rFonts w:cs="Georgia"/>
        </w:rPr>
        <w:t>со</w:t>
      </w:r>
      <w:r>
        <w:rPr>
          <w:rStyle w:val="BodyTextChar1"/>
          <w:rFonts w:cs="Georgia"/>
        </w:rPr>
        <w:softHyphen/>
        <w:t>циальную информацию о человеке и его социальном окру</w:t>
      </w:r>
      <w:r>
        <w:rPr>
          <w:rStyle w:val="BodyTextChar1"/>
          <w:rFonts w:cs="Georgia"/>
        </w:rPr>
        <w:softHyphen/>
        <w:t>жении из адаптированных источников (в том числе учебных материалов) и публикаций в СМИ;</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27" w:name="bookmark2952"/>
      <w:bookmarkEnd w:id="227"/>
      <w:r>
        <w:rPr>
          <w:rStyle w:val="BodyTextChar1"/>
          <w:rFonts w:cs="Georgia"/>
          <w:b/>
          <w:bCs/>
        </w:rPr>
        <w:t xml:space="preserve">оценивать собственные поступки и поведение других людей </w:t>
      </w:r>
      <w:r>
        <w:rPr>
          <w:rStyle w:val="BodyTextChar1"/>
          <w:rFonts w:cs="Georgia"/>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28" w:name="bookmark2953"/>
      <w:bookmarkEnd w:id="228"/>
      <w:r>
        <w:rPr>
          <w:rStyle w:val="BodyTextChar1"/>
          <w:rFonts w:cs="Georgia"/>
          <w:b/>
          <w:bCs/>
        </w:rPr>
        <w:t xml:space="preserve">приобретать опыт </w:t>
      </w:r>
      <w:r>
        <w:rPr>
          <w:rStyle w:val="BodyTextChar1"/>
          <w:rFonts w:cs="Georgia"/>
        </w:rPr>
        <w:t>использования полученных знаний в практической деятельности, в повседневной жизни для вы</w:t>
      </w:r>
      <w:r>
        <w:rPr>
          <w:rStyle w:val="BodyTextChar1"/>
          <w:rFonts w:cs="Georgia"/>
        </w:rPr>
        <w:softHyphen/>
        <w:t>страивания отношений с представителями старших поколе</w:t>
      </w:r>
      <w:r>
        <w:rPr>
          <w:rStyle w:val="BodyTextChar1"/>
          <w:rFonts w:cs="Georgia"/>
        </w:rPr>
        <w:softHyphen/>
        <w:t>ний, со сверстниками и младшими по возрасту, активного участия в жизни школы и класса;</w:t>
      </w:r>
    </w:p>
    <w:p w:rsidR="00F44E79" w:rsidRDefault="00F44E79" w:rsidP="00E5323B">
      <w:pPr>
        <w:pStyle w:val="BodyText"/>
        <w:numPr>
          <w:ilvl w:val="0"/>
          <w:numId w:val="24"/>
        </w:numPr>
        <w:tabs>
          <w:tab w:val="left" w:pos="327"/>
        </w:tabs>
        <w:spacing w:after="180" w:line="269" w:lineRule="auto"/>
        <w:ind w:left="300" w:hanging="300"/>
        <w:jc w:val="both"/>
        <w:rPr>
          <w:color w:val="auto"/>
          <w:sz w:val="24"/>
          <w:szCs w:val="24"/>
        </w:rPr>
      </w:pPr>
      <w:bookmarkStart w:id="229" w:name="bookmark2954"/>
      <w:bookmarkEnd w:id="229"/>
      <w:r>
        <w:rPr>
          <w:rStyle w:val="BodyTextChar1"/>
          <w:rFonts w:cs="Georgia"/>
          <w:b/>
          <w:bCs/>
        </w:rPr>
        <w:t>приобретать опыт совместной деятельности</w:t>
      </w:r>
      <w:r>
        <w:rPr>
          <w:rStyle w:val="BodyTextChar1"/>
          <w:rFonts w:cs="Georgia"/>
        </w:rPr>
        <w:t>, включая взаи</w:t>
      </w:r>
      <w:r>
        <w:rPr>
          <w:rStyle w:val="BodyTextChar1"/>
          <w:rFonts w:cs="Georgia"/>
        </w:rPr>
        <w:softHyphen/>
        <w:t>модействие с людьми другой культуры, национальной и ре</w:t>
      </w:r>
      <w:r>
        <w:rPr>
          <w:rStyle w:val="BodyTextChar1"/>
          <w:rFonts w:cs="Georgia"/>
        </w:rPr>
        <w:softHyphen/>
        <w:t>лигиозной принадлежности на основе гуманистических цен</w:t>
      </w:r>
      <w:r>
        <w:rPr>
          <w:rStyle w:val="BodyTextChar1"/>
          <w:rFonts w:cs="Georgia"/>
        </w:rPr>
        <w:softHyphen/>
        <w:t>ностей, взаимопонимания между людьми разных культур.</w:t>
      </w:r>
    </w:p>
    <w:p w:rsidR="00F44E79" w:rsidRDefault="00F44E79">
      <w:pPr>
        <w:pStyle w:val="90"/>
        <w:jc w:val="both"/>
        <w:rPr>
          <w:rFonts w:ascii="Courier New" w:hAnsi="Courier New" w:cs="Courier New"/>
          <w:b w:val="0"/>
          <w:bCs w:val="0"/>
          <w:color w:val="auto"/>
          <w:sz w:val="24"/>
          <w:szCs w:val="24"/>
        </w:rPr>
      </w:pPr>
      <w:r>
        <w:rPr>
          <w:rStyle w:val="9"/>
          <w:rFonts w:cs="Trebuchet MS"/>
          <w:b/>
        </w:rPr>
        <w:t>Общество, в котором мы живём</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30" w:name="bookmark2955"/>
      <w:bookmarkEnd w:id="230"/>
      <w:r>
        <w:rPr>
          <w:rStyle w:val="BodyTextChar1"/>
          <w:rFonts w:cs="Georgia"/>
          <w:b/>
          <w:bCs/>
        </w:rPr>
        <w:t xml:space="preserve">осваивать и применять знания </w:t>
      </w:r>
      <w:r>
        <w:rPr>
          <w:rStyle w:val="BodyTextChar1"/>
          <w:rFonts w:cs="Georgia"/>
        </w:rPr>
        <w:t>об обществе и природе, по</w:t>
      </w:r>
      <w:r>
        <w:rPr>
          <w:rStyle w:val="BodyTextChar1"/>
          <w:rFonts w:cs="Georgia"/>
        </w:rPr>
        <w:softHyphen/>
        <w:t>ложении человека в обществе; процессах и явлениях в эко</w:t>
      </w:r>
      <w:r>
        <w:rPr>
          <w:rStyle w:val="BodyTextChar1"/>
          <w:rFonts w:cs="Georgia"/>
        </w:rPr>
        <w:softHyphen/>
        <w:t>номической жизни общества; явлениях в политической жиз</w:t>
      </w:r>
      <w:r>
        <w:rPr>
          <w:rStyle w:val="BodyTextChar1"/>
          <w:rFonts w:cs="Georgia"/>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31" w:name="bookmark2956"/>
      <w:bookmarkEnd w:id="231"/>
      <w:r>
        <w:rPr>
          <w:rStyle w:val="BodyTextChar1"/>
          <w:rFonts w:cs="Georgia"/>
          <w:b/>
          <w:bCs/>
        </w:rPr>
        <w:t xml:space="preserve">характеризовать </w:t>
      </w:r>
      <w:r>
        <w:rPr>
          <w:rStyle w:val="BodyTextChar1"/>
          <w:rFonts w:cs="Georgia"/>
        </w:rPr>
        <w:t>устройство общества, российское государ</w:t>
      </w:r>
      <w:r>
        <w:rPr>
          <w:rStyle w:val="BodyTextChar1"/>
          <w:rFonts w:cs="Georgia"/>
        </w:rPr>
        <w:softHyphen/>
        <w:t>ство, высшие органы государственной власти в Российской Федерации, традиционные российские духовно-нравствен</w:t>
      </w:r>
      <w:r>
        <w:rPr>
          <w:rStyle w:val="BodyTextChar1"/>
          <w:rFonts w:cs="Georgia"/>
        </w:rPr>
        <w:softHyphen/>
        <w:t>ные ценности, особенности информационного общества;</w:t>
      </w:r>
    </w:p>
    <w:p w:rsidR="00F44E79" w:rsidRDefault="00F44E79" w:rsidP="00E5323B">
      <w:pPr>
        <w:pStyle w:val="BodyText"/>
        <w:numPr>
          <w:ilvl w:val="0"/>
          <w:numId w:val="24"/>
        </w:numPr>
        <w:tabs>
          <w:tab w:val="left" w:pos="327"/>
        </w:tabs>
        <w:spacing w:after="120" w:line="269" w:lineRule="auto"/>
        <w:ind w:left="300" w:hanging="300"/>
        <w:jc w:val="both"/>
        <w:rPr>
          <w:color w:val="auto"/>
          <w:sz w:val="24"/>
          <w:szCs w:val="24"/>
        </w:rPr>
      </w:pPr>
      <w:bookmarkStart w:id="232" w:name="bookmark2957"/>
      <w:bookmarkEnd w:id="232"/>
      <w:r>
        <w:rPr>
          <w:rStyle w:val="BodyTextChar1"/>
          <w:rFonts w:cs="Georgia"/>
          <w:b/>
          <w:bCs/>
        </w:rPr>
        <w:t xml:space="preserve">приводить примеры </w:t>
      </w:r>
      <w:r>
        <w:rPr>
          <w:rStyle w:val="BodyTextChar1"/>
          <w:rFonts w:cs="Georgia"/>
        </w:rPr>
        <w:t>разного положения людей в обществе, видов экономической деятельности, глобальных проблем;</w:t>
      </w:r>
    </w:p>
    <w:p w:rsidR="00F44E79" w:rsidRDefault="00F44E79" w:rsidP="00E5323B">
      <w:pPr>
        <w:pStyle w:val="BodyText"/>
        <w:numPr>
          <w:ilvl w:val="0"/>
          <w:numId w:val="24"/>
        </w:numPr>
        <w:tabs>
          <w:tab w:val="left" w:pos="327"/>
        </w:tabs>
        <w:spacing w:line="269" w:lineRule="auto"/>
        <w:ind w:firstLine="0"/>
        <w:jc w:val="both"/>
        <w:rPr>
          <w:color w:val="auto"/>
          <w:sz w:val="24"/>
          <w:szCs w:val="24"/>
        </w:rPr>
      </w:pPr>
      <w:bookmarkStart w:id="233" w:name="bookmark2958"/>
      <w:bookmarkEnd w:id="233"/>
      <w:r>
        <w:rPr>
          <w:rStyle w:val="BodyTextChar1"/>
          <w:rFonts w:cs="Georgia"/>
          <w:b/>
          <w:bCs/>
        </w:rPr>
        <w:t xml:space="preserve">классифицировать </w:t>
      </w:r>
      <w:r>
        <w:rPr>
          <w:rStyle w:val="BodyTextChar1"/>
          <w:rFonts w:cs="Georgia"/>
        </w:rPr>
        <w:t>социальные общности и группы;</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34" w:name="bookmark2959"/>
      <w:bookmarkEnd w:id="234"/>
      <w:r>
        <w:rPr>
          <w:rStyle w:val="BodyTextChar1"/>
          <w:rFonts w:cs="Georgia"/>
          <w:b/>
          <w:bCs/>
        </w:rPr>
        <w:t xml:space="preserve">сравнивать </w:t>
      </w:r>
      <w:r>
        <w:rPr>
          <w:rStyle w:val="BodyTextChar1"/>
          <w:rFonts w:cs="Georgia"/>
        </w:rPr>
        <w:t>социальные общности и группы, положение в об</w:t>
      </w:r>
      <w:r>
        <w:rPr>
          <w:rStyle w:val="BodyTextChar1"/>
          <w:rFonts w:cs="Georgia"/>
        </w:rPr>
        <w:softHyphen/>
        <w:t>ществе различных людей; различные формы хозяйствования;</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35" w:name="bookmark2960"/>
      <w:bookmarkEnd w:id="235"/>
      <w:r>
        <w:rPr>
          <w:rStyle w:val="BodyTextChar1"/>
          <w:rFonts w:cs="Georgia"/>
          <w:b/>
          <w:bCs/>
        </w:rPr>
        <w:t xml:space="preserve">устанавливать взаимодействия </w:t>
      </w:r>
      <w:r>
        <w:rPr>
          <w:rStyle w:val="BodyTextChar1"/>
          <w:rFonts w:cs="Georgia"/>
        </w:rPr>
        <w:t>общества и природы, чело</w:t>
      </w:r>
      <w:r>
        <w:rPr>
          <w:rStyle w:val="BodyTextChar1"/>
          <w:rFonts w:cs="Georgia"/>
        </w:rPr>
        <w:softHyphen/>
        <w:t>века и общества, деятельности основных участников эконо</w:t>
      </w:r>
      <w:r>
        <w:rPr>
          <w:rStyle w:val="BodyTextChar1"/>
          <w:rFonts w:cs="Georgia"/>
        </w:rPr>
        <w:softHyphen/>
        <w:t>мики;</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36" w:name="bookmark2961"/>
      <w:bookmarkEnd w:id="236"/>
      <w:r>
        <w:rPr>
          <w:rStyle w:val="BodyTextChar1"/>
          <w:rFonts w:cs="Georgia"/>
          <w:b/>
          <w:bCs/>
        </w:rPr>
        <w:t xml:space="preserve">использовать полученные знания для объяснения </w:t>
      </w:r>
      <w:r>
        <w:rPr>
          <w:rStyle w:val="BodyTextChar1"/>
          <w:rFonts w:cs="Georgia"/>
        </w:rPr>
        <w:t>(устного и письменного) влияния природы на общество и общества на природу сущности и взаимосвязей явлений, процессов соци</w:t>
      </w:r>
      <w:r>
        <w:rPr>
          <w:rStyle w:val="BodyTextChar1"/>
          <w:rFonts w:cs="Georgia"/>
        </w:rPr>
        <w:softHyphen/>
        <w:t>альной действительности;</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37" w:name="bookmark2962"/>
      <w:bookmarkEnd w:id="237"/>
      <w:r>
        <w:rPr>
          <w:rStyle w:val="BodyTextChar1"/>
          <w:rFonts w:cs="Georgia"/>
        </w:rPr>
        <w:t>определять и аргументировать с опорой на обществоведче</w:t>
      </w:r>
      <w:r>
        <w:rPr>
          <w:rStyle w:val="BodyTextChar1"/>
          <w:rFonts w:cs="Georgia"/>
        </w:rPr>
        <w:softHyphen/>
        <w:t>ские знания, факты общественной жизни и личный социаль</w:t>
      </w:r>
      <w:r>
        <w:rPr>
          <w:rStyle w:val="BodyTextChar1"/>
          <w:rFonts w:cs="Georgia"/>
        </w:rPr>
        <w:softHyphen/>
        <w:t>ный опыт своё отношение к проблемам взаимодействия че</w:t>
      </w:r>
      <w:r>
        <w:rPr>
          <w:rStyle w:val="BodyTextChar1"/>
          <w:rFonts w:cs="Georgia"/>
        </w:rPr>
        <w:softHyphen/>
        <w:t>ловека и природы, сохранению духовных ценностей россий</w:t>
      </w:r>
      <w:r>
        <w:rPr>
          <w:rStyle w:val="BodyTextChar1"/>
          <w:rFonts w:cs="Georgia"/>
        </w:rPr>
        <w:softHyphen/>
        <w:t>ского народа;</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38" w:name="bookmark2963"/>
      <w:bookmarkEnd w:id="238"/>
      <w:r>
        <w:rPr>
          <w:rStyle w:val="BodyTextChar1"/>
          <w:rFonts w:cs="Georgia"/>
          <w:b/>
          <w:bCs/>
        </w:rPr>
        <w:t xml:space="preserve">решать познавательные и практические задачи </w:t>
      </w:r>
      <w:r>
        <w:rPr>
          <w:rStyle w:val="BodyTextChar1"/>
          <w:rFonts w:cs="Georgia"/>
        </w:rPr>
        <w:t>(в том числе задачи, отражающие возможности юного гражданина вне</w:t>
      </w:r>
      <w:r>
        <w:rPr>
          <w:rStyle w:val="BodyTextChar1"/>
          <w:rFonts w:cs="Georgia"/>
        </w:rPr>
        <w:softHyphen/>
        <w:t>сти свой вклад в решение экологической проблемы);</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39" w:name="bookmark2964"/>
      <w:bookmarkEnd w:id="239"/>
      <w:r>
        <w:rPr>
          <w:rStyle w:val="BodyTextChar1"/>
          <w:rFonts w:cs="Georgia"/>
          <w:b/>
          <w:bCs/>
        </w:rPr>
        <w:t xml:space="preserve">овладевать смысловым чтением </w:t>
      </w:r>
      <w:r>
        <w:rPr>
          <w:rStyle w:val="BodyTextChar1"/>
          <w:rFonts w:cs="Georgia"/>
        </w:rPr>
        <w:t>текстов обществоведческой тематики, касающихся отношений человека и природы, уст</w:t>
      </w:r>
      <w:r>
        <w:rPr>
          <w:rStyle w:val="BodyTextChar1"/>
          <w:rFonts w:cs="Georgia"/>
        </w:rPr>
        <w:softHyphen/>
        <w:t>ройства общественной жизни, основных сфер жизни обще</w:t>
      </w:r>
      <w:r>
        <w:rPr>
          <w:rStyle w:val="BodyTextChar1"/>
          <w:rFonts w:cs="Georgia"/>
        </w:rPr>
        <w:softHyphen/>
        <w:t>ства;</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40" w:name="bookmark2965"/>
      <w:bookmarkEnd w:id="240"/>
      <w:r>
        <w:rPr>
          <w:rStyle w:val="BodyTextChar1"/>
          <w:rFonts w:cs="Georgia"/>
          <w:b/>
          <w:bCs/>
        </w:rPr>
        <w:t xml:space="preserve">извлекать информацию </w:t>
      </w:r>
      <w:r>
        <w:rPr>
          <w:rStyle w:val="BodyTextChar1"/>
          <w:rFonts w:cs="Georgia"/>
        </w:rPr>
        <w:t>из разных источников о человеке и обществе, включая информацию о народах России;</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41" w:name="bookmark2966"/>
      <w:bookmarkEnd w:id="241"/>
      <w:r>
        <w:rPr>
          <w:rStyle w:val="BodyTextChar1"/>
          <w:rFonts w:cs="Georgia"/>
          <w:b/>
          <w:bCs/>
        </w:rPr>
        <w:t xml:space="preserve">анализировать, обобщать, систематизировать, оценивать </w:t>
      </w:r>
      <w:r>
        <w:rPr>
          <w:rStyle w:val="BodyTextChar1"/>
          <w:rFonts w:cs="Georgia"/>
        </w:rPr>
        <w:t>со</w:t>
      </w:r>
      <w:r>
        <w:rPr>
          <w:rStyle w:val="BodyTextChar1"/>
          <w:rFonts w:cs="Georgia"/>
        </w:rPr>
        <w:softHyphen/>
        <w:t>циальную информацию, включая экономико-статистиче</w:t>
      </w:r>
      <w:r>
        <w:rPr>
          <w:rStyle w:val="BodyTextChar1"/>
          <w:rFonts w:cs="Georgia"/>
        </w:rPr>
        <w:softHyphen/>
        <w:t>скую, из адаптированных источников (в том числе учебных материалов) и публикаций в СМИ; используя обществовед</w:t>
      </w:r>
      <w:r>
        <w:rPr>
          <w:rStyle w:val="BodyTextChar1"/>
          <w:rFonts w:cs="Georgia"/>
        </w:rPr>
        <w:softHyphen/>
        <w:t>ческие знания, формулировать выводы;</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42" w:name="bookmark2967"/>
      <w:bookmarkEnd w:id="242"/>
      <w:r>
        <w:rPr>
          <w:rStyle w:val="BodyTextChar1"/>
          <w:rFonts w:cs="Georgia"/>
          <w:b/>
          <w:bCs/>
        </w:rPr>
        <w:t xml:space="preserve">оценивать собственные поступки и поведение других людей </w:t>
      </w:r>
      <w:r>
        <w:rPr>
          <w:rStyle w:val="BodyTextChar1"/>
          <w:rFonts w:cs="Georgia"/>
        </w:rPr>
        <w:t>с точки зрения их соответствия духовным традициям обще</w:t>
      </w:r>
      <w:r>
        <w:rPr>
          <w:rStyle w:val="BodyTextChar1"/>
          <w:rFonts w:cs="Georgia"/>
        </w:rPr>
        <w:softHyphen/>
        <w:t>ства;</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43" w:name="bookmark2968"/>
      <w:bookmarkEnd w:id="243"/>
      <w:r>
        <w:rPr>
          <w:rStyle w:val="BodyTextChar1"/>
          <w:rFonts w:cs="Georgia"/>
          <w:b/>
          <w:bCs/>
        </w:rPr>
        <w:t xml:space="preserve">использовать </w:t>
      </w:r>
      <w:r>
        <w:rPr>
          <w:rStyle w:val="BodyTextChar1"/>
          <w:rFonts w:cs="Georgia"/>
        </w:rPr>
        <w:t>полученные знания, включая основы финан</w:t>
      </w:r>
      <w:r>
        <w:rPr>
          <w:rStyle w:val="BodyTextChar1"/>
          <w:rFonts w:cs="Georgia"/>
        </w:rPr>
        <w:softHyphen/>
        <w:t>совой грамотности, в практической деятельности, направ</w:t>
      </w:r>
      <w:r>
        <w:rPr>
          <w:rStyle w:val="BodyTextChar1"/>
          <w:rFonts w:cs="Georgia"/>
        </w:rPr>
        <w:softHyphen/>
        <w:t>ленной на охрану природы; защиту прав потребителя (в том числе потребителя финансовых услуг), на соблюдение тра</w:t>
      </w:r>
      <w:r>
        <w:rPr>
          <w:rStyle w:val="BodyTextChar1"/>
          <w:rFonts w:cs="Georgia"/>
        </w:rPr>
        <w:softHyphen/>
        <w:t>диций общества, в котором мы живём;</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44" w:name="bookmark2969"/>
      <w:bookmarkEnd w:id="244"/>
      <w:r>
        <w:rPr>
          <w:rStyle w:val="BodyTextChar1"/>
          <w:rFonts w:cs="Georgia"/>
          <w:b/>
          <w:bCs/>
        </w:rPr>
        <w:t xml:space="preserve">осуществлять </w:t>
      </w:r>
      <w:r>
        <w:rPr>
          <w:rStyle w:val="BodyTextChar1"/>
          <w:rFonts w:cs="Georgia"/>
        </w:rPr>
        <w:t>совместную деятельность, включая взаимо</w:t>
      </w:r>
      <w:r>
        <w:rPr>
          <w:rStyle w:val="BodyTextChar1"/>
          <w:rFonts w:cs="Georgia"/>
        </w:rPr>
        <w:softHyphen/>
        <w:t>действие с людьми другой культуры, национальной и рели</w:t>
      </w:r>
      <w:r>
        <w:rPr>
          <w:rStyle w:val="BodyTextChar1"/>
          <w:rFonts w:cs="Georgia"/>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F44E79" w:rsidRDefault="00F44E79" w:rsidP="00E5323B">
      <w:pPr>
        <w:pStyle w:val="22"/>
        <w:numPr>
          <w:ilvl w:val="0"/>
          <w:numId w:val="28"/>
        </w:numPr>
        <w:tabs>
          <w:tab w:val="left" w:pos="271"/>
        </w:tabs>
        <w:spacing w:after="60"/>
        <w:jc w:val="both"/>
        <w:rPr>
          <w:b w:val="0"/>
          <w:bCs w:val="0"/>
          <w:color w:val="auto"/>
          <w:w w:val="100"/>
          <w:sz w:val="24"/>
          <w:szCs w:val="24"/>
        </w:rPr>
      </w:pPr>
      <w:bookmarkStart w:id="245" w:name="bookmark2970"/>
      <w:bookmarkEnd w:id="245"/>
      <w:r>
        <w:rPr>
          <w:rStyle w:val="21"/>
          <w:rFonts w:cs="Tahoma"/>
          <w:b/>
        </w:rPr>
        <w:t>КЛАСС</w:t>
      </w:r>
    </w:p>
    <w:p w:rsidR="00F44E79" w:rsidRDefault="00F44E79">
      <w:pPr>
        <w:pStyle w:val="90"/>
        <w:jc w:val="both"/>
        <w:rPr>
          <w:rFonts w:ascii="Courier New" w:hAnsi="Courier New" w:cs="Courier New"/>
          <w:b w:val="0"/>
          <w:bCs w:val="0"/>
          <w:color w:val="auto"/>
          <w:sz w:val="24"/>
          <w:szCs w:val="24"/>
        </w:rPr>
      </w:pPr>
      <w:r>
        <w:rPr>
          <w:rStyle w:val="9"/>
          <w:rFonts w:cs="Trebuchet MS"/>
          <w:b/>
        </w:rPr>
        <w:t>Социальные ценности и нормы</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46" w:name="bookmark2971"/>
      <w:bookmarkEnd w:id="246"/>
      <w:r>
        <w:rPr>
          <w:rStyle w:val="BodyTextChar1"/>
          <w:rFonts w:cs="Georgia"/>
          <w:b/>
          <w:bCs/>
        </w:rPr>
        <w:t xml:space="preserve">осваивать и применять знания </w:t>
      </w:r>
      <w:r>
        <w:rPr>
          <w:rStyle w:val="BodyTextChar1"/>
          <w:rFonts w:cs="Georgia"/>
        </w:rPr>
        <w:t>о социальных ценностях; о содержании и значении социальных норм, регулирующих общественные отношения;</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47" w:name="bookmark2972"/>
      <w:bookmarkEnd w:id="247"/>
      <w:r>
        <w:rPr>
          <w:rStyle w:val="BodyTextChar1"/>
          <w:rFonts w:cs="Georgia"/>
          <w:b/>
          <w:bCs/>
        </w:rPr>
        <w:t xml:space="preserve">характеризовать </w:t>
      </w:r>
      <w:r>
        <w:rPr>
          <w:rStyle w:val="BodyTextChar1"/>
          <w:rFonts w:cs="Georgia"/>
        </w:rPr>
        <w:t>традиционные российские духовно-нрав</w:t>
      </w:r>
      <w:r>
        <w:rPr>
          <w:rStyle w:val="BodyTextChar1"/>
          <w:rFonts w:cs="Georgia"/>
        </w:rPr>
        <w:softHyphen/>
        <w:t>ственные ценности (в том числе защита человеческой жиз</w:t>
      </w:r>
      <w:r>
        <w:rPr>
          <w:rStyle w:val="BodyTextChar1"/>
          <w:rFonts w:cs="Georgia"/>
        </w:rPr>
        <w:softHyphen/>
        <w:t>ни, прав и свобод человека, гуманизм, милосердие); мораль</w:t>
      </w:r>
      <w:r>
        <w:rPr>
          <w:rStyle w:val="BodyTextChar1"/>
          <w:rFonts w:cs="Georgia"/>
        </w:rPr>
        <w:softHyphen/>
        <w:t>ные нормы и их роль в жизни общества;</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48" w:name="bookmark2973"/>
      <w:bookmarkEnd w:id="248"/>
      <w:r>
        <w:rPr>
          <w:rStyle w:val="BodyTextChar1"/>
          <w:rFonts w:cs="Georgia"/>
          <w:b/>
          <w:bCs/>
        </w:rPr>
        <w:t xml:space="preserve">приводить примеры </w:t>
      </w:r>
      <w:r>
        <w:rPr>
          <w:rStyle w:val="BodyTextChar1"/>
          <w:rFonts w:cs="Georgia"/>
        </w:rPr>
        <w:t>гражданственности и патриотизма; си</w:t>
      </w:r>
      <w:r>
        <w:rPr>
          <w:rStyle w:val="BodyTextChar1"/>
          <w:rFonts w:cs="Georgia"/>
        </w:rPr>
        <w:softHyphen/>
        <w:t>туаций морального выбора; ситуаций, регулируемых раз</w:t>
      </w:r>
      <w:r>
        <w:rPr>
          <w:rStyle w:val="BodyTextChar1"/>
          <w:rFonts w:cs="Georgia"/>
        </w:rPr>
        <w:softHyphen/>
        <w:t>личными видами социальных норм;</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49" w:name="bookmark2974"/>
      <w:bookmarkEnd w:id="249"/>
      <w:r>
        <w:rPr>
          <w:rStyle w:val="BodyTextChar1"/>
          <w:rFonts w:cs="Georgia"/>
          <w:b/>
          <w:bCs/>
        </w:rPr>
        <w:t xml:space="preserve">классифицировать </w:t>
      </w:r>
      <w:r>
        <w:rPr>
          <w:rStyle w:val="BodyTextChar1"/>
          <w:rFonts w:cs="Georgia"/>
        </w:rPr>
        <w:t>социальные нормы, их существенные признаки и элементы;</w:t>
      </w:r>
    </w:p>
    <w:p w:rsidR="00F44E79" w:rsidRDefault="00F44E79" w:rsidP="00E5323B">
      <w:pPr>
        <w:pStyle w:val="BodyText"/>
        <w:numPr>
          <w:ilvl w:val="0"/>
          <w:numId w:val="24"/>
        </w:numPr>
        <w:tabs>
          <w:tab w:val="left" w:pos="327"/>
        </w:tabs>
        <w:spacing w:after="60" w:line="266" w:lineRule="auto"/>
        <w:ind w:firstLine="0"/>
        <w:jc w:val="both"/>
        <w:rPr>
          <w:color w:val="auto"/>
          <w:sz w:val="24"/>
          <w:szCs w:val="24"/>
        </w:rPr>
      </w:pPr>
      <w:bookmarkStart w:id="250" w:name="bookmark2975"/>
      <w:bookmarkEnd w:id="250"/>
      <w:r>
        <w:rPr>
          <w:rStyle w:val="BodyTextChar1"/>
          <w:rFonts w:cs="Georgia"/>
          <w:b/>
          <w:bCs/>
        </w:rPr>
        <w:t xml:space="preserve">сравнивать </w:t>
      </w:r>
      <w:r>
        <w:rPr>
          <w:rStyle w:val="BodyTextChar1"/>
          <w:rFonts w:cs="Georgia"/>
        </w:rPr>
        <w:t>отдельные виды социальных норм;</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1" w:name="bookmark2976"/>
      <w:bookmarkEnd w:id="251"/>
      <w:r>
        <w:rPr>
          <w:rStyle w:val="BodyTextChar1"/>
          <w:rFonts w:cs="Georgia"/>
          <w:b/>
          <w:bCs/>
        </w:rPr>
        <w:t xml:space="preserve">устанавливать и объяснять </w:t>
      </w:r>
      <w:r>
        <w:rPr>
          <w:rStyle w:val="BodyTextChar1"/>
          <w:rFonts w:cs="Georgia"/>
        </w:rPr>
        <w:t>влияние социальных норм на общество и человека;</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2" w:name="bookmark2977"/>
      <w:bookmarkEnd w:id="252"/>
      <w:r>
        <w:rPr>
          <w:rStyle w:val="BodyTextChar1"/>
          <w:rFonts w:cs="Georgia"/>
          <w:b/>
          <w:bCs/>
        </w:rPr>
        <w:t xml:space="preserve">использовать </w:t>
      </w:r>
      <w:r>
        <w:rPr>
          <w:rStyle w:val="BodyTextChar1"/>
          <w:rFonts w:cs="Georgia"/>
        </w:rPr>
        <w:t>полученные знания для объяснения (устного и письменного) сущности социальных норм;</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3" w:name="bookmark2978"/>
      <w:bookmarkEnd w:id="253"/>
      <w:r>
        <w:rPr>
          <w:rStyle w:val="BodyTextChar1"/>
          <w:rFonts w:cs="Georgia"/>
          <w:b/>
          <w:bCs/>
        </w:rPr>
        <w:t xml:space="preserve">определять и аргументировать </w:t>
      </w:r>
      <w:r>
        <w:rPr>
          <w:rStyle w:val="BodyTextChar1"/>
          <w:rFonts w:cs="Georgia"/>
        </w:rPr>
        <w:t>с опорой на обществоведче</w:t>
      </w:r>
      <w:r>
        <w:rPr>
          <w:rStyle w:val="BodyTextChar1"/>
          <w:rFonts w:cs="Georgia"/>
        </w:rPr>
        <w:softHyphen/>
        <w:t>ские знания, факты общественной жизни и личный социаль</w:t>
      </w:r>
      <w:r>
        <w:rPr>
          <w:rStyle w:val="BodyTextChar1"/>
          <w:rFonts w:cs="Georgia"/>
        </w:rPr>
        <w:softHyphen/>
        <w:t>ный опыт своё отношение к явлениям социальной действи</w:t>
      </w:r>
      <w:r>
        <w:rPr>
          <w:rStyle w:val="BodyTextChar1"/>
          <w:rFonts w:cs="Georgia"/>
        </w:rPr>
        <w:softHyphen/>
        <w:t>тельности с точки зрения социальных ценностей; к социаль</w:t>
      </w:r>
      <w:r>
        <w:rPr>
          <w:rStyle w:val="BodyTextChar1"/>
          <w:rFonts w:cs="Georgia"/>
        </w:rPr>
        <w:softHyphen/>
        <w:t>ным нормам как регуляторам общественной жизни и поведения человека в обществе;</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4" w:name="bookmark2979"/>
      <w:bookmarkEnd w:id="254"/>
      <w:r>
        <w:rPr>
          <w:rStyle w:val="BodyTextChar1"/>
          <w:rFonts w:cs="Georgia"/>
          <w:b/>
          <w:bCs/>
        </w:rPr>
        <w:t xml:space="preserve">решать </w:t>
      </w:r>
      <w:r>
        <w:rPr>
          <w:rStyle w:val="BodyTextChar1"/>
          <w:rFonts w:cs="Georgia"/>
        </w:rPr>
        <w:t>познавательные и практические задачи, отражаю</w:t>
      </w:r>
      <w:r>
        <w:rPr>
          <w:rStyle w:val="BodyTextChar1"/>
          <w:rFonts w:cs="Georgia"/>
        </w:rPr>
        <w:softHyphen/>
        <w:t>щие действие социальных норм как регуляторов обществен</w:t>
      </w:r>
      <w:r>
        <w:rPr>
          <w:rStyle w:val="BodyTextChar1"/>
          <w:rFonts w:cs="Georgia"/>
        </w:rPr>
        <w:softHyphen/>
        <w:t>ной жизни и поведения человека;</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5" w:name="bookmark2980"/>
      <w:bookmarkEnd w:id="255"/>
      <w:r>
        <w:rPr>
          <w:rStyle w:val="BodyTextChar1"/>
          <w:rFonts w:cs="Georgia"/>
          <w:b/>
          <w:bCs/>
        </w:rPr>
        <w:t xml:space="preserve">овладевать </w:t>
      </w:r>
      <w:r>
        <w:rPr>
          <w:rStyle w:val="BodyTextChar1"/>
          <w:rFonts w:cs="Georgia"/>
        </w:rPr>
        <w:t>смысловым чтением текстов обществоведческой тематики, касающихся гуманизма, гражданственности, па</w:t>
      </w:r>
      <w:r>
        <w:rPr>
          <w:rStyle w:val="BodyTextChar1"/>
          <w:rFonts w:cs="Georgia"/>
        </w:rPr>
        <w:softHyphen/>
        <w:t>триотизма;</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6" w:name="bookmark2981"/>
      <w:bookmarkEnd w:id="256"/>
      <w:r>
        <w:rPr>
          <w:rStyle w:val="BodyTextChar1"/>
          <w:rFonts w:cs="Georgia"/>
          <w:b/>
          <w:bCs/>
        </w:rPr>
        <w:t xml:space="preserve">извлекать </w:t>
      </w:r>
      <w:r>
        <w:rPr>
          <w:rStyle w:val="BodyTextChar1"/>
          <w:rFonts w:cs="Georgia"/>
        </w:rPr>
        <w:t>информацию из разных источников о принципах и нормах морали, проблеме морального выбора;</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7" w:name="bookmark2982"/>
      <w:bookmarkEnd w:id="257"/>
      <w:r>
        <w:rPr>
          <w:rStyle w:val="BodyTextChar1"/>
          <w:rFonts w:cs="Georgia"/>
          <w:b/>
          <w:bCs/>
        </w:rPr>
        <w:t xml:space="preserve">анализировать, обобщать, систематизировать, оценивать </w:t>
      </w:r>
      <w:r>
        <w:rPr>
          <w:rStyle w:val="BodyTextChar1"/>
          <w:rFonts w:cs="Georgia"/>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BodyTextChar1"/>
          <w:rFonts w:cs="Georgia"/>
        </w:rPr>
        <w:softHyphen/>
        <w:t>вовом регулировании поведения человека;</w:t>
      </w:r>
    </w:p>
    <w:p w:rsidR="00F44E79" w:rsidRDefault="00F44E79" w:rsidP="00E5323B">
      <w:pPr>
        <w:pStyle w:val="BodyText"/>
        <w:numPr>
          <w:ilvl w:val="0"/>
          <w:numId w:val="24"/>
        </w:numPr>
        <w:tabs>
          <w:tab w:val="left" w:pos="327"/>
        </w:tabs>
        <w:spacing w:line="266" w:lineRule="auto"/>
        <w:ind w:left="300" w:hanging="300"/>
        <w:jc w:val="both"/>
        <w:rPr>
          <w:color w:val="auto"/>
          <w:sz w:val="24"/>
          <w:szCs w:val="24"/>
        </w:rPr>
      </w:pPr>
      <w:bookmarkStart w:id="258" w:name="bookmark2983"/>
      <w:bookmarkEnd w:id="258"/>
      <w:r>
        <w:rPr>
          <w:rStyle w:val="BodyTextChar1"/>
          <w:rFonts w:cs="Georgia"/>
          <w:b/>
          <w:bCs/>
        </w:rPr>
        <w:t xml:space="preserve">оценивать </w:t>
      </w:r>
      <w:r>
        <w:rPr>
          <w:rStyle w:val="BodyTextChar1"/>
          <w:rFonts w:cs="Georgia"/>
        </w:rPr>
        <w:t>собственные поступки, поведение людей с точки зрения их соответствия нормам морали;</w:t>
      </w:r>
    </w:p>
    <w:p w:rsidR="00F44E79" w:rsidRDefault="00F44E79" w:rsidP="00E5323B">
      <w:pPr>
        <w:pStyle w:val="BodyText"/>
        <w:numPr>
          <w:ilvl w:val="0"/>
          <w:numId w:val="24"/>
        </w:numPr>
        <w:tabs>
          <w:tab w:val="left" w:pos="327"/>
        </w:tabs>
        <w:spacing w:after="60" w:line="266" w:lineRule="auto"/>
        <w:ind w:left="300" w:hanging="300"/>
        <w:jc w:val="both"/>
        <w:rPr>
          <w:color w:val="auto"/>
          <w:sz w:val="24"/>
          <w:szCs w:val="24"/>
        </w:rPr>
      </w:pPr>
      <w:bookmarkStart w:id="259" w:name="bookmark2984"/>
      <w:bookmarkEnd w:id="259"/>
      <w:r>
        <w:rPr>
          <w:rStyle w:val="BodyTextChar1"/>
          <w:rFonts w:cs="Georgia"/>
          <w:b/>
          <w:bCs/>
        </w:rPr>
        <w:t xml:space="preserve">использовать </w:t>
      </w:r>
      <w:r>
        <w:rPr>
          <w:rStyle w:val="BodyTextChar1"/>
          <w:rFonts w:cs="Georgia"/>
        </w:rPr>
        <w:t>полученные знания о социальных нормах в по</w:t>
      </w:r>
      <w:r>
        <w:rPr>
          <w:rStyle w:val="BodyTextChar1"/>
          <w:rFonts w:cs="Georgia"/>
        </w:rPr>
        <w:softHyphen/>
        <w:t>вседневной жизни;</w:t>
      </w:r>
    </w:p>
    <w:p w:rsidR="00F44E79" w:rsidRDefault="00F44E79" w:rsidP="00E5323B">
      <w:pPr>
        <w:pStyle w:val="BodyText"/>
        <w:numPr>
          <w:ilvl w:val="0"/>
          <w:numId w:val="24"/>
        </w:numPr>
        <w:tabs>
          <w:tab w:val="left" w:pos="327"/>
        </w:tabs>
        <w:spacing w:line="276" w:lineRule="auto"/>
        <w:ind w:left="280" w:hanging="280"/>
        <w:jc w:val="both"/>
        <w:rPr>
          <w:color w:val="auto"/>
          <w:sz w:val="24"/>
          <w:szCs w:val="24"/>
        </w:rPr>
      </w:pPr>
      <w:bookmarkStart w:id="260" w:name="bookmark2985"/>
      <w:bookmarkEnd w:id="260"/>
      <w:r>
        <w:rPr>
          <w:rStyle w:val="BodyTextChar1"/>
          <w:rFonts w:cs="Georgia"/>
        </w:rPr>
        <w:t xml:space="preserve">самостоятельно </w:t>
      </w:r>
      <w:r>
        <w:rPr>
          <w:rStyle w:val="BodyTextChar1"/>
          <w:rFonts w:cs="Georgia"/>
          <w:b/>
          <w:bCs/>
        </w:rPr>
        <w:t xml:space="preserve">заполнять </w:t>
      </w:r>
      <w:r>
        <w:rPr>
          <w:rStyle w:val="BodyTextChar1"/>
          <w:rFonts w:cs="Georgia"/>
        </w:rPr>
        <w:t>форму (в том числе электронную) и составлять простейший документ (заявление);</w:t>
      </w:r>
    </w:p>
    <w:p w:rsidR="00F44E79" w:rsidRDefault="00F44E79" w:rsidP="00E5323B">
      <w:pPr>
        <w:pStyle w:val="BodyText"/>
        <w:numPr>
          <w:ilvl w:val="0"/>
          <w:numId w:val="24"/>
        </w:numPr>
        <w:tabs>
          <w:tab w:val="left" w:pos="327"/>
        </w:tabs>
        <w:spacing w:after="60" w:line="276" w:lineRule="auto"/>
        <w:ind w:left="280" w:hanging="280"/>
        <w:jc w:val="both"/>
        <w:rPr>
          <w:color w:val="auto"/>
          <w:sz w:val="24"/>
          <w:szCs w:val="24"/>
        </w:rPr>
      </w:pPr>
      <w:bookmarkStart w:id="261" w:name="bookmark2986"/>
      <w:bookmarkEnd w:id="261"/>
      <w:r>
        <w:rPr>
          <w:rStyle w:val="BodyTextChar1"/>
          <w:rFonts w:cs="Georgia"/>
          <w:b/>
          <w:bCs/>
        </w:rPr>
        <w:t xml:space="preserve">осуществлять </w:t>
      </w:r>
      <w:r>
        <w:rPr>
          <w:rStyle w:val="BodyTextChar1"/>
          <w:rFonts w:cs="Georgia"/>
        </w:rPr>
        <w:t>совместную деятельность, включая взаимо</w:t>
      </w:r>
      <w:r>
        <w:rPr>
          <w:rStyle w:val="BodyTextChar1"/>
          <w:rFonts w:cs="Georgia"/>
        </w:rPr>
        <w:softHyphen/>
        <w:t>действие с людьми другой культуры, национальной и ре</w:t>
      </w:r>
      <w:r>
        <w:rPr>
          <w:rStyle w:val="BodyTextChar1"/>
          <w:rFonts w:cs="Georgia"/>
        </w:rPr>
        <w:softHyphen/>
        <w:t>лигиозной принадлежности на основе гуманистических ценностей, взаимопонимания между людьми разных куль</w:t>
      </w:r>
      <w:r>
        <w:rPr>
          <w:rStyle w:val="BodyTextChar1"/>
          <w:rFonts w:cs="Georgia"/>
        </w:rPr>
        <w:softHyphen/>
        <w:t>тур.</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как участник правовых отношений</w:t>
      </w:r>
    </w:p>
    <w:p w:rsidR="00F44E79" w:rsidRDefault="00F44E79" w:rsidP="00E5323B">
      <w:pPr>
        <w:pStyle w:val="BodyText"/>
        <w:numPr>
          <w:ilvl w:val="0"/>
          <w:numId w:val="24"/>
        </w:numPr>
        <w:tabs>
          <w:tab w:val="left" w:pos="327"/>
        </w:tabs>
        <w:ind w:left="280" w:hanging="280"/>
        <w:jc w:val="both"/>
        <w:rPr>
          <w:color w:val="auto"/>
          <w:sz w:val="24"/>
          <w:szCs w:val="24"/>
        </w:rPr>
      </w:pPr>
      <w:bookmarkStart w:id="262" w:name="bookmark2987"/>
      <w:bookmarkEnd w:id="262"/>
      <w:r>
        <w:rPr>
          <w:rStyle w:val="BodyTextChar1"/>
          <w:rFonts w:cs="Georgia"/>
          <w:b/>
          <w:bCs/>
        </w:rPr>
        <w:t xml:space="preserve">осваивать и применять знания </w:t>
      </w:r>
      <w:r>
        <w:rPr>
          <w:rStyle w:val="BodyTextChar1"/>
          <w:rFonts w:cs="Georgia"/>
        </w:rPr>
        <w:t>о сущности права, о право</w:t>
      </w:r>
      <w:r>
        <w:rPr>
          <w:rStyle w:val="BodyTextChar1"/>
          <w:rFonts w:cs="Georgia"/>
        </w:rPr>
        <w:softHyphen/>
        <w:t>отношении как социальном и юридическом явлении; право</w:t>
      </w:r>
      <w:r>
        <w:rPr>
          <w:rStyle w:val="BodyTextChar1"/>
          <w:rFonts w:cs="Georgia"/>
        </w:rPr>
        <w:softHyphen/>
        <w:t>вых нормах, регулирующих типичные для несовершенно</w:t>
      </w:r>
      <w:r>
        <w:rPr>
          <w:rStyle w:val="BodyTextChar1"/>
          <w:rFonts w:cs="Georgia"/>
        </w:rPr>
        <w:softHyphen/>
        <w:t>летнего и членов его семьи общественные отношения; право</w:t>
      </w:r>
      <w:r>
        <w:rPr>
          <w:rStyle w:val="BodyTextChar1"/>
          <w:rFonts w:cs="Georgia"/>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F44E79" w:rsidRDefault="00F44E79" w:rsidP="00E5323B">
      <w:pPr>
        <w:pStyle w:val="BodyText"/>
        <w:numPr>
          <w:ilvl w:val="0"/>
          <w:numId w:val="24"/>
        </w:numPr>
        <w:tabs>
          <w:tab w:val="left" w:pos="327"/>
        </w:tabs>
        <w:ind w:left="280" w:hanging="280"/>
        <w:jc w:val="both"/>
        <w:rPr>
          <w:color w:val="auto"/>
          <w:sz w:val="24"/>
          <w:szCs w:val="24"/>
        </w:rPr>
      </w:pPr>
      <w:bookmarkStart w:id="263" w:name="bookmark2988"/>
      <w:bookmarkEnd w:id="263"/>
      <w:r>
        <w:rPr>
          <w:rStyle w:val="BodyTextChar1"/>
          <w:rFonts w:cs="Georgia"/>
          <w:b/>
          <w:bCs/>
        </w:rPr>
        <w:t xml:space="preserve">характеризовать </w:t>
      </w:r>
      <w:r>
        <w:rPr>
          <w:rStyle w:val="BodyTextChar1"/>
          <w:rFonts w:cs="Georgia"/>
        </w:rPr>
        <w:t>право как регулятор общественных отно</w:t>
      </w:r>
      <w:r>
        <w:rPr>
          <w:rStyle w:val="BodyTextChar1"/>
          <w:rFonts w:cs="Georgia"/>
        </w:rPr>
        <w:softHyphen/>
        <w:t>шений, конституционные права и обязанности гражданина Российской Федерации, права ребёнка в Российской Феде</w:t>
      </w:r>
      <w:r>
        <w:rPr>
          <w:rStyle w:val="BodyTextChar1"/>
          <w:rFonts w:cs="Georgia"/>
        </w:rPr>
        <w:softHyphen/>
        <w:t>рации;</w:t>
      </w:r>
    </w:p>
    <w:p w:rsidR="00F44E79" w:rsidRDefault="00F44E79" w:rsidP="00E5323B">
      <w:pPr>
        <w:pStyle w:val="BodyText"/>
        <w:numPr>
          <w:ilvl w:val="0"/>
          <w:numId w:val="24"/>
        </w:numPr>
        <w:tabs>
          <w:tab w:val="left" w:pos="327"/>
        </w:tabs>
        <w:ind w:left="280" w:hanging="280"/>
        <w:jc w:val="both"/>
        <w:rPr>
          <w:color w:val="auto"/>
          <w:sz w:val="24"/>
          <w:szCs w:val="24"/>
        </w:rPr>
      </w:pPr>
      <w:bookmarkStart w:id="264" w:name="bookmark2989"/>
      <w:bookmarkEnd w:id="264"/>
      <w:r>
        <w:rPr>
          <w:rStyle w:val="BodyTextChar1"/>
          <w:rFonts w:cs="Georgia"/>
          <w:b/>
          <w:bCs/>
        </w:rPr>
        <w:t xml:space="preserve">приводить примеры </w:t>
      </w:r>
      <w:r>
        <w:rPr>
          <w:rStyle w:val="BodyTextChar1"/>
          <w:rFonts w:cs="Georgia"/>
        </w:rPr>
        <w:t>и моделировать ситуации, в которых возникают правоотношения, и ситуации, связанные с право</w:t>
      </w:r>
      <w:r>
        <w:rPr>
          <w:rStyle w:val="BodyTextChar1"/>
          <w:rFonts w:cs="Georgia"/>
        </w:rPr>
        <w:softHyphen/>
        <w:t>нарушениями и наступлением юридической ответственно</w:t>
      </w:r>
      <w:r>
        <w:rPr>
          <w:rStyle w:val="BodyTextChar1"/>
          <w:rFonts w:cs="Georgia"/>
        </w:rPr>
        <w:softHyphen/>
        <w:t>сти; способы защиты прав ребёнка в Российской Федерации; примеры, поясняющие опасность правонарушений для лич</w:t>
      </w:r>
      <w:r>
        <w:rPr>
          <w:rStyle w:val="BodyTextChar1"/>
          <w:rFonts w:cs="Georgia"/>
        </w:rPr>
        <w:softHyphen/>
        <w:t>ности и общества;</w:t>
      </w:r>
    </w:p>
    <w:p w:rsidR="00F44E79" w:rsidRDefault="00F44E79" w:rsidP="00E5323B">
      <w:pPr>
        <w:pStyle w:val="BodyText"/>
        <w:numPr>
          <w:ilvl w:val="0"/>
          <w:numId w:val="24"/>
        </w:numPr>
        <w:tabs>
          <w:tab w:val="left" w:pos="327"/>
        </w:tabs>
        <w:ind w:left="280" w:hanging="280"/>
        <w:jc w:val="both"/>
        <w:rPr>
          <w:color w:val="auto"/>
          <w:sz w:val="24"/>
          <w:szCs w:val="24"/>
        </w:rPr>
      </w:pPr>
      <w:bookmarkStart w:id="265" w:name="bookmark2990"/>
      <w:bookmarkEnd w:id="265"/>
      <w:r>
        <w:rPr>
          <w:rStyle w:val="BodyTextChar1"/>
          <w:rFonts w:cs="Georgia"/>
          <w:b/>
          <w:bCs/>
        </w:rPr>
        <w:t xml:space="preserve">классифицировать </w:t>
      </w:r>
      <w:r>
        <w:rPr>
          <w:rStyle w:val="BodyTextChar1"/>
          <w:rFonts w:cs="Georgia"/>
        </w:rPr>
        <w:t>по разным признакам (в том числе уста</w:t>
      </w:r>
      <w:r>
        <w:rPr>
          <w:rStyle w:val="BodyTextChar1"/>
          <w:rFonts w:cs="Georgia"/>
        </w:rPr>
        <w:softHyphen/>
        <w:t>навливать существенный признак классификации) нормы права, выделяя существенные признаки;</w:t>
      </w:r>
    </w:p>
    <w:p w:rsidR="00F44E79" w:rsidRDefault="00F44E79" w:rsidP="00E5323B">
      <w:pPr>
        <w:pStyle w:val="BodyText"/>
        <w:numPr>
          <w:ilvl w:val="0"/>
          <w:numId w:val="24"/>
        </w:numPr>
        <w:tabs>
          <w:tab w:val="left" w:pos="327"/>
        </w:tabs>
        <w:ind w:left="280" w:hanging="280"/>
        <w:jc w:val="both"/>
        <w:rPr>
          <w:color w:val="auto"/>
          <w:sz w:val="24"/>
          <w:szCs w:val="24"/>
        </w:rPr>
      </w:pPr>
      <w:bookmarkStart w:id="266" w:name="bookmark2991"/>
      <w:bookmarkEnd w:id="266"/>
      <w:r>
        <w:rPr>
          <w:rStyle w:val="BodyTextChar1"/>
          <w:rFonts w:cs="Georgia"/>
          <w:b/>
          <w:bCs/>
        </w:rPr>
        <w:t xml:space="preserve">сравнивать </w:t>
      </w:r>
      <w:r>
        <w:rPr>
          <w:rStyle w:val="BodyTextChar1"/>
          <w:rFonts w:cs="Georgia"/>
        </w:rPr>
        <w:t>(в том числе устанавливать основания для срав</w:t>
      </w:r>
      <w:r>
        <w:rPr>
          <w:rStyle w:val="BodyTextChar1"/>
          <w:rFonts w:cs="Georgia"/>
        </w:rPr>
        <w:softHyphen/>
        <w:t>нения) проступок и преступление, дееспособность малолет</w:t>
      </w:r>
      <w:r>
        <w:rPr>
          <w:rStyle w:val="BodyTextChar1"/>
          <w:rFonts w:cs="Georgia"/>
        </w:rPr>
        <w:softHyphen/>
        <w:t>них в возрасте от 6 до 14 лет и несовершеннолетних в воз</w:t>
      </w:r>
      <w:r>
        <w:rPr>
          <w:rStyle w:val="BodyTextChar1"/>
          <w:rFonts w:cs="Georgia"/>
        </w:rPr>
        <w:softHyphen/>
        <w:t>расте от 14 до 18 лет;</w:t>
      </w:r>
    </w:p>
    <w:p w:rsidR="00F44E79" w:rsidRDefault="00F44E79" w:rsidP="00E5323B">
      <w:pPr>
        <w:pStyle w:val="BodyText"/>
        <w:numPr>
          <w:ilvl w:val="0"/>
          <w:numId w:val="24"/>
        </w:numPr>
        <w:tabs>
          <w:tab w:val="left" w:pos="327"/>
        </w:tabs>
        <w:ind w:left="280" w:hanging="280"/>
        <w:jc w:val="both"/>
        <w:rPr>
          <w:color w:val="auto"/>
          <w:sz w:val="24"/>
          <w:szCs w:val="24"/>
        </w:rPr>
      </w:pPr>
      <w:bookmarkStart w:id="267" w:name="bookmark2992"/>
      <w:bookmarkEnd w:id="267"/>
      <w:r>
        <w:rPr>
          <w:rStyle w:val="BodyTextChar1"/>
          <w:rFonts w:cs="Georgia"/>
          <w:b/>
          <w:bCs/>
        </w:rPr>
        <w:t xml:space="preserve">устанавливать и объяснять </w:t>
      </w:r>
      <w:r>
        <w:rPr>
          <w:rStyle w:val="BodyTextChar1"/>
          <w:rFonts w:cs="Georgia"/>
        </w:rPr>
        <w:t>взаимосвязи, включая взаимо</w:t>
      </w:r>
      <w:r>
        <w:rPr>
          <w:rStyle w:val="BodyTextChar1"/>
          <w:rFonts w:cs="Georgia"/>
        </w:rPr>
        <w:softHyphen/>
        <w:t>действия гражданина и государства, между правовым пове</w:t>
      </w:r>
      <w:r>
        <w:rPr>
          <w:rStyle w:val="BodyTextChar1"/>
          <w:rFonts w:cs="Georgia"/>
        </w:rPr>
        <w:softHyphen/>
        <w:t>дением и культурой личности; между особенностями дееспо</w:t>
      </w:r>
      <w:r>
        <w:rPr>
          <w:rStyle w:val="BodyTextChar1"/>
          <w:rFonts w:cs="Georgia"/>
        </w:rPr>
        <w:softHyphen/>
        <w:t>собности несовершеннолетнего и его юридической ответ</w:t>
      </w:r>
      <w:r>
        <w:rPr>
          <w:rStyle w:val="BodyTextChar1"/>
          <w:rFonts w:cs="Georgia"/>
        </w:rPr>
        <w:softHyphen/>
        <w:t>ственностью;</w:t>
      </w:r>
    </w:p>
    <w:p w:rsidR="00F44E79" w:rsidRDefault="00F44E79" w:rsidP="00E5323B">
      <w:pPr>
        <w:pStyle w:val="BodyText"/>
        <w:numPr>
          <w:ilvl w:val="0"/>
          <w:numId w:val="24"/>
        </w:numPr>
        <w:tabs>
          <w:tab w:val="left" w:pos="327"/>
        </w:tabs>
        <w:ind w:left="280" w:hanging="280"/>
        <w:jc w:val="both"/>
        <w:rPr>
          <w:color w:val="auto"/>
          <w:sz w:val="24"/>
          <w:szCs w:val="24"/>
        </w:rPr>
      </w:pPr>
      <w:bookmarkStart w:id="268" w:name="bookmark2993"/>
      <w:bookmarkEnd w:id="268"/>
      <w:r>
        <w:rPr>
          <w:rStyle w:val="BodyTextChar1"/>
          <w:rFonts w:cs="Georgia"/>
          <w:b/>
          <w:bCs/>
        </w:rPr>
        <w:t xml:space="preserve">использовать </w:t>
      </w:r>
      <w:r>
        <w:rPr>
          <w:rStyle w:val="BodyTextChar1"/>
          <w:rFonts w:cs="Georgia"/>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BodyTextChar1"/>
          <w:rFonts w:cs="Georgia"/>
        </w:rPr>
        <w:softHyphen/>
        <w:t>ствие коррупции, различий между правомерным и противо</w:t>
      </w:r>
      <w:r>
        <w:rPr>
          <w:rStyle w:val="BodyTextChar1"/>
          <w:rFonts w:cs="Georgia"/>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69" w:name="bookmark2994"/>
      <w:bookmarkEnd w:id="269"/>
      <w:r>
        <w:rPr>
          <w:rStyle w:val="BodyTextChar1"/>
          <w:rFonts w:cs="Georgia"/>
          <w:b/>
          <w:bCs/>
        </w:rPr>
        <w:t xml:space="preserve">определять и аргументировать </w:t>
      </w:r>
      <w:r>
        <w:rPr>
          <w:rStyle w:val="BodyTextChar1"/>
          <w:rFonts w:cs="Georgia"/>
        </w:rPr>
        <w:t>с опорой на обществоведче</w:t>
      </w:r>
      <w:r>
        <w:rPr>
          <w:rStyle w:val="BodyTextChar1"/>
          <w:rFonts w:cs="Georgia"/>
        </w:rPr>
        <w:softHyphen/>
        <w:t>ские знания, факты общественной жизни и личный социаль</w:t>
      </w:r>
      <w:r>
        <w:rPr>
          <w:rStyle w:val="BodyTextChar1"/>
          <w:rFonts w:cs="Georgia"/>
        </w:rPr>
        <w:softHyphen/>
        <w:t>ный опыт своё отношение к роли правовых норм как регу</w:t>
      </w:r>
      <w:r>
        <w:rPr>
          <w:rStyle w:val="BodyTextChar1"/>
          <w:rFonts w:cs="Georgia"/>
        </w:rPr>
        <w:softHyphen/>
        <w:t>ляторов общественной жизни и поведения человека;</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70" w:name="bookmark2995"/>
      <w:bookmarkEnd w:id="270"/>
      <w:r>
        <w:rPr>
          <w:rStyle w:val="BodyTextChar1"/>
          <w:rFonts w:cs="Georgia"/>
          <w:b/>
          <w:bCs/>
        </w:rPr>
        <w:t xml:space="preserve">решать </w:t>
      </w:r>
      <w:r>
        <w:rPr>
          <w:rStyle w:val="BodyTextChar1"/>
          <w:rFonts w:cs="Georgia"/>
        </w:rPr>
        <w:t>познавательные и практические задачи, отражаю</w:t>
      </w:r>
      <w:r>
        <w:rPr>
          <w:rStyle w:val="BodyTextChar1"/>
          <w:rFonts w:cs="Georgia"/>
        </w:rPr>
        <w:softHyphen/>
        <w:t>щие действие правовых норм как регуляторов общественной жизни и поведения человека, анализировать жизненные си</w:t>
      </w:r>
      <w:r>
        <w:rPr>
          <w:rStyle w:val="BodyTextChar1"/>
          <w:rFonts w:cs="Georgia"/>
        </w:rPr>
        <w:softHyphen/>
        <w:t>туации и принимать решения, связанные с исполнением ти</w:t>
      </w:r>
      <w:r>
        <w:rPr>
          <w:rStyle w:val="BodyTextChar1"/>
          <w:rFonts w:cs="Georgia"/>
        </w:rPr>
        <w:softHyphen/>
        <w:t>пичных для несовершеннолетнего социальных ролей (члена семьи, учащегося, члена ученической общественной органи</w:t>
      </w:r>
      <w:r>
        <w:rPr>
          <w:rStyle w:val="BodyTextChar1"/>
          <w:rFonts w:cs="Georgia"/>
        </w:rPr>
        <w:softHyphen/>
        <w:t>зации);</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71" w:name="bookmark2996"/>
      <w:bookmarkEnd w:id="271"/>
      <w:r>
        <w:rPr>
          <w:rStyle w:val="BodyTextChar1"/>
          <w:rFonts w:cs="Georgia"/>
          <w:b/>
          <w:bCs/>
        </w:rPr>
        <w:t xml:space="preserve">овладевать </w:t>
      </w:r>
      <w:r>
        <w:rPr>
          <w:rStyle w:val="BodyTextChar1"/>
          <w:rFonts w:cs="Georgia"/>
        </w:rPr>
        <w:t>смысловым чтением текстов обществоведческой тематики: отбирать информацию из фрагментов Конститу</w:t>
      </w:r>
      <w:r>
        <w:rPr>
          <w:rStyle w:val="BodyTextChar1"/>
          <w:rFonts w:cs="Georgia"/>
        </w:rPr>
        <w:softHyphen/>
        <w:t>ции Российской Федерации и других нормативных право</w:t>
      </w:r>
      <w:r>
        <w:rPr>
          <w:rStyle w:val="BodyTextChar1"/>
          <w:rFonts w:cs="Georgia"/>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72" w:name="bookmark2997"/>
      <w:bookmarkEnd w:id="272"/>
      <w:r>
        <w:rPr>
          <w:rStyle w:val="BodyTextChar1"/>
          <w:rFonts w:cs="Georgia"/>
          <w:b/>
          <w:bCs/>
        </w:rPr>
        <w:t xml:space="preserve">искать и извлекать </w:t>
      </w:r>
      <w:r>
        <w:rPr>
          <w:rStyle w:val="BodyTextChar1"/>
          <w:rFonts w:cs="Georgia"/>
        </w:rPr>
        <w:t>информацию о сущности права и значе</w:t>
      </w:r>
      <w:r>
        <w:rPr>
          <w:rStyle w:val="BodyTextChar1"/>
          <w:rFonts w:cs="Georgia"/>
        </w:rPr>
        <w:softHyphen/>
        <w:t>нии правовых норм, о правовой культуре, о гарантиях и за</w:t>
      </w:r>
      <w:r>
        <w:rPr>
          <w:rStyle w:val="BodyTextChar1"/>
          <w:rFonts w:cs="Georgia"/>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BodyTextChar1"/>
          <w:rFonts w:cs="Georgia"/>
        </w:rPr>
        <w:softHyphen/>
        <w:t>лов) и публикаций СМИ с соблюдением правил информаци</w:t>
      </w:r>
      <w:r>
        <w:rPr>
          <w:rStyle w:val="BodyTextChar1"/>
          <w:rFonts w:cs="Georgia"/>
        </w:rPr>
        <w:softHyphen/>
        <w:t>онной безопасности при работе в Интернете;</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73" w:name="bookmark2998"/>
      <w:bookmarkEnd w:id="273"/>
      <w:r>
        <w:rPr>
          <w:rStyle w:val="BodyTextChar1"/>
          <w:rFonts w:cs="Georgia"/>
          <w:b/>
          <w:bCs/>
        </w:rPr>
        <w:t xml:space="preserve">анализировать, обобщать, систематизировать, оценивать </w:t>
      </w:r>
      <w:r>
        <w:rPr>
          <w:rStyle w:val="BodyTextChar1"/>
          <w:rFonts w:cs="Georgia"/>
        </w:rPr>
        <w:t>со</w:t>
      </w:r>
      <w:r>
        <w:rPr>
          <w:rStyle w:val="BodyTextChar1"/>
          <w:rFonts w:cs="Georgia"/>
        </w:rPr>
        <w:softHyphen/>
        <w:t>циальную информацию из адаптированных источников (в том числе учебных материалов) и публикаций СМИ, соот</w:t>
      </w:r>
      <w:r>
        <w:rPr>
          <w:rStyle w:val="BodyTextChar1"/>
          <w:rFonts w:cs="Georgia"/>
        </w:rPr>
        <w:softHyphen/>
        <w:t>носить её с собственными знаниями о правовом регулирова</w:t>
      </w:r>
      <w:r>
        <w:rPr>
          <w:rStyle w:val="BodyTextChar1"/>
          <w:rFonts w:cs="Georgia"/>
        </w:rPr>
        <w:softHyphen/>
        <w:t>нии поведения человека, личным социальным опытом; ис</w:t>
      </w:r>
      <w:r>
        <w:rPr>
          <w:rStyle w:val="BodyTextChar1"/>
          <w:rFonts w:cs="Georgia"/>
        </w:rPr>
        <w:softHyphen/>
        <w:t>пользуя обществоведческие знания, формулировать выводы, подкрепляя их аргументами;</w:t>
      </w:r>
    </w:p>
    <w:p w:rsidR="00F44E79" w:rsidRDefault="00F44E79" w:rsidP="00E5323B">
      <w:pPr>
        <w:pStyle w:val="BodyText"/>
        <w:numPr>
          <w:ilvl w:val="0"/>
          <w:numId w:val="24"/>
        </w:numPr>
        <w:tabs>
          <w:tab w:val="left" w:pos="327"/>
        </w:tabs>
        <w:spacing w:line="269" w:lineRule="auto"/>
        <w:ind w:left="280" w:hanging="280"/>
        <w:jc w:val="both"/>
        <w:rPr>
          <w:color w:val="auto"/>
          <w:sz w:val="24"/>
          <w:szCs w:val="24"/>
        </w:rPr>
      </w:pPr>
      <w:bookmarkStart w:id="274" w:name="bookmark2999"/>
      <w:bookmarkEnd w:id="274"/>
      <w:r>
        <w:rPr>
          <w:rStyle w:val="BodyTextChar1"/>
          <w:rFonts w:cs="Georgia"/>
          <w:b/>
          <w:bCs/>
        </w:rPr>
        <w:t xml:space="preserve">оценивать </w:t>
      </w:r>
      <w:r>
        <w:rPr>
          <w:rStyle w:val="BodyTextChar1"/>
          <w:rFonts w:cs="Georgia"/>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75" w:name="bookmark3000"/>
      <w:bookmarkEnd w:id="275"/>
      <w:r>
        <w:rPr>
          <w:rStyle w:val="BodyTextChar1"/>
          <w:rFonts w:cs="Georgia"/>
          <w:b/>
          <w:bCs/>
        </w:rPr>
        <w:t xml:space="preserve">использовать </w:t>
      </w:r>
      <w:r>
        <w:rPr>
          <w:rStyle w:val="BodyTextChar1"/>
          <w:rFonts w:cs="Georgia"/>
        </w:rPr>
        <w:t>полученные знания о праве и правовых нор</w:t>
      </w:r>
      <w:r>
        <w:rPr>
          <w:rStyle w:val="BodyTextChar1"/>
          <w:rFonts w:cs="Georgia"/>
        </w:rPr>
        <w:softHyphen/>
        <w:t>мах в практической деятельности (выполнять проблемные задания, индивидуальные и групповые проекты), в повсед</w:t>
      </w:r>
      <w:r>
        <w:rPr>
          <w:rStyle w:val="BodyTextChar1"/>
          <w:rFonts w:cs="Georgia"/>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BodyTextChar1"/>
          <w:rFonts w:cs="Georgia"/>
        </w:rPr>
        <w:softHyphen/>
        <w:t>блично представлять результаты своей деятельности (в рам</w:t>
      </w:r>
      <w:r>
        <w:rPr>
          <w:rStyle w:val="BodyTextChar1"/>
          <w:rFonts w:cs="Georgia"/>
        </w:rPr>
        <w:softHyphen/>
        <w:t>ках изученного материала, включая проектную деятель</w:t>
      </w:r>
      <w:r>
        <w:rPr>
          <w:rStyle w:val="BodyTextChar1"/>
          <w:rFonts w:cs="Georgia"/>
        </w:rPr>
        <w:softHyphen/>
        <w:t>ность), в соответствии с темой и ситуацией общения, особен</w:t>
      </w:r>
      <w:r>
        <w:rPr>
          <w:rStyle w:val="BodyTextChar1"/>
          <w:rFonts w:cs="Georgia"/>
        </w:rPr>
        <w:softHyphen/>
        <w:t>ностями аудитории и регламентом;</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76" w:name="bookmark3001"/>
      <w:bookmarkEnd w:id="276"/>
      <w:r>
        <w:rPr>
          <w:rStyle w:val="BodyTextChar1"/>
          <w:rFonts w:cs="Georgia"/>
          <w:b/>
          <w:bCs/>
        </w:rPr>
        <w:t xml:space="preserve">самостоятельно заполнять </w:t>
      </w:r>
      <w:r>
        <w:rPr>
          <w:rStyle w:val="BodyTextChar1"/>
          <w:rFonts w:cs="Georgia"/>
        </w:rPr>
        <w:t>форму (в том числе электронную) и составлять простейший документ при получении паспорта гражданина Российской Федерации;</w:t>
      </w:r>
    </w:p>
    <w:p w:rsidR="00F44E79" w:rsidRDefault="00F44E79" w:rsidP="00E5323B">
      <w:pPr>
        <w:pStyle w:val="BodyText"/>
        <w:numPr>
          <w:ilvl w:val="0"/>
          <w:numId w:val="24"/>
        </w:numPr>
        <w:tabs>
          <w:tab w:val="left" w:pos="327"/>
        </w:tabs>
        <w:spacing w:after="140" w:line="269" w:lineRule="auto"/>
        <w:ind w:left="300" w:hanging="300"/>
        <w:jc w:val="both"/>
        <w:rPr>
          <w:color w:val="auto"/>
          <w:sz w:val="24"/>
          <w:szCs w:val="24"/>
        </w:rPr>
      </w:pPr>
      <w:bookmarkStart w:id="277" w:name="bookmark3002"/>
      <w:bookmarkEnd w:id="277"/>
      <w:r>
        <w:rPr>
          <w:rStyle w:val="BodyTextChar1"/>
          <w:rFonts w:cs="Georgia"/>
          <w:b/>
          <w:bCs/>
        </w:rPr>
        <w:t xml:space="preserve">осуществлять </w:t>
      </w:r>
      <w:r>
        <w:rPr>
          <w:rStyle w:val="BodyTextChar1"/>
          <w:rFonts w:cs="Georgia"/>
        </w:rPr>
        <w:t>совместную деятельность, включая взаимо</w:t>
      </w:r>
      <w:r>
        <w:rPr>
          <w:rStyle w:val="BodyTextChar1"/>
          <w:rFonts w:cs="Georgia"/>
        </w:rPr>
        <w:softHyphen/>
        <w:t>действие с людьми другой культуры, национальной и рели</w:t>
      </w:r>
      <w:r>
        <w:rPr>
          <w:rStyle w:val="BodyTextChar1"/>
          <w:rFonts w:cs="Georgia"/>
        </w:rPr>
        <w:softHyphen/>
        <w:t>гиозной принадлежности на основе национальных ценно</w:t>
      </w:r>
      <w:r>
        <w:rPr>
          <w:rStyle w:val="BodyTextChar1"/>
          <w:rFonts w:cs="Georgia"/>
        </w:rPr>
        <w:softHyphen/>
        <w:t>стей современного российского общества: гуманистических и демократических ценностей, идей мира и взаимопонима</w:t>
      </w:r>
      <w:r>
        <w:rPr>
          <w:rStyle w:val="BodyTextChar1"/>
          <w:rFonts w:cs="Georgia"/>
        </w:rPr>
        <w:softHyphen/>
        <w:t>ния между народами, людьми разных культур.</w:t>
      </w:r>
    </w:p>
    <w:p w:rsidR="00F44E79" w:rsidRDefault="00F44E79">
      <w:pPr>
        <w:pStyle w:val="90"/>
        <w:jc w:val="both"/>
        <w:rPr>
          <w:rFonts w:ascii="Courier New" w:hAnsi="Courier New" w:cs="Courier New"/>
          <w:b w:val="0"/>
          <w:bCs w:val="0"/>
          <w:color w:val="auto"/>
          <w:sz w:val="24"/>
          <w:szCs w:val="24"/>
        </w:rPr>
      </w:pPr>
      <w:r>
        <w:rPr>
          <w:rStyle w:val="9"/>
          <w:rFonts w:cs="Trebuchet MS"/>
          <w:b/>
        </w:rPr>
        <w:t>Основы российского права</w:t>
      </w:r>
    </w:p>
    <w:p w:rsidR="00F44E79" w:rsidRDefault="00F44E79" w:rsidP="00E5323B">
      <w:pPr>
        <w:pStyle w:val="BodyText"/>
        <w:numPr>
          <w:ilvl w:val="0"/>
          <w:numId w:val="24"/>
        </w:numPr>
        <w:tabs>
          <w:tab w:val="left" w:pos="327"/>
        </w:tabs>
        <w:spacing w:line="269" w:lineRule="auto"/>
        <w:ind w:left="300" w:hanging="300"/>
        <w:jc w:val="both"/>
        <w:rPr>
          <w:color w:val="auto"/>
          <w:sz w:val="24"/>
          <w:szCs w:val="24"/>
        </w:rPr>
      </w:pPr>
      <w:bookmarkStart w:id="278" w:name="bookmark3003"/>
      <w:bookmarkEnd w:id="278"/>
      <w:r>
        <w:rPr>
          <w:rStyle w:val="BodyTextChar1"/>
          <w:rFonts w:cs="Georgia"/>
          <w:b/>
          <w:bCs/>
        </w:rPr>
        <w:t xml:space="preserve">осваивать и применять </w:t>
      </w:r>
      <w:r>
        <w:rPr>
          <w:rStyle w:val="BodyTextChar1"/>
          <w:rFonts w:cs="Georgia"/>
        </w:rPr>
        <w:t>знания о Конституции Российской Федерации, других нормативных правовых актах, содержа</w:t>
      </w:r>
      <w:r>
        <w:rPr>
          <w:rStyle w:val="BodyTextChar1"/>
          <w:rFonts w:cs="Georgia"/>
        </w:rPr>
        <w:softHyphen/>
        <w:t>нии и значении правовых норм, об отраслях права, о право</w:t>
      </w:r>
      <w:r>
        <w:rPr>
          <w:rStyle w:val="BodyTextChar1"/>
          <w:rFonts w:cs="Georgia"/>
        </w:rPr>
        <w:softHyphen/>
        <w:t>вых нормах, регулирующих типичные для несовершенно</w:t>
      </w:r>
      <w:r>
        <w:rPr>
          <w:rStyle w:val="BodyTextChar1"/>
          <w:rFonts w:cs="Georgia"/>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BodyTextChar1"/>
          <w:rFonts w:cs="Georgia"/>
        </w:rPr>
        <w:softHyphen/>
        <w:t>циплинарной, административной, уголовной); о правоохра</w:t>
      </w:r>
      <w:r>
        <w:rPr>
          <w:rStyle w:val="BodyTextChar1"/>
          <w:rFonts w:cs="Georgia"/>
        </w:rPr>
        <w:softHyphen/>
        <w:t>нительных органах; об обеспечении безопасности личности, общества и государства, в том числе от терроризма и экс</w:t>
      </w:r>
      <w:r>
        <w:rPr>
          <w:rStyle w:val="BodyTextChar1"/>
          <w:rFonts w:cs="Georgia"/>
        </w:rPr>
        <w:softHyphen/>
        <w:t>тремизма;</w:t>
      </w:r>
    </w:p>
    <w:p w:rsidR="00F44E79" w:rsidRDefault="00F44E79" w:rsidP="00E5323B">
      <w:pPr>
        <w:pStyle w:val="BodyText"/>
        <w:numPr>
          <w:ilvl w:val="0"/>
          <w:numId w:val="24"/>
        </w:numPr>
        <w:tabs>
          <w:tab w:val="left" w:pos="327"/>
        </w:tabs>
        <w:spacing w:after="100" w:line="269" w:lineRule="auto"/>
        <w:ind w:left="300" w:hanging="300"/>
        <w:jc w:val="both"/>
        <w:rPr>
          <w:color w:val="auto"/>
          <w:sz w:val="24"/>
          <w:szCs w:val="24"/>
        </w:rPr>
      </w:pPr>
      <w:bookmarkStart w:id="279" w:name="bookmark3004"/>
      <w:bookmarkEnd w:id="279"/>
      <w:r>
        <w:rPr>
          <w:rStyle w:val="BodyTextChar1"/>
          <w:rFonts w:cs="Georgia"/>
          <w:b/>
          <w:bCs/>
        </w:rPr>
        <w:t xml:space="preserve">характеризовать </w:t>
      </w:r>
      <w:r>
        <w:rPr>
          <w:rStyle w:val="BodyTextChar1"/>
          <w:rFonts w:cs="Georgia"/>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BodyTextChar1"/>
          <w:rFonts w:cs="Georgia"/>
        </w:rPr>
        <w:softHyphen/>
        <w:t>сти и справедливости; гражданско-правовые отношения, сущность семейных правоотношений; способы защиты инте</w:t>
      </w:r>
      <w:r>
        <w:rPr>
          <w:rStyle w:val="BodyTextChar1"/>
          <w:rFonts w:cs="Georgia"/>
        </w:rPr>
        <w:softHyphen/>
        <w:t>ресов и прав детей, оставшихся без попечения родителей;</w:t>
      </w:r>
    </w:p>
    <w:p w:rsidR="00F44E79" w:rsidRDefault="00F44E79">
      <w:pPr>
        <w:pStyle w:val="BodyText"/>
        <w:spacing w:line="269" w:lineRule="auto"/>
        <w:ind w:left="280" w:firstLine="0"/>
        <w:jc w:val="both"/>
        <w:rPr>
          <w:rFonts w:ascii="Courier New" w:hAnsi="Courier New" w:cs="Courier New"/>
          <w:color w:val="auto"/>
          <w:sz w:val="24"/>
          <w:szCs w:val="24"/>
        </w:rPr>
      </w:pPr>
      <w:r>
        <w:rPr>
          <w:rStyle w:val="BodyTextChar1"/>
          <w:rFonts w:cs="Georgia"/>
        </w:rPr>
        <w:t>содержание трудового договора, виды правонарушений и виды наказаний;</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0" w:name="bookmark3005"/>
      <w:bookmarkEnd w:id="280"/>
      <w:r>
        <w:rPr>
          <w:rStyle w:val="BodyTextChar1"/>
          <w:rFonts w:cs="Georgia"/>
          <w:b/>
          <w:bCs/>
        </w:rPr>
        <w:t>приводить примеры законов и подзаконных актов и моде</w:t>
      </w:r>
      <w:r>
        <w:rPr>
          <w:rStyle w:val="BodyTextChar1"/>
          <w:rFonts w:cs="Georgia"/>
          <w:b/>
          <w:bCs/>
        </w:rPr>
        <w:softHyphen/>
        <w:t>лировать ситуации</w:t>
      </w:r>
      <w:r>
        <w:rPr>
          <w:rStyle w:val="BodyTextChar1"/>
          <w:rFonts w:cs="Georgia"/>
        </w:rPr>
        <w:t>, регулируемые нормами гражданского, трудового, семейного, административного и уголовного пра</w:t>
      </w:r>
      <w:r>
        <w:rPr>
          <w:rStyle w:val="BodyTextChar1"/>
          <w:rFonts w:cs="Georgia"/>
        </w:rPr>
        <w:softHyphen/>
        <w:t>ва, в том числе связанные с применением санкций за совер</w:t>
      </w:r>
      <w:r>
        <w:rPr>
          <w:rStyle w:val="BodyTextChar1"/>
          <w:rFonts w:cs="Georgia"/>
        </w:rPr>
        <w:softHyphen/>
        <w:t>шённые правонарушения;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1" w:name="bookmark3006"/>
      <w:bookmarkEnd w:id="281"/>
      <w:r>
        <w:rPr>
          <w:rStyle w:val="BodyTextChar1"/>
          <w:rFonts w:cs="Georgia"/>
          <w:b/>
          <w:bCs/>
        </w:rPr>
        <w:t xml:space="preserve">классифицировать </w:t>
      </w:r>
      <w:r>
        <w:rPr>
          <w:rStyle w:val="BodyTextChar1"/>
          <w:rFonts w:cs="Georgia"/>
        </w:rPr>
        <w:t>по разным признакам виды норматив</w:t>
      </w:r>
      <w:r>
        <w:rPr>
          <w:rStyle w:val="BodyTextChar1"/>
          <w:rFonts w:cs="Georgia"/>
        </w:rPr>
        <w:softHyphen/>
        <w:t>ных правовых актов, виды правонарушений и юридической ответственности по отраслям права (в том числе устанавли</w:t>
      </w:r>
      <w:r>
        <w:rPr>
          <w:rStyle w:val="BodyTextChar1"/>
          <w:rFonts w:cs="Georgia"/>
        </w:rPr>
        <w:softHyphen/>
        <w:t>вать существенный признак классификации);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2" w:name="bookmark3007"/>
      <w:bookmarkEnd w:id="282"/>
      <w:r>
        <w:rPr>
          <w:rStyle w:val="BodyTextChar1"/>
          <w:rFonts w:cs="Georgia"/>
          <w:b/>
          <w:bCs/>
        </w:rPr>
        <w:t xml:space="preserve">сравнивать </w:t>
      </w:r>
      <w:r>
        <w:rPr>
          <w:rStyle w:val="BodyTextChar1"/>
          <w:rFonts w:cs="Georgia"/>
        </w:rPr>
        <w:t>(в том числе устанавливать основания для срав</w:t>
      </w:r>
      <w:r>
        <w:rPr>
          <w:rStyle w:val="BodyTextChar1"/>
          <w:rFonts w:cs="Georgia"/>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BodyTextChar1"/>
          <w:rFonts w:cs="Georgia"/>
        </w:rPr>
        <w:softHyphen/>
        <w:t>ля, имущественные и личные неимущественные отношения;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3" w:name="bookmark3008"/>
      <w:bookmarkEnd w:id="283"/>
      <w:r>
        <w:rPr>
          <w:rStyle w:val="BodyTextChar1"/>
          <w:rFonts w:cs="Georgia"/>
          <w:b/>
          <w:bCs/>
        </w:rPr>
        <w:t xml:space="preserve">устанавливать и объяснять </w:t>
      </w:r>
      <w:r>
        <w:rPr>
          <w:rStyle w:val="BodyTextChar1"/>
          <w:rFonts w:cs="Georgia"/>
        </w:rPr>
        <w:t>взаимосвязи прав и обязанно</w:t>
      </w:r>
      <w:r>
        <w:rPr>
          <w:rStyle w:val="BodyTextChar1"/>
          <w:rFonts w:cs="Georgia"/>
        </w:rPr>
        <w:softHyphen/>
        <w:t>стей работника и работодателя, прав и обязанностей членов семьи; традиционных российских ценностей и личных не</w:t>
      </w:r>
      <w:r>
        <w:rPr>
          <w:rStyle w:val="BodyTextChar1"/>
          <w:rFonts w:cs="Georgia"/>
        </w:rPr>
        <w:softHyphen/>
        <w:t>имущественных отношений в семье;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4" w:name="bookmark3009"/>
      <w:bookmarkEnd w:id="284"/>
      <w:r>
        <w:rPr>
          <w:rStyle w:val="BodyTextChar1"/>
          <w:rFonts w:cs="Georgia"/>
          <w:b/>
          <w:bCs/>
        </w:rPr>
        <w:t xml:space="preserve">использовать </w:t>
      </w:r>
      <w:r>
        <w:rPr>
          <w:rStyle w:val="BodyTextChar1"/>
          <w:rFonts w:cs="Georgia"/>
        </w:rPr>
        <w:t>полученные знания об отраслях права в реше</w:t>
      </w:r>
      <w:r>
        <w:rPr>
          <w:rStyle w:val="BodyTextChar1"/>
          <w:rFonts w:cs="Georgia"/>
        </w:rPr>
        <w:softHyphen/>
        <w:t>нии учебных задач: для объяснения взаимосвязи граждан</w:t>
      </w:r>
      <w:r>
        <w:rPr>
          <w:rStyle w:val="BodyTextChar1"/>
          <w:rFonts w:cs="Georgia"/>
        </w:rPr>
        <w:softHyphen/>
        <w:t>ской правоспособности и дееспособности; значения семьи в жизни человека, общества и государства; социальной опас</w:t>
      </w:r>
      <w:r>
        <w:rPr>
          <w:rStyle w:val="BodyTextChar1"/>
          <w:rFonts w:cs="Georgia"/>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5" w:name="bookmark3010"/>
      <w:bookmarkEnd w:id="285"/>
      <w:r>
        <w:rPr>
          <w:rStyle w:val="BodyTextChar1"/>
          <w:rFonts w:cs="Georgia"/>
          <w:b/>
          <w:bCs/>
        </w:rPr>
        <w:t xml:space="preserve">определять и аргументировать </w:t>
      </w:r>
      <w:r>
        <w:rPr>
          <w:rStyle w:val="BodyTextChar1"/>
          <w:rFonts w:cs="Georgia"/>
        </w:rPr>
        <w:t>своё отношение к защите прав участников трудовых отношений с опорой на знания в области трудового права, к правонарушениям, формулиро</w:t>
      </w:r>
      <w:r>
        <w:rPr>
          <w:rStyle w:val="BodyTextChar1"/>
          <w:rFonts w:cs="Georgia"/>
        </w:rPr>
        <w:softHyphen/>
        <w:t>вать аргументированные выводы о недопустимости наруше</w:t>
      </w:r>
      <w:r>
        <w:rPr>
          <w:rStyle w:val="BodyTextChar1"/>
          <w:rFonts w:cs="Georgia"/>
        </w:rPr>
        <w:softHyphen/>
        <w:t>ния правовых норм;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6" w:name="bookmark3011"/>
      <w:bookmarkEnd w:id="286"/>
      <w:r>
        <w:rPr>
          <w:rStyle w:val="BodyTextChar1"/>
          <w:rFonts w:cs="Georgia"/>
          <w:b/>
          <w:bCs/>
        </w:rPr>
        <w:t xml:space="preserve">решать </w:t>
      </w:r>
      <w:r>
        <w:rPr>
          <w:rStyle w:val="BodyTextChar1"/>
          <w:rFonts w:cs="Georgia"/>
        </w:rPr>
        <w:t>познавательные и практические задачи, отражаю</w:t>
      </w:r>
      <w:r>
        <w:rPr>
          <w:rStyle w:val="BodyTextChar1"/>
          <w:rFonts w:cs="Georgia"/>
        </w:rPr>
        <w:softHyphen/>
        <w:t>щие типичные взаимодействия, регулируемые нормами гражданского, трудового, семейного, административного и уголовного права;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7" w:name="bookmark3012"/>
      <w:bookmarkEnd w:id="287"/>
      <w:r>
        <w:rPr>
          <w:rStyle w:val="BodyTextChar1"/>
          <w:rFonts w:cs="Georgia"/>
          <w:b/>
          <w:bCs/>
        </w:rPr>
        <w:t xml:space="preserve">овладевать </w:t>
      </w:r>
      <w:r>
        <w:rPr>
          <w:rStyle w:val="BodyTextChar1"/>
          <w:rFonts w:cs="Georgia"/>
        </w:rPr>
        <w:t>смысловым чтением текстов обществоведческой тематики: отбирать информацию из фрагментов норматив</w:t>
      </w:r>
      <w:r>
        <w:rPr>
          <w:rStyle w:val="BodyTextChar1"/>
          <w:rFonts w:cs="Georgia"/>
        </w:rPr>
        <w:softHyphen/>
        <w:t>ных правовых актов (Гражданский кодекс Российской Феде</w:t>
      </w:r>
      <w:r>
        <w:rPr>
          <w:rStyle w:val="BodyTextChar1"/>
          <w:rFonts w:cs="Georgia"/>
        </w:rPr>
        <w:softHyphen/>
        <w:t>рации, Семейный кодекс Российской Федерации, Трудовой кодекс Российской Федерации, Кодекс Российской Федера</w:t>
      </w:r>
      <w:r>
        <w:rPr>
          <w:rStyle w:val="BodyTextChar1"/>
          <w:rFonts w:cs="Georgia"/>
        </w:rPr>
        <w:softHyphen/>
        <w:t>ции об административных правонарушениях, Уголовный ко</w:t>
      </w:r>
      <w:r>
        <w:rPr>
          <w:rStyle w:val="BodyTextChar1"/>
          <w:rFonts w:cs="Georgia"/>
        </w:rPr>
        <w:softHyphen/>
        <w:t>декс Российской Федерации), из предложенных учителем источников о правовых нормах, правоотношениях и специ</w:t>
      </w:r>
      <w:r>
        <w:rPr>
          <w:rStyle w:val="BodyTextChar1"/>
          <w:rFonts w:cs="Georgia"/>
        </w:rPr>
        <w:softHyphen/>
        <w:t>фике их регулирования, преобразовывать текстовую инфор</w:t>
      </w:r>
      <w:r>
        <w:rPr>
          <w:rStyle w:val="BodyTextChar1"/>
          <w:rFonts w:cs="Georgia"/>
        </w:rPr>
        <w:softHyphen/>
        <w:t>мацию в таблицу, схему;</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8" w:name="bookmark3013"/>
      <w:bookmarkEnd w:id="288"/>
      <w:r>
        <w:rPr>
          <w:rStyle w:val="BodyTextChar1"/>
          <w:rFonts w:cs="Georgia"/>
          <w:b/>
          <w:bCs/>
        </w:rPr>
        <w:t xml:space="preserve">искать и извлекать </w:t>
      </w:r>
      <w:r>
        <w:rPr>
          <w:rStyle w:val="BodyTextChar1"/>
          <w:rFonts w:cs="Georgia"/>
        </w:rPr>
        <w:t>информацию по правовой тематике в сфере гражданского, трудового, семейного, административ</w:t>
      </w:r>
      <w:r>
        <w:rPr>
          <w:rStyle w:val="BodyTextChar1"/>
          <w:rFonts w:cs="Georgia"/>
        </w:rPr>
        <w:softHyphen/>
        <w:t>ного и уголовного права: выявлять соответствующие факты из разных адаптированных источников (в том числе учеб</w:t>
      </w:r>
      <w:r>
        <w:rPr>
          <w:rStyle w:val="BodyTextChar1"/>
          <w:rFonts w:cs="Georgia"/>
        </w:rPr>
        <w:softHyphen/>
        <w:t>ных материалов) и публикаций СМИ с соблюдением правил информационной безопасности при работе в Интернете;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89" w:name="bookmark3014"/>
      <w:bookmarkEnd w:id="289"/>
      <w:r>
        <w:rPr>
          <w:rStyle w:val="BodyTextChar1"/>
          <w:rFonts w:cs="Georgia"/>
          <w:b/>
          <w:bCs/>
        </w:rPr>
        <w:t xml:space="preserve">анализировать, обобщать, систематизировать, оценивать </w:t>
      </w:r>
      <w:r>
        <w:rPr>
          <w:rStyle w:val="BodyTextChar1"/>
          <w:rFonts w:cs="Georgia"/>
        </w:rPr>
        <w:t>социальную информацию из адаптированных источников (в том числе учебных материалов) и публикаций СМИ, соот</w:t>
      </w:r>
      <w:r>
        <w:rPr>
          <w:rStyle w:val="BodyTextChar1"/>
          <w:rFonts w:cs="Georgia"/>
        </w:rPr>
        <w:softHyphen/>
        <w:t>носить её с собственными знаниями об отраслях права (граж</w:t>
      </w:r>
      <w:r>
        <w:rPr>
          <w:rStyle w:val="BodyTextChar1"/>
          <w:rFonts w:cs="Georgia"/>
        </w:rPr>
        <w:softHyphen/>
        <w:t>данского, трудового, семейного, административного и уго</w:t>
      </w:r>
      <w:r>
        <w:rPr>
          <w:rStyle w:val="BodyTextChar1"/>
          <w:rFonts w:cs="Georgia"/>
        </w:rPr>
        <w:softHyphen/>
        <w:t>ловного) и личным социальным опытом; используя обще</w:t>
      </w:r>
      <w:r>
        <w:rPr>
          <w:rStyle w:val="BodyTextChar1"/>
          <w:rFonts w:cs="Georgia"/>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BodyTextChar1"/>
          <w:rFonts w:cs="Georgia"/>
        </w:rPr>
        <w:softHyphen/>
        <w:t>шеннолетних;</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90" w:name="bookmark3015"/>
      <w:bookmarkEnd w:id="290"/>
      <w:r>
        <w:rPr>
          <w:rStyle w:val="BodyTextChar1"/>
          <w:rFonts w:cs="Georgia"/>
          <w:b/>
          <w:bCs/>
        </w:rPr>
        <w:t xml:space="preserve">оценивать </w:t>
      </w:r>
      <w:r>
        <w:rPr>
          <w:rStyle w:val="BodyTextChar1"/>
          <w:rFonts w:cs="Georgia"/>
        </w:rPr>
        <w:t>собственные поступки и поведение других людей с точки зрения их соответствия нормам гражданского, тру</w:t>
      </w:r>
      <w:r>
        <w:rPr>
          <w:rStyle w:val="BodyTextChar1"/>
          <w:rFonts w:cs="Georgia"/>
        </w:rPr>
        <w:softHyphen/>
        <w:t>дового, семейного, административного и уголовного права;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91" w:name="bookmark3016"/>
      <w:bookmarkEnd w:id="291"/>
      <w:r>
        <w:rPr>
          <w:rStyle w:val="BodyTextChar1"/>
          <w:rFonts w:cs="Georgia"/>
          <w:b/>
          <w:bCs/>
        </w:rPr>
        <w:t xml:space="preserve">использовать </w:t>
      </w:r>
      <w:r>
        <w:rPr>
          <w:rStyle w:val="BodyTextChar1"/>
          <w:rFonts w:cs="Georgia"/>
        </w:rPr>
        <w:t>полученные знания о нормах гражданского, трудового, семейного, административного и уголовного пра</w:t>
      </w:r>
      <w:r>
        <w:rPr>
          <w:rStyle w:val="BodyTextChar1"/>
          <w:rFonts w:cs="Georgia"/>
        </w:rPr>
        <w:softHyphen/>
        <w:t>ва в практической деятельности (выполнять проблемные за</w:t>
      </w:r>
      <w:r>
        <w:rPr>
          <w:rStyle w:val="BodyTextChar1"/>
          <w:rFonts w:cs="Georgia"/>
        </w:rPr>
        <w:softHyphen/>
        <w:t>дания, индивидуальные и групповые проекты), в повседнев</w:t>
      </w:r>
      <w:r>
        <w:rPr>
          <w:rStyle w:val="BodyTextChar1"/>
          <w:rFonts w:cs="Georgia"/>
        </w:rPr>
        <w:softHyphen/>
        <w:t>ной жизни для осознанного выполнения обязанностей, пра</w:t>
      </w:r>
      <w:r>
        <w:rPr>
          <w:rStyle w:val="BodyTextChar1"/>
          <w:rFonts w:cs="Georgia"/>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BodyTextChar1"/>
          <w:rFonts w:cs="Georgia"/>
        </w:rPr>
        <w:softHyphen/>
        <w:t>тельность), в соответствии с темой и ситуацией общения, особенностями аудитории и регламентом;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92" w:name="bookmark3017"/>
      <w:bookmarkEnd w:id="292"/>
      <w:r>
        <w:rPr>
          <w:rStyle w:val="BodyTextChar1"/>
          <w:rFonts w:cs="Georgia"/>
          <w:b/>
          <w:bCs/>
        </w:rPr>
        <w:t xml:space="preserve">самостоятельно заполнять </w:t>
      </w:r>
      <w:r>
        <w:rPr>
          <w:rStyle w:val="BodyTextChar1"/>
          <w:rFonts w:cs="Georgia"/>
        </w:rPr>
        <w:t>форму (в том числе электронную) и составлять простейший документ (заявление о приёме на работу);</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293" w:name="bookmark3018"/>
      <w:bookmarkEnd w:id="293"/>
      <w:r>
        <w:rPr>
          <w:rStyle w:val="BodyTextChar1"/>
          <w:rFonts w:cs="Georgia"/>
          <w:b/>
          <w:bCs/>
        </w:rPr>
        <w:t xml:space="preserve">осуществлять </w:t>
      </w:r>
      <w:r>
        <w:rPr>
          <w:rStyle w:val="BodyTextChar1"/>
          <w:rFonts w:cs="Georgia"/>
        </w:rPr>
        <w:t>совместную деятельность, включая взаимо</w:t>
      </w:r>
      <w:r>
        <w:rPr>
          <w:rStyle w:val="BodyTextChar1"/>
          <w:rFonts w:cs="Georgia"/>
        </w:rPr>
        <w:softHyphen/>
        <w:t>действие с людьми другой культуры, национальной и рели</w:t>
      </w:r>
      <w:r>
        <w:rPr>
          <w:rStyle w:val="BodyTextChar1"/>
          <w:rFonts w:cs="Georgia"/>
        </w:rPr>
        <w:softHyphen/>
        <w:t>гиозной принадлежности, на основе национальных ценно</w:t>
      </w:r>
      <w:r>
        <w:rPr>
          <w:rStyle w:val="BodyTextChar1"/>
          <w:rFonts w:cs="Georgia"/>
        </w:rPr>
        <w:softHyphen/>
        <w:t>стей современного российского общества: гуманистических и демократических ценностей, идей мира и взаимопонима</w:t>
      </w:r>
      <w:r>
        <w:rPr>
          <w:rStyle w:val="BodyTextChar1"/>
          <w:rFonts w:cs="Georgia"/>
        </w:rPr>
        <w:softHyphen/>
        <w:t>ния между народами, людьми разных культур.</w:t>
      </w:r>
    </w:p>
    <w:p w:rsidR="00F44E79" w:rsidRDefault="00F44E79" w:rsidP="00E5323B">
      <w:pPr>
        <w:pStyle w:val="22"/>
        <w:numPr>
          <w:ilvl w:val="0"/>
          <w:numId w:val="30"/>
        </w:numPr>
        <w:tabs>
          <w:tab w:val="left" w:pos="267"/>
        </w:tabs>
        <w:spacing w:after="60"/>
        <w:jc w:val="both"/>
        <w:rPr>
          <w:b w:val="0"/>
          <w:bCs w:val="0"/>
          <w:color w:val="auto"/>
          <w:w w:val="100"/>
          <w:sz w:val="24"/>
          <w:szCs w:val="24"/>
        </w:rPr>
      </w:pPr>
      <w:bookmarkStart w:id="294" w:name="bookmark3019"/>
      <w:bookmarkEnd w:id="294"/>
      <w:r>
        <w:rPr>
          <w:rStyle w:val="21"/>
          <w:rFonts w:cs="Tahoma"/>
          <w:b/>
        </w:rPr>
        <w:t>КЛАСС</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в экономических отношениях</w:t>
      </w:r>
    </w:p>
    <w:p w:rsidR="00F44E79" w:rsidRDefault="00F44E79" w:rsidP="00E5323B">
      <w:pPr>
        <w:pStyle w:val="BodyText"/>
        <w:numPr>
          <w:ilvl w:val="0"/>
          <w:numId w:val="29"/>
        </w:numPr>
        <w:tabs>
          <w:tab w:val="left" w:pos="327"/>
        </w:tabs>
        <w:spacing w:line="266" w:lineRule="auto"/>
        <w:ind w:left="300" w:hanging="300"/>
        <w:jc w:val="both"/>
        <w:rPr>
          <w:color w:val="auto"/>
          <w:sz w:val="24"/>
          <w:szCs w:val="24"/>
        </w:rPr>
      </w:pPr>
      <w:bookmarkStart w:id="295" w:name="bookmark3020"/>
      <w:bookmarkEnd w:id="295"/>
      <w:r>
        <w:rPr>
          <w:rStyle w:val="BodyTextChar1"/>
          <w:rFonts w:cs="Georgia"/>
          <w:b/>
          <w:bCs/>
        </w:rPr>
        <w:t xml:space="preserve">осваивать и применять </w:t>
      </w:r>
      <w:r>
        <w:rPr>
          <w:rStyle w:val="BodyTextChar1"/>
          <w:rFonts w:cs="Georgia"/>
        </w:rPr>
        <w:t>знания об экономической жизни общества, её основных проявлениях, экономических систе</w:t>
      </w:r>
      <w:r>
        <w:rPr>
          <w:rStyle w:val="BodyTextChar1"/>
          <w:rFonts w:cs="Georgia"/>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BodyTextChar1"/>
          <w:rFonts w:cs="Georgia"/>
        </w:rPr>
        <w:softHyphen/>
        <w:t>жетной и денежно-кредитной политики, о влиянии государ</w:t>
      </w:r>
      <w:r>
        <w:rPr>
          <w:rStyle w:val="BodyTextChar1"/>
          <w:rFonts w:cs="Georgia"/>
        </w:rPr>
        <w:softHyphen/>
        <w:t>ственной политики на развитие конкуренции;</w:t>
      </w:r>
    </w:p>
    <w:p w:rsidR="00F44E79" w:rsidRDefault="00F44E79" w:rsidP="00E5323B">
      <w:pPr>
        <w:pStyle w:val="BodyText"/>
        <w:numPr>
          <w:ilvl w:val="0"/>
          <w:numId w:val="29"/>
        </w:numPr>
        <w:tabs>
          <w:tab w:val="left" w:pos="327"/>
        </w:tabs>
        <w:spacing w:line="266" w:lineRule="auto"/>
        <w:ind w:left="300" w:hanging="300"/>
        <w:jc w:val="both"/>
        <w:rPr>
          <w:color w:val="auto"/>
          <w:sz w:val="24"/>
          <w:szCs w:val="24"/>
        </w:rPr>
      </w:pPr>
      <w:bookmarkStart w:id="296" w:name="bookmark3021"/>
      <w:bookmarkEnd w:id="296"/>
      <w:r>
        <w:rPr>
          <w:rStyle w:val="BodyTextChar1"/>
          <w:rFonts w:cs="Georgia"/>
          <w:b/>
          <w:bCs/>
        </w:rPr>
        <w:t xml:space="preserve">характеризовать </w:t>
      </w:r>
      <w:r>
        <w:rPr>
          <w:rStyle w:val="BodyTextChar1"/>
          <w:rFonts w:cs="Georgia"/>
        </w:rPr>
        <w:t>способы координации хозяйственной жиз</w:t>
      </w:r>
      <w:r>
        <w:rPr>
          <w:rStyle w:val="BodyTextChar1"/>
          <w:rFonts w:cs="Georgia"/>
        </w:rPr>
        <w:softHyphen/>
        <w:t>ни в различных экономических системах; объекты спроса и предложения на рынке труда и финансовом рынке; функции денег;</w:t>
      </w:r>
    </w:p>
    <w:p w:rsidR="00F44E79" w:rsidRDefault="00F44E79" w:rsidP="00E5323B">
      <w:pPr>
        <w:pStyle w:val="BodyText"/>
        <w:numPr>
          <w:ilvl w:val="0"/>
          <w:numId w:val="29"/>
        </w:numPr>
        <w:tabs>
          <w:tab w:val="left" w:pos="327"/>
        </w:tabs>
        <w:spacing w:line="266" w:lineRule="auto"/>
        <w:ind w:left="300" w:hanging="300"/>
        <w:jc w:val="both"/>
        <w:rPr>
          <w:color w:val="auto"/>
          <w:sz w:val="24"/>
          <w:szCs w:val="24"/>
        </w:rPr>
      </w:pPr>
      <w:bookmarkStart w:id="297" w:name="bookmark3022"/>
      <w:bookmarkEnd w:id="297"/>
      <w:r>
        <w:rPr>
          <w:rStyle w:val="BodyTextChar1"/>
          <w:rFonts w:cs="Georgia"/>
          <w:b/>
          <w:bCs/>
        </w:rPr>
        <w:t xml:space="preserve">приводить примеры </w:t>
      </w:r>
      <w:r>
        <w:rPr>
          <w:rStyle w:val="BodyTextChar1"/>
          <w:rFonts w:cs="Georgia"/>
        </w:rPr>
        <w:t>способов повышения эффективности производства; деятельности и проявления основных функ</w:t>
      </w:r>
      <w:r>
        <w:rPr>
          <w:rStyle w:val="BodyTextChar1"/>
          <w:rFonts w:cs="Georgia"/>
        </w:rPr>
        <w:softHyphen/>
        <w:t>ций различных финансовых посредников; использования способов повышения эффективности производства;</w:t>
      </w:r>
    </w:p>
    <w:p w:rsidR="00F44E79" w:rsidRDefault="00F44E79" w:rsidP="00E5323B">
      <w:pPr>
        <w:pStyle w:val="BodyText"/>
        <w:numPr>
          <w:ilvl w:val="0"/>
          <w:numId w:val="29"/>
        </w:numPr>
        <w:tabs>
          <w:tab w:val="left" w:pos="327"/>
        </w:tabs>
        <w:spacing w:line="266" w:lineRule="auto"/>
        <w:ind w:left="300" w:hanging="300"/>
        <w:jc w:val="both"/>
        <w:rPr>
          <w:color w:val="auto"/>
          <w:sz w:val="24"/>
          <w:szCs w:val="24"/>
        </w:rPr>
      </w:pPr>
      <w:bookmarkStart w:id="298" w:name="bookmark3023"/>
      <w:bookmarkEnd w:id="298"/>
      <w:r>
        <w:rPr>
          <w:rStyle w:val="BodyTextChar1"/>
          <w:rFonts w:cs="Georgia"/>
          <w:b/>
          <w:bCs/>
        </w:rPr>
        <w:t xml:space="preserve">классифицировать </w:t>
      </w:r>
      <w:r>
        <w:rPr>
          <w:rStyle w:val="BodyTextChar1"/>
          <w:rFonts w:cs="Georgia"/>
        </w:rPr>
        <w:t>(в том числе устанавливать существен</w:t>
      </w:r>
      <w:r>
        <w:rPr>
          <w:rStyle w:val="BodyTextChar1"/>
          <w:rFonts w:cs="Georgia"/>
        </w:rPr>
        <w:softHyphen/>
        <w:t>ный признак классификации) механизмы государственного регулирования экономики;</w:t>
      </w:r>
    </w:p>
    <w:p w:rsidR="00F44E79" w:rsidRDefault="00F44E79" w:rsidP="00E5323B">
      <w:pPr>
        <w:pStyle w:val="BodyText"/>
        <w:numPr>
          <w:ilvl w:val="0"/>
          <w:numId w:val="29"/>
        </w:numPr>
        <w:tabs>
          <w:tab w:val="left" w:pos="327"/>
        </w:tabs>
        <w:spacing w:line="266" w:lineRule="auto"/>
        <w:ind w:firstLine="0"/>
        <w:jc w:val="both"/>
        <w:rPr>
          <w:color w:val="auto"/>
          <w:sz w:val="24"/>
          <w:szCs w:val="24"/>
        </w:rPr>
      </w:pPr>
      <w:bookmarkStart w:id="299" w:name="bookmark3024"/>
      <w:bookmarkEnd w:id="299"/>
      <w:r>
        <w:rPr>
          <w:rStyle w:val="BodyTextChar1"/>
          <w:rFonts w:cs="Georgia"/>
          <w:b/>
          <w:bCs/>
        </w:rPr>
        <w:t xml:space="preserve">сравнивать </w:t>
      </w:r>
      <w:r>
        <w:rPr>
          <w:rStyle w:val="BodyTextChar1"/>
          <w:rFonts w:cs="Georgia"/>
        </w:rPr>
        <w:t>различные способы хозяйствования;</w:t>
      </w:r>
    </w:p>
    <w:p w:rsidR="00F44E79" w:rsidRDefault="00F44E79" w:rsidP="00E5323B">
      <w:pPr>
        <w:pStyle w:val="BodyText"/>
        <w:numPr>
          <w:ilvl w:val="0"/>
          <w:numId w:val="29"/>
        </w:numPr>
        <w:tabs>
          <w:tab w:val="left" w:pos="327"/>
        </w:tabs>
        <w:spacing w:line="266" w:lineRule="auto"/>
        <w:ind w:left="300" w:hanging="300"/>
        <w:jc w:val="both"/>
        <w:rPr>
          <w:color w:val="auto"/>
          <w:sz w:val="24"/>
          <w:szCs w:val="24"/>
        </w:rPr>
      </w:pPr>
      <w:bookmarkStart w:id="300" w:name="bookmark3025"/>
      <w:bookmarkEnd w:id="300"/>
      <w:r>
        <w:rPr>
          <w:rStyle w:val="BodyTextChar1"/>
          <w:rFonts w:cs="Georgia"/>
          <w:b/>
          <w:bCs/>
        </w:rPr>
        <w:t xml:space="preserve">устанавливать и объяснять </w:t>
      </w:r>
      <w:r>
        <w:rPr>
          <w:rStyle w:val="BodyTextChar1"/>
          <w:rFonts w:cs="Georgia"/>
        </w:rPr>
        <w:t>связи политических потрясений и социально-экономических кризисов в государстве;</w:t>
      </w:r>
    </w:p>
    <w:p w:rsidR="00F44E79" w:rsidRDefault="00F44E79" w:rsidP="00E5323B">
      <w:pPr>
        <w:pStyle w:val="BodyText"/>
        <w:numPr>
          <w:ilvl w:val="0"/>
          <w:numId w:val="29"/>
        </w:numPr>
        <w:tabs>
          <w:tab w:val="left" w:pos="327"/>
        </w:tabs>
        <w:spacing w:line="266" w:lineRule="auto"/>
        <w:ind w:left="300" w:hanging="300"/>
        <w:jc w:val="both"/>
        <w:rPr>
          <w:color w:val="auto"/>
          <w:sz w:val="24"/>
          <w:szCs w:val="24"/>
        </w:rPr>
      </w:pPr>
      <w:bookmarkStart w:id="301" w:name="bookmark3026"/>
      <w:bookmarkEnd w:id="301"/>
      <w:r>
        <w:rPr>
          <w:rStyle w:val="BodyTextChar1"/>
          <w:rFonts w:cs="Georgia"/>
          <w:b/>
          <w:bCs/>
        </w:rPr>
        <w:t xml:space="preserve">использовать </w:t>
      </w:r>
      <w:r>
        <w:rPr>
          <w:rStyle w:val="BodyTextChar1"/>
          <w:rFonts w:cs="Georgia"/>
        </w:rPr>
        <w:t>полученные знания для объяснения причин достижения (недостижения) результатов экономической де</w:t>
      </w:r>
      <w:r>
        <w:rPr>
          <w:rStyle w:val="BodyTextChar1"/>
          <w:rFonts w:cs="Georgia"/>
        </w:rPr>
        <w:softHyphen/>
        <w:t>ятельности; для объяснения основных механизмов государ</w:t>
      </w:r>
      <w:r>
        <w:rPr>
          <w:rStyle w:val="BodyTextChar1"/>
          <w:rFonts w:cs="Georgia"/>
        </w:rPr>
        <w:softHyphen/>
        <w:t>ственного регулирования экономики, государственной поли</w:t>
      </w:r>
      <w:r>
        <w:rPr>
          <w:rStyle w:val="BodyTextChar1"/>
          <w:rFonts w:cs="Georgia"/>
        </w:rPr>
        <w:softHyphen/>
        <w:t>тики по развитию конкуренции, социально-экономической роли и функций предпринимательства, причин и послед</w:t>
      </w:r>
      <w:r>
        <w:rPr>
          <w:rStyle w:val="BodyTextChar1"/>
          <w:rFonts w:cs="Georgia"/>
        </w:rPr>
        <w:softHyphen/>
        <w:t>ствий безработицы, необходимости правомерного налогового поведения;</w:t>
      </w:r>
    </w:p>
    <w:p w:rsidR="00F44E79" w:rsidRDefault="00F44E79" w:rsidP="00E5323B">
      <w:pPr>
        <w:pStyle w:val="BodyText"/>
        <w:numPr>
          <w:ilvl w:val="0"/>
          <w:numId w:val="29"/>
        </w:numPr>
        <w:tabs>
          <w:tab w:val="left" w:pos="327"/>
        </w:tabs>
        <w:spacing w:line="266" w:lineRule="auto"/>
        <w:ind w:left="300" w:hanging="300"/>
        <w:jc w:val="both"/>
        <w:rPr>
          <w:color w:val="auto"/>
          <w:sz w:val="24"/>
          <w:szCs w:val="24"/>
        </w:rPr>
      </w:pPr>
      <w:bookmarkStart w:id="302" w:name="bookmark3027"/>
      <w:bookmarkEnd w:id="302"/>
      <w:r>
        <w:rPr>
          <w:rStyle w:val="BodyTextChar1"/>
          <w:rFonts w:cs="Georgia"/>
          <w:b/>
          <w:bCs/>
        </w:rPr>
        <w:t xml:space="preserve">определять и аргументировать </w:t>
      </w:r>
      <w:r>
        <w:rPr>
          <w:rStyle w:val="BodyTextChar1"/>
          <w:rFonts w:cs="Georgia"/>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BodyTextChar1"/>
          <w:rFonts w:cs="Georgia"/>
        </w:rPr>
        <w:softHyphen/>
        <w:t>ству и развитию собственного бизнеса;</w:t>
      </w:r>
    </w:p>
    <w:p w:rsidR="00F44E79" w:rsidRDefault="00F44E79" w:rsidP="00E5323B">
      <w:pPr>
        <w:pStyle w:val="BodyText"/>
        <w:numPr>
          <w:ilvl w:val="0"/>
          <w:numId w:val="29"/>
        </w:numPr>
        <w:tabs>
          <w:tab w:val="left" w:pos="327"/>
        </w:tabs>
        <w:spacing w:after="60" w:line="266" w:lineRule="auto"/>
        <w:ind w:left="300" w:hanging="300"/>
        <w:jc w:val="both"/>
        <w:rPr>
          <w:color w:val="auto"/>
          <w:sz w:val="24"/>
          <w:szCs w:val="24"/>
        </w:rPr>
      </w:pPr>
      <w:bookmarkStart w:id="303" w:name="bookmark3028"/>
      <w:bookmarkEnd w:id="303"/>
      <w:r>
        <w:rPr>
          <w:rStyle w:val="BodyTextChar1"/>
          <w:rFonts w:cs="Georgia"/>
          <w:b/>
          <w:bCs/>
        </w:rPr>
        <w:t xml:space="preserve">решать </w:t>
      </w:r>
      <w:r>
        <w:rPr>
          <w:rStyle w:val="BodyTextChar1"/>
          <w:rFonts w:cs="Georgia"/>
        </w:rPr>
        <w:t>познавательные и практические задачи, связанные с осуществлением экономических действий, на основе рацио</w:t>
      </w:r>
      <w:r>
        <w:rPr>
          <w:rStyle w:val="BodyTextChar1"/>
          <w:rFonts w:cs="Georgia"/>
        </w:rPr>
        <w:softHyphen/>
        <w:t>нального выбора в условиях ограниченных ресурсов; с ис</w:t>
      </w:r>
      <w:r>
        <w:rPr>
          <w:rStyle w:val="BodyTextChar1"/>
          <w:rFonts w:cs="Georgia"/>
        </w:rPr>
        <w:softHyphen/>
        <w:t>пользованием различных способов повышения эффективно</w:t>
      </w:r>
      <w:r>
        <w:rPr>
          <w:rStyle w:val="BodyTextChar1"/>
          <w:rFonts w:cs="Georgia"/>
        </w:rPr>
        <w:softHyphen/>
        <w:t>сти производства; отражающие типичные ситуации и соци</w:t>
      </w:r>
      <w:r>
        <w:rPr>
          <w:rStyle w:val="BodyTextChar1"/>
          <w:rFonts w:cs="Georgia"/>
        </w:rPr>
        <w:softHyphen/>
        <w:t>альные взаимодействия в сфере экономической деятельно</w:t>
      </w:r>
      <w:r>
        <w:rPr>
          <w:rStyle w:val="BodyTextChar1"/>
          <w:rFonts w:cs="Georgia"/>
        </w:rPr>
        <w:softHyphen/>
        <w:t>сти; отражающие процессы;</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04" w:name="bookmark3029"/>
      <w:bookmarkEnd w:id="304"/>
      <w:r>
        <w:rPr>
          <w:rStyle w:val="BodyTextChar1"/>
          <w:rFonts w:cs="Georgia"/>
          <w:b/>
          <w:bCs/>
        </w:rPr>
        <w:t xml:space="preserve">овладевать </w:t>
      </w:r>
      <w:r>
        <w:rPr>
          <w:rStyle w:val="BodyTextChar1"/>
          <w:rFonts w:cs="Georgia"/>
        </w:rPr>
        <w:t>смысловым чтением, преобразовывать текстовую экономическую информацию в модели (таблица, схема, гра</w:t>
      </w:r>
      <w:r>
        <w:rPr>
          <w:rStyle w:val="BodyTextChar1"/>
          <w:rFonts w:cs="Georgia"/>
        </w:rPr>
        <w:softHyphen/>
        <w:t>фик и пр.), в том числе о свободных и экономических благах, о видах и формах предпринимательской деятельности, эко</w:t>
      </w:r>
      <w:r>
        <w:rPr>
          <w:rStyle w:val="BodyTextChar1"/>
          <w:rFonts w:cs="Georgia"/>
        </w:rPr>
        <w:softHyphen/>
        <w:t>номических и социальных последствиях безработицы;</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05" w:name="bookmark3030"/>
      <w:bookmarkEnd w:id="305"/>
      <w:r>
        <w:rPr>
          <w:rStyle w:val="BodyTextChar1"/>
          <w:rFonts w:cs="Georgia"/>
          <w:b/>
          <w:bCs/>
        </w:rPr>
        <w:t xml:space="preserve">извлекать </w:t>
      </w:r>
      <w:r>
        <w:rPr>
          <w:rStyle w:val="BodyTextChar1"/>
          <w:rFonts w:cs="Georgia"/>
        </w:rPr>
        <w:t>информацию из адаптированных источников, пу</w:t>
      </w:r>
      <w:r>
        <w:rPr>
          <w:rStyle w:val="BodyTextChar1"/>
          <w:rFonts w:cs="Georgia"/>
        </w:rPr>
        <w:softHyphen/>
        <w:t>бликаций СМИ и Интернета о тенденциях развития эконо</w:t>
      </w:r>
      <w:r>
        <w:rPr>
          <w:rStyle w:val="BodyTextChar1"/>
          <w:rFonts w:cs="Georgia"/>
        </w:rPr>
        <w:softHyphen/>
        <w:t>мики в нашей стране, о борьбе с различными формами фи</w:t>
      </w:r>
      <w:r>
        <w:rPr>
          <w:rStyle w:val="BodyTextChar1"/>
          <w:rFonts w:cs="Georgia"/>
        </w:rPr>
        <w:softHyphen/>
        <w:t>нансового мошенничества;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06" w:name="bookmark3031"/>
      <w:bookmarkEnd w:id="306"/>
      <w:r>
        <w:rPr>
          <w:rStyle w:val="BodyTextChar1"/>
          <w:rFonts w:cs="Georgia"/>
          <w:b/>
          <w:bCs/>
        </w:rPr>
        <w:t>анализировать, обобщать, систематизировать, конкретизи</w:t>
      </w:r>
      <w:r>
        <w:rPr>
          <w:rStyle w:val="BodyTextChar1"/>
          <w:rFonts w:cs="Georgia"/>
          <w:b/>
          <w:bCs/>
        </w:rPr>
        <w:softHyphen/>
        <w:t xml:space="preserve">ровать и критически оценивать </w:t>
      </w:r>
      <w:r>
        <w:rPr>
          <w:rStyle w:val="BodyTextChar1"/>
          <w:rFonts w:cs="Georgia"/>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BodyTextChar1"/>
          <w:rFonts w:cs="Georgia"/>
        </w:rPr>
        <w:softHyphen/>
        <w:t>зуя обществоведческие знания, формулировать выводы, подкрепляя их аргументами;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07" w:name="bookmark3032"/>
      <w:bookmarkEnd w:id="307"/>
      <w:r>
        <w:rPr>
          <w:rStyle w:val="BodyTextChar1"/>
          <w:rFonts w:cs="Georgia"/>
          <w:b/>
          <w:bCs/>
        </w:rPr>
        <w:t xml:space="preserve">оценивать </w:t>
      </w:r>
      <w:r>
        <w:rPr>
          <w:rStyle w:val="BodyTextChar1"/>
          <w:rFonts w:cs="Georgia"/>
        </w:rPr>
        <w:t>собственные поступки и поступки других людей с точки зрения их экономической рациональности (сложив</w:t>
      </w:r>
      <w:r>
        <w:rPr>
          <w:rStyle w:val="BodyTextChar1"/>
          <w:rFonts w:cs="Georgia"/>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BodyTextChar1"/>
          <w:rFonts w:cs="Georgia"/>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08" w:name="bookmark3033"/>
      <w:bookmarkEnd w:id="308"/>
      <w:r>
        <w:rPr>
          <w:rStyle w:val="BodyTextChar1"/>
          <w:rFonts w:cs="Georgia"/>
          <w:b/>
          <w:bCs/>
        </w:rPr>
        <w:t xml:space="preserve">приобретать опыт </w:t>
      </w:r>
      <w:r>
        <w:rPr>
          <w:rStyle w:val="BodyTextChar1"/>
          <w:rFonts w:cs="Georgia"/>
        </w:rPr>
        <w:t>использования знаний, включая основы финансовой грамотности, в практической деятельности и по</w:t>
      </w:r>
      <w:r>
        <w:rPr>
          <w:rStyle w:val="BodyTextChar1"/>
          <w:rFonts w:cs="Georgia"/>
        </w:rPr>
        <w:softHyphen/>
        <w:t>вседневной жизни для анализа потребления домашнего хо</w:t>
      </w:r>
      <w:r>
        <w:rPr>
          <w:rStyle w:val="BodyTextChar1"/>
          <w:rFonts w:cs="Georgia"/>
        </w:rPr>
        <w:softHyphen/>
        <w:t>зяйства, структуры семейного бюджета; составления лично</w:t>
      </w:r>
      <w:r>
        <w:rPr>
          <w:rStyle w:val="BodyTextChar1"/>
          <w:rFonts w:cs="Georgia"/>
        </w:rPr>
        <w:softHyphen/>
        <w:t>го финансового плана; для выбора профессии и оценки соб</w:t>
      </w:r>
      <w:r>
        <w:rPr>
          <w:rStyle w:val="BodyTextChar1"/>
          <w:rFonts w:cs="Georgia"/>
        </w:rPr>
        <w:softHyphen/>
        <w:t>ственных перспектив в профессиональной сфере; выбора форм сбережений; для реализации и защиты прав потреби</w:t>
      </w:r>
      <w:r>
        <w:rPr>
          <w:rStyle w:val="BodyTextChar1"/>
          <w:rFonts w:cs="Georgia"/>
        </w:rPr>
        <w:softHyphen/>
        <w:t>теля (в том числе финансовых услуг), осознанного выполне</w:t>
      </w:r>
      <w:r>
        <w:rPr>
          <w:rStyle w:val="BodyTextChar1"/>
          <w:rFonts w:cs="Georgia"/>
        </w:rPr>
        <w:softHyphen/>
        <w:t>ния гражданских обязанностей, выбора профессии и оценки собственных перспектив в профессиональной сфере;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09" w:name="bookmark3034"/>
      <w:bookmarkEnd w:id="309"/>
      <w:r>
        <w:rPr>
          <w:rStyle w:val="BodyTextChar1"/>
          <w:rFonts w:cs="Georgia"/>
          <w:b/>
          <w:bCs/>
        </w:rPr>
        <w:t xml:space="preserve">приобретать опыт </w:t>
      </w:r>
      <w:r>
        <w:rPr>
          <w:rStyle w:val="BodyTextChar1"/>
          <w:rFonts w:cs="Georgia"/>
        </w:rPr>
        <w:t>составления простейших документов (личный финансовый план, заявление, резюме);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0" w:name="bookmark3035"/>
      <w:bookmarkEnd w:id="310"/>
      <w:r>
        <w:rPr>
          <w:rStyle w:val="BodyTextChar1"/>
          <w:rFonts w:cs="Georgia"/>
          <w:b/>
          <w:bCs/>
        </w:rPr>
        <w:t xml:space="preserve">осуществлять </w:t>
      </w:r>
      <w:r>
        <w:rPr>
          <w:rStyle w:val="BodyTextChar1"/>
          <w:rFonts w:cs="Georgia"/>
        </w:rPr>
        <w:t>совместную деятельность, включая взаимо</w:t>
      </w:r>
      <w:r>
        <w:rPr>
          <w:rStyle w:val="BodyTextChar1"/>
          <w:rFonts w:cs="Georgia"/>
        </w:rPr>
        <w:softHyphen/>
        <w:t>действие с людьми другой культуры, национальной и рели</w:t>
      </w:r>
      <w:r>
        <w:rPr>
          <w:rStyle w:val="BodyTextChar1"/>
          <w:rFonts w:cs="Georgia"/>
        </w:rPr>
        <w:softHyphen/>
        <w:t>гиозной принадлежности, на основе гуманистических цен</w:t>
      </w:r>
      <w:r>
        <w:rPr>
          <w:rStyle w:val="BodyTextChar1"/>
          <w:rFonts w:cs="Georgia"/>
        </w:rPr>
        <w:softHyphen/>
        <w:t>ностей, взаимопонимания между людьми разных культур.</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в мире культуры</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1" w:name="bookmark3036"/>
      <w:bookmarkEnd w:id="311"/>
      <w:r>
        <w:rPr>
          <w:rStyle w:val="BodyTextChar1"/>
          <w:rFonts w:cs="Georgia"/>
          <w:b/>
          <w:bCs/>
        </w:rPr>
        <w:t xml:space="preserve">осваивать и применять </w:t>
      </w:r>
      <w:r>
        <w:rPr>
          <w:rStyle w:val="BodyTextChar1"/>
          <w:rFonts w:cs="Georgia"/>
        </w:rPr>
        <w:t>знания о процессах и явлениях в ду</w:t>
      </w:r>
      <w:r>
        <w:rPr>
          <w:rStyle w:val="BodyTextChar1"/>
          <w:rFonts w:cs="Georgia"/>
        </w:rPr>
        <w:softHyphen/>
        <w:t>ховной жизни общества, о науке и образовании, системе об</w:t>
      </w:r>
      <w:r>
        <w:rPr>
          <w:rStyle w:val="BodyTextChar1"/>
          <w:rFonts w:cs="Georgia"/>
        </w:rPr>
        <w:softHyphen/>
        <w:t>разования в Российской Федерации, о религии, мировых религиях, об искусстве и его видах; об информации как важ</w:t>
      </w:r>
      <w:r>
        <w:rPr>
          <w:rStyle w:val="BodyTextChar1"/>
          <w:rFonts w:cs="Georgia"/>
        </w:rPr>
        <w:softHyphen/>
        <w:t>ном ресурсе современного общества;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2" w:name="bookmark3037"/>
      <w:bookmarkEnd w:id="312"/>
      <w:r>
        <w:rPr>
          <w:rStyle w:val="BodyTextChar1"/>
          <w:rFonts w:cs="Georgia"/>
          <w:b/>
          <w:bCs/>
        </w:rPr>
        <w:t xml:space="preserve">характеризовать </w:t>
      </w:r>
      <w:r>
        <w:rPr>
          <w:rStyle w:val="BodyTextChar1"/>
          <w:rFonts w:cs="Georgia"/>
        </w:rPr>
        <w:t>духовно-нравственные ценности (в том числе нормы морали и нравственности, гуманизм, милосер</w:t>
      </w:r>
      <w:r>
        <w:rPr>
          <w:rStyle w:val="BodyTextChar1"/>
          <w:rFonts w:cs="Georgia"/>
        </w:rPr>
        <w:softHyphen/>
        <w:t>дие, справедливость) нашего общества, искусство как сферу деятельности, информационную культуру и информацион</w:t>
      </w:r>
      <w:r>
        <w:rPr>
          <w:rStyle w:val="BodyTextChar1"/>
          <w:rFonts w:cs="Georgia"/>
        </w:rPr>
        <w:softHyphen/>
        <w:t>ную безопасность;</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3" w:name="bookmark3038"/>
      <w:bookmarkEnd w:id="313"/>
      <w:r>
        <w:rPr>
          <w:rStyle w:val="BodyTextChar1"/>
          <w:rFonts w:cs="Georgia"/>
          <w:b/>
          <w:bCs/>
        </w:rPr>
        <w:t xml:space="preserve">приводить примеры </w:t>
      </w:r>
      <w:r>
        <w:rPr>
          <w:rStyle w:val="BodyTextChar1"/>
          <w:rFonts w:cs="Georgia"/>
        </w:rPr>
        <w:t>политики российского государства в сфере культуры и образования; влияния образования на со</w:t>
      </w:r>
      <w:r>
        <w:rPr>
          <w:rStyle w:val="BodyTextChar1"/>
          <w:rFonts w:cs="Georgia"/>
        </w:rPr>
        <w:softHyphen/>
        <w:t>циализацию личности; правил информационной безопасно</w:t>
      </w:r>
      <w:r>
        <w:rPr>
          <w:rStyle w:val="BodyTextChar1"/>
          <w:rFonts w:cs="Georgia"/>
        </w:rPr>
        <w:softHyphen/>
        <w:t>сти;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4" w:name="bookmark3039"/>
      <w:bookmarkEnd w:id="314"/>
      <w:r>
        <w:rPr>
          <w:rStyle w:val="BodyTextChar1"/>
          <w:rFonts w:cs="Georgia"/>
          <w:b/>
          <w:bCs/>
        </w:rPr>
        <w:t xml:space="preserve">классифицировать </w:t>
      </w:r>
      <w:r>
        <w:rPr>
          <w:rStyle w:val="BodyTextChar1"/>
          <w:rFonts w:cs="Georgia"/>
        </w:rPr>
        <w:t>по разным признакам формы и виды культуры;</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5" w:name="bookmark3040"/>
      <w:bookmarkEnd w:id="315"/>
      <w:r>
        <w:rPr>
          <w:rStyle w:val="BodyTextChar1"/>
          <w:rFonts w:cs="Georgia"/>
          <w:b/>
          <w:bCs/>
        </w:rPr>
        <w:t xml:space="preserve">сравнивать </w:t>
      </w:r>
      <w:r>
        <w:rPr>
          <w:rStyle w:val="BodyTextChar1"/>
          <w:rFonts w:cs="Georgia"/>
        </w:rPr>
        <w:t>формы культуры, естественные и социально-гу</w:t>
      </w:r>
      <w:r>
        <w:rPr>
          <w:rStyle w:val="BodyTextChar1"/>
          <w:rFonts w:cs="Georgia"/>
        </w:rPr>
        <w:softHyphen/>
        <w:t>манитарные науки, виды искусств;</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6" w:name="bookmark3041"/>
      <w:bookmarkEnd w:id="316"/>
      <w:r>
        <w:rPr>
          <w:rStyle w:val="BodyTextChar1"/>
          <w:rFonts w:cs="Georgia"/>
          <w:b/>
          <w:bCs/>
        </w:rPr>
        <w:t xml:space="preserve">устанавливать и объяснять </w:t>
      </w:r>
      <w:r>
        <w:rPr>
          <w:rStyle w:val="BodyTextChar1"/>
          <w:rFonts w:cs="Georgia"/>
        </w:rPr>
        <w:t>взаимосвязь развития духовной культуры и формирования личности, взаимовлияние науки и образования;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7" w:name="bookmark3042"/>
      <w:bookmarkEnd w:id="317"/>
      <w:r>
        <w:rPr>
          <w:rStyle w:val="BodyTextChar1"/>
          <w:rFonts w:cs="Georgia"/>
          <w:b/>
          <w:bCs/>
        </w:rPr>
        <w:t xml:space="preserve">использовать </w:t>
      </w:r>
      <w:r>
        <w:rPr>
          <w:rStyle w:val="BodyTextChar1"/>
          <w:rFonts w:cs="Georgia"/>
        </w:rPr>
        <w:t>полученные знания для объяснения роли не</w:t>
      </w:r>
      <w:r>
        <w:rPr>
          <w:rStyle w:val="BodyTextChar1"/>
          <w:rFonts w:cs="Georgia"/>
        </w:rPr>
        <w:softHyphen/>
        <w:t>прерывного образования;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8" w:name="bookmark3043"/>
      <w:bookmarkEnd w:id="318"/>
      <w:r>
        <w:rPr>
          <w:rStyle w:val="BodyTextChar1"/>
          <w:rFonts w:cs="Georgia"/>
          <w:b/>
          <w:bCs/>
        </w:rPr>
        <w:t xml:space="preserve">определять и аргументировать </w:t>
      </w:r>
      <w:r>
        <w:rPr>
          <w:rStyle w:val="BodyTextChar1"/>
          <w:rFonts w:cs="Georgia"/>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BodyTextChar1"/>
          <w:rFonts w:cs="Georgia"/>
        </w:rPr>
        <w:softHyphen/>
        <w:t>пасного поведения в Интернете;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19" w:name="bookmark3044"/>
      <w:bookmarkEnd w:id="319"/>
      <w:r>
        <w:rPr>
          <w:rStyle w:val="BodyTextChar1"/>
          <w:rFonts w:cs="Georgia"/>
          <w:b/>
          <w:bCs/>
        </w:rPr>
        <w:t xml:space="preserve">решать </w:t>
      </w:r>
      <w:r>
        <w:rPr>
          <w:rStyle w:val="BodyTextChar1"/>
          <w:rFonts w:cs="Georgia"/>
        </w:rPr>
        <w:t>познавательные и практические задачи, касающие</w:t>
      </w:r>
      <w:r>
        <w:rPr>
          <w:rStyle w:val="BodyTextChar1"/>
          <w:rFonts w:cs="Georgia"/>
        </w:rPr>
        <w:softHyphen/>
        <w:t>ся форм и многообразия духовной культуры;</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0" w:name="bookmark3045"/>
      <w:bookmarkEnd w:id="320"/>
      <w:r>
        <w:rPr>
          <w:rStyle w:val="BodyTextChar1"/>
          <w:rFonts w:cs="Georgia"/>
          <w:b/>
          <w:bCs/>
        </w:rPr>
        <w:t xml:space="preserve">овладевать </w:t>
      </w:r>
      <w:r>
        <w:rPr>
          <w:rStyle w:val="BodyTextChar1"/>
          <w:rFonts w:cs="Georgia"/>
        </w:rPr>
        <w:t>смысловым чтением текстов по проблемам раз</w:t>
      </w:r>
      <w:r>
        <w:rPr>
          <w:rStyle w:val="BodyTextChar1"/>
          <w:rFonts w:cs="Georgia"/>
        </w:rPr>
        <w:softHyphen/>
        <w:t>вития современной культуры, составлять план, преобразо</w:t>
      </w:r>
      <w:r>
        <w:rPr>
          <w:rStyle w:val="BodyTextChar1"/>
          <w:rFonts w:cs="Georgia"/>
        </w:rPr>
        <w:softHyphen/>
        <w:t>вывать текстовую информацию в модели (таблицу, диаграм</w:t>
      </w:r>
      <w:r>
        <w:rPr>
          <w:rStyle w:val="BodyTextChar1"/>
          <w:rFonts w:cs="Georgia"/>
        </w:rPr>
        <w:softHyphen/>
        <w:t>му, схему) и преобразовывать предложенные модели в текст;</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1" w:name="bookmark3046"/>
      <w:bookmarkEnd w:id="321"/>
      <w:r>
        <w:rPr>
          <w:rStyle w:val="BodyTextChar1"/>
          <w:rFonts w:cs="Georgia"/>
          <w:b/>
          <w:bCs/>
        </w:rPr>
        <w:t xml:space="preserve">осуществлять </w:t>
      </w:r>
      <w:r>
        <w:rPr>
          <w:rStyle w:val="BodyTextChar1"/>
          <w:rFonts w:cs="Georgia"/>
        </w:rPr>
        <w:t>поиск информации об ответственности совре</w:t>
      </w:r>
      <w:r>
        <w:rPr>
          <w:rStyle w:val="BodyTextChar1"/>
          <w:rFonts w:cs="Georgia"/>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2" w:name="bookmark3047"/>
      <w:bookmarkEnd w:id="322"/>
      <w:r>
        <w:rPr>
          <w:rStyle w:val="BodyTextChar1"/>
          <w:rFonts w:cs="Georgia"/>
          <w:b/>
          <w:bCs/>
        </w:rPr>
        <w:t xml:space="preserve">анализировать, систематизировать, критически оценивать и обобщать </w:t>
      </w:r>
      <w:r>
        <w:rPr>
          <w:rStyle w:val="BodyTextChar1"/>
          <w:rFonts w:cs="Georgia"/>
        </w:rPr>
        <w:t>социальную информацию, представленную в раз</w:t>
      </w:r>
      <w:r>
        <w:rPr>
          <w:rStyle w:val="BodyTextChar1"/>
          <w:rFonts w:cs="Georgia"/>
        </w:rPr>
        <w:softHyphen/>
        <w:t>ных формах (описательную, графическую, аудиовизуаль</w:t>
      </w:r>
      <w:r>
        <w:rPr>
          <w:rStyle w:val="BodyTextChar1"/>
          <w:rFonts w:cs="Georgia"/>
        </w:rPr>
        <w:softHyphen/>
        <w:t>ную), при изучении культуры, науки и образования;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3" w:name="bookmark3048"/>
      <w:bookmarkEnd w:id="323"/>
      <w:r>
        <w:rPr>
          <w:rStyle w:val="BodyTextChar1"/>
          <w:rFonts w:cs="Georgia"/>
          <w:b/>
          <w:bCs/>
        </w:rPr>
        <w:t xml:space="preserve">оценивать </w:t>
      </w:r>
      <w:r>
        <w:rPr>
          <w:rStyle w:val="BodyTextChar1"/>
          <w:rFonts w:cs="Georgia"/>
        </w:rPr>
        <w:t>собственные поступки, поведение людей в духов</w:t>
      </w:r>
      <w:r>
        <w:rPr>
          <w:rStyle w:val="BodyTextChar1"/>
          <w:rFonts w:cs="Georgia"/>
        </w:rPr>
        <w:softHyphen/>
        <w:t>ной сфере жизни общества;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4" w:name="bookmark3049"/>
      <w:bookmarkEnd w:id="324"/>
      <w:r>
        <w:rPr>
          <w:rStyle w:val="BodyTextChar1"/>
          <w:rFonts w:cs="Georgia"/>
          <w:b/>
          <w:bCs/>
        </w:rPr>
        <w:t xml:space="preserve">использовать </w:t>
      </w:r>
      <w:r>
        <w:rPr>
          <w:rStyle w:val="BodyTextChar1"/>
          <w:rFonts w:cs="Georgia"/>
        </w:rPr>
        <w:t>полученные знания для публичного представ</w:t>
      </w:r>
      <w:r>
        <w:rPr>
          <w:rStyle w:val="BodyTextChar1"/>
          <w:rFonts w:cs="Georgia"/>
        </w:rPr>
        <w:softHyphen/>
        <w:t>ления результатов своей деятельности в сфере духовной культуры в соответствии с особенностями аудитории и ре</w:t>
      </w:r>
      <w:r>
        <w:rPr>
          <w:rStyle w:val="BodyTextChar1"/>
          <w:rFonts w:cs="Georgia"/>
        </w:rPr>
        <w:softHyphen/>
        <w:t>гламентом;</w:t>
      </w:r>
    </w:p>
    <w:p w:rsidR="00F44E79" w:rsidRDefault="00F44E79" w:rsidP="00E5323B">
      <w:pPr>
        <w:pStyle w:val="BodyText"/>
        <w:numPr>
          <w:ilvl w:val="0"/>
          <w:numId w:val="29"/>
        </w:numPr>
        <w:tabs>
          <w:tab w:val="left" w:pos="327"/>
        </w:tabs>
        <w:spacing w:after="120" w:line="269" w:lineRule="auto"/>
        <w:ind w:left="280" w:hanging="280"/>
        <w:jc w:val="both"/>
        <w:rPr>
          <w:color w:val="auto"/>
          <w:sz w:val="24"/>
          <w:szCs w:val="24"/>
        </w:rPr>
      </w:pPr>
      <w:bookmarkStart w:id="325" w:name="bookmark3050"/>
      <w:bookmarkEnd w:id="325"/>
      <w:r>
        <w:rPr>
          <w:rStyle w:val="BodyTextChar1"/>
          <w:rFonts w:cs="Georgia"/>
          <w:b/>
          <w:bCs/>
        </w:rPr>
        <w:t xml:space="preserve">приобретать </w:t>
      </w:r>
      <w:r>
        <w:rPr>
          <w:rStyle w:val="BodyTextChar1"/>
          <w:rFonts w:cs="Georgia"/>
        </w:rPr>
        <w:t>опыт осуществления совместной деятельности при изучении особенностей разных культур, национальных и религиозных ценностей.</w:t>
      </w:r>
    </w:p>
    <w:p w:rsidR="00F44E79" w:rsidRDefault="00F44E79" w:rsidP="00E5323B">
      <w:pPr>
        <w:pStyle w:val="22"/>
        <w:numPr>
          <w:ilvl w:val="0"/>
          <w:numId w:val="30"/>
        </w:numPr>
        <w:tabs>
          <w:tab w:val="left" w:pos="267"/>
        </w:tabs>
        <w:spacing w:after="60"/>
        <w:jc w:val="both"/>
        <w:rPr>
          <w:b w:val="0"/>
          <w:bCs w:val="0"/>
          <w:color w:val="auto"/>
          <w:w w:val="100"/>
          <w:sz w:val="24"/>
          <w:szCs w:val="24"/>
        </w:rPr>
      </w:pPr>
      <w:bookmarkStart w:id="326" w:name="bookmark3051"/>
      <w:bookmarkEnd w:id="326"/>
      <w:r>
        <w:rPr>
          <w:rStyle w:val="21"/>
          <w:rFonts w:cs="Tahoma"/>
          <w:b/>
        </w:rPr>
        <w:t>КЛАСС</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в политическом измерении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7" w:name="bookmark3052"/>
      <w:bookmarkEnd w:id="327"/>
      <w:r>
        <w:rPr>
          <w:rStyle w:val="BodyTextChar1"/>
          <w:rFonts w:cs="Georgia"/>
          <w:b/>
          <w:bCs/>
        </w:rPr>
        <w:t xml:space="preserve">осваивать и применять </w:t>
      </w:r>
      <w:r>
        <w:rPr>
          <w:rStyle w:val="BodyTextChar1"/>
          <w:rFonts w:cs="Georgia"/>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BodyTextChar1"/>
          <w:rFonts w:cs="Georgia"/>
        </w:rPr>
        <w:softHyphen/>
        <w:t>дан в политике, выборах и референдуме, о политических партиях;</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8" w:name="bookmark3053"/>
      <w:bookmarkEnd w:id="328"/>
      <w:r>
        <w:rPr>
          <w:rStyle w:val="BodyTextChar1"/>
          <w:rFonts w:cs="Georgia"/>
          <w:b/>
          <w:bCs/>
        </w:rPr>
        <w:t xml:space="preserve">характеризовать </w:t>
      </w:r>
      <w:r>
        <w:rPr>
          <w:rStyle w:val="BodyTextChar1"/>
          <w:rFonts w:cs="Georgia"/>
        </w:rPr>
        <w:t>государство как социальный институт; принципы и признаки демократии, демократические ценно</w:t>
      </w:r>
      <w:r>
        <w:rPr>
          <w:rStyle w:val="BodyTextChar1"/>
          <w:rFonts w:cs="Georgia"/>
        </w:rPr>
        <w:softHyphen/>
        <w:t>сти; роль государства в обществе на основе его функций; правовое государство;</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29" w:name="bookmark3054"/>
      <w:bookmarkEnd w:id="329"/>
      <w:r>
        <w:rPr>
          <w:rStyle w:val="BodyTextChar1"/>
          <w:rFonts w:cs="Georgia"/>
          <w:b/>
          <w:bCs/>
        </w:rPr>
        <w:t xml:space="preserve">приводить примеры </w:t>
      </w:r>
      <w:r>
        <w:rPr>
          <w:rStyle w:val="BodyTextChar1"/>
          <w:rFonts w:cs="Georgia"/>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BodyTextChar1"/>
          <w:rFonts w:cs="Georgia"/>
        </w:rPr>
        <w:softHyphen/>
        <w:t>тических партий и иных общественных объединений граж</w:t>
      </w:r>
      <w:r>
        <w:rPr>
          <w:rStyle w:val="BodyTextChar1"/>
          <w:rFonts w:cs="Georgia"/>
        </w:rPr>
        <w:softHyphen/>
        <w:t>дан; законного участия граждан в политике; связи полити</w:t>
      </w:r>
      <w:r>
        <w:rPr>
          <w:rStyle w:val="BodyTextChar1"/>
          <w:rFonts w:cs="Georgia"/>
        </w:rPr>
        <w:softHyphen/>
        <w:t>ческих потрясений и социально-экономического кризиса в государстве;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0" w:name="bookmark3055"/>
      <w:bookmarkEnd w:id="330"/>
      <w:r>
        <w:rPr>
          <w:rStyle w:val="BodyTextChar1"/>
          <w:rFonts w:cs="Georgia"/>
          <w:b/>
          <w:bCs/>
        </w:rPr>
        <w:t xml:space="preserve">классифицировать </w:t>
      </w:r>
      <w:r>
        <w:rPr>
          <w:rStyle w:val="BodyTextChar1"/>
          <w:rFonts w:cs="Georgia"/>
        </w:rPr>
        <w:t>современные государства по разным при</w:t>
      </w:r>
      <w:r>
        <w:rPr>
          <w:rStyle w:val="BodyTextChar1"/>
          <w:rFonts w:cs="Georgia"/>
        </w:rPr>
        <w:softHyphen/>
        <w:t>знакам; элементы формы государства; типы политических партий; типы общественно-политических организаций;</w:t>
      </w:r>
    </w:p>
    <w:p w:rsidR="00F44E79" w:rsidRDefault="00F44E79" w:rsidP="00E5323B">
      <w:pPr>
        <w:pStyle w:val="BodyText"/>
        <w:numPr>
          <w:ilvl w:val="0"/>
          <w:numId w:val="29"/>
        </w:numPr>
        <w:tabs>
          <w:tab w:val="left" w:pos="327"/>
        </w:tabs>
        <w:spacing w:after="100" w:line="269" w:lineRule="auto"/>
        <w:ind w:left="280" w:hanging="280"/>
        <w:jc w:val="both"/>
        <w:rPr>
          <w:color w:val="auto"/>
          <w:sz w:val="24"/>
          <w:szCs w:val="24"/>
        </w:rPr>
      </w:pPr>
      <w:bookmarkStart w:id="331" w:name="bookmark3056"/>
      <w:bookmarkEnd w:id="331"/>
      <w:r>
        <w:rPr>
          <w:rStyle w:val="BodyTextChar1"/>
          <w:rFonts w:cs="Georgia"/>
          <w:b/>
          <w:bCs/>
        </w:rPr>
        <w:t xml:space="preserve">сравнивать </w:t>
      </w:r>
      <w:r>
        <w:rPr>
          <w:rStyle w:val="BodyTextChar1"/>
          <w:rFonts w:cs="Georgia"/>
        </w:rPr>
        <w:t>(в том числе устанавливать основания для срав</w:t>
      </w:r>
      <w:r>
        <w:rPr>
          <w:rStyle w:val="BodyTextChar1"/>
          <w:rFonts w:cs="Georgia"/>
        </w:rPr>
        <w:softHyphen/>
        <w:t>нения) политическую власть с другими видами власти в обществе; демократические и недемократические политиче</w:t>
      </w:r>
      <w:r>
        <w:rPr>
          <w:rStyle w:val="BodyTextChar1"/>
          <w:rFonts w:cs="Georgia"/>
        </w:rPr>
        <w:softHyphen/>
        <w:t>ские режимы, унитарное и федеративное территориально</w:t>
      </w:r>
      <w:r>
        <w:rPr>
          <w:rStyle w:val="BodyTextChar1"/>
          <w:rFonts w:cs="Georgia"/>
        </w:rPr>
        <w:softHyphen/>
        <w:t>государственное устройство, монархию и республику, поли</w:t>
      </w:r>
      <w:r>
        <w:rPr>
          <w:rStyle w:val="BodyTextChar1"/>
          <w:rFonts w:cs="Georgia"/>
        </w:rPr>
        <w:softHyphen/>
        <w:t>тическую партию и общественно-политическое движение, выборы и референдум;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2" w:name="bookmark3057"/>
      <w:bookmarkEnd w:id="332"/>
      <w:r>
        <w:rPr>
          <w:rStyle w:val="BodyTextChar1"/>
          <w:rFonts w:cs="Georgia"/>
          <w:b/>
          <w:bCs/>
        </w:rPr>
        <w:t xml:space="preserve">устанавливать и объяснять </w:t>
      </w:r>
      <w:r>
        <w:rPr>
          <w:rStyle w:val="BodyTextChar1"/>
          <w:rFonts w:cs="Georgia"/>
        </w:rPr>
        <w:t>взаимосвязи в отношениях меж</w:t>
      </w:r>
      <w:r>
        <w:rPr>
          <w:rStyle w:val="BodyTextChar1"/>
          <w:rFonts w:cs="Georgia"/>
        </w:rPr>
        <w:softHyphen/>
        <w:t>ду человеком, обществом и государством; между правами человека и гражданина и обязанностями граждан, связи по</w:t>
      </w:r>
      <w:r>
        <w:rPr>
          <w:rStyle w:val="BodyTextChar1"/>
          <w:rFonts w:cs="Georgia"/>
        </w:rPr>
        <w:softHyphen/>
        <w:t>литических потрясений и социально-экономических кризи</w:t>
      </w:r>
      <w:r>
        <w:rPr>
          <w:rStyle w:val="BodyTextChar1"/>
          <w:rFonts w:cs="Georgia"/>
        </w:rPr>
        <w:softHyphen/>
        <w:t>сов в государстве;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3" w:name="bookmark3058"/>
      <w:bookmarkEnd w:id="333"/>
      <w:r>
        <w:rPr>
          <w:rStyle w:val="BodyTextChar1"/>
          <w:rFonts w:cs="Georgia"/>
          <w:b/>
          <w:bCs/>
        </w:rPr>
        <w:t xml:space="preserve">использовать </w:t>
      </w:r>
      <w:r>
        <w:rPr>
          <w:rStyle w:val="BodyTextChar1"/>
          <w:rFonts w:cs="Georgia"/>
        </w:rPr>
        <w:t>полученные знания для объяснения сущности политики, политической власти, значения политической де</w:t>
      </w:r>
      <w:r>
        <w:rPr>
          <w:rStyle w:val="BodyTextChar1"/>
          <w:rFonts w:cs="Georgia"/>
        </w:rPr>
        <w:softHyphen/>
        <w:t>ятельности в обществе; для объяснения взаимосвязи право</w:t>
      </w:r>
      <w:r>
        <w:rPr>
          <w:rStyle w:val="BodyTextChar1"/>
          <w:rFonts w:cs="Georgia"/>
        </w:rPr>
        <w:softHyphen/>
        <w:t>вого государства и гражданского общества; для осмысления личного социального опыта при исполнении социальной ро</w:t>
      </w:r>
      <w:r>
        <w:rPr>
          <w:rStyle w:val="BodyTextChar1"/>
          <w:rFonts w:cs="Georgia"/>
        </w:rPr>
        <w:softHyphen/>
        <w:t>ли гражданина; о роли информации и информационных тех</w:t>
      </w:r>
      <w:r>
        <w:rPr>
          <w:rStyle w:val="BodyTextChar1"/>
          <w:rFonts w:cs="Georgia"/>
        </w:rPr>
        <w:softHyphen/>
        <w:t>нологий в современном мире для аргументированного объ</w:t>
      </w:r>
      <w:r>
        <w:rPr>
          <w:rStyle w:val="BodyTextChar1"/>
          <w:rFonts w:cs="Georgia"/>
        </w:rPr>
        <w:softHyphen/>
        <w:t>яснения роли СМИ в современном обществе и государстве;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4" w:name="bookmark3059"/>
      <w:bookmarkEnd w:id="334"/>
      <w:r>
        <w:rPr>
          <w:rStyle w:val="BodyTextChar1"/>
          <w:rFonts w:cs="Georgia"/>
          <w:b/>
          <w:bCs/>
        </w:rPr>
        <w:t xml:space="preserve">определять и аргументировать </w:t>
      </w:r>
      <w:r>
        <w:rPr>
          <w:rStyle w:val="BodyTextChar1"/>
          <w:rFonts w:cs="Georgia"/>
        </w:rPr>
        <w:t>неприемлемость всех форм антиобщественного поведения в политике с точки зрения со</w:t>
      </w:r>
      <w:r>
        <w:rPr>
          <w:rStyle w:val="BodyTextChar1"/>
          <w:rFonts w:cs="Georgia"/>
        </w:rPr>
        <w:softHyphen/>
        <w:t>циальных ценностей и правовых норм;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5" w:name="bookmark3060"/>
      <w:bookmarkEnd w:id="335"/>
      <w:r>
        <w:rPr>
          <w:rStyle w:val="BodyTextChar1"/>
          <w:rFonts w:cs="Georgia"/>
          <w:b/>
          <w:bCs/>
        </w:rPr>
        <w:t xml:space="preserve">решать </w:t>
      </w:r>
      <w:r>
        <w:rPr>
          <w:rStyle w:val="BodyTextChar1"/>
          <w:rFonts w:cs="Georgia"/>
        </w:rPr>
        <w:t>в рамках изученного материала познавательные и практические задачи, отражающие типичные взаимодей</w:t>
      </w:r>
      <w:r>
        <w:rPr>
          <w:rStyle w:val="BodyTextChar1"/>
          <w:rFonts w:cs="Georgia"/>
        </w:rPr>
        <w:softHyphen/>
        <w:t>ствия между субъектами политики; выполнение социаль</w:t>
      </w:r>
      <w:r>
        <w:rPr>
          <w:rStyle w:val="BodyTextChar1"/>
          <w:rFonts w:cs="Georgia"/>
        </w:rPr>
        <w:softHyphen/>
        <w:t>ных ролей избирателя, члена политической партии, участ</w:t>
      </w:r>
      <w:r>
        <w:rPr>
          <w:rStyle w:val="BodyTextChar1"/>
          <w:rFonts w:cs="Georgia"/>
        </w:rPr>
        <w:softHyphen/>
        <w:t>ника общественно-политического движения;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6" w:name="bookmark3061"/>
      <w:bookmarkEnd w:id="336"/>
      <w:r>
        <w:rPr>
          <w:rStyle w:val="BodyTextChar1"/>
          <w:rFonts w:cs="Georgia"/>
          <w:b/>
          <w:bCs/>
        </w:rPr>
        <w:t xml:space="preserve">овладевать </w:t>
      </w:r>
      <w:r>
        <w:rPr>
          <w:rStyle w:val="BodyTextChar1"/>
          <w:rFonts w:cs="Georgia"/>
        </w:rPr>
        <w:t>смысловым чтением фрагментов Конституции Российской Федерации, других нормативных правовых ак</w:t>
      </w:r>
      <w:r>
        <w:rPr>
          <w:rStyle w:val="BodyTextChar1"/>
          <w:rFonts w:cs="Georgia"/>
        </w:rPr>
        <w:softHyphen/>
        <w:t>тов, учебных и иных текстов обществоведческой тематики, связанных с деятельностью субъектов политики, преобразо</w:t>
      </w:r>
      <w:r>
        <w:rPr>
          <w:rStyle w:val="BodyTextChar1"/>
          <w:rFonts w:cs="Georgia"/>
        </w:rPr>
        <w:softHyphen/>
        <w:t>вывать текстовую информацию в таблицу или схему о функ</w:t>
      </w:r>
      <w:r>
        <w:rPr>
          <w:rStyle w:val="BodyTextChar1"/>
          <w:rFonts w:cs="Georgia"/>
        </w:rPr>
        <w:softHyphen/>
        <w:t>циях государства, политических партий, формах участия граждан в политике;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7" w:name="bookmark3062"/>
      <w:bookmarkEnd w:id="337"/>
      <w:r>
        <w:rPr>
          <w:rStyle w:val="BodyTextChar1"/>
          <w:rFonts w:cs="Georgia"/>
          <w:b/>
          <w:bCs/>
        </w:rPr>
        <w:t xml:space="preserve">искать и извлекать </w:t>
      </w:r>
      <w:r>
        <w:rPr>
          <w:rStyle w:val="BodyTextChar1"/>
          <w:rFonts w:cs="Georgia"/>
        </w:rPr>
        <w:t>информацию о сущности политики, го</w:t>
      </w:r>
      <w:r>
        <w:rPr>
          <w:rStyle w:val="BodyTextChar1"/>
          <w:rFonts w:cs="Georgia"/>
        </w:rPr>
        <w:softHyphen/>
        <w:t>сударстве и его роли в обществе: по заданию учителя выяв</w:t>
      </w:r>
      <w:r>
        <w:rPr>
          <w:rStyle w:val="BodyTextChar1"/>
          <w:rFonts w:cs="Georgia"/>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8" w:name="bookmark3063"/>
      <w:bookmarkEnd w:id="338"/>
      <w:r>
        <w:rPr>
          <w:rStyle w:val="BodyTextChar1"/>
          <w:rFonts w:cs="Georgia"/>
          <w:b/>
          <w:bCs/>
        </w:rPr>
        <w:t xml:space="preserve">анализировать и конкретизировать </w:t>
      </w:r>
      <w:r>
        <w:rPr>
          <w:rStyle w:val="BodyTextChar1"/>
          <w:rFonts w:cs="Georgia"/>
        </w:rPr>
        <w:t>социальную информа</w:t>
      </w:r>
      <w:r>
        <w:rPr>
          <w:rStyle w:val="BodyTextChar1"/>
          <w:rFonts w:cs="Georgia"/>
        </w:rPr>
        <w:softHyphen/>
        <w:t>цию о формах участия граждан нашей страны в политиче</w:t>
      </w:r>
      <w:r>
        <w:rPr>
          <w:rStyle w:val="BodyTextChar1"/>
          <w:rFonts w:cs="Georgia"/>
        </w:rPr>
        <w:softHyphen/>
        <w:t>ской жизни, о выборах и референдуме;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39" w:name="bookmark3064"/>
      <w:bookmarkEnd w:id="339"/>
      <w:r>
        <w:rPr>
          <w:rStyle w:val="BodyTextChar1"/>
          <w:rFonts w:cs="Georgia"/>
          <w:b/>
          <w:bCs/>
        </w:rPr>
        <w:t xml:space="preserve">оценивать </w:t>
      </w:r>
      <w:r>
        <w:rPr>
          <w:rStyle w:val="BodyTextChar1"/>
          <w:rFonts w:cs="Georgia"/>
        </w:rPr>
        <w:t>политическую деятельность различных субъек</w:t>
      </w:r>
      <w:r>
        <w:rPr>
          <w:rStyle w:val="BodyTextChar1"/>
          <w:rFonts w:cs="Georgia"/>
        </w:rPr>
        <w:softHyphen/>
        <w:t>тов политики с точки зрения учёта в ней интересов развития общества, её соответствия гуманистическим и демократиче</w:t>
      </w:r>
      <w:r>
        <w:rPr>
          <w:rStyle w:val="BodyTextChar1"/>
          <w:rFonts w:cs="Georgia"/>
        </w:rPr>
        <w:softHyphen/>
        <w:t>ским ценностям: выражать свою точку зрения, отвечать на вопросы, участвовать в дискуссии;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0" w:name="bookmark3065"/>
      <w:bookmarkEnd w:id="340"/>
      <w:r>
        <w:rPr>
          <w:rStyle w:val="BodyTextChar1"/>
          <w:rFonts w:cs="Georgia"/>
          <w:b/>
          <w:bCs/>
        </w:rPr>
        <w:t xml:space="preserve">использовать </w:t>
      </w:r>
      <w:r>
        <w:rPr>
          <w:rStyle w:val="BodyTextChar1"/>
          <w:rFonts w:cs="Georgia"/>
        </w:rPr>
        <w:t>полученные знания в практической учебной деятельности (включая выполнение проектов индивидуаль</w:t>
      </w:r>
      <w:r>
        <w:rPr>
          <w:rStyle w:val="BodyTextChar1"/>
          <w:rFonts w:cs="Georgia"/>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BodyTextChar1"/>
          <w:rFonts w:cs="Georgia"/>
        </w:rPr>
        <w:softHyphen/>
        <w:t>ствии с темой и ситуацией общения, особенностями аудито</w:t>
      </w:r>
      <w:r>
        <w:rPr>
          <w:rStyle w:val="BodyTextChar1"/>
          <w:rFonts w:cs="Georgia"/>
        </w:rPr>
        <w:softHyphen/>
        <w:t>рии и регламентом;</w:t>
      </w:r>
    </w:p>
    <w:p w:rsidR="00F44E79" w:rsidRDefault="00F44E79" w:rsidP="00E5323B">
      <w:pPr>
        <w:pStyle w:val="BodyText"/>
        <w:numPr>
          <w:ilvl w:val="0"/>
          <w:numId w:val="29"/>
        </w:numPr>
        <w:tabs>
          <w:tab w:val="left" w:pos="327"/>
        </w:tabs>
        <w:spacing w:after="140" w:line="269" w:lineRule="auto"/>
        <w:ind w:left="280" w:hanging="280"/>
        <w:jc w:val="both"/>
        <w:rPr>
          <w:color w:val="auto"/>
          <w:sz w:val="24"/>
          <w:szCs w:val="24"/>
        </w:rPr>
      </w:pPr>
      <w:bookmarkStart w:id="341" w:name="bookmark3066"/>
      <w:bookmarkEnd w:id="341"/>
      <w:r>
        <w:rPr>
          <w:rStyle w:val="BodyTextChar1"/>
          <w:rFonts w:cs="Georgia"/>
          <w:b/>
          <w:bCs/>
        </w:rPr>
        <w:t xml:space="preserve">осуществлять </w:t>
      </w:r>
      <w:r>
        <w:rPr>
          <w:rStyle w:val="BodyTextChar1"/>
          <w:rFonts w:cs="Georgia"/>
        </w:rPr>
        <w:t>совместную деятельность, включая взаимо</w:t>
      </w:r>
      <w:r>
        <w:rPr>
          <w:rStyle w:val="BodyTextChar1"/>
          <w:rFonts w:cs="Georgia"/>
        </w:rPr>
        <w:softHyphen/>
        <w:t>действие с людьми другой культуры, национальной и рели</w:t>
      </w:r>
      <w:r>
        <w:rPr>
          <w:rStyle w:val="BodyTextChar1"/>
          <w:rFonts w:cs="Georgia"/>
        </w:rPr>
        <w:softHyphen/>
        <w:t>гиозной принадлежности, на основе национальных ценно</w:t>
      </w:r>
      <w:r>
        <w:rPr>
          <w:rStyle w:val="BodyTextChar1"/>
          <w:rFonts w:cs="Georgia"/>
        </w:rPr>
        <w:softHyphen/>
        <w:t>стей современного российского общества: гуманистических и демократических ценностей, идей мира и взаимопонима</w:t>
      </w:r>
      <w:r>
        <w:rPr>
          <w:rStyle w:val="BodyTextChar1"/>
          <w:rFonts w:cs="Georgia"/>
        </w:rPr>
        <w:softHyphen/>
        <w:t>ния между народами, людьми разных культур: выполнять учебные задания в парах и группах, исследовательские про</w:t>
      </w:r>
      <w:r>
        <w:rPr>
          <w:rStyle w:val="BodyTextChar1"/>
          <w:rFonts w:cs="Georgia"/>
        </w:rPr>
        <w:softHyphen/>
        <w:t>екты.</w:t>
      </w:r>
    </w:p>
    <w:p w:rsidR="00F44E79" w:rsidRDefault="00F44E79">
      <w:pPr>
        <w:pStyle w:val="90"/>
        <w:jc w:val="both"/>
        <w:rPr>
          <w:rFonts w:ascii="Courier New" w:hAnsi="Courier New" w:cs="Courier New"/>
          <w:b w:val="0"/>
          <w:bCs w:val="0"/>
          <w:color w:val="auto"/>
          <w:sz w:val="24"/>
          <w:szCs w:val="24"/>
        </w:rPr>
      </w:pPr>
      <w:r>
        <w:rPr>
          <w:rStyle w:val="9"/>
          <w:rFonts w:cs="Trebuchet MS"/>
          <w:b/>
        </w:rPr>
        <w:t>Гражданин и государство</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2" w:name="bookmark3067"/>
      <w:bookmarkEnd w:id="342"/>
      <w:r>
        <w:rPr>
          <w:rStyle w:val="BodyTextChar1"/>
          <w:rFonts w:cs="Georgia"/>
          <w:b/>
          <w:bCs/>
        </w:rPr>
        <w:t xml:space="preserve">осваивать и применять знания </w:t>
      </w:r>
      <w:r>
        <w:rPr>
          <w:rStyle w:val="BodyTextChar1"/>
          <w:rFonts w:cs="Georgia"/>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BodyTextChar1"/>
          <w:rFonts w:cs="Georgia"/>
        </w:rPr>
        <w:softHyphen/>
        <w:t>сти и управления в Российской Федерации; об основных на</w:t>
      </w:r>
      <w:r>
        <w:rPr>
          <w:rStyle w:val="BodyTextChar1"/>
          <w:rFonts w:cs="Georgia"/>
        </w:rPr>
        <w:softHyphen/>
        <w:t>правлениях внутренней политики Российской Федерации;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3" w:name="bookmark3068"/>
      <w:bookmarkEnd w:id="343"/>
      <w:r>
        <w:rPr>
          <w:rStyle w:val="BodyTextChar1"/>
          <w:rFonts w:cs="Georgia"/>
          <w:b/>
          <w:bCs/>
        </w:rPr>
        <w:t xml:space="preserve">характеризовать </w:t>
      </w:r>
      <w:r>
        <w:rPr>
          <w:rStyle w:val="BodyTextChar1"/>
          <w:rFonts w:cs="Georgia"/>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BodyTextChar1"/>
          <w:rFonts w:cs="Georgia"/>
        </w:rPr>
        <w:softHyphen/>
        <w:t>тус и полномочия Президента Российской Федерации, осо</w:t>
      </w:r>
      <w:r>
        <w:rPr>
          <w:rStyle w:val="BodyTextChar1"/>
          <w:rFonts w:cs="Georgia"/>
        </w:rPr>
        <w:softHyphen/>
        <w:t>бенности формирования и функции Государственной Думы и Совета Федерации, Правительства Российской Федерации;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4" w:name="bookmark3069"/>
      <w:bookmarkEnd w:id="344"/>
      <w:r>
        <w:rPr>
          <w:rStyle w:val="BodyTextChar1"/>
          <w:rFonts w:cs="Georgia"/>
          <w:b/>
          <w:bCs/>
        </w:rPr>
        <w:t xml:space="preserve">приводить </w:t>
      </w:r>
      <w:r>
        <w:rPr>
          <w:rStyle w:val="BodyTextChar1"/>
          <w:rFonts w:cs="Georgia"/>
        </w:rPr>
        <w:t xml:space="preserve">примеры и </w:t>
      </w:r>
      <w:r>
        <w:rPr>
          <w:rStyle w:val="BodyTextChar1"/>
          <w:rFonts w:cs="Georgia"/>
          <w:b/>
          <w:bCs/>
        </w:rPr>
        <w:t xml:space="preserve">моделировать </w:t>
      </w:r>
      <w:r>
        <w:rPr>
          <w:rStyle w:val="BodyTextChar1"/>
          <w:rFonts w:cs="Georgia"/>
        </w:rPr>
        <w:t>ситуации в политиче</w:t>
      </w:r>
      <w:r>
        <w:rPr>
          <w:rStyle w:val="BodyTextChar1"/>
          <w:rFonts w:cs="Georgia"/>
        </w:rPr>
        <w:softHyphen/>
        <w:t>ской сфере жизни общества, связанные с осуществлением правомочий высших органов государственной власти Рос</w:t>
      </w:r>
      <w:r>
        <w:rPr>
          <w:rStyle w:val="BodyTextChar1"/>
          <w:rFonts w:cs="Georgia"/>
        </w:rPr>
        <w:softHyphen/>
        <w:t>сийской Федерации, субъектов Федерации; деятельности по</w:t>
      </w:r>
      <w:r>
        <w:rPr>
          <w:rStyle w:val="BodyTextChar1"/>
          <w:rFonts w:cs="Georgia"/>
        </w:rPr>
        <w:softHyphen/>
        <w:t>литических партий; политики в сфере культуры и образова</w:t>
      </w:r>
      <w:r>
        <w:rPr>
          <w:rStyle w:val="BodyTextChar1"/>
          <w:rFonts w:cs="Georgia"/>
        </w:rPr>
        <w:softHyphen/>
        <w:t>ния, бюджетной и денежно-кредитной политики, политики в сфере противодействии коррупции, обеспечения безопас</w:t>
      </w:r>
      <w:r>
        <w:rPr>
          <w:rStyle w:val="BodyTextChar1"/>
          <w:rFonts w:cs="Georgia"/>
        </w:rPr>
        <w:softHyphen/>
        <w:t>ности личности, общества и государства, в том числе от тер</w:t>
      </w:r>
      <w:r>
        <w:rPr>
          <w:rStyle w:val="BodyTextChar1"/>
          <w:rFonts w:cs="Georgia"/>
        </w:rPr>
        <w:softHyphen/>
        <w:t>роризма и экстремизма;</w:t>
      </w:r>
    </w:p>
    <w:p w:rsidR="00F44E79" w:rsidRDefault="00F44E79" w:rsidP="00E5323B">
      <w:pPr>
        <w:pStyle w:val="BodyText"/>
        <w:numPr>
          <w:ilvl w:val="0"/>
          <w:numId w:val="29"/>
        </w:numPr>
        <w:tabs>
          <w:tab w:val="left" w:pos="327"/>
        </w:tabs>
        <w:spacing w:after="100" w:line="269" w:lineRule="auto"/>
        <w:ind w:left="280" w:hanging="280"/>
        <w:jc w:val="both"/>
        <w:rPr>
          <w:color w:val="auto"/>
          <w:sz w:val="24"/>
          <w:szCs w:val="24"/>
        </w:rPr>
      </w:pPr>
      <w:bookmarkStart w:id="345" w:name="bookmark3070"/>
      <w:bookmarkEnd w:id="345"/>
      <w:r>
        <w:rPr>
          <w:rStyle w:val="BodyTextChar1"/>
          <w:rFonts w:cs="Georgia"/>
          <w:b/>
          <w:bCs/>
        </w:rPr>
        <w:t xml:space="preserve">классифицировать </w:t>
      </w:r>
      <w:r>
        <w:rPr>
          <w:rStyle w:val="BodyTextChar1"/>
          <w:rFonts w:cs="Georgia"/>
        </w:rPr>
        <w:t>по разным признакам (в том числе уста</w:t>
      </w:r>
      <w:r>
        <w:rPr>
          <w:rStyle w:val="BodyTextChar1"/>
          <w:rFonts w:cs="Georgia"/>
        </w:rPr>
        <w:softHyphen/>
        <w:t>навливать существенный признак классификации) полно</w:t>
      </w:r>
      <w:r>
        <w:rPr>
          <w:rStyle w:val="BodyTextChar1"/>
          <w:rFonts w:cs="Georgia"/>
        </w:rPr>
        <w:softHyphen/>
        <w:t>мочия высших органов государственной власти Российской Федерации;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6" w:name="bookmark3071"/>
      <w:bookmarkEnd w:id="346"/>
      <w:r>
        <w:rPr>
          <w:rStyle w:val="BodyTextChar1"/>
          <w:rFonts w:cs="Georgia"/>
          <w:b/>
          <w:bCs/>
        </w:rPr>
        <w:t xml:space="preserve">сравнивать </w:t>
      </w:r>
      <w:r>
        <w:rPr>
          <w:rStyle w:val="BodyTextChar1"/>
          <w:rFonts w:cs="Georgia"/>
        </w:rPr>
        <w:t>с опорой на Конституцию Российской Федера</w:t>
      </w:r>
      <w:r>
        <w:rPr>
          <w:rStyle w:val="BodyTextChar1"/>
          <w:rFonts w:cs="Georgia"/>
        </w:rPr>
        <w:softHyphen/>
        <w:t>ции полномочия центральных органов государственной вла</w:t>
      </w:r>
      <w:r>
        <w:rPr>
          <w:rStyle w:val="BodyTextChar1"/>
          <w:rFonts w:cs="Georgia"/>
        </w:rPr>
        <w:softHyphen/>
        <w:t>сти и субъектов Российской Федерации;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7" w:name="bookmark3072"/>
      <w:bookmarkEnd w:id="347"/>
      <w:r>
        <w:rPr>
          <w:rStyle w:val="BodyTextChar1"/>
          <w:rFonts w:cs="Georgia"/>
          <w:b/>
          <w:bCs/>
        </w:rPr>
        <w:t xml:space="preserve">устанавливать и объяснять </w:t>
      </w:r>
      <w:r>
        <w:rPr>
          <w:rStyle w:val="BodyTextChar1"/>
          <w:rFonts w:cs="Georgia"/>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8" w:name="bookmark3073"/>
      <w:bookmarkEnd w:id="348"/>
      <w:r>
        <w:rPr>
          <w:rStyle w:val="BodyTextChar1"/>
          <w:rFonts w:cs="Georgia"/>
          <w:b/>
          <w:bCs/>
        </w:rPr>
        <w:t xml:space="preserve">использовать </w:t>
      </w:r>
      <w:r>
        <w:rPr>
          <w:rStyle w:val="BodyTextChar1"/>
          <w:rFonts w:cs="Georgia"/>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BodyTextChar1"/>
          <w:rFonts w:cs="Georgia"/>
        </w:rPr>
        <w:softHyphen/>
        <w:t>родной политики «сдерживания»; для объяснения необхо</w:t>
      </w:r>
      <w:r>
        <w:rPr>
          <w:rStyle w:val="BodyTextChar1"/>
          <w:rFonts w:cs="Georgia"/>
        </w:rPr>
        <w:softHyphen/>
        <w:t>димости противодействия коррупции;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49" w:name="bookmark3074"/>
      <w:bookmarkEnd w:id="349"/>
      <w:r>
        <w:rPr>
          <w:rStyle w:val="BodyTextChar1"/>
          <w:rFonts w:cs="Georgia"/>
        </w:rPr>
        <w:t xml:space="preserve">с опорой на обществоведческие знания, факты общественной жизни и личный социальный опыт </w:t>
      </w:r>
      <w:r>
        <w:rPr>
          <w:rStyle w:val="BodyTextChar1"/>
          <w:rFonts w:cs="Georgia"/>
          <w:b/>
          <w:bCs/>
        </w:rPr>
        <w:t>определять и аргументи</w:t>
      </w:r>
      <w:r>
        <w:rPr>
          <w:rStyle w:val="BodyTextChar1"/>
          <w:rFonts w:cs="Georgia"/>
          <w:b/>
          <w:bCs/>
        </w:rPr>
        <w:softHyphen/>
        <w:t xml:space="preserve">ровать </w:t>
      </w:r>
      <w:r>
        <w:rPr>
          <w:rStyle w:val="BodyTextChar1"/>
          <w:rFonts w:cs="Georgia"/>
        </w:rPr>
        <w:t>с точки зрения ценностей гражданственности и па</w:t>
      </w:r>
      <w:r>
        <w:rPr>
          <w:rStyle w:val="BodyTextChar1"/>
          <w:rFonts w:cs="Georgia"/>
        </w:rPr>
        <w:softHyphen/>
        <w:t>триотизма своё отношение к внутренней и внешней полити</w:t>
      </w:r>
      <w:r>
        <w:rPr>
          <w:rStyle w:val="BodyTextChar1"/>
          <w:rFonts w:cs="Georgia"/>
        </w:rPr>
        <w:softHyphen/>
        <w:t>ке Российской Федерации, к проводимой по отношению к нашей стране политике «сдерживания»;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0" w:name="bookmark3075"/>
      <w:bookmarkEnd w:id="350"/>
      <w:r>
        <w:rPr>
          <w:rStyle w:val="BodyTextChar1"/>
          <w:rFonts w:cs="Georgia"/>
          <w:b/>
          <w:bCs/>
        </w:rPr>
        <w:t xml:space="preserve">решать </w:t>
      </w:r>
      <w:r>
        <w:rPr>
          <w:rStyle w:val="BodyTextChar1"/>
          <w:rFonts w:cs="Georgia"/>
        </w:rPr>
        <w:t>познавательные и практические задачи, отражаю</w:t>
      </w:r>
      <w:r>
        <w:rPr>
          <w:rStyle w:val="BodyTextChar1"/>
          <w:rFonts w:cs="Georgia"/>
        </w:rPr>
        <w:softHyphen/>
        <w:t>щие процессы, явления и события в политической жизни Российской Федерации, в международных отношениях;</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1" w:name="bookmark3076"/>
      <w:bookmarkEnd w:id="351"/>
      <w:r>
        <w:rPr>
          <w:rStyle w:val="BodyTextChar1"/>
          <w:rFonts w:cs="Georgia"/>
          <w:b/>
          <w:bCs/>
        </w:rPr>
        <w:t xml:space="preserve">систематизировать и конкретизировать </w:t>
      </w:r>
      <w:r>
        <w:rPr>
          <w:rStyle w:val="BodyTextChar1"/>
          <w:rFonts w:cs="Georgia"/>
        </w:rPr>
        <w:t>информацию о по</w:t>
      </w:r>
      <w:r>
        <w:rPr>
          <w:rStyle w:val="BodyTextChar1"/>
          <w:rFonts w:cs="Georgia"/>
        </w:rPr>
        <w:softHyphen/>
        <w:t>литической жизни в стране в целом, в субъектах Российской Федерации, о деятельности высших органов государствен</w:t>
      </w:r>
      <w:r>
        <w:rPr>
          <w:rStyle w:val="BodyTextChar1"/>
          <w:rFonts w:cs="Georgia"/>
        </w:rPr>
        <w:softHyphen/>
        <w:t>ной власти, об основных направлениях внутренней и внеш</w:t>
      </w:r>
      <w:r>
        <w:rPr>
          <w:rStyle w:val="BodyTextChar1"/>
          <w:rFonts w:cs="Georgia"/>
        </w:rPr>
        <w:softHyphen/>
        <w:t>ней политики, об усилиях нашего государства в борьбе с экстремизмом и международным терроризмом;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2" w:name="bookmark3077"/>
      <w:bookmarkEnd w:id="352"/>
      <w:r>
        <w:rPr>
          <w:rStyle w:val="BodyTextChar1"/>
          <w:rFonts w:cs="Georgia"/>
          <w:b/>
          <w:bCs/>
        </w:rPr>
        <w:t xml:space="preserve">овладевать </w:t>
      </w:r>
      <w:r>
        <w:rPr>
          <w:rStyle w:val="BodyTextChar1"/>
          <w:rFonts w:cs="Georgia"/>
        </w:rPr>
        <w:t>смысловым чтением текстов обществоведческой тематики: отбирать информацию об основах конституцион</w:t>
      </w:r>
      <w:r>
        <w:rPr>
          <w:rStyle w:val="BodyTextChar1"/>
          <w:rFonts w:cs="Georgia"/>
        </w:rPr>
        <w:softHyphen/>
        <w:t>ного строя Российской Федерации, гражданстве Российской Федерации, конституционном статусе человека и граждани</w:t>
      </w:r>
      <w:r>
        <w:rPr>
          <w:rStyle w:val="BodyTextChar1"/>
          <w:rFonts w:cs="Georgia"/>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BodyTextChar1"/>
          <w:rFonts w:cs="Georgia"/>
        </w:rPr>
        <w:softHyphen/>
        <w:t>разовывать текстовую информацию в таблицу, схему;</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3" w:name="bookmark3078"/>
      <w:bookmarkEnd w:id="353"/>
      <w:r>
        <w:rPr>
          <w:rStyle w:val="BodyTextChar1"/>
          <w:rFonts w:cs="Georgia"/>
          <w:b/>
          <w:bCs/>
        </w:rPr>
        <w:t xml:space="preserve">искать и извлекать </w:t>
      </w:r>
      <w:r>
        <w:rPr>
          <w:rStyle w:val="BodyTextChar1"/>
          <w:rFonts w:cs="Georgia"/>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BodyTextChar1"/>
          <w:rFonts w:cs="Georgia"/>
        </w:rPr>
        <w:softHyphen/>
        <w:t>нете;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4" w:name="bookmark3079"/>
      <w:bookmarkEnd w:id="354"/>
      <w:r>
        <w:rPr>
          <w:rStyle w:val="BodyTextChar1"/>
          <w:rFonts w:cs="Georgia"/>
          <w:b/>
          <w:bCs/>
        </w:rPr>
        <w:t>анализировать, обобщать, систематизировать и конкретизи</w:t>
      </w:r>
      <w:r>
        <w:rPr>
          <w:rStyle w:val="BodyTextChar1"/>
          <w:rFonts w:cs="Georgia"/>
          <w:b/>
          <w:bCs/>
        </w:rPr>
        <w:softHyphen/>
        <w:t xml:space="preserve">ровать </w:t>
      </w:r>
      <w:r>
        <w:rPr>
          <w:rStyle w:val="BodyTextChar1"/>
          <w:rFonts w:cs="Georgia"/>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BodyTextChar1"/>
          <w:rFonts w:cs="Georgia"/>
        </w:rPr>
        <w:softHyphen/>
        <w:t>ции, субъектов Российской Федерации, соотносить её с соб</w:t>
      </w:r>
      <w:r>
        <w:rPr>
          <w:rStyle w:val="BodyTextChar1"/>
          <w:rFonts w:cs="Georgia"/>
        </w:rPr>
        <w:softHyphen/>
        <w:t>ственными знаниями о политике, формулировать выводы, подкрепляя их аргументами;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5" w:name="bookmark3080"/>
      <w:bookmarkEnd w:id="355"/>
      <w:r>
        <w:rPr>
          <w:rStyle w:val="BodyTextChar1"/>
          <w:rFonts w:cs="Georgia"/>
          <w:b/>
          <w:bCs/>
        </w:rPr>
        <w:t xml:space="preserve">оценивать </w:t>
      </w:r>
      <w:r>
        <w:rPr>
          <w:rStyle w:val="BodyTextChar1"/>
          <w:rFonts w:cs="Georgia"/>
        </w:rPr>
        <w:t>собственные поступки и поведение других людей в гражданско-правовой сфере с позиций национальных цен</w:t>
      </w:r>
      <w:r>
        <w:rPr>
          <w:rStyle w:val="BodyTextChar1"/>
          <w:rFonts w:cs="Georgia"/>
        </w:rPr>
        <w:softHyphen/>
        <w:t>ностей нашего общества, уважения норм российского права, выражать свою точку зрения, отвечать на вопросы, участво</w:t>
      </w:r>
      <w:r>
        <w:rPr>
          <w:rStyle w:val="BodyTextChar1"/>
          <w:rFonts w:cs="Georgia"/>
        </w:rPr>
        <w:softHyphen/>
        <w:t>вать в дискуссии;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6" w:name="bookmark3081"/>
      <w:bookmarkEnd w:id="356"/>
      <w:r>
        <w:rPr>
          <w:rStyle w:val="BodyTextChar1"/>
          <w:rFonts w:cs="Georgia"/>
          <w:b/>
          <w:bCs/>
        </w:rPr>
        <w:t xml:space="preserve">использовать </w:t>
      </w:r>
      <w:r>
        <w:rPr>
          <w:rStyle w:val="BodyTextChar1"/>
          <w:rFonts w:cs="Georgia"/>
        </w:rPr>
        <w:t>полученные знания о государстве Российская Федерация в практической учебной деятельности (выпол</w:t>
      </w:r>
      <w:r>
        <w:rPr>
          <w:rStyle w:val="BodyTextChar1"/>
          <w:rFonts w:cs="Georgia"/>
        </w:rPr>
        <w:softHyphen/>
        <w:t>нять проблемные задания, индивидуальные и групповые проекты), в повседневной жизни для осознанного выполне</w:t>
      </w:r>
      <w:r>
        <w:rPr>
          <w:rStyle w:val="BodyTextChar1"/>
          <w:rFonts w:cs="Georgia"/>
        </w:rPr>
        <w:softHyphen/>
        <w:t>ния гражданских обязанностей; публично представлять ре</w:t>
      </w:r>
      <w:r>
        <w:rPr>
          <w:rStyle w:val="BodyTextChar1"/>
          <w:rFonts w:cs="Georgia"/>
        </w:rPr>
        <w:softHyphen/>
        <w:t>зультаты своей деятельности (в рамках изученного матери</w:t>
      </w:r>
      <w:r>
        <w:rPr>
          <w:rStyle w:val="BodyTextChar1"/>
          <w:rFonts w:cs="Georgia"/>
        </w:rPr>
        <w:softHyphen/>
        <w:t>ала, включая проектную деятельность) в соответствии с те</w:t>
      </w:r>
      <w:r>
        <w:rPr>
          <w:rStyle w:val="BodyTextChar1"/>
          <w:rFonts w:cs="Georgia"/>
        </w:rPr>
        <w:softHyphen/>
        <w:t>мой и ситуацией общения, особенностями аудитории и регламентом;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7" w:name="bookmark3082"/>
      <w:bookmarkEnd w:id="357"/>
      <w:r>
        <w:rPr>
          <w:rStyle w:val="BodyTextChar1"/>
          <w:rFonts w:cs="Georgia"/>
          <w:b/>
          <w:bCs/>
        </w:rPr>
        <w:t xml:space="preserve">самостоятельно заполнять </w:t>
      </w:r>
      <w:r>
        <w:rPr>
          <w:rStyle w:val="BodyTextChar1"/>
          <w:rFonts w:cs="Georgia"/>
        </w:rPr>
        <w:t>форму (в том числе электронную) и составлять простейший документ при использовании пор</w:t>
      </w:r>
      <w:r>
        <w:rPr>
          <w:rStyle w:val="BodyTextChar1"/>
          <w:rFonts w:cs="Georgia"/>
        </w:rPr>
        <w:softHyphen/>
        <w:t>тала государственных услуг;</w:t>
      </w:r>
    </w:p>
    <w:p w:rsidR="00F44E79" w:rsidRDefault="00F44E79" w:rsidP="00E5323B">
      <w:pPr>
        <w:pStyle w:val="BodyText"/>
        <w:numPr>
          <w:ilvl w:val="0"/>
          <w:numId w:val="29"/>
        </w:numPr>
        <w:tabs>
          <w:tab w:val="left" w:pos="327"/>
        </w:tabs>
        <w:spacing w:after="140" w:line="269" w:lineRule="auto"/>
        <w:ind w:left="280" w:hanging="280"/>
        <w:jc w:val="both"/>
        <w:rPr>
          <w:color w:val="auto"/>
          <w:sz w:val="24"/>
          <w:szCs w:val="24"/>
        </w:rPr>
      </w:pPr>
      <w:bookmarkStart w:id="358" w:name="bookmark3083"/>
      <w:bookmarkEnd w:id="358"/>
      <w:r>
        <w:rPr>
          <w:rStyle w:val="BodyTextChar1"/>
          <w:rFonts w:cs="Georgia"/>
          <w:b/>
          <w:bCs/>
        </w:rPr>
        <w:t xml:space="preserve">осуществлять </w:t>
      </w:r>
      <w:r>
        <w:rPr>
          <w:rStyle w:val="BodyTextChar1"/>
          <w:rFonts w:cs="Georgia"/>
        </w:rPr>
        <w:t>совместную деятельность, включая взаимо</w:t>
      </w:r>
      <w:r>
        <w:rPr>
          <w:rStyle w:val="BodyTextChar1"/>
          <w:rFonts w:cs="Georgia"/>
        </w:rPr>
        <w:softHyphen/>
        <w:t>действие с людьми другой культуры, национальной и рели</w:t>
      </w:r>
      <w:r>
        <w:rPr>
          <w:rStyle w:val="BodyTextChar1"/>
          <w:rFonts w:cs="Georgia"/>
        </w:rPr>
        <w:softHyphen/>
        <w:t>гиозной принадлежности на основе национальных ценно</w:t>
      </w:r>
      <w:r>
        <w:rPr>
          <w:rStyle w:val="BodyTextChar1"/>
          <w:rFonts w:cs="Georgia"/>
        </w:rPr>
        <w:softHyphen/>
        <w:t>стей современного российского общества: гуманистических и демократических ценностей, идей мира и взаимопонима</w:t>
      </w:r>
      <w:r>
        <w:rPr>
          <w:rStyle w:val="BodyTextChar1"/>
          <w:rFonts w:cs="Georgia"/>
        </w:rPr>
        <w:softHyphen/>
        <w:t>ния между народами, людьми разных культур.</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в системе социальных отношений</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59" w:name="bookmark3084"/>
      <w:bookmarkEnd w:id="359"/>
      <w:r>
        <w:rPr>
          <w:rStyle w:val="BodyTextChar1"/>
          <w:rFonts w:cs="Georgia"/>
          <w:b/>
          <w:bCs/>
        </w:rPr>
        <w:t xml:space="preserve">осваивать и применять </w:t>
      </w:r>
      <w:r>
        <w:rPr>
          <w:rStyle w:val="BodyTextChar1"/>
          <w:rFonts w:cs="Georgia"/>
        </w:rPr>
        <w:t>знания о социальной структуре обще</w:t>
      </w:r>
      <w:r>
        <w:rPr>
          <w:rStyle w:val="BodyTextChar1"/>
          <w:rFonts w:cs="Georgia"/>
        </w:rPr>
        <w:softHyphen/>
        <w:t>ства, социальных общностях и группах; социальных стату</w:t>
      </w:r>
      <w:r>
        <w:rPr>
          <w:rStyle w:val="BodyTextChar1"/>
          <w:rFonts w:cs="Georgia"/>
        </w:rPr>
        <w:softHyphen/>
        <w:t>сах, ролях, социализации личности; важности семьи как ба</w:t>
      </w:r>
      <w:r>
        <w:rPr>
          <w:rStyle w:val="BodyTextChar1"/>
          <w:rFonts w:cs="Georgia"/>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44E79" w:rsidRDefault="00F44E79" w:rsidP="00E5323B">
      <w:pPr>
        <w:pStyle w:val="BodyText"/>
        <w:numPr>
          <w:ilvl w:val="0"/>
          <w:numId w:val="29"/>
        </w:numPr>
        <w:tabs>
          <w:tab w:val="left" w:pos="327"/>
        </w:tabs>
        <w:spacing w:after="100" w:line="269" w:lineRule="auto"/>
        <w:ind w:left="280" w:hanging="280"/>
        <w:jc w:val="both"/>
        <w:rPr>
          <w:color w:val="auto"/>
          <w:sz w:val="24"/>
          <w:szCs w:val="24"/>
        </w:rPr>
      </w:pPr>
      <w:bookmarkStart w:id="360" w:name="bookmark3085"/>
      <w:bookmarkEnd w:id="360"/>
      <w:r>
        <w:rPr>
          <w:rStyle w:val="BodyTextChar1"/>
          <w:rFonts w:cs="Georgia"/>
          <w:b/>
          <w:bCs/>
        </w:rPr>
        <w:t xml:space="preserve">характеризовать </w:t>
      </w:r>
      <w:r>
        <w:rPr>
          <w:rStyle w:val="BodyTextChar1"/>
          <w:rFonts w:cs="Georgia"/>
        </w:rPr>
        <w:t>функции семьи в обществе; основы соци</w:t>
      </w:r>
      <w:r>
        <w:rPr>
          <w:rStyle w:val="BodyTextChar1"/>
          <w:rFonts w:cs="Georgia"/>
        </w:rPr>
        <w:softHyphen/>
        <w:t>альной политики Российского государства;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61" w:name="bookmark3086"/>
      <w:bookmarkEnd w:id="361"/>
      <w:r>
        <w:rPr>
          <w:rStyle w:val="BodyTextChar1"/>
          <w:rFonts w:cs="Georgia"/>
          <w:b/>
          <w:bCs/>
        </w:rPr>
        <w:t xml:space="preserve">приводить примеры </w:t>
      </w:r>
      <w:r>
        <w:rPr>
          <w:rStyle w:val="BodyTextChar1"/>
          <w:rFonts w:cs="Georgia"/>
        </w:rPr>
        <w:t>различных социальных статусов, соци</w:t>
      </w:r>
      <w:r>
        <w:rPr>
          <w:rStyle w:val="BodyTextChar1"/>
          <w:rFonts w:cs="Georgia"/>
        </w:rPr>
        <w:softHyphen/>
        <w:t>альных ролей, социальной политики Российского государ</w:t>
      </w:r>
      <w:r>
        <w:rPr>
          <w:rStyle w:val="BodyTextChar1"/>
          <w:rFonts w:cs="Georgia"/>
        </w:rPr>
        <w:softHyphen/>
        <w:t>ства;</w:t>
      </w:r>
    </w:p>
    <w:p w:rsidR="00F44E79" w:rsidRDefault="00F44E79" w:rsidP="00E5323B">
      <w:pPr>
        <w:pStyle w:val="BodyText"/>
        <w:numPr>
          <w:ilvl w:val="0"/>
          <w:numId w:val="29"/>
        </w:numPr>
        <w:tabs>
          <w:tab w:val="left" w:pos="327"/>
        </w:tabs>
        <w:spacing w:line="269" w:lineRule="auto"/>
        <w:ind w:firstLine="0"/>
        <w:jc w:val="both"/>
        <w:rPr>
          <w:color w:val="auto"/>
          <w:sz w:val="24"/>
          <w:szCs w:val="24"/>
        </w:rPr>
      </w:pPr>
      <w:bookmarkStart w:id="362" w:name="bookmark3087"/>
      <w:bookmarkEnd w:id="362"/>
      <w:r>
        <w:rPr>
          <w:rStyle w:val="BodyTextChar1"/>
          <w:rFonts w:cs="Georgia"/>
          <w:b/>
          <w:bCs/>
        </w:rPr>
        <w:t xml:space="preserve">классифицировать </w:t>
      </w:r>
      <w:r>
        <w:rPr>
          <w:rStyle w:val="BodyTextChar1"/>
          <w:rFonts w:cs="Georgia"/>
        </w:rPr>
        <w:t>социальные общности и группы;</w:t>
      </w:r>
    </w:p>
    <w:p w:rsidR="00F44E79" w:rsidRDefault="00F44E79" w:rsidP="00E5323B">
      <w:pPr>
        <w:pStyle w:val="BodyText"/>
        <w:numPr>
          <w:ilvl w:val="0"/>
          <w:numId w:val="29"/>
        </w:numPr>
        <w:tabs>
          <w:tab w:val="left" w:pos="327"/>
        </w:tabs>
        <w:spacing w:line="269" w:lineRule="auto"/>
        <w:ind w:firstLine="0"/>
        <w:jc w:val="both"/>
        <w:rPr>
          <w:color w:val="auto"/>
          <w:sz w:val="24"/>
          <w:szCs w:val="24"/>
        </w:rPr>
      </w:pPr>
      <w:bookmarkStart w:id="363" w:name="bookmark3088"/>
      <w:bookmarkEnd w:id="363"/>
      <w:r>
        <w:rPr>
          <w:rStyle w:val="BodyTextChar1"/>
          <w:rFonts w:cs="Georgia"/>
          <w:b/>
          <w:bCs/>
        </w:rPr>
        <w:t xml:space="preserve">сравнивать </w:t>
      </w:r>
      <w:r>
        <w:rPr>
          <w:rStyle w:val="BodyTextChar1"/>
          <w:rFonts w:cs="Georgia"/>
        </w:rPr>
        <w:t>виды социальной мобильности;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64" w:name="bookmark3089"/>
      <w:bookmarkEnd w:id="364"/>
      <w:r>
        <w:rPr>
          <w:rStyle w:val="BodyTextChar1"/>
          <w:rFonts w:cs="Georgia"/>
          <w:b/>
          <w:bCs/>
        </w:rPr>
        <w:t xml:space="preserve">устанавливать и объяснять </w:t>
      </w:r>
      <w:r>
        <w:rPr>
          <w:rStyle w:val="BodyTextChar1"/>
          <w:rFonts w:cs="Georgia"/>
        </w:rPr>
        <w:t>причины существования разных социальных групп; социальных различий и конфликтов;</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65" w:name="bookmark3090"/>
      <w:bookmarkEnd w:id="365"/>
      <w:r>
        <w:rPr>
          <w:rStyle w:val="BodyTextChar1"/>
          <w:rFonts w:cs="Georgia"/>
          <w:b/>
          <w:bCs/>
        </w:rPr>
        <w:t xml:space="preserve">использовать </w:t>
      </w:r>
      <w:r>
        <w:rPr>
          <w:rStyle w:val="BodyTextChar1"/>
          <w:rFonts w:cs="Georgia"/>
        </w:rPr>
        <w:t>полученные знания для осмысления личного социального опыта при исполнении типичных для несовер</w:t>
      </w:r>
      <w:r>
        <w:rPr>
          <w:rStyle w:val="BodyTextChar1"/>
          <w:rFonts w:cs="Georgia"/>
        </w:rPr>
        <w:softHyphen/>
        <w:t>шеннолетних социальных ролей; аргументированного объ</w:t>
      </w:r>
      <w:r>
        <w:rPr>
          <w:rStyle w:val="BodyTextChar1"/>
          <w:rFonts w:cs="Georgia"/>
        </w:rPr>
        <w:softHyphen/>
        <w:t>яснения социальной и личной значимости здорового образа жизни, опасности наркомании и алкоголизма для человека и общества;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66" w:name="bookmark3091"/>
      <w:bookmarkEnd w:id="366"/>
      <w:r>
        <w:rPr>
          <w:rStyle w:val="BodyTextChar1"/>
          <w:rFonts w:cs="Georgia"/>
          <w:b/>
          <w:bCs/>
        </w:rPr>
        <w:t xml:space="preserve">определять и аргументировать </w:t>
      </w:r>
      <w:r>
        <w:rPr>
          <w:rStyle w:val="BodyTextChar1"/>
          <w:rFonts w:cs="Georgia"/>
        </w:rPr>
        <w:t>с опорой на обществоведче</w:t>
      </w:r>
      <w:r>
        <w:rPr>
          <w:rStyle w:val="BodyTextChar1"/>
          <w:rFonts w:cs="Georgia"/>
        </w:rPr>
        <w:softHyphen/>
        <w:t>ские знания, факты общественной жизни и личный социаль</w:t>
      </w:r>
      <w:r>
        <w:rPr>
          <w:rStyle w:val="BodyTextChar1"/>
          <w:rFonts w:cs="Georgia"/>
        </w:rPr>
        <w:softHyphen/>
        <w:t>ный опыт своё отношение к разным этносам;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67" w:name="bookmark3092"/>
      <w:bookmarkEnd w:id="367"/>
      <w:r>
        <w:rPr>
          <w:rStyle w:val="BodyTextChar1"/>
          <w:rFonts w:cs="Georgia"/>
          <w:b/>
          <w:bCs/>
        </w:rPr>
        <w:t xml:space="preserve">решать </w:t>
      </w:r>
      <w:r>
        <w:rPr>
          <w:rStyle w:val="BodyTextChar1"/>
          <w:rFonts w:cs="Georgia"/>
        </w:rPr>
        <w:t>познавательные и практические задачи, отражаю</w:t>
      </w:r>
      <w:r>
        <w:rPr>
          <w:rStyle w:val="BodyTextChar1"/>
          <w:rFonts w:cs="Georgia"/>
        </w:rPr>
        <w:softHyphen/>
        <w:t>щие типичные социальные взаимодействия; направленные на распознавание отклоняющегося поведения и его видов;</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68" w:name="bookmark3093"/>
      <w:bookmarkEnd w:id="368"/>
      <w:r>
        <w:rPr>
          <w:rStyle w:val="BodyTextChar1"/>
          <w:rFonts w:cs="Georgia"/>
          <w:b/>
          <w:bCs/>
        </w:rPr>
        <w:t xml:space="preserve">осуществлять </w:t>
      </w:r>
      <w:r>
        <w:rPr>
          <w:rStyle w:val="BodyTextChar1"/>
          <w:rFonts w:cs="Georgia"/>
        </w:rPr>
        <w:t>смысловое чтение текстов и составлять на ос</w:t>
      </w:r>
      <w:r>
        <w:rPr>
          <w:rStyle w:val="BodyTextChar1"/>
          <w:rFonts w:cs="Georgia"/>
        </w:rPr>
        <w:softHyphen/>
        <w:t>нове учебных текстов план (в том числе отражающий изу</w:t>
      </w:r>
      <w:r>
        <w:rPr>
          <w:rStyle w:val="BodyTextChar1"/>
          <w:rFonts w:cs="Georgia"/>
        </w:rPr>
        <w:softHyphen/>
        <w:t>ченный материал о социализации личности);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69" w:name="bookmark3094"/>
      <w:bookmarkEnd w:id="369"/>
      <w:r>
        <w:rPr>
          <w:rStyle w:val="BodyTextChar1"/>
          <w:rFonts w:cs="Georgia"/>
          <w:b/>
          <w:bCs/>
        </w:rPr>
        <w:t xml:space="preserve">извлекать </w:t>
      </w:r>
      <w:r>
        <w:rPr>
          <w:rStyle w:val="BodyTextChar1"/>
          <w:rFonts w:cs="Georgia"/>
        </w:rPr>
        <w:t>информацию из адаптированных источников, пу</w:t>
      </w:r>
      <w:r>
        <w:rPr>
          <w:rStyle w:val="BodyTextChar1"/>
          <w:rFonts w:cs="Georgia"/>
        </w:rPr>
        <w:softHyphen/>
        <w:t>бликаций СМИ и Интернета о межнациональных отношени</w:t>
      </w:r>
      <w:r>
        <w:rPr>
          <w:rStyle w:val="BodyTextChar1"/>
          <w:rFonts w:cs="Georgia"/>
        </w:rPr>
        <w:softHyphen/>
        <w:t>ях, об историческом единстве народов России; преобразовы</w:t>
      </w:r>
      <w:r>
        <w:rPr>
          <w:rStyle w:val="BodyTextChar1"/>
          <w:rFonts w:cs="Georgia"/>
        </w:rPr>
        <w:softHyphen/>
        <w:t>вать информацию из текста в модели (таблицу, диаграмму, схему) и из предложенных моделей в текст;</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0" w:name="bookmark3095"/>
      <w:bookmarkEnd w:id="370"/>
      <w:r>
        <w:rPr>
          <w:rStyle w:val="BodyTextChar1"/>
          <w:rFonts w:cs="Georgia"/>
          <w:b/>
          <w:bCs/>
        </w:rPr>
        <w:t xml:space="preserve">анализировать, обобщать, систематизировать </w:t>
      </w:r>
      <w:r>
        <w:rPr>
          <w:rStyle w:val="BodyTextChar1"/>
          <w:rFonts w:cs="Georgia"/>
        </w:rPr>
        <w:t>текстовую и статистическую социальную информацию из адаптирован</w:t>
      </w:r>
      <w:r>
        <w:rPr>
          <w:rStyle w:val="BodyTextChar1"/>
          <w:rFonts w:cs="Georgia"/>
        </w:rPr>
        <w:softHyphen/>
        <w:t>ных источников, учебных материалов и публикаций СМИ об отклоняющемся поведении, его причинах и негативных по</w:t>
      </w:r>
      <w:r>
        <w:rPr>
          <w:rStyle w:val="BodyTextChar1"/>
          <w:rFonts w:cs="Georgia"/>
        </w:rPr>
        <w:softHyphen/>
        <w:t>следствиях; о выполнении членами семьи своих социальных ролей; о социальных конфликтах; критически оценивать со</w:t>
      </w:r>
      <w:r>
        <w:rPr>
          <w:rStyle w:val="BodyTextChar1"/>
          <w:rFonts w:cs="Georgia"/>
        </w:rPr>
        <w:softHyphen/>
        <w:t>временную социальную информацию;</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1" w:name="bookmark3096"/>
      <w:bookmarkEnd w:id="371"/>
      <w:r>
        <w:rPr>
          <w:rStyle w:val="BodyTextChar1"/>
          <w:rFonts w:cs="Georgia"/>
          <w:b/>
          <w:bCs/>
        </w:rPr>
        <w:t xml:space="preserve">оценивать </w:t>
      </w:r>
      <w:r>
        <w:rPr>
          <w:rStyle w:val="BodyTextChar1"/>
          <w:rFonts w:cs="Georgia"/>
        </w:rPr>
        <w:t>собственные поступки и поведение, демонстриру</w:t>
      </w:r>
      <w:r>
        <w:rPr>
          <w:rStyle w:val="BodyTextChar1"/>
          <w:rFonts w:cs="Georgia"/>
        </w:rPr>
        <w:softHyphen/>
        <w:t>ющее отношение к людям других национальностей; осозна</w:t>
      </w:r>
      <w:r>
        <w:rPr>
          <w:rStyle w:val="BodyTextChar1"/>
          <w:rFonts w:cs="Georgia"/>
        </w:rPr>
        <w:softHyphen/>
        <w:t>вать неприемлемость антиобщественного поведения;</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2" w:name="bookmark3097"/>
      <w:bookmarkEnd w:id="372"/>
      <w:r>
        <w:rPr>
          <w:rStyle w:val="BodyTextChar1"/>
          <w:rFonts w:cs="Georgia"/>
          <w:b/>
          <w:bCs/>
        </w:rPr>
        <w:t xml:space="preserve">использовать </w:t>
      </w:r>
      <w:r>
        <w:rPr>
          <w:rStyle w:val="BodyTextChar1"/>
          <w:rFonts w:cs="Georgia"/>
        </w:rPr>
        <w:t>полученные знания в практической деятель</w:t>
      </w:r>
      <w:r>
        <w:rPr>
          <w:rStyle w:val="BodyTextChar1"/>
          <w:rFonts w:cs="Georgia"/>
        </w:rPr>
        <w:softHyphen/>
        <w:t>ности для выстраивания собственного поведения с позиции здорового образа жизни;</w:t>
      </w:r>
    </w:p>
    <w:p w:rsidR="00F44E79" w:rsidRDefault="00F44E79" w:rsidP="00E5323B">
      <w:pPr>
        <w:pStyle w:val="BodyText"/>
        <w:numPr>
          <w:ilvl w:val="0"/>
          <w:numId w:val="29"/>
        </w:numPr>
        <w:tabs>
          <w:tab w:val="left" w:pos="327"/>
        </w:tabs>
        <w:spacing w:after="140" w:line="269" w:lineRule="auto"/>
        <w:ind w:left="280" w:hanging="280"/>
        <w:jc w:val="both"/>
        <w:rPr>
          <w:color w:val="auto"/>
          <w:sz w:val="24"/>
          <w:szCs w:val="24"/>
        </w:rPr>
      </w:pPr>
      <w:bookmarkStart w:id="373" w:name="bookmark3098"/>
      <w:bookmarkEnd w:id="373"/>
      <w:r>
        <w:rPr>
          <w:rStyle w:val="BodyTextChar1"/>
          <w:rFonts w:cs="Georgia"/>
          <w:b/>
          <w:bCs/>
        </w:rPr>
        <w:t xml:space="preserve">осуществлять </w:t>
      </w:r>
      <w:r>
        <w:rPr>
          <w:rStyle w:val="BodyTextChar1"/>
          <w:rFonts w:cs="Georgia"/>
        </w:rPr>
        <w:t>совместную деятельность с людьми другой на</w:t>
      </w:r>
      <w:r>
        <w:rPr>
          <w:rStyle w:val="BodyTextChar1"/>
          <w:rFonts w:cs="Georgia"/>
        </w:rPr>
        <w:softHyphen/>
        <w:t>циональной и религиозной принадлежности на основе веро</w:t>
      </w:r>
      <w:r>
        <w:rPr>
          <w:rStyle w:val="BodyTextChar1"/>
          <w:rFonts w:cs="Georgia"/>
        </w:rPr>
        <w:softHyphen/>
        <w:t>терпимости и взаимопонимания между людьми разных культур.</w:t>
      </w:r>
    </w:p>
    <w:p w:rsidR="00F44E79" w:rsidRDefault="00F44E79">
      <w:pPr>
        <w:pStyle w:val="90"/>
        <w:jc w:val="both"/>
        <w:rPr>
          <w:rFonts w:ascii="Courier New" w:hAnsi="Courier New" w:cs="Courier New"/>
          <w:b w:val="0"/>
          <w:bCs w:val="0"/>
          <w:color w:val="auto"/>
          <w:sz w:val="24"/>
          <w:szCs w:val="24"/>
        </w:rPr>
      </w:pPr>
      <w:r>
        <w:rPr>
          <w:rStyle w:val="9"/>
          <w:rFonts w:cs="Trebuchet MS"/>
          <w:b/>
        </w:rPr>
        <w:t>Человек в современном изменяющемся мире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4" w:name="bookmark3099"/>
      <w:bookmarkEnd w:id="374"/>
      <w:r>
        <w:rPr>
          <w:rStyle w:val="BodyTextChar1"/>
          <w:rFonts w:cs="Georgia"/>
          <w:b/>
          <w:bCs/>
        </w:rPr>
        <w:t xml:space="preserve">осваивать и применять </w:t>
      </w:r>
      <w:r>
        <w:rPr>
          <w:rStyle w:val="BodyTextChar1"/>
          <w:rFonts w:cs="Georgia"/>
        </w:rPr>
        <w:t>знания об информационном обще</w:t>
      </w:r>
      <w:r>
        <w:rPr>
          <w:rStyle w:val="BodyTextChar1"/>
          <w:rFonts w:cs="Georgia"/>
        </w:rPr>
        <w:softHyphen/>
        <w:t>стве, глобализации, глобальных проблемах;</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5" w:name="bookmark3100"/>
      <w:bookmarkEnd w:id="375"/>
      <w:r>
        <w:rPr>
          <w:rStyle w:val="BodyTextChar1"/>
          <w:rFonts w:cs="Georgia"/>
          <w:b/>
          <w:bCs/>
        </w:rPr>
        <w:t xml:space="preserve">характеризовать </w:t>
      </w:r>
      <w:r>
        <w:rPr>
          <w:rStyle w:val="BodyTextChar1"/>
          <w:rFonts w:cs="Georgia"/>
        </w:rPr>
        <w:t>сущность информационного общества; здо</w:t>
      </w:r>
      <w:r>
        <w:rPr>
          <w:rStyle w:val="BodyTextChar1"/>
          <w:rFonts w:cs="Georgia"/>
        </w:rPr>
        <w:softHyphen/>
        <w:t>ровый образ жизни; глобализацию как важный общемиро</w:t>
      </w:r>
      <w:r>
        <w:rPr>
          <w:rStyle w:val="BodyTextChar1"/>
          <w:rFonts w:cs="Georgia"/>
        </w:rPr>
        <w:softHyphen/>
        <w:t>вой интеграционный процесс;</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6" w:name="bookmark3101"/>
      <w:bookmarkEnd w:id="376"/>
      <w:r>
        <w:rPr>
          <w:rStyle w:val="BodyTextChar1"/>
          <w:rFonts w:cs="Georgia"/>
          <w:b/>
          <w:bCs/>
        </w:rPr>
        <w:t xml:space="preserve">приводить примеры </w:t>
      </w:r>
      <w:r>
        <w:rPr>
          <w:rStyle w:val="BodyTextChar1"/>
          <w:rFonts w:cs="Georgia"/>
        </w:rPr>
        <w:t>глобальных проблем и возможных пу</w:t>
      </w:r>
      <w:r>
        <w:rPr>
          <w:rStyle w:val="BodyTextChar1"/>
          <w:rFonts w:cs="Georgia"/>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F44E79" w:rsidRDefault="00F44E79" w:rsidP="00E5323B">
      <w:pPr>
        <w:pStyle w:val="BodyText"/>
        <w:numPr>
          <w:ilvl w:val="0"/>
          <w:numId w:val="29"/>
        </w:numPr>
        <w:tabs>
          <w:tab w:val="left" w:pos="327"/>
        </w:tabs>
        <w:spacing w:line="269" w:lineRule="auto"/>
        <w:ind w:firstLine="0"/>
        <w:jc w:val="both"/>
        <w:rPr>
          <w:color w:val="auto"/>
          <w:sz w:val="24"/>
          <w:szCs w:val="24"/>
        </w:rPr>
      </w:pPr>
      <w:bookmarkStart w:id="377" w:name="bookmark3102"/>
      <w:bookmarkEnd w:id="377"/>
      <w:r>
        <w:rPr>
          <w:rStyle w:val="BodyTextChar1"/>
          <w:rFonts w:cs="Georgia"/>
          <w:b/>
          <w:bCs/>
        </w:rPr>
        <w:t xml:space="preserve">сравнивать </w:t>
      </w:r>
      <w:r>
        <w:rPr>
          <w:rStyle w:val="BodyTextChar1"/>
          <w:rFonts w:cs="Georgia"/>
        </w:rPr>
        <w:t>требования к современным профессиям;</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8" w:name="bookmark3103"/>
      <w:bookmarkEnd w:id="378"/>
      <w:r>
        <w:rPr>
          <w:rStyle w:val="BodyTextChar1"/>
          <w:rFonts w:cs="Georgia"/>
          <w:b/>
          <w:bCs/>
        </w:rPr>
        <w:t xml:space="preserve">устанавливать и объяснять </w:t>
      </w:r>
      <w:r>
        <w:rPr>
          <w:rStyle w:val="BodyTextChar1"/>
          <w:rFonts w:cs="Georgia"/>
        </w:rPr>
        <w:t>причины и последствия глобали</w:t>
      </w:r>
      <w:r>
        <w:rPr>
          <w:rStyle w:val="BodyTextChar1"/>
          <w:rFonts w:cs="Georgia"/>
        </w:rPr>
        <w:softHyphen/>
        <w:t>зации;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79" w:name="bookmark3104"/>
      <w:bookmarkEnd w:id="379"/>
      <w:r>
        <w:rPr>
          <w:rStyle w:val="BodyTextChar1"/>
          <w:rFonts w:cs="Georgia"/>
          <w:b/>
          <w:bCs/>
        </w:rPr>
        <w:t xml:space="preserve">использовать </w:t>
      </w:r>
      <w:r>
        <w:rPr>
          <w:rStyle w:val="BodyTextChar1"/>
          <w:rFonts w:cs="Georgia"/>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80" w:name="bookmark3105"/>
      <w:bookmarkEnd w:id="380"/>
      <w:r>
        <w:rPr>
          <w:rStyle w:val="BodyTextChar1"/>
          <w:rFonts w:cs="Georgia"/>
          <w:b/>
          <w:bCs/>
        </w:rPr>
        <w:t xml:space="preserve">определять и аргументировать </w:t>
      </w:r>
      <w:r>
        <w:rPr>
          <w:rStyle w:val="BodyTextChar1"/>
          <w:rFonts w:cs="Georgia"/>
        </w:rPr>
        <w:t>с опорой на обществоведче</w:t>
      </w:r>
      <w:r>
        <w:rPr>
          <w:rStyle w:val="BodyTextChar1"/>
          <w:rFonts w:cs="Georgia"/>
        </w:rPr>
        <w:softHyphen/>
        <w:t>ские знания, факты общественной жизни и личный социаль</w:t>
      </w:r>
      <w:r>
        <w:rPr>
          <w:rStyle w:val="BodyTextChar1"/>
          <w:rFonts w:cs="Georgia"/>
        </w:rPr>
        <w:softHyphen/>
        <w:t>ный опыт своё отношение к современным формам коммуни</w:t>
      </w:r>
      <w:r>
        <w:rPr>
          <w:rStyle w:val="BodyTextChar1"/>
          <w:rFonts w:cs="Georgia"/>
        </w:rPr>
        <w:softHyphen/>
        <w:t>кации; к здоровому образу жизни;</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81" w:name="bookmark3106"/>
      <w:bookmarkEnd w:id="381"/>
      <w:r>
        <w:rPr>
          <w:rStyle w:val="BodyTextChar1"/>
          <w:rFonts w:cs="Georgia"/>
          <w:b/>
          <w:bCs/>
        </w:rPr>
        <w:t xml:space="preserve">решать </w:t>
      </w:r>
      <w:r>
        <w:rPr>
          <w:rStyle w:val="BodyTextChar1"/>
          <w:rFonts w:cs="Georgia"/>
        </w:rPr>
        <w:t>в рамках изученного материала познавательные и практические задачи, связанные с волонтёрским движени</w:t>
      </w:r>
      <w:r>
        <w:rPr>
          <w:rStyle w:val="BodyTextChar1"/>
          <w:rFonts w:cs="Georgia"/>
        </w:rPr>
        <w:softHyphen/>
        <w:t>ем; отражающие особенности коммуникации в виртуальном пространстве;</w:t>
      </w:r>
    </w:p>
    <w:p w:rsidR="00F44E79" w:rsidRDefault="00F44E79" w:rsidP="00E5323B">
      <w:pPr>
        <w:pStyle w:val="BodyText"/>
        <w:numPr>
          <w:ilvl w:val="0"/>
          <w:numId w:val="29"/>
        </w:numPr>
        <w:tabs>
          <w:tab w:val="left" w:pos="327"/>
        </w:tabs>
        <w:spacing w:line="269" w:lineRule="auto"/>
        <w:ind w:left="280" w:hanging="280"/>
        <w:jc w:val="both"/>
        <w:rPr>
          <w:color w:val="auto"/>
          <w:sz w:val="24"/>
          <w:szCs w:val="24"/>
        </w:rPr>
      </w:pPr>
      <w:bookmarkStart w:id="382" w:name="bookmark3107"/>
      <w:bookmarkEnd w:id="382"/>
      <w:r>
        <w:rPr>
          <w:rStyle w:val="BodyTextChar1"/>
          <w:rFonts w:cs="Georgia"/>
          <w:b/>
          <w:bCs/>
        </w:rPr>
        <w:t xml:space="preserve">осуществлять </w:t>
      </w:r>
      <w:r>
        <w:rPr>
          <w:rStyle w:val="BodyTextChar1"/>
          <w:rFonts w:cs="Georgia"/>
        </w:rPr>
        <w:t>смысловое чтение текстов (научно-популяр</w:t>
      </w:r>
      <w:r>
        <w:rPr>
          <w:rStyle w:val="BodyTextChar1"/>
          <w:rFonts w:cs="Georgia"/>
        </w:rPr>
        <w:softHyphen/>
        <w:t>ных, публицистических и др.) по проблемам современного общества, глобализации; непрерывного образования; выбора профессии;</w:t>
      </w:r>
    </w:p>
    <w:p w:rsidR="00F44E79" w:rsidRDefault="00F44E79" w:rsidP="00E5323B">
      <w:pPr>
        <w:pStyle w:val="BodyText"/>
        <w:numPr>
          <w:ilvl w:val="0"/>
          <w:numId w:val="29"/>
        </w:numPr>
        <w:tabs>
          <w:tab w:val="left" w:pos="327"/>
        </w:tabs>
        <w:spacing w:after="100" w:line="269" w:lineRule="auto"/>
        <w:ind w:left="280" w:hanging="280"/>
        <w:jc w:val="both"/>
        <w:rPr>
          <w:color w:val="auto"/>
          <w:sz w:val="24"/>
          <w:szCs w:val="24"/>
        </w:rPr>
        <w:sectPr w:rsidR="00F44E79">
          <w:pgSz w:w="7824" w:h="12019"/>
          <w:pgMar w:top="674" w:right="708" w:bottom="874" w:left="714" w:header="0" w:footer="3" w:gutter="0"/>
          <w:cols w:space="720"/>
          <w:noEndnote/>
          <w:docGrid w:linePitch="360"/>
        </w:sectPr>
      </w:pPr>
      <w:bookmarkStart w:id="383" w:name="bookmark3108"/>
      <w:bookmarkEnd w:id="383"/>
      <w:r>
        <w:rPr>
          <w:rStyle w:val="BodyTextChar1"/>
          <w:rFonts w:cs="Georgia"/>
          <w:b/>
          <w:bCs/>
        </w:rPr>
        <w:t xml:space="preserve">осуществлять поиск и извлечение </w:t>
      </w:r>
      <w:r>
        <w:rPr>
          <w:rStyle w:val="BodyTextChar1"/>
          <w:rFonts w:cs="Georgia"/>
        </w:rPr>
        <w:t>социальной информации (текстовой, графической, аудиовизуальной) из различных источников о глобализации и её последствиях; о роли непре</w:t>
      </w:r>
      <w:r>
        <w:rPr>
          <w:rStyle w:val="BodyTextChar1"/>
          <w:rFonts w:cs="Georgia"/>
        </w:rPr>
        <w:softHyphen/>
        <w:t>рывного образования в современном обществе.</w:t>
      </w:r>
    </w:p>
    <w:p w:rsidR="00F44E79" w:rsidRDefault="00F44E79">
      <w:pPr>
        <w:pStyle w:val="33"/>
        <w:keepNext/>
        <w:keepLines/>
        <w:pBdr>
          <w:bottom w:val="single" w:sz="4" w:space="0" w:color="auto"/>
        </w:pBdr>
        <w:spacing w:after="300" w:line="240" w:lineRule="auto"/>
        <w:rPr>
          <w:rFonts w:ascii="Courier New" w:hAnsi="Courier New" w:cs="Courier New"/>
          <w:b w:val="0"/>
          <w:bCs w:val="0"/>
          <w:color w:val="auto"/>
          <w:sz w:val="24"/>
          <w:szCs w:val="24"/>
        </w:rPr>
      </w:pPr>
      <w:bookmarkStart w:id="384" w:name="bookmark3109"/>
      <w:bookmarkStart w:id="385" w:name="bookmark3110"/>
      <w:bookmarkStart w:id="386" w:name="bookmark3111"/>
      <w:r>
        <w:rPr>
          <w:rStyle w:val="32"/>
          <w:rFonts w:cs="Arial"/>
          <w:b/>
          <w:sz w:val="19"/>
          <w:szCs w:val="19"/>
        </w:rPr>
        <w:t>2.1.7  ГЕОГРАФИЯ</w:t>
      </w:r>
      <w:bookmarkEnd w:id="384"/>
      <w:bookmarkEnd w:id="385"/>
      <w:bookmarkEnd w:id="386"/>
    </w:p>
    <w:p w:rsidR="00F44E79" w:rsidRDefault="00F44E79" w:rsidP="00F148C4">
      <w:pPr>
        <w:pStyle w:val="BodyText"/>
        <w:spacing w:after="560"/>
        <w:ind w:firstLine="0"/>
        <w:jc w:val="both"/>
        <w:rPr>
          <w:rStyle w:val="BodyTextChar1"/>
          <w:rFonts w:cs="Georgia"/>
        </w:rPr>
      </w:pPr>
      <w:r>
        <w:rPr>
          <w:rStyle w:val="BodyTextChar1"/>
          <w:rFonts w:cs="Georgia"/>
        </w:rPr>
        <w:t>Рабочая программа по географии на уровне ос</w:t>
      </w:r>
      <w:r>
        <w:rPr>
          <w:rStyle w:val="BodyTextChar1"/>
          <w:rFonts w:cs="Georgia"/>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BodyTextChar1"/>
          <w:rFonts w:cs="Georgia"/>
        </w:rPr>
        <w:softHyphen/>
        <w:t>ном государственном образовательном стандарте основного общего образования, а также на основе характеристики пла</w:t>
      </w:r>
      <w:r>
        <w:rPr>
          <w:rStyle w:val="BodyTextChar1"/>
          <w:rFonts w:cs="Georgia"/>
        </w:rPr>
        <w:softHyphen/>
        <w:t>нируемых результатов духовно-нравственного развития, вос</w:t>
      </w:r>
      <w:r>
        <w:rPr>
          <w:rStyle w:val="BodyTextChar1"/>
          <w:rFonts w:cs="Georgia"/>
        </w:rPr>
        <w:softHyphen/>
        <w:t>питания и социализации обучающихся, представленной в Примерной программе воспитания (одобрено решением ФУМО от 02.06.2020 г.).</w:t>
      </w:r>
    </w:p>
    <w:p w:rsidR="00F44E79" w:rsidRPr="002D6E92" w:rsidRDefault="00F44E79" w:rsidP="00E44081">
      <w:pPr>
        <w:pBdr>
          <w:bottom w:val="single" w:sz="6" w:space="5" w:color="000000"/>
        </w:pBdr>
        <w:shd w:val="clear" w:color="auto" w:fill="FFFFFF"/>
        <w:spacing w:before="100" w:beforeAutospacing="1"/>
        <w:jc w:val="both"/>
        <w:outlineLvl w:val="0"/>
        <w:rPr>
          <w:rFonts w:ascii="Times New Roman" w:hAnsi="Times New Roman" w:cs="Times New Roman"/>
          <w:b/>
          <w:bCs/>
          <w:caps/>
          <w:kern w:val="36"/>
        </w:rPr>
      </w:pPr>
      <w:r w:rsidRPr="002D6E92">
        <w:rPr>
          <w:rFonts w:ascii="Times New Roman" w:hAnsi="Times New Roman" w:cs="Times New Roman"/>
          <w:b/>
          <w:bCs/>
          <w:caps/>
          <w:kern w:val="36"/>
        </w:rPr>
        <w:t>СОДЕРЖАНИЕ УЧЕБНОГО ПРЕДМЕТА </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5 КЛАСС</w:t>
      </w:r>
    </w:p>
    <w:p w:rsidR="00F44E79" w:rsidRPr="002D6E92" w:rsidRDefault="00F44E79" w:rsidP="00E44081">
      <w:pPr>
        <w:jc w:val="both"/>
        <w:rPr>
          <w:rFonts w:ascii="Times New Roman" w:hAnsi="Times New Roman" w:cs="Times New Roman"/>
          <w:b/>
          <w:bCs/>
        </w:rPr>
      </w:pPr>
    </w:p>
    <w:p w:rsidR="00F44E79" w:rsidRPr="002D6E92" w:rsidRDefault="00F44E79" w:rsidP="00E44081">
      <w:pPr>
        <w:jc w:val="both"/>
        <w:rPr>
          <w:rFonts w:ascii="Times New Roman" w:hAnsi="Times New Roman" w:cs="Times New Roman"/>
          <w:b/>
          <w:bCs/>
        </w:rPr>
      </w:pP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Раздел 1. Географическое изучение Земли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Введение</w:t>
      </w:r>
      <w:r w:rsidRPr="002D6E92">
        <w:rPr>
          <w:rFonts w:ascii="Times New Roman" w:hAnsi="Times New Roman" w:cs="Times New Roman"/>
        </w:rPr>
        <w:t>. География — наука о планете Земля.</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 xml:space="preserve">Что изучает география? Географические объекты, процессы и явления. Как география изучает объекты, процессы и явления. </w:t>
      </w:r>
      <w:r w:rsidRPr="002D6E92">
        <w:rPr>
          <w:rFonts w:ascii="Times New Roman" w:hAnsi="Times New Roman" w:cs="Times New Roman"/>
          <w:i/>
          <w:iCs/>
        </w:rPr>
        <w:t xml:space="preserve">Географические методы изучения объектов                       и явлений. </w:t>
      </w:r>
      <w:r w:rsidRPr="002D6E92">
        <w:rPr>
          <w:rFonts w:ascii="Times New Roman" w:hAnsi="Times New Roman" w:cs="Times New Roman"/>
        </w:rPr>
        <w:t>Древо географических наук.</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1. Организация фенологических наблюдений в природе: планирование, участие                              в групповой работе, форма систематизации данных.</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Тема 1. История географических открытий</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 xml:space="preserve">Представления о мире в древности (Древний Китай, Древний Египет, Древняя Греция, Древний Рим). </w:t>
      </w:r>
      <w:r w:rsidRPr="002D6E92">
        <w:rPr>
          <w:rFonts w:ascii="Times New Roman" w:hAnsi="Times New Roman" w:cs="Times New Roman"/>
          <w:i/>
          <w:iCs/>
        </w:rPr>
        <w:t>Путешествие Пифея. Плавания финикийцев вокруг Африки. Экспедиции Т. Хейердала как модель путешествий в древности.</w:t>
      </w:r>
      <w:r w:rsidRPr="002D6E92">
        <w:rPr>
          <w:rFonts w:ascii="Times New Roman" w:hAnsi="Times New Roman" w:cs="Times New Roman"/>
        </w:rPr>
        <w:t xml:space="preserve"> Появление географических карт.</w:t>
      </w:r>
    </w:p>
    <w:p w:rsidR="00F44E79" w:rsidRPr="002D6E92" w:rsidRDefault="00F44E79" w:rsidP="00E44081">
      <w:pPr>
        <w:ind w:firstLine="227"/>
        <w:jc w:val="both"/>
        <w:rPr>
          <w:rFonts w:ascii="Times New Roman" w:hAnsi="Times New Roman" w:cs="Times New Roman"/>
          <w:i/>
          <w:iCs/>
        </w:rPr>
      </w:pPr>
      <w:r w:rsidRPr="002D6E92">
        <w:rPr>
          <w:rFonts w:ascii="Times New Roman" w:hAnsi="Times New Roman" w:cs="Times New Roman"/>
        </w:rPr>
        <w:t xml:space="preserve">География в эпоху Средневековья: путешествия и открытия </w:t>
      </w:r>
      <w:r w:rsidRPr="002D6E92">
        <w:rPr>
          <w:rFonts w:ascii="Times New Roman" w:hAnsi="Times New Roman" w:cs="Times New Roman"/>
          <w:i/>
          <w:iCs/>
        </w:rPr>
        <w:t>викингов, древних арабов,</w:t>
      </w:r>
      <w:r w:rsidRPr="002D6E92">
        <w:rPr>
          <w:rFonts w:ascii="Times New Roman" w:hAnsi="Times New Roman" w:cs="Times New Roman"/>
        </w:rPr>
        <w:t xml:space="preserve"> русских землепроходцев. </w:t>
      </w:r>
      <w:r w:rsidRPr="002D6E92">
        <w:rPr>
          <w:rFonts w:ascii="Times New Roman" w:hAnsi="Times New Roman" w:cs="Times New Roman"/>
          <w:i/>
          <w:iCs/>
        </w:rPr>
        <w:t>Путешествия М. Поло и А. Никитина.</w:t>
      </w:r>
    </w:p>
    <w:p w:rsidR="00F44E79" w:rsidRPr="002D6E92" w:rsidRDefault="00F44E79" w:rsidP="00E44081">
      <w:pPr>
        <w:ind w:firstLine="227"/>
        <w:jc w:val="both"/>
        <w:rPr>
          <w:rFonts w:ascii="Times New Roman" w:hAnsi="Times New Roman" w:cs="Times New Roman"/>
          <w:i/>
          <w:iCs/>
        </w:rPr>
      </w:pPr>
      <w:r w:rsidRPr="002D6E92">
        <w:rPr>
          <w:rFonts w:ascii="Times New Roman" w:hAnsi="Times New Roman"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2D6E92">
        <w:rPr>
          <w:rFonts w:ascii="Times New Roman" w:hAnsi="Times New Roman" w:cs="Times New Roman"/>
          <w:i/>
          <w:iCs/>
        </w:rPr>
        <w:t>Карта мира после эпохи Великих географических открытий.</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 xml:space="preserve">Географические открытия XVII—XIX вв. </w:t>
      </w:r>
      <w:r w:rsidRPr="002D6E92">
        <w:rPr>
          <w:rFonts w:ascii="Times New Roman" w:hAnsi="Times New Roman" w:cs="Times New Roman"/>
          <w:i/>
          <w:iCs/>
        </w:rPr>
        <w:t>Поиски Южной Земли — открытие Австралии. Русские путешественники и мореплаватели на северо-востоке Азии</w:t>
      </w:r>
      <w:r w:rsidRPr="002D6E92">
        <w:rPr>
          <w:rFonts w:ascii="Times New Roman" w:hAnsi="Times New Roman" w:cs="Times New Roman"/>
        </w:rPr>
        <w:t>. Первая русская кругосветная экспедиция (Русская экспедиция Ф. Ф. Беллинсгаузена, М. П. Лазарева — открытие Антарктиды).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1. Обозначение на контурной карте географических объектов, открытых в разные периоды.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2. Сравнение карт Эратосфена, Птолемея и современных карт по предложенным учителем вопросам.</w:t>
      </w:r>
    </w:p>
    <w:p w:rsidR="00F44E79" w:rsidRPr="002D6E92" w:rsidRDefault="00F44E79" w:rsidP="00E44081">
      <w:pPr>
        <w:ind w:firstLine="227"/>
        <w:jc w:val="both"/>
        <w:rPr>
          <w:rFonts w:ascii="Times New Roman" w:hAnsi="Times New Roman" w:cs="Times New Roman"/>
          <w:b/>
          <w:bCs/>
        </w:rPr>
      </w:pP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Раздел 2. Изображения земной поверхности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Тема 1. Планы местности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2D6E92">
        <w:rPr>
          <w:rFonts w:ascii="Times New Roman" w:hAnsi="Times New Roman" w:cs="Times New Roman"/>
          <w:i/>
          <w:iCs/>
        </w:rPr>
        <w:t>Профессия топограф.</w:t>
      </w:r>
      <w:r w:rsidRPr="002D6E92">
        <w:rPr>
          <w:rFonts w:ascii="Times New Roman" w:hAnsi="Times New Roman" w:cs="Times New Roman"/>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1. Определение направлений и расстояний по плану местности.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2. Составление описания маршрута по плану местности.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Тема 2. Географические карты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44E79" w:rsidRPr="002D6E92" w:rsidRDefault="00F44E79" w:rsidP="00E44081">
      <w:pPr>
        <w:ind w:firstLine="227"/>
        <w:jc w:val="both"/>
        <w:rPr>
          <w:rFonts w:ascii="Times New Roman" w:hAnsi="Times New Roman" w:cs="Times New Roman"/>
          <w:i/>
          <w:iCs/>
        </w:rPr>
      </w:pPr>
      <w:r w:rsidRPr="002D6E92">
        <w:rPr>
          <w:rFonts w:ascii="Times New Roman" w:hAnsi="Times New Roman" w:cs="Times New Roman"/>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2D6E92">
        <w:rPr>
          <w:rFonts w:ascii="Times New Roman" w:hAnsi="Times New Roman" w:cs="Times New Roman"/>
          <w:i/>
          <w:iCs/>
        </w:rPr>
        <w:t>Профессия картограф. Система космической навигации. Геоинформационные системы.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1. Определение направлений и расстояний по карте полушарий.</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2. Определение географических координат объектов и определение объектов по их географическим координатам.</w:t>
      </w:r>
    </w:p>
    <w:p w:rsidR="00F44E79" w:rsidRPr="002D6E92" w:rsidRDefault="00F44E79" w:rsidP="00E44081">
      <w:pPr>
        <w:ind w:firstLine="227"/>
        <w:jc w:val="both"/>
        <w:rPr>
          <w:rFonts w:ascii="Times New Roman" w:hAnsi="Times New Roman" w:cs="Times New Roman"/>
          <w:b/>
          <w:bCs/>
        </w:rPr>
      </w:pP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Раздел 3. Земля — планета Солнечной системы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 xml:space="preserve">Земля в Солнечной системе. </w:t>
      </w:r>
      <w:r w:rsidRPr="002D6E92">
        <w:rPr>
          <w:rFonts w:ascii="Times New Roman" w:hAnsi="Times New Roman" w:cs="Times New Roman"/>
          <w:i/>
          <w:iCs/>
        </w:rPr>
        <w:t>Гипотезы возникновения Земли</w:t>
      </w:r>
      <w:r w:rsidRPr="002D6E92">
        <w:rPr>
          <w:rFonts w:ascii="Times New Roman" w:hAnsi="Times New Roman" w:cs="Times New Roman"/>
        </w:rPr>
        <w:t>. Форма, размеры Земли, их географические следствия.</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44E79" w:rsidRPr="002D6E92" w:rsidRDefault="00F44E79" w:rsidP="00E44081">
      <w:pPr>
        <w:ind w:firstLine="227"/>
        <w:jc w:val="both"/>
        <w:rPr>
          <w:rFonts w:ascii="Times New Roman" w:hAnsi="Times New Roman" w:cs="Times New Roman"/>
          <w:i/>
          <w:iCs/>
        </w:rPr>
      </w:pPr>
      <w:r w:rsidRPr="002D6E92">
        <w:rPr>
          <w:rFonts w:ascii="Times New Roman" w:hAnsi="Times New Roman" w:cs="Times New Roman"/>
          <w:i/>
          <w:iCs/>
        </w:rPr>
        <w:t>Влияние Космоса на Землю и жизнь людей.</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44E79" w:rsidRPr="002D6E92" w:rsidRDefault="00F44E79" w:rsidP="00E44081">
      <w:pPr>
        <w:ind w:firstLine="227"/>
        <w:jc w:val="both"/>
        <w:rPr>
          <w:rFonts w:ascii="Times New Roman" w:hAnsi="Times New Roman" w:cs="Times New Roman"/>
          <w:b/>
          <w:bCs/>
        </w:rPr>
      </w:pP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Раздел 4. Оболочки Земли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Тема 1. Литосфера — каменная оболочка Земли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 xml:space="preserve">Литосфера — твёрдая оболочка Земли. </w:t>
      </w:r>
      <w:r w:rsidRPr="002D6E92">
        <w:rPr>
          <w:rFonts w:ascii="Times New Roman" w:hAnsi="Times New Roman" w:cs="Times New Roman"/>
          <w:i/>
          <w:iCs/>
        </w:rPr>
        <w:t>Методы изучения земных глубин</w:t>
      </w:r>
      <w:r w:rsidRPr="002D6E92">
        <w:rPr>
          <w:rFonts w:ascii="Times New Roman" w:hAnsi="Times New Roman" w:cs="Times New Roman"/>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2D6E92">
        <w:rPr>
          <w:rFonts w:ascii="Times New Roman" w:hAnsi="Times New Roman" w:cs="Times New Roman"/>
          <w:i/>
          <w:iCs/>
        </w:rPr>
        <w:t xml:space="preserve">Изучение вулканов и землетрясений. Профессии сейсмолог и вулканолог. </w:t>
      </w:r>
      <w:r w:rsidRPr="002D6E92">
        <w:rPr>
          <w:rFonts w:ascii="Times New Roman" w:hAnsi="Times New Roman" w:cs="Times New Roman"/>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1. Описание горной системы или равнины по физической карте.</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Заключение</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Практикум «Сезонные изменения в природе своей местности»</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ind w:firstLine="227"/>
        <w:jc w:val="both"/>
        <w:rPr>
          <w:rFonts w:ascii="Times New Roman" w:hAnsi="Times New Roman" w:cs="Times New Roman"/>
        </w:rPr>
      </w:pPr>
      <w:r w:rsidRPr="002D6E92">
        <w:rPr>
          <w:rFonts w:ascii="Times New Roman" w:hAnsi="Times New Roman" w:cs="Times New Roman"/>
        </w:rPr>
        <w:t>1. Анализ результатов фенологических наблюдений и наблюдений за погодой.</w:t>
      </w:r>
    </w:p>
    <w:p w:rsidR="00F44E79" w:rsidRPr="002D6E92" w:rsidRDefault="00F44E79" w:rsidP="00E44081">
      <w:pPr>
        <w:ind w:firstLine="227"/>
        <w:jc w:val="both"/>
        <w:rPr>
          <w:rFonts w:ascii="Times New Roman" w:hAnsi="Times New Roman" w:cs="Times New Roman"/>
        </w:rPr>
      </w:pPr>
    </w:p>
    <w:p w:rsidR="00F44E79" w:rsidRPr="002D6E92" w:rsidRDefault="00F44E79" w:rsidP="00E44081">
      <w:pPr>
        <w:shd w:val="clear" w:color="auto" w:fill="FFFFFF"/>
        <w:spacing w:before="240"/>
        <w:jc w:val="both"/>
        <w:outlineLvl w:val="1"/>
        <w:rPr>
          <w:rFonts w:ascii="Times New Roman" w:hAnsi="Times New Roman" w:cs="Times New Roman"/>
          <w:b/>
          <w:bCs/>
          <w:caps/>
        </w:rPr>
      </w:pPr>
    </w:p>
    <w:p w:rsidR="00F44E79" w:rsidRPr="002D6E92" w:rsidRDefault="00F44E79" w:rsidP="00E44081">
      <w:pPr>
        <w:shd w:val="clear" w:color="auto" w:fill="FFFFFF"/>
        <w:spacing w:before="240"/>
        <w:jc w:val="both"/>
        <w:outlineLvl w:val="1"/>
        <w:rPr>
          <w:rFonts w:ascii="Times New Roman" w:hAnsi="Times New Roman" w:cs="Times New Roman"/>
          <w:b/>
          <w:bCs/>
          <w:caps/>
        </w:rPr>
      </w:pP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6 КЛАСС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1. Оболочки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Гидросфера — водная оболочка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Гидросфера и методы её изучения. Части гидросферы. Мировой круговорот воды. Значение гидросферы.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Воды суши. Способы изображения внутренних вод на картах.</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Многолетняя мерзлота. Болота, их образование.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Стихийные явления в гидросфере, методы наблюдения и защиты.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Человек и гидросфера. Использование человеком энергии воды.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Использование космических методов в исследовании влияния человека на гидросферу.</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Сравнение двух рек (России и мира) по заданным признакам.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Характеристика одного из крупнейших озёр России по плану в форме презентации.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3. Составление перечня поверхностных водных объектов своего края и их систематизация в форме таблицы.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Атмосфера — воздушная оболочка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Воздушная оболочка Земли: газовый состав, строение и значение атмосферы.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Атмосферное давление. Ветер и причины его возникновения. Роза ветров. Бризы. Муссоны. </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Погода и её показатели.  Причины изменения погоды.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Климат и климатообразующие факторы. Зависимость климата от географической широты и высоты местности над уровнем моря.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Представление результатов наблюдения за погодой своей местности.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Биосфера — оболочка жизни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Человек как часть биосферы. Распространение людей на Земле.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Исследования и экологические проблемы.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Характеристика растительности участка местности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Заключение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Природно-территориальные комплексы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 (выполняется на местности)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Характеристика локального природного комплекса по плану.</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7 КЛАСС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1. Главные закономерности природы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Географическая оболочка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Выявление проявления широтной зональности по картам природных зон.</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Литосфера и рельеф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Объяснение вулканических или сейсмических событий, о которых говорится в тексте.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Атмосфера и климаты Земли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Описание климата территории по климатической карте и климатограмме.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4. Мировой океан — основная часть гидросферы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Сравнение двух океанов по плану с использованием нескольких источников географической информации.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2. Человечество на Земле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Численность населения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Определение, сравнение темпов изменения численности населения отдельных регионов мира по статистическим материалам.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Определение и сравнение различий в численности, плотности населения отдельных стран по разным источникам.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Страны и народы мира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2D6E92">
        <w:rPr>
          <w:rFonts w:ascii="Times New Roman" w:hAnsi="Times New Roman" w:cs="Times New Roman"/>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Сравнение занятий населения двух стран по комплексным картам.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3. Материки и страны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Южные материки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Сравнение географического положения двух (любых) южных материков.</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Объяснение годового хода температур и режима выпадения атмосферных осадков в экваториальном климатическом поясе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3. Сравнение особенностей климата Африки, Южной Америки и Австралии по плану.</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4. Описание Австралии или одной из стран Африки или Южной Америки по географическим картам.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5. Объяснение особенностей размещения населения  Австралии или одной из стран Африки или Южной Америки.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Северные материки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Объяснение распространения зон современного вулканизма и землетрясений на территории Северной Америки и Евразии.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Взаимодействие природы и общества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Характеристика изменений компонентов природы на территории одной из стран мира в результате деятельности человека.</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8 КЛАСС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1. Географическое пространство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История формирования и освоения территории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Представление в виде таблицы сведений об изменении границ России на разных исторических этапах на основе анализа географических карт.</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Географическое положение и границы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Время на территории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Определение различия во времени для разных городов России по карте часовых зон.</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4. Административно-территориальное устройство России. Районирование территории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2. Природа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Природные условия и ресурсы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Характеристика природно-ресурсного капитала своего края по картам и статистическим материалам.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Геологическое строение, рельеф и полезные ископаемые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Объяснение  распространения по территории России опасных геологических явлений.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Объяснение особенностей рельефа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Климат и климатические ресурсы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2D6E92">
        <w:rPr>
          <w:rFonts w:ascii="Times New Roman" w:hAnsi="Times New Roman" w:cs="Times New Roman"/>
        </w:rPr>
        <w:softHyphen/>
        <w:t>ческие явления. Наблюдаемые климатические изменения на территории России и их возможные следствия. Особенности кли</w:t>
      </w:r>
      <w:r w:rsidRPr="002D6E92">
        <w:rPr>
          <w:rFonts w:ascii="Times New Roman" w:hAnsi="Times New Roman" w:cs="Times New Roman"/>
        </w:rPr>
        <w:softHyphen/>
        <w:t>мата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Описание и прогнозирование погоды территории по карте погоды.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3. Оценка влияния основных климатических показателей своего края на жизнь и хозяйственную деятельность населения.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4. Моря России. Внутренние воды и водные ресурсы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Сравнение особенностей режима и характера течения двух рек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Объяснение распространения опасных гидрологических природных явлений на территории страны.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5. Природно-хозяйственные зоны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Природно-хозяйственные зоны России: взаимосвязь и взаимообусловленность их компонентов.</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Высотная поясность в горах на территории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Объяснение различий структуры высотной поясности в горных системах.</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3. Население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Численность населения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Территориальные особенности размещения населения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Народы и религии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Построение картограммы «Доля титульных этносов в численности населения республик и автономных округов РФ».</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4. Половой и возрастной состав населения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2D6E92">
        <w:rPr>
          <w:rFonts w:ascii="Times New Roman" w:hAnsi="Times New Roman" w:cs="Times New Roman"/>
        </w:rPr>
        <w:softHyphen/>
        <w:t>ни мужского и женского населения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Объяснение динамики половозрастного состава населения России на основе анализа половозрастных пирамид.</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5. Человеческий капитал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Классификация Федеральных округов по особенностям естественного и механического движения населения.</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9 КЛАСС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4. Хозяйство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1. Общая характеристика хозяйства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Топливно-энергетический комплекс (ТЭК)</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Сравнительная оценка возможностей для развития энергетики ВИЭ в отдельных регионах страны.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Металлургический комплекс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4. Машиностроительный комплекс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5. Химико-лесной комплекс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Химическая промышленность</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Лесопромышленный комплекс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6. Агропромышленный комплекс (АПК)</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Определение влияния природных и социальных факторов на размещение отраслей АПК.</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7. Инфраструктурный комплекс</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Транспорт и охрана окружающей среды.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Характеристика туристско-рекреационного потенциала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8. Обобщение знаний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Сравнительная оценка вклада отдельных отраслей хозяйства в загрязнение окружающей среды на основе анализа статистических материалов.</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5. Регионы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Тема 1. Западный макрорегион (Европейская часть)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Практические работы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Сравнение ЭГП двух географических районов страны по разным источникам информации.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2. Азиатская (Восточная) часть России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Практическая работа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1. Сравнение человеческого капитала двух географических районов (субъектов Российской Федерации) по заданным критериям.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Тема 3. Обобщение знаний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Раздел 6. Россия в современном мире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44E79" w:rsidRPr="00DE5D44" w:rsidRDefault="00F44E79" w:rsidP="00DE5D44">
      <w:pPr>
        <w:shd w:val="clear" w:color="auto" w:fill="FFFFFF"/>
        <w:ind w:firstLine="227"/>
        <w:jc w:val="both"/>
        <w:rPr>
          <w:rFonts w:ascii="Times New Roman" w:hAnsi="Times New Roman" w:cs="Times New Roman"/>
        </w:rPr>
      </w:pPr>
      <w:r w:rsidRPr="002D6E92">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44E79" w:rsidRPr="002D6E92" w:rsidRDefault="00F44E79" w:rsidP="00E44081">
      <w:pPr>
        <w:pBdr>
          <w:bottom w:val="single" w:sz="6" w:space="5" w:color="000000"/>
        </w:pBdr>
        <w:shd w:val="clear" w:color="auto" w:fill="FFFFFF"/>
        <w:spacing w:before="100" w:beforeAutospacing="1"/>
        <w:jc w:val="both"/>
        <w:outlineLvl w:val="0"/>
        <w:rPr>
          <w:rFonts w:ascii="Times New Roman" w:hAnsi="Times New Roman" w:cs="Times New Roman"/>
          <w:b/>
          <w:bCs/>
          <w:caps/>
          <w:kern w:val="36"/>
        </w:rPr>
      </w:pPr>
      <w:r w:rsidRPr="002D6E92">
        <w:rPr>
          <w:rFonts w:ascii="Times New Roman" w:hAnsi="Times New Roman" w:cs="Times New Roman"/>
          <w:b/>
          <w:bCs/>
          <w:caps/>
          <w:kern w:val="36"/>
        </w:rPr>
        <w:t>ПЛАНИРУЕМЫЕ ОБРАЗОВАТЕЛЬНЫЕ РЕЗУЛЬТАТЫ</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ЛИЧНОСТНЫЕ РЕЗУЛЬТАТЫ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Патриотического воспитания</w:t>
      </w:r>
      <w:r w:rsidRPr="002D6E92">
        <w:rPr>
          <w:rFonts w:ascii="Times New Roman" w:hAnsi="Times New Roman" w:cs="Times New Roman"/>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Гражданского воспитания:</w:t>
      </w:r>
      <w:r w:rsidRPr="002D6E92">
        <w:rPr>
          <w:rFonts w:ascii="Times New Roman" w:hAnsi="Times New Roman"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Духовно-нравственного воспитания:</w:t>
      </w:r>
      <w:r w:rsidRPr="002D6E92">
        <w:rPr>
          <w:rFonts w:ascii="Times New Roman" w:hAnsi="Times New Roman"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Эстетического воспитания:</w:t>
      </w:r>
      <w:r w:rsidRPr="002D6E92">
        <w:rPr>
          <w:rFonts w:ascii="Times New Roman" w:hAnsi="Times New Roman" w:cs="Times New Roman"/>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Ценности научного познания</w:t>
      </w:r>
      <w:r w:rsidRPr="002D6E92">
        <w:rPr>
          <w:rFonts w:ascii="Times New Roman" w:hAnsi="Times New Roman" w:cs="Times New Roman"/>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Физического воспитания, формирования культуры здоровья и эмоционального благополучия</w:t>
      </w:r>
      <w:r w:rsidRPr="002D6E92">
        <w:rPr>
          <w:rFonts w:ascii="Times New Roman" w:hAnsi="Times New Roman" w:cs="Times New Roman"/>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Трудового воспитания: </w:t>
      </w:r>
      <w:r w:rsidRPr="002D6E92">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Экологического воспитания:</w:t>
      </w:r>
      <w:r w:rsidRPr="002D6E92">
        <w:rPr>
          <w:rFonts w:ascii="Times New Roman" w:hAnsi="Times New Roman"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МЕТАПРЕДМЕТНЫЕ РЕЗУЛЬТАТЫ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rPr>
        <w:t>Изучение географии в основной школе способствует достижению метапредметных результатов, в том числе: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Овладению универсальными познавательными действиями: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Базовые логические действия</w:t>
      </w:r>
    </w:p>
    <w:p w:rsidR="00F44E79" w:rsidRPr="002D6E92" w:rsidRDefault="00F44E79" w:rsidP="001C7BA4">
      <w:pPr>
        <w:widowControl/>
        <w:numPr>
          <w:ilvl w:val="0"/>
          <w:numId w:val="11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Выявлять и характеризовать существенные признаки географических объектов, процессов и явлений;</w:t>
      </w:r>
    </w:p>
    <w:p w:rsidR="00F44E79" w:rsidRPr="002D6E92" w:rsidRDefault="00F44E79" w:rsidP="001C7BA4">
      <w:pPr>
        <w:widowControl/>
        <w:numPr>
          <w:ilvl w:val="0"/>
          <w:numId w:val="11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F44E79" w:rsidRPr="002D6E92" w:rsidRDefault="00F44E79" w:rsidP="001C7BA4">
      <w:pPr>
        <w:widowControl/>
        <w:numPr>
          <w:ilvl w:val="0"/>
          <w:numId w:val="11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F44E79" w:rsidRPr="002D6E92" w:rsidRDefault="00F44E79" w:rsidP="001C7BA4">
      <w:pPr>
        <w:widowControl/>
        <w:numPr>
          <w:ilvl w:val="0"/>
          <w:numId w:val="11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F44E79" w:rsidRPr="002D6E92" w:rsidRDefault="00F44E79" w:rsidP="001C7BA4">
      <w:pPr>
        <w:widowControl/>
        <w:numPr>
          <w:ilvl w:val="0"/>
          <w:numId w:val="11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44E79" w:rsidRPr="002D6E92" w:rsidRDefault="00F44E79" w:rsidP="001C7BA4">
      <w:pPr>
        <w:widowControl/>
        <w:numPr>
          <w:ilvl w:val="0"/>
          <w:numId w:val="11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Базовые исследовательские действия</w:t>
      </w:r>
    </w:p>
    <w:p w:rsidR="00F44E79" w:rsidRPr="002D6E92" w:rsidRDefault="00F44E79" w:rsidP="001C7BA4">
      <w:pPr>
        <w:widowControl/>
        <w:numPr>
          <w:ilvl w:val="0"/>
          <w:numId w:val="11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географические вопросы как исследовательский инструмент познания;</w:t>
      </w:r>
    </w:p>
    <w:p w:rsidR="00F44E79" w:rsidRPr="002D6E92" w:rsidRDefault="00F44E79" w:rsidP="001C7BA4">
      <w:pPr>
        <w:widowControl/>
        <w:numPr>
          <w:ilvl w:val="0"/>
          <w:numId w:val="11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44E79" w:rsidRPr="002D6E92" w:rsidRDefault="00F44E79" w:rsidP="001C7BA4">
      <w:pPr>
        <w:widowControl/>
        <w:numPr>
          <w:ilvl w:val="0"/>
          <w:numId w:val="11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44E79" w:rsidRPr="002D6E92" w:rsidRDefault="00F44E79" w:rsidP="001C7BA4">
      <w:pPr>
        <w:widowControl/>
        <w:numPr>
          <w:ilvl w:val="0"/>
          <w:numId w:val="11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44E79" w:rsidRPr="002D6E92" w:rsidRDefault="00F44E79" w:rsidP="001C7BA4">
      <w:pPr>
        <w:widowControl/>
        <w:numPr>
          <w:ilvl w:val="0"/>
          <w:numId w:val="11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оценивать достоверность информации, полученной в ходе гео</w:t>
      </w:r>
      <w:r w:rsidRPr="002D6E92">
        <w:rPr>
          <w:rFonts w:ascii="Times New Roman" w:hAnsi="Times New Roman" w:cs="Times New Roman"/>
        </w:rPr>
        <w:softHyphen/>
        <w:t>графического исследования;</w:t>
      </w:r>
    </w:p>
    <w:p w:rsidR="00F44E79" w:rsidRPr="002D6E92" w:rsidRDefault="00F44E79" w:rsidP="001C7BA4">
      <w:pPr>
        <w:widowControl/>
        <w:numPr>
          <w:ilvl w:val="0"/>
          <w:numId w:val="11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44E79" w:rsidRPr="002D6E92" w:rsidRDefault="00F44E79" w:rsidP="001C7BA4">
      <w:pPr>
        <w:widowControl/>
        <w:numPr>
          <w:ilvl w:val="0"/>
          <w:numId w:val="11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Работа с информацией</w:t>
      </w:r>
    </w:p>
    <w:p w:rsidR="00F44E79" w:rsidRPr="002D6E92" w:rsidRDefault="00F44E79" w:rsidP="001C7BA4">
      <w:pPr>
        <w:widowControl/>
        <w:numPr>
          <w:ilvl w:val="0"/>
          <w:numId w:val="11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44E79" w:rsidRPr="002D6E92" w:rsidRDefault="00F44E79" w:rsidP="001C7BA4">
      <w:pPr>
        <w:widowControl/>
        <w:numPr>
          <w:ilvl w:val="0"/>
          <w:numId w:val="11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F44E79" w:rsidRPr="002D6E92" w:rsidRDefault="00F44E79" w:rsidP="001C7BA4">
      <w:pPr>
        <w:widowControl/>
        <w:numPr>
          <w:ilvl w:val="0"/>
          <w:numId w:val="11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F44E79" w:rsidRPr="002D6E92" w:rsidRDefault="00F44E79" w:rsidP="001C7BA4">
      <w:pPr>
        <w:widowControl/>
        <w:numPr>
          <w:ilvl w:val="0"/>
          <w:numId w:val="11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самостоятельно выбирать оптимальную форму представления географической информации;</w:t>
      </w:r>
    </w:p>
    <w:p w:rsidR="00F44E79" w:rsidRPr="002D6E92" w:rsidRDefault="00F44E79" w:rsidP="001C7BA4">
      <w:pPr>
        <w:widowControl/>
        <w:numPr>
          <w:ilvl w:val="0"/>
          <w:numId w:val="11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F44E79" w:rsidRPr="002D6E92" w:rsidRDefault="00F44E79" w:rsidP="001C7BA4">
      <w:pPr>
        <w:widowControl/>
        <w:numPr>
          <w:ilvl w:val="0"/>
          <w:numId w:val="11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систематизировать географическую информацию в разных формах.</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Овладению универсальными коммуникативными действиями: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Общение</w:t>
      </w:r>
    </w:p>
    <w:p w:rsidR="00F44E79" w:rsidRPr="002D6E92" w:rsidRDefault="00F44E79" w:rsidP="001C7BA4">
      <w:pPr>
        <w:widowControl/>
        <w:numPr>
          <w:ilvl w:val="0"/>
          <w:numId w:val="115"/>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F44E79" w:rsidRPr="002D6E92" w:rsidRDefault="00F44E79" w:rsidP="001C7BA4">
      <w:pPr>
        <w:widowControl/>
        <w:numPr>
          <w:ilvl w:val="0"/>
          <w:numId w:val="115"/>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E79" w:rsidRPr="002D6E92" w:rsidRDefault="00F44E79" w:rsidP="001C7BA4">
      <w:pPr>
        <w:widowControl/>
        <w:numPr>
          <w:ilvl w:val="0"/>
          <w:numId w:val="115"/>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44E79" w:rsidRPr="002D6E92" w:rsidRDefault="00F44E79" w:rsidP="001C7BA4">
      <w:pPr>
        <w:widowControl/>
        <w:numPr>
          <w:ilvl w:val="0"/>
          <w:numId w:val="115"/>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публично представлять результаты выполненного исследования или проекта.</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Совместная деятельность (сотрудничество)</w:t>
      </w:r>
    </w:p>
    <w:p w:rsidR="00F44E79" w:rsidRPr="002D6E92" w:rsidRDefault="00F44E79" w:rsidP="001C7BA4">
      <w:pPr>
        <w:widowControl/>
        <w:numPr>
          <w:ilvl w:val="0"/>
          <w:numId w:val="116"/>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44E79" w:rsidRPr="002D6E92" w:rsidRDefault="00F44E79" w:rsidP="001C7BA4">
      <w:pPr>
        <w:widowControl/>
        <w:numPr>
          <w:ilvl w:val="0"/>
          <w:numId w:val="116"/>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E79" w:rsidRPr="002D6E92" w:rsidRDefault="00F44E79" w:rsidP="001C7BA4">
      <w:pPr>
        <w:widowControl/>
        <w:numPr>
          <w:ilvl w:val="0"/>
          <w:numId w:val="116"/>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Овладению универсальными учебными регулятивными действиями:</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Самоорганизация</w:t>
      </w:r>
    </w:p>
    <w:p w:rsidR="00F44E79" w:rsidRPr="002D6E92" w:rsidRDefault="00F44E79" w:rsidP="001C7BA4">
      <w:pPr>
        <w:widowControl/>
        <w:numPr>
          <w:ilvl w:val="0"/>
          <w:numId w:val="117"/>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44E79" w:rsidRPr="002D6E92" w:rsidRDefault="00F44E79" w:rsidP="001C7BA4">
      <w:pPr>
        <w:widowControl/>
        <w:numPr>
          <w:ilvl w:val="0"/>
          <w:numId w:val="117"/>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Самоконтроль (рефлексия)</w:t>
      </w:r>
    </w:p>
    <w:p w:rsidR="00F44E79" w:rsidRPr="002D6E92" w:rsidRDefault="00F44E79" w:rsidP="001C7BA4">
      <w:pPr>
        <w:widowControl/>
        <w:numPr>
          <w:ilvl w:val="0"/>
          <w:numId w:val="118"/>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владеть способами самоконтроля и рефлексии;</w:t>
      </w:r>
    </w:p>
    <w:p w:rsidR="00F44E79" w:rsidRPr="002D6E92" w:rsidRDefault="00F44E79" w:rsidP="001C7BA4">
      <w:pPr>
        <w:widowControl/>
        <w:numPr>
          <w:ilvl w:val="0"/>
          <w:numId w:val="118"/>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F44E79" w:rsidRPr="002D6E92" w:rsidRDefault="00F44E79" w:rsidP="001C7BA4">
      <w:pPr>
        <w:widowControl/>
        <w:numPr>
          <w:ilvl w:val="0"/>
          <w:numId w:val="118"/>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F44E79" w:rsidRPr="002D6E92" w:rsidRDefault="00F44E79" w:rsidP="001C7BA4">
      <w:pPr>
        <w:widowControl/>
        <w:numPr>
          <w:ilvl w:val="0"/>
          <w:numId w:val="118"/>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оценивать соответствие результата цели и условиям</w:t>
      </w:r>
    </w:p>
    <w:p w:rsidR="00F44E79" w:rsidRPr="002D6E92" w:rsidRDefault="00F44E79" w:rsidP="00E44081">
      <w:pPr>
        <w:shd w:val="clear" w:color="auto" w:fill="FFFFFF"/>
        <w:ind w:firstLine="227"/>
        <w:jc w:val="both"/>
        <w:rPr>
          <w:rFonts w:ascii="Times New Roman" w:hAnsi="Times New Roman" w:cs="Times New Roman"/>
        </w:rPr>
      </w:pPr>
      <w:r w:rsidRPr="002D6E92">
        <w:rPr>
          <w:rFonts w:ascii="Times New Roman" w:hAnsi="Times New Roman" w:cs="Times New Roman"/>
          <w:b/>
          <w:bCs/>
        </w:rPr>
        <w:t>Принятие себя и других</w:t>
      </w:r>
    </w:p>
    <w:p w:rsidR="00F44E79" w:rsidRPr="002D6E92" w:rsidRDefault="00F44E79" w:rsidP="001C7BA4">
      <w:pPr>
        <w:widowControl/>
        <w:numPr>
          <w:ilvl w:val="0"/>
          <w:numId w:val="119"/>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осознанно относиться к другому человеку, его мнению;</w:t>
      </w:r>
    </w:p>
    <w:p w:rsidR="00F44E79" w:rsidRPr="002D6E92" w:rsidRDefault="00F44E79" w:rsidP="001C7BA4">
      <w:pPr>
        <w:widowControl/>
        <w:numPr>
          <w:ilvl w:val="0"/>
          <w:numId w:val="119"/>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признавать своё право на ошибку и такое же право другого.</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ПРЕДМЕТНЫЕ РЕЗУЛЬТАТЫ</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5 КЛАСС</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методов исследования, применяемых в географии;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вклад великих путешественников в географическое изучение Земли;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и сравнивать маршруты их путешествий;</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вклад великих путешественников в географическое изучение Земли;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и сравнивать маршруты их путешествий;</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понятия «план местности» и «географическая карта», параллель» и «меридиан»;</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 приводить примеры влияния Солнца на мир живой и неживой природы;</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причины смены дня и ночи и времён года;</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 различать понятия «земная кора»; «ядро», «мантия»; «минерал» и «горная порода»;</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понятия «материковая» и «океаническая» земная кора;</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изученные минералы и горные породы, материковую и океаническую земную кору;</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показывать на карте и обозначать на контурной карте материки и океаны, крупные формы рельефа Земли;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горы и равнины;</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классифицировать формы рельефа суши по высоте и по внешнему облику;</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называть причины землетрясений и вулканических извержений;</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 классифицировать острова по происхождению;</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опасных природных явлений в литосфере и средств их предупреждения;</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F44E79" w:rsidRPr="002D6E92" w:rsidRDefault="00F44E79" w:rsidP="001C7BA4">
      <w:pPr>
        <w:widowControl/>
        <w:numPr>
          <w:ilvl w:val="0"/>
          <w:numId w:val="120"/>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6 КЛАСС</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опасных природных явлений в геосферах и средств их предупреждения;</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свойства вод отдельных частей Мирового океана;</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питание и режим рек;</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реки по заданным признакам;</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районов распространения многолетней мерзлоты;</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называть причины образования цунами, приливов и отливов;</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состав, строение атмосферы;</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свойства воздуха; климаты Земли; климатообразующие факторы;</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виды атмосферных осадков;</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понятия «бризы» и «муссоны»;</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понятия «погода» и «климат»;</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понятия «атмосфера», «тропосфера», «стратосфера», «верхние слои атмосферы»;</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называть границы биосферы;</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приспособления живых организмов к среде обитания в разных природных зонах;</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растительный и животный мир разных территорий Земли;</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взаимосвязи компонентов природы в природно-территориальном комплексе;</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особенности растительного и животного мира в различных природных зонах;</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плодородие почв в различных природных зонах;</w:t>
      </w:r>
    </w:p>
    <w:p w:rsidR="00F44E79" w:rsidRPr="002D6E92" w:rsidRDefault="00F44E79" w:rsidP="001C7BA4">
      <w:pPr>
        <w:widowControl/>
        <w:numPr>
          <w:ilvl w:val="0"/>
          <w:numId w:val="121"/>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7 КЛАСС</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называть: строение и свойства (целостность, зональность, ритмичность) географической оболочки;</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изученные процессы и явления, происходящие в географической оболочке;</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изменений в геосферах в результате деятельности человека;</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классифицировать воздушные массы Земли, типы климата по заданным показателям;</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образование тропических муссонов, пассатов тропических широт, западных ветров;</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климат территории по климатограмме;</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влияние климатообразующих факторов на климатические особенности территории;</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океанические течения;</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и сравнивать численность населения крупных стран мира;</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плотность населения различных территорий;</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городские и сельские поселения;</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крупнейших городов мира;</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мировых и национальных религий;</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проводить языковую классификацию народов;</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основные виды хозяйственной деятельности людей на различных территориях;</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определять страны по их существенным признакам;</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особенности природы, населения и хозяйства отдельных территорий;</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взаимодействия природы и общества в пределах отдельных территорий;</w:t>
      </w:r>
    </w:p>
    <w:p w:rsidR="00F44E79" w:rsidRPr="002D6E92" w:rsidRDefault="00F44E79" w:rsidP="001C7BA4">
      <w:pPr>
        <w:widowControl/>
        <w:numPr>
          <w:ilvl w:val="0"/>
          <w:numId w:val="122"/>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8 КЛАСС</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Характеризовать основные этапы истории формирования и изучения территории России;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федеральные округа, крупные географические районы и макрорегионы России;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оценивать степень благоприятности природных условий в пределах отдельных регионов страны;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проводить классификацию природных ресурсов;</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распознавать типы природопользования;</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особенности компонентов природы отдельных территорий страны;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особенности компонентов природы отдельных территорий страны;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называть географические процессы и явления, определяющие особенности природы страны, отдельных регионов и своей местности;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описывать и прогнозировать погоду территории по карте погоды;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проводить классификацию типов климата и почв России;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распознавать показатели, характеризующие состояние окружающей среды;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рационального и нерационального природопользования;</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адаптации человека к разнообразным природным условиям на территории страны;</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проводить классификацию населённых пунктов и регионов России по заданным основаниям;</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F44E79" w:rsidRPr="002D6E92" w:rsidRDefault="00F44E79" w:rsidP="001C7BA4">
      <w:pPr>
        <w:widowControl/>
        <w:numPr>
          <w:ilvl w:val="0"/>
          <w:numId w:val="123"/>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44E79" w:rsidRPr="002D6E92" w:rsidRDefault="00F44E79" w:rsidP="00E44081">
      <w:pPr>
        <w:shd w:val="clear" w:color="auto" w:fill="FFFFFF"/>
        <w:spacing w:before="240"/>
        <w:jc w:val="both"/>
        <w:outlineLvl w:val="1"/>
        <w:rPr>
          <w:rFonts w:ascii="Times New Roman" w:hAnsi="Times New Roman" w:cs="Times New Roman"/>
          <w:b/>
          <w:bCs/>
          <w:caps/>
        </w:rPr>
      </w:pPr>
      <w:r w:rsidRPr="002D6E92">
        <w:rPr>
          <w:rFonts w:ascii="Times New Roman" w:hAnsi="Times New Roman" w:cs="Times New Roman"/>
          <w:b/>
          <w:bCs/>
          <w:caps/>
        </w:rPr>
        <w:t>9 КЛАСС</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территории опережающего развития (ТОР), Арктическую зону и зону Севера России;</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природно-ресурсный, человеческий и производственный капитал;</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различать виды транспорта и основные показатели их работы: грузооборот и пассажирооборот;</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объяснять географические различия населения и хозяйства территорий крупных регионов страны;</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44E79" w:rsidRPr="002D6E92"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F44E79" w:rsidRPr="00DE5D44" w:rsidRDefault="00F44E79" w:rsidP="001C7BA4">
      <w:pPr>
        <w:widowControl/>
        <w:numPr>
          <w:ilvl w:val="0"/>
          <w:numId w:val="124"/>
        </w:numPr>
        <w:shd w:val="clear" w:color="auto" w:fill="FFFFFF"/>
        <w:spacing w:before="100" w:beforeAutospacing="1"/>
        <w:ind w:left="227"/>
        <w:jc w:val="both"/>
        <w:rPr>
          <w:rFonts w:ascii="Times New Roman" w:hAnsi="Times New Roman" w:cs="Times New Roman"/>
        </w:rPr>
      </w:pPr>
      <w:r w:rsidRPr="002D6E92">
        <w:rPr>
          <w:rFonts w:ascii="Times New Roman" w:hAnsi="Times New Roman" w:cs="Times New Roman"/>
        </w:rPr>
        <w:t>характеризовать место и роль России в мировом хозяйстве.</w:t>
      </w:r>
    </w:p>
    <w:p w:rsidR="00F44E79" w:rsidRPr="002D6E92" w:rsidRDefault="00F44E79" w:rsidP="00E44081">
      <w:pPr>
        <w:pStyle w:val="17"/>
        <w:jc w:val="both"/>
        <w:rPr>
          <w:rFonts w:ascii="Times New Roman" w:hAnsi="Times New Roman" w:cs="Times New Roman"/>
          <w:b/>
          <w:sz w:val="24"/>
          <w:szCs w:val="24"/>
        </w:rPr>
      </w:pPr>
    </w:p>
    <w:p w:rsidR="00F44E79" w:rsidRPr="002D6E92" w:rsidRDefault="00F44E79" w:rsidP="00E44081">
      <w:pPr>
        <w:pStyle w:val="17"/>
        <w:jc w:val="both"/>
        <w:rPr>
          <w:rFonts w:ascii="Times New Roman" w:hAnsi="Times New Roman" w:cs="Times New Roman"/>
          <w:b/>
          <w:sz w:val="24"/>
          <w:szCs w:val="24"/>
        </w:rPr>
      </w:pPr>
    </w:p>
    <w:p w:rsidR="00F44E79" w:rsidRPr="002D6E92" w:rsidRDefault="00F44E79" w:rsidP="00E44081">
      <w:pPr>
        <w:pStyle w:val="17"/>
        <w:jc w:val="both"/>
        <w:rPr>
          <w:rFonts w:ascii="Times New Roman" w:hAnsi="Times New Roman" w:cs="Times New Roman"/>
          <w:b/>
          <w:sz w:val="24"/>
          <w:szCs w:val="24"/>
        </w:rPr>
      </w:pPr>
      <w:r w:rsidRPr="002D6E92">
        <w:rPr>
          <w:rFonts w:ascii="Times New Roman" w:hAnsi="Times New Roman" w:cs="Times New Roman"/>
          <w:b/>
          <w:sz w:val="24"/>
          <w:szCs w:val="24"/>
        </w:rPr>
        <w:t>Тематическое планирование по географии 5 класс</w:t>
      </w:r>
    </w:p>
    <w:p w:rsidR="00F44E79" w:rsidRPr="002D6E92" w:rsidRDefault="00F44E79" w:rsidP="00E44081">
      <w:pPr>
        <w:pStyle w:val="1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2501"/>
        <w:gridCol w:w="852"/>
        <w:gridCol w:w="2736"/>
      </w:tblGrid>
      <w:tr w:rsidR="00F44E79" w:rsidRPr="002D6E92" w:rsidTr="00C92330">
        <w:tc>
          <w:tcPr>
            <w:tcW w:w="56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w:t>
            </w:r>
          </w:p>
        </w:tc>
        <w:tc>
          <w:tcPr>
            <w:tcW w:w="4082" w:type="dxa"/>
          </w:tcPr>
          <w:p w:rsidR="00F44E79" w:rsidRPr="002D6E92" w:rsidRDefault="00F44E79" w:rsidP="00C92330">
            <w:pPr>
              <w:pStyle w:val="17"/>
              <w:jc w:val="both"/>
              <w:rPr>
                <w:rFonts w:ascii="Times New Roman" w:hAnsi="Times New Roman" w:cs="Times New Roman"/>
                <w:b/>
                <w:color w:val="000000"/>
                <w:sz w:val="24"/>
                <w:szCs w:val="24"/>
                <w:lang w:val="en-US"/>
              </w:rPr>
            </w:pPr>
            <w:r w:rsidRPr="002D6E92">
              <w:rPr>
                <w:rFonts w:ascii="Times New Roman" w:hAnsi="Times New Roman" w:cs="Times New Roman"/>
                <w:b/>
                <w:color w:val="000000"/>
                <w:sz w:val="24"/>
                <w:szCs w:val="24"/>
              </w:rPr>
              <w:t xml:space="preserve">Наименование раздела </w:t>
            </w:r>
            <w:r w:rsidRPr="002D6E92">
              <w:rPr>
                <w:rFonts w:ascii="Times New Roman" w:hAnsi="Times New Roman" w:cs="Times New Roman"/>
                <w:b/>
                <w:color w:val="000000"/>
                <w:sz w:val="24"/>
                <w:szCs w:val="24"/>
                <w:lang w:val="en-US"/>
              </w:rPr>
              <w:t>/</w:t>
            </w:r>
          </w:p>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Тема урока</w:t>
            </w:r>
          </w:p>
        </w:tc>
        <w:tc>
          <w:tcPr>
            <w:tcW w:w="963"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Кол-во часов</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Электронные (цифровые) образовательные ресурсы</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1</w:t>
            </w:r>
          </w:p>
        </w:tc>
        <w:tc>
          <w:tcPr>
            <w:tcW w:w="408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Раздел 1</w:t>
            </w:r>
            <w:r w:rsidRPr="002D6E92">
              <w:rPr>
                <w:rFonts w:ascii="Times New Roman" w:hAnsi="Times New Roman" w:cs="Times New Roman"/>
                <w:b/>
                <w:sz w:val="24"/>
                <w:szCs w:val="24"/>
              </w:rPr>
              <w:t>.Географическое изучение Земли.</w:t>
            </w:r>
          </w:p>
        </w:tc>
        <w:tc>
          <w:tcPr>
            <w:tcW w:w="963"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9</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1.1</w:t>
            </w:r>
          </w:p>
        </w:tc>
        <w:tc>
          <w:tcPr>
            <w:tcW w:w="408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color w:val="000000"/>
                <w:sz w:val="24"/>
                <w:szCs w:val="24"/>
              </w:rPr>
              <w:t>Тема 1.</w:t>
            </w:r>
            <w:r w:rsidRPr="002D6E92">
              <w:rPr>
                <w:rFonts w:ascii="Times New Roman" w:hAnsi="Times New Roman" w:cs="Times New Roman"/>
                <w:sz w:val="24"/>
                <w:szCs w:val="24"/>
              </w:rPr>
              <w:t xml:space="preserve"> Введение. География — наука о планете Земля</w:t>
            </w:r>
          </w:p>
        </w:tc>
        <w:tc>
          <w:tcPr>
            <w:tcW w:w="963"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2</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1.2</w:t>
            </w:r>
          </w:p>
        </w:tc>
        <w:tc>
          <w:tcPr>
            <w:tcW w:w="408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color w:val="000000"/>
                <w:sz w:val="24"/>
                <w:szCs w:val="24"/>
              </w:rPr>
              <w:t>Тема 2.</w:t>
            </w:r>
            <w:r w:rsidRPr="002D6E92">
              <w:rPr>
                <w:rFonts w:ascii="Times New Roman" w:hAnsi="Times New Roman" w:cs="Times New Roman"/>
                <w:sz w:val="24"/>
                <w:szCs w:val="24"/>
              </w:rPr>
              <w:t xml:space="preserve"> История географических открытий</w:t>
            </w:r>
          </w:p>
        </w:tc>
        <w:tc>
          <w:tcPr>
            <w:tcW w:w="963"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7</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2</w:t>
            </w:r>
          </w:p>
        </w:tc>
        <w:tc>
          <w:tcPr>
            <w:tcW w:w="408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sz w:val="24"/>
                <w:szCs w:val="24"/>
              </w:rPr>
              <w:t>Раздел 2. Изображения земной поверхности</w:t>
            </w:r>
          </w:p>
        </w:tc>
        <w:tc>
          <w:tcPr>
            <w:tcW w:w="963"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12</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2.1</w:t>
            </w:r>
          </w:p>
        </w:tc>
        <w:tc>
          <w:tcPr>
            <w:tcW w:w="408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color w:val="000000"/>
                <w:sz w:val="24"/>
                <w:szCs w:val="24"/>
              </w:rPr>
              <w:t>Тема 1.</w:t>
            </w:r>
            <w:r w:rsidRPr="002D6E92">
              <w:rPr>
                <w:rFonts w:ascii="Times New Roman" w:hAnsi="Times New Roman" w:cs="Times New Roman"/>
                <w:sz w:val="24"/>
                <w:szCs w:val="24"/>
              </w:rPr>
              <w:t xml:space="preserve"> Планы местности</w:t>
            </w:r>
          </w:p>
        </w:tc>
        <w:tc>
          <w:tcPr>
            <w:tcW w:w="963"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5</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2.2</w:t>
            </w:r>
          </w:p>
        </w:tc>
        <w:tc>
          <w:tcPr>
            <w:tcW w:w="408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Тема 2.</w:t>
            </w:r>
            <w:r w:rsidRPr="002D6E92">
              <w:rPr>
                <w:rFonts w:ascii="Times New Roman" w:hAnsi="Times New Roman" w:cs="Times New Roman"/>
                <w:sz w:val="24"/>
                <w:szCs w:val="24"/>
              </w:rPr>
              <w:t xml:space="preserve"> Географические карты</w:t>
            </w:r>
          </w:p>
        </w:tc>
        <w:tc>
          <w:tcPr>
            <w:tcW w:w="963"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7</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3</w:t>
            </w:r>
          </w:p>
        </w:tc>
        <w:tc>
          <w:tcPr>
            <w:tcW w:w="408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sz w:val="24"/>
                <w:szCs w:val="24"/>
              </w:rPr>
              <w:t>Раздел 3. Земля — планета Солнечной системы</w:t>
            </w:r>
          </w:p>
        </w:tc>
        <w:tc>
          <w:tcPr>
            <w:tcW w:w="963"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4</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3.1</w:t>
            </w:r>
          </w:p>
        </w:tc>
        <w:tc>
          <w:tcPr>
            <w:tcW w:w="408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Тема 1.</w:t>
            </w:r>
            <w:r w:rsidRPr="002D6E92">
              <w:rPr>
                <w:rFonts w:ascii="Times New Roman" w:hAnsi="Times New Roman" w:cs="Times New Roman"/>
                <w:sz w:val="24"/>
                <w:szCs w:val="24"/>
              </w:rPr>
              <w:t xml:space="preserve"> Земля — планета Солнечной системы</w:t>
            </w:r>
          </w:p>
        </w:tc>
        <w:tc>
          <w:tcPr>
            <w:tcW w:w="963"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4</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4</w:t>
            </w:r>
          </w:p>
        </w:tc>
        <w:tc>
          <w:tcPr>
            <w:tcW w:w="4082"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sz w:val="24"/>
                <w:szCs w:val="24"/>
              </w:rPr>
              <w:t>Раздел 4. Оболочки Земли</w:t>
            </w:r>
          </w:p>
        </w:tc>
        <w:tc>
          <w:tcPr>
            <w:tcW w:w="963"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8</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4.1</w:t>
            </w:r>
          </w:p>
        </w:tc>
        <w:tc>
          <w:tcPr>
            <w:tcW w:w="408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Тема 1.</w:t>
            </w:r>
            <w:r w:rsidRPr="002D6E92">
              <w:rPr>
                <w:rFonts w:ascii="Times New Roman" w:hAnsi="Times New Roman" w:cs="Times New Roman"/>
                <w:sz w:val="24"/>
                <w:szCs w:val="24"/>
              </w:rPr>
              <w:t xml:space="preserve"> Литосфера — каменная оболочка Земли.</w:t>
            </w:r>
          </w:p>
        </w:tc>
        <w:tc>
          <w:tcPr>
            <w:tcW w:w="963"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8</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https://uchi.ru/, http://window.edu.ru/, https://resh.edu.ru/</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5</w:t>
            </w:r>
          </w:p>
        </w:tc>
        <w:tc>
          <w:tcPr>
            <w:tcW w:w="408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sz w:val="24"/>
                <w:szCs w:val="24"/>
              </w:rPr>
              <w:t>Раздел 5.</w:t>
            </w:r>
            <w:r w:rsidRPr="002D6E92">
              <w:rPr>
                <w:rFonts w:ascii="Times New Roman" w:hAnsi="Times New Roman" w:cs="Times New Roman"/>
                <w:color w:val="000000"/>
                <w:sz w:val="24"/>
                <w:szCs w:val="24"/>
              </w:rPr>
              <w:t xml:space="preserve"> Заключение</w:t>
            </w:r>
          </w:p>
        </w:tc>
        <w:tc>
          <w:tcPr>
            <w:tcW w:w="963"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1</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r w:rsidRPr="002D6E92">
              <w:rPr>
                <w:rFonts w:ascii="Times New Roman" w:hAnsi="Times New Roman" w:cs="Times New Roman"/>
                <w:b/>
                <w:color w:val="000000"/>
                <w:sz w:val="24"/>
                <w:szCs w:val="24"/>
              </w:rPr>
              <w:t>http://window.edu.ru/, https</w:t>
            </w:r>
          </w:p>
        </w:tc>
      </w:tr>
      <w:tr w:rsidR="00F44E79" w:rsidRPr="002D6E92" w:rsidTr="00C92330">
        <w:tc>
          <w:tcPr>
            <w:tcW w:w="56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5.1</w:t>
            </w:r>
          </w:p>
        </w:tc>
        <w:tc>
          <w:tcPr>
            <w:tcW w:w="4082"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Практикум .Сезонные изменения в природе своей местности</w:t>
            </w:r>
          </w:p>
        </w:tc>
        <w:tc>
          <w:tcPr>
            <w:tcW w:w="963" w:type="dxa"/>
          </w:tcPr>
          <w:p w:rsidR="00F44E79" w:rsidRPr="002D6E92" w:rsidRDefault="00F44E79" w:rsidP="00C92330">
            <w:pPr>
              <w:pStyle w:val="17"/>
              <w:jc w:val="both"/>
              <w:rPr>
                <w:rFonts w:ascii="Times New Roman" w:hAnsi="Times New Roman" w:cs="Times New Roman"/>
                <w:color w:val="000000"/>
                <w:sz w:val="24"/>
                <w:szCs w:val="24"/>
              </w:rPr>
            </w:pPr>
            <w:r w:rsidRPr="002D6E92">
              <w:rPr>
                <w:rFonts w:ascii="Times New Roman" w:hAnsi="Times New Roman" w:cs="Times New Roman"/>
                <w:color w:val="000000"/>
                <w:sz w:val="24"/>
                <w:szCs w:val="24"/>
              </w:rPr>
              <w:t>1</w:t>
            </w:r>
          </w:p>
        </w:tc>
        <w:tc>
          <w:tcPr>
            <w:tcW w:w="3738" w:type="dxa"/>
          </w:tcPr>
          <w:p w:rsidR="00F44E79" w:rsidRPr="002D6E92" w:rsidRDefault="00F44E79" w:rsidP="00C92330">
            <w:pPr>
              <w:pStyle w:val="17"/>
              <w:jc w:val="both"/>
              <w:rPr>
                <w:rFonts w:ascii="Times New Roman" w:hAnsi="Times New Roman" w:cs="Times New Roman"/>
                <w:b/>
                <w:color w:val="000000"/>
                <w:sz w:val="24"/>
                <w:szCs w:val="24"/>
              </w:rPr>
            </w:pPr>
          </w:p>
        </w:tc>
      </w:tr>
    </w:tbl>
    <w:p w:rsidR="00F44E79" w:rsidRDefault="00F44E79" w:rsidP="00F148C4">
      <w:pPr>
        <w:pStyle w:val="BodyText"/>
        <w:spacing w:after="560"/>
        <w:ind w:firstLine="0"/>
        <w:jc w:val="both"/>
        <w:rPr>
          <w:rStyle w:val="BodyTextChar1"/>
          <w:rFonts w:cs="Georgia"/>
        </w:rPr>
      </w:pPr>
    </w:p>
    <w:p w:rsidR="00F44E79" w:rsidRDefault="00F44E79">
      <w:pPr>
        <w:pStyle w:val="33"/>
        <w:keepNext/>
        <w:keepLines/>
        <w:pBdr>
          <w:bottom w:val="single" w:sz="4" w:space="0" w:color="auto"/>
        </w:pBdr>
        <w:spacing w:after="300" w:line="240" w:lineRule="auto"/>
        <w:rPr>
          <w:rFonts w:ascii="Courier New" w:hAnsi="Courier New" w:cs="Courier New"/>
          <w:b w:val="0"/>
          <w:bCs w:val="0"/>
          <w:color w:val="auto"/>
          <w:sz w:val="24"/>
          <w:szCs w:val="24"/>
        </w:rPr>
      </w:pPr>
    </w:p>
    <w:p w:rsidR="00F44E79" w:rsidRDefault="00F44E79">
      <w:pPr>
        <w:pStyle w:val="BodyText"/>
        <w:spacing w:line="266" w:lineRule="auto"/>
        <w:ind w:firstLine="0"/>
        <w:jc w:val="both"/>
        <w:rPr>
          <w:rFonts w:ascii="Courier New" w:hAnsi="Courier New" w:cs="Courier New"/>
          <w:color w:val="auto"/>
          <w:sz w:val="24"/>
          <w:szCs w:val="24"/>
        </w:rPr>
        <w:sectPr w:rsidR="00F44E79">
          <w:footerReference w:type="even" r:id="rId504"/>
          <w:footerReference w:type="default" r:id="rId505"/>
          <w:pgSz w:w="7824" w:h="12019"/>
          <w:pgMar w:top="571" w:right="708" w:bottom="967" w:left="718" w:header="0" w:footer="3" w:gutter="0"/>
          <w:cols w:space="720"/>
          <w:noEndnote/>
          <w:docGrid w:linePitch="360"/>
        </w:sectPr>
      </w:pPr>
    </w:p>
    <w:p w:rsidR="00F44E79" w:rsidRDefault="00F44E79" w:rsidP="00E44081">
      <w:pPr>
        <w:pStyle w:val="24"/>
        <w:keepNext/>
        <w:keepLines/>
        <w:pBdr>
          <w:bottom w:val="single" w:sz="4" w:space="0" w:color="auto"/>
        </w:pBdr>
        <w:spacing w:after="620" w:line="240" w:lineRule="auto"/>
        <w:rPr>
          <w:rFonts w:ascii="Courier New" w:hAnsi="Courier New" w:cs="Courier New"/>
          <w:b w:val="0"/>
          <w:bCs w:val="0"/>
          <w:color w:val="auto"/>
          <w:w w:val="100"/>
        </w:rPr>
      </w:pPr>
      <w:bookmarkStart w:id="387" w:name="bookmark3325"/>
      <w:bookmarkStart w:id="388" w:name="bookmark3326"/>
      <w:bookmarkStart w:id="389" w:name="bookmark3327"/>
      <w:r>
        <w:rPr>
          <w:rStyle w:val="23"/>
          <w:rFonts w:ascii="Arial" w:hAnsi="Arial" w:cs="Arial"/>
          <w:b/>
          <w:color w:val="231F20"/>
          <w:w w:val="100"/>
          <w:sz w:val="19"/>
          <w:szCs w:val="19"/>
        </w:rPr>
        <w:t xml:space="preserve">2.1.8 </w:t>
      </w:r>
      <w:r>
        <w:rPr>
          <w:rStyle w:val="23"/>
          <w:rFonts w:cs="Tahoma"/>
          <w:b/>
          <w:color w:val="231F20"/>
        </w:rPr>
        <w:t>МАТЕМАТИК</w:t>
      </w:r>
      <w:bookmarkEnd w:id="387"/>
      <w:bookmarkEnd w:id="388"/>
      <w:bookmarkEnd w:id="389"/>
      <w:r>
        <w:rPr>
          <w:rStyle w:val="23"/>
          <w:rFonts w:cs="Tahoma"/>
          <w:b/>
          <w:color w:val="231F20"/>
        </w:rPr>
        <w:t>А</w:t>
      </w:r>
    </w:p>
    <w:p w:rsidR="00F44E79" w:rsidRDefault="00F44E79">
      <w:pPr>
        <w:pStyle w:val="BodyText"/>
        <w:spacing w:line="269" w:lineRule="auto"/>
        <w:jc w:val="both"/>
        <w:rPr>
          <w:rStyle w:val="BodyTextChar1"/>
          <w:rFonts w:cs="Georgia"/>
          <w:color w:val="231F20"/>
        </w:rPr>
      </w:pPr>
      <w:r>
        <w:rPr>
          <w:rStyle w:val="BodyTextChar1"/>
          <w:rFonts w:cs="Georgia"/>
          <w:color w:val="231F20"/>
        </w:rPr>
        <w:t>Рабочая программа по математике для обучаю</w:t>
      </w:r>
      <w:r>
        <w:rPr>
          <w:rStyle w:val="BodyTextChar1"/>
          <w:rFonts w:cs="Georgia"/>
          <w:color w:val="231F20"/>
        </w:rPr>
        <w:softHyphen/>
        <w:t>щихся 5—9 классов разработана на основе Федерального го</w:t>
      </w:r>
      <w:r>
        <w:rPr>
          <w:rStyle w:val="BodyTextChar1"/>
          <w:rFonts w:cs="Georgia"/>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BodyTextChar1"/>
          <w:rFonts w:cs="Georgia"/>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BodyTextChar1"/>
          <w:rFonts w:cs="Georgia"/>
          <w:color w:val="231F20"/>
        </w:rPr>
        <w:softHyphen/>
        <w:t>учающихся. В рабочей программе учтены идеи и положения Концепции развития математического образования в Россий</w:t>
      </w:r>
      <w:r>
        <w:rPr>
          <w:rStyle w:val="BodyTextChar1"/>
          <w:rFonts w:cs="Georgia"/>
          <w:color w:val="231F20"/>
        </w:rPr>
        <w:softHyphen/>
        <w:t>ской Федерации.</w:t>
      </w:r>
    </w:p>
    <w:p w:rsidR="00F44E79" w:rsidRPr="00FC0221" w:rsidRDefault="00F44E79" w:rsidP="00C92330">
      <w:pPr>
        <w:pStyle w:val="NoSpacing"/>
        <w:jc w:val="both"/>
        <w:rPr>
          <w:rFonts w:ascii="Times New Roman" w:hAnsi="Times New Roman"/>
          <w:sz w:val="24"/>
          <w:szCs w:val="24"/>
        </w:rPr>
      </w:pPr>
    </w:p>
    <w:p w:rsidR="00F44E79" w:rsidRPr="00C92330" w:rsidRDefault="00F44E79" w:rsidP="00C92330">
      <w:pPr>
        <w:pStyle w:val="Heading3"/>
        <w:spacing w:before="0"/>
        <w:jc w:val="both"/>
        <w:rPr>
          <w:rFonts w:ascii="Times New Roman" w:hAnsi="Times New Roman"/>
          <w:lang w:val="ru-RU"/>
        </w:rPr>
      </w:pPr>
      <w:bookmarkStart w:id="390" w:name="_Toc405513919"/>
      <w:bookmarkStart w:id="391" w:name="_Toc284662797"/>
      <w:bookmarkStart w:id="392" w:name="_Toc284663424"/>
      <w:bookmarkStart w:id="393" w:name="_Toc42343113"/>
      <w:bookmarkStart w:id="394" w:name="_Toc42424761"/>
      <w:bookmarkStart w:id="395" w:name="_Toc74598167"/>
      <w:r w:rsidRPr="00C92330">
        <w:rPr>
          <w:rFonts w:ascii="Times New Roman" w:hAnsi="Times New Roman"/>
          <w:lang w:val="ru-RU"/>
        </w:rPr>
        <w:t>Содержание курса математики в 5–6 классах</w:t>
      </w:r>
      <w:bookmarkEnd w:id="390"/>
      <w:bookmarkEnd w:id="391"/>
      <w:bookmarkEnd w:id="392"/>
      <w:bookmarkEnd w:id="393"/>
      <w:bookmarkEnd w:id="394"/>
      <w:bookmarkEnd w:id="395"/>
    </w:p>
    <w:p w:rsidR="00F44E79" w:rsidRPr="00FC0221" w:rsidRDefault="00F44E79" w:rsidP="00C92330">
      <w:pPr>
        <w:jc w:val="both"/>
        <w:rPr>
          <w:rFonts w:ascii="Times New Roman" w:hAnsi="Times New Roman" w:cs="Times New Roman"/>
          <w:b/>
        </w:rPr>
      </w:pPr>
      <w:r w:rsidRPr="00FC0221">
        <w:rPr>
          <w:rFonts w:ascii="Times New Roman" w:hAnsi="Times New Roman" w:cs="Times New Roman"/>
          <w:b/>
        </w:rPr>
        <w:t>Натуральные числа и нуль</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Натуральный ряд чисел и его свойства</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Запись и чтение натуральных чисел</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Округление натуральных чисел</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Необходимость округления. Правило округления натуральных чисел.</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Сравнение натуральных чисел, сравнение с числом 0</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Действия с натуральными числами</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Переместительный и сочетательный законы сложения и умножения, распределительный закон умножения относительно сложения, </w:t>
      </w:r>
      <w:r w:rsidRPr="00FC0221">
        <w:rPr>
          <w:rFonts w:ascii="Times New Roman" w:hAnsi="Times New Roman" w:cs="Times New Roman"/>
          <w:i/>
        </w:rPr>
        <w:t>обоснование алгоритмов выполнения арифметических действий.</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Степень с натуральным показателем</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Числовые выражения</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Числовое выражение и его значение, порядок выполнения действий.</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Деление с остатком</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Деление с остатком на множестве натуральных чисел, </w:t>
      </w:r>
      <w:r w:rsidRPr="00FC0221">
        <w:rPr>
          <w:rFonts w:ascii="Times New Roman" w:hAnsi="Times New Roman" w:cs="Times New Roman"/>
          <w:i/>
        </w:rPr>
        <w:t>свойства деления с остатком</w:t>
      </w:r>
      <w:r w:rsidRPr="00FC0221">
        <w:rPr>
          <w:rFonts w:ascii="Times New Roman" w:hAnsi="Times New Roman" w:cs="Times New Roman"/>
        </w:rPr>
        <w:t xml:space="preserve">. Практические задачи на деление с остатком. </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Свойства и признаки делимости</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Свойство делимости суммы (разности) на число. Признаки делимости на 2, 3, 5, 9, 10. </w:t>
      </w:r>
      <w:r w:rsidRPr="00FC0221">
        <w:rPr>
          <w:rFonts w:ascii="Times New Roman" w:hAnsi="Times New Roman" w:cs="Times New Roman"/>
          <w:i/>
        </w:rPr>
        <w:t>Признаки делимости на 4, 6, 8, 11. Доказательство признаков делимости</w:t>
      </w:r>
      <w:r w:rsidRPr="00FC0221">
        <w:rPr>
          <w:rFonts w:ascii="Times New Roman" w:hAnsi="Times New Roman" w:cs="Times New Roman"/>
        </w:rPr>
        <w:t xml:space="preserve">. Решение практических задач с применением признаков делимости. </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Разложение числа на простые множители</w:t>
      </w:r>
    </w:p>
    <w:p w:rsidR="00F44E79" w:rsidRPr="00FC0221" w:rsidRDefault="00F44E79" w:rsidP="00C92330">
      <w:pPr>
        <w:ind w:firstLine="709"/>
        <w:jc w:val="both"/>
        <w:rPr>
          <w:rFonts w:ascii="Times New Roman" w:hAnsi="Times New Roman" w:cs="Times New Roman"/>
          <w:i/>
        </w:rPr>
      </w:pPr>
      <w:r w:rsidRPr="00FC0221">
        <w:rPr>
          <w:rFonts w:ascii="Times New Roman" w:hAnsi="Times New Roman" w:cs="Times New Roman"/>
        </w:rPr>
        <w:t xml:space="preserve">Простые и составные числа, </w:t>
      </w:r>
      <w:r w:rsidRPr="00FC0221">
        <w:rPr>
          <w:rFonts w:ascii="Times New Roman" w:hAnsi="Times New Roman" w:cs="Times New Roman"/>
          <w:i/>
        </w:rPr>
        <w:t xml:space="preserve">решето Эратосфена. </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Разложение натурального числа на множители, разложение на простые множители. </w:t>
      </w:r>
      <w:r w:rsidRPr="00FC0221">
        <w:rPr>
          <w:rFonts w:ascii="Times New Roman" w:hAnsi="Times New Roman" w:cs="Times New Roman"/>
          <w:i/>
        </w:rPr>
        <w:t>Количество делителей числа, алгоритм разложения числа на простые множители, основная теорема арифметики</w:t>
      </w:r>
      <w:r w:rsidRPr="00FC0221">
        <w:rPr>
          <w:rFonts w:ascii="Times New Roman" w:hAnsi="Times New Roman" w:cs="Times New Roman"/>
        </w:rPr>
        <w:t>.</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Алгебраические выражения</w:t>
      </w:r>
    </w:p>
    <w:p w:rsidR="00F44E79" w:rsidRPr="00FC0221" w:rsidRDefault="00F44E79" w:rsidP="00C92330">
      <w:pPr>
        <w:ind w:firstLine="709"/>
        <w:jc w:val="both"/>
        <w:rPr>
          <w:rFonts w:ascii="Times New Roman" w:hAnsi="Times New Roman" w:cs="Times New Roman"/>
          <w:i/>
        </w:rPr>
      </w:pPr>
      <w:r w:rsidRPr="00FC0221">
        <w:rPr>
          <w:rFonts w:ascii="Times New Roman" w:hAnsi="Times New Roman" w:cs="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Делители и кратные</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44E79" w:rsidRPr="00FC0221" w:rsidRDefault="00F44E79" w:rsidP="00C92330">
      <w:pPr>
        <w:ind w:left="709"/>
        <w:jc w:val="both"/>
        <w:rPr>
          <w:rFonts w:ascii="Times New Roman" w:hAnsi="Times New Roman" w:cs="Times New Roman"/>
          <w:b/>
        </w:rPr>
      </w:pPr>
      <w:r w:rsidRPr="00FC0221">
        <w:rPr>
          <w:rFonts w:ascii="Times New Roman" w:hAnsi="Times New Roman" w:cs="Times New Roman"/>
          <w:b/>
        </w:rPr>
        <w:t>Дроби</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Обыкновенные дроби</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Запись натурального числа в виде дроби с заданным знаменателем, преобразование смешанной дроби в неправильную дробь и наоборот.</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Приведение дробей к общему знаменателю. Сравнение обыкновенных дробей. </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Сложение и вычитание обыкновенных дробей. Умножение и деление обыкновенных дробей. </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Арифметические действия со смешанными дробями. </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Арифметические действия с дробными числами.</w:t>
      </w:r>
      <w:r w:rsidRPr="00FC0221">
        <w:rPr>
          <w:rFonts w:ascii="Times New Roman" w:hAnsi="Times New Roman" w:cs="Times New Roman"/>
        </w:rPr>
        <w:tab/>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i/>
        </w:rPr>
        <w:t>Способы рационализации вычислений и их применение при выполнении действий</w:t>
      </w:r>
      <w:r w:rsidRPr="00FC0221">
        <w:rPr>
          <w:rFonts w:ascii="Times New Roman" w:hAnsi="Times New Roman" w:cs="Times New Roman"/>
        </w:rPr>
        <w:t>.</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bCs/>
        </w:rPr>
        <w:t>Десятичные дроби</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C0221">
        <w:rPr>
          <w:rFonts w:ascii="Times New Roman" w:hAnsi="Times New Roman" w:cs="Times New Roman"/>
          <w:i/>
        </w:rPr>
        <w:t>Преобразование обыкновенных дробей в десятичные дроби.</w:t>
      </w:r>
      <w:r w:rsidRPr="00FC0221">
        <w:rPr>
          <w:rFonts w:ascii="Times New Roman" w:hAnsi="Times New Roman" w:cs="Times New Roman"/>
        </w:rPr>
        <w:t xml:space="preserve"> </w:t>
      </w:r>
      <w:r w:rsidRPr="00FC0221">
        <w:rPr>
          <w:rFonts w:ascii="Times New Roman" w:hAnsi="Times New Roman" w:cs="Times New Roman"/>
          <w:i/>
        </w:rPr>
        <w:t>Конечные и бесконечные десятичные дроби</w:t>
      </w:r>
      <w:r w:rsidRPr="00FC0221">
        <w:rPr>
          <w:rFonts w:ascii="Times New Roman" w:hAnsi="Times New Roman" w:cs="Times New Roman"/>
        </w:rPr>
        <w:t xml:space="preserve">. </w:t>
      </w:r>
    </w:p>
    <w:p w:rsidR="00F44E79" w:rsidRPr="00FC0221" w:rsidRDefault="00F44E79" w:rsidP="00C92330">
      <w:pPr>
        <w:ind w:firstLine="709"/>
        <w:jc w:val="both"/>
        <w:rPr>
          <w:rFonts w:ascii="Times New Roman" w:hAnsi="Times New Roman" w:cs="Times New Roman"/>
          <w:b/>
          <w:bCs/>
        </w:rPr>
      </w:pPr>
      <w:r w:rsidRPr="00FC0221">
        <w:rPr>
          <w:rFonts w:ascii="Times New Roman" w:hAnsi="Times New Roman" w:cs="Times New Roman"/>
          <w:b/>
          <w:bCs/>
        </w:rPr>
        <w:t>Отношение двух чисел</w:t>
      </w:r>
    </w:p>
    <w:p w:rsidR="00F44E79" w:rsidRPr="00FC0221" w:rsidRDefault="00F44E79" w:rsidP="00C92330">
      <w:pPr>
        <w:ind w:firstLine="709"/>
        <w:jc w:val="both"/>
        <w:rPr>
          <w:rFonts w:ascii="Times New Roman" w:hAnsi="Times New Roman" w:cs="Times New Roman"/>
          <w:b/>
          <w:bCs/>
        </w:rPr>
      </w:pPr>
      <w:r w:rsidRPr="00FC0221">
        <w:rPr>
          <w:rFonts w:ascii="Times New Roman" w:hAnsi="Times New Roman" w:cs="Times New Roman"/>
          <w:bCs/>
        </w:rPr>
        <w:t>Масштаб на плане и карте.</w:t>
      </w:r>
      <w:r w:rsidRPr="00FC0221">
        <w:rPr>
          <w:rFonts w:ascii="Times New Roman" w:hAnsi="Times New Roman" w:cs="Times New Roman"/>
          <w:b/>
          <w:bCs/>
        </w:rPr>
        <w:t xml:space="preserve"> </w:t>
      </w:r>
      <w:r w:rsidRPr="00FC0221">
        <w:rPr>
          <w:rFonts w:ascii="Times New Roman" w:hAnsi="Times New Roman" w:cs="Times New Roman"/>
          <w:bCs/>
        </w:rPr>
        <w:t>Пропорции. Свойства пропорций, применение пропорций и отношений при решении задач.</w:t>
      </w:r>
      <w:r w:rsidRPr="00FC0221">
        <w:rPr>
          <w:rFonts w:ascii="Times New Roman" w:hAnsi="Times New Roman" w:cs="Times New Roman"/>
          <w:b/>
          <w:bCs/>
        </w:rPr>
        <w:t xml:space="preserve"> </w:t>
      </w:r>
    </w:p>
    <w:p w:rsidR="00F44E79" w:rsidRPr="00FC0221" w:rsidRDefault="00F44E79" w:rsidP="00C92330">
      <w:pPr>
        <w:ind w:firstLine="709"/>
        <w:jc w:val="both"/>
        <w:rPr>
          <w:rFonts w:ascii="Times New Roman" w:hAnsi="Times New Roman" w:cs="Times New Roman"/>
          <w:bCs/>
        </w:rPr>
      </w:pPr>
      <w:r w:rsidRPr="00FC0221">
        <w:rPr>
          <w:rFonts w:ascii="Times New Roman" w:hAnsi="Times New Roman" w:cs="Times New Roman"/>
          <w:b/>
          <w:bCs/>
        </w:rPr>
        <w:t>Среднее арифметическое чисел</w:t>
      </w:r>
    </w:p>
    <w:p w:rsidR="00F44E79" w:rsidRPr="00FC0221" w:rsidRDefault="00F44E79" w:rsidP="00C92330">
      <w:pPr>
        <w:ind w:firstLine="709"/>
        <w:jc w:val="both"/>
        <w:rPr>
          <w:rFonts w:ascii="Times New Roman" w:hAnsi="Times New Roman" w:cs="Times New Roman"/>
          <w:bCs/>
        </w:rPr>
      </w:pPr>
      <w:r w:rsidRPr="00FC0221">
        <w:rPr>
          <w:rFonts w:ascii="Times New Roman" w:hAnsi="Times New Roman" w:cs="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C0221">
        <w:rPr>
          <w:rFonts w:ascii="Times New Roman" w:hAnsi="Times New Roman" w:cs="Times New Roman"/>
          <w:bCs/>
          <w:i/>
        </w:rPr>
        <w:t>Среднее арифметическое нескольких чисел.</w:t>
      </w:r>
      <w:r w:rsidRPr="00FC0221">
        <w:rPr>
          <w:rFonts w:ascii="Times New Roman" w:hAnsi="Times New Roman" w:cs="Times New Roman"/>
          <w:bCs/>
        </w:rPr>
        <w:t xml:space="preserve"> </w:t>
      </w:r>
    </w:p>
    <w:p w:rsidR="00F44E79" w:rsidRPr="00FC0221" w:rsidRDefault="00F44E79" w:rsidP="00C92330">
      <w:pPr>
        <w:ind w:firstLine="709"/>
        <w:jc w:val="both"/>
        <w:rPr>
          <w:rFonts w:ascii="Times New Roman" w:hAnsi="Times New Roman" w:cs="Times New Roman"/>
          <w:b/>
          <w:bCs/>
        </w:rPr>
      </w:pPr>
      <w:r w:rsidRPr="00FC0221">
        <w:rPr>
          <w:rFonts w:ascii="Times New Roman" w:hAnsi="Times New Roman" w:cs="Times New Roman"/>
          <w:b/>
          <w:bCs/>
        </w:rPr>
        <w:t>Проценты</w:t>
      </w:r>
    </w:p>
    <w:p w:rsidR="00F44E79" w:rsidRPr="00FC0221" w:rsidRDefault="00F44E79" w:rsidP="00C92330">
      <w:pPr>
        <w:ind w:firstLine="709"/>
        <w:jc w:val="both"/>
        <w:rPr>
          <w:rFonts w:ascii="Times New Roman" w:hAnsi="Times New Roman" w:cs="Times New Roman"/>
          <w:bCs/>
        </w:rPr>
      </w:pPr>
      <w:r w:rsidRPr="00FC0221">
        <w:rPr>
          <w:rFonts w:ascii="Times New Roman" w:hAnsi="Times New Roman" w:cs="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44E79" w:rsidRPr="00FC0221" w:rsidRDefault="00F44E79" w:rsidP="00C92330">
      <w:pPr>
        <w:ind w:firstLine="709"/>
        <w:jc w:val="both"/>
        <w:rPr>
          <w:rFonts w:ascii="Times New Roman" w:hAnsi="Times New Roman" w:cs="Times New Roman"/>
          <w:b/>
          <w:bCs/>
        </w:rPr>
      </w:pPr>
      <w:r w:rsidRPr="00FC0221">
        <w:rPr>
          <w:rFonts w:ascii="Times New Roman" w:hAnsi="Times New Roman" w:cs="Times New Roman"/>
          <w:b/>
          <w:bCs/>
        </w:rPr>
        <w:t>Диаграммы</w:t>
      </w:r>
    </w:p>
    <w:p w:rsidR="00F44E79" w:rsidRPr="00FC0221" w:rsidRDefault="00F44E79" w:rsidP="00C92330">
      <w:pPr>
        <w:ind w:firstLine="709"/>
        <w:jc w:val="both"/>
        <w:rPr>
          <w:rFonts w:ascii="Times New Roman" w:hAnsi="Times New Roman" w:cs="Times New Roman"/>
          <w:bCs/>
        </w:rPr>
      </w:pPr>
      <w:r w:rsidRPr="00FC0221">
        <w:rPr>
          <w:rFonts w:ascii="Times New Roman" w:hAnsi="Times New Roman" w:cs="Times New Roman"/>
          <w:bCs/>
        </w:rPr>
        <w:t xml:space="preserve">Столбчатые и круговые диаграммы. Извлечение информации из диаграмм. </w:t>
      </w:r>
      <w:r w:rsidRPr="00FC0221">
        <w:rPr>
          <w:rFonts w:ascii="Times New Roman" w:hAnsi="Times New Roman" w:cs="Times New Roman"/>
          <w:bCs/>
          <w:i/>
        </w:rPr>
        <w:t>Изображение диаграмм по числовым данным</w:t>
      </w:r>
      <w:r w:rsidRPr="00FC0221">
        <w:rPr>
          <w:rFonts w:ascii="Times New Roman" w:hAnsi="Times New Roman" w:cs="Times New Roman"/>
          <w:bCs/>
        </w:rPr>
        <w:t>.</w:t>
      </w:r>
      <w:r w:rsidRPr="00FC0221">
        <w:rPr>
          <w:rFonts w:ascii="Times New Roman" w:hAnsi="Times New Roman" w:cs="Times New Roman"/>
          <w:b/>
          <w:bCs/>
        </w:rPr>
        <w:t xml:space="preserve"> </w:t>
      </w:r>
    </w:p>
    <w:p w:rsidR="00F44E79" w:rsidRPr="00FC0221" w:rsidRDefault="00F44E79" w:rsidP="00C92330">
      <w:pPr>
        <w:ind w:left="709"/>
        <w:jc w:val="both"/>
        <w:rPr>
          <w:rFonts w:ascii="Times New Roman" w:hAnsi="Times New Roman" w:cs="Times New Roman"/>
          <w:b/>
        </w:rPr>
      </w:pPr>
      <w:r w:rsidRPr="00FC0221">
        <w:rPr>
          <w:rFonts w:ascii="Times New Roman" w:hAnsi="Times New Roman" w:cs="Times New Roman"/>
          <w:b/>
        </w:rPr>
        <w:t>Рациональные числа</w:t>
      </w:r>
    </w:p>
    <w:p w:rsidR="00F44E79" w:rsidRPr="00FC0221" w:rsidRDefault="00F44E79" w:rsidP="00C92330">
      <w:pPr>
        <w:ind w:firstLine="709"/>
        <w:jc w:val="both"/>
        <w:rPr>
          <w:rFonts w:ascii="Times New Roman" w:hAnsi="Times New Roman" w:cs="Times New Roman"/>
          <w:b/>
          <w:bCs/>
        </w:rPr>
      </w:pPr>
      <w:r w:rsidRPr="00FC0221">
        <w:rPr>
          <w:rFonts w:ascii="Times New Roman" w:hAnsi="Times New Roman" w:cs="Times New Roman"/>
          <w:b/>
          <w:bCs/>
        </w:rPr>
        <w:t>Положительные и отрицательные числа</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Понятие о рациональном числе</w:t>
      </w:r>
      <w:r w:rsidRPr="00FC0221">
        <w:rPr>
          <w:rFonts w:ascii="Times New Roman" w:hAnsi="Times New Roman" w:cs="Times New Roman"/>
        </w:rPr>
        <w:t xml:space="preserve">. </w:t>
      </w:r>
      <w:r w:rsidRPr="00FC0221">
        <w:rPr>
          <w:rFonts w:ascii="Times New Roman" w:hAnsi="Times New Roman" w:cs="Times New Roman"/>
          <w:i/>
        </w:rPr>
        <w:t>Первичное представление о множестве рациональных чисел.</w:t>
      </w:r>
      <w:r w:rsidRPr="00FC0221">
        <w:rPr>
          <w:rFonts w:ascii="Times New Roman" w:hAnsi="Times New Roman" w:cs="Times New Roman"/>
        </w:rPr>
        <w:t xml:space="preserve"> Действия с рациональными числами.</w:t>
      </w:r>
    </w:p>
    <w:p w:rsidR="00F44E79" w:rsidRPr="00FC0221" w:rsidRDefault="00F44E79" w:rsidP="00C92330">
      <w:pPr>
        <w:ind w:left="709"/>
        <w:jc w:val="both"/>
        <w:rPr>
          <w:rFonts w:ascii="Times New Roman" w:hAnsi="Times New Roman" w:cs="Times New Roman"/>
          <w:b/>
        </w:rPr>
      </w:pPr>
      <w:r w:rsidRPr="00FC0221">
        <w:rPr>
          <w:rFonts w:ascii="Times New Roman" w:hAnsi="Times New Roman" w:cs="Times New Roman"/>
          <w:b/>
        </w:rPr>
        <w:t>Решение текстовых задач</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Единицы измерений</w:t>
      </w:r>
      <w:r w:rsidRPr="00FC0221">
        <w:rPr>
          <w:rFonts w:ascii="Times New Roman" w:hAnsi="Times New Roman" w:cs="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Задачи на все арифметические действия</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Решение текстовых задач арифметическим способом</w:t>
      </w:r>
      <w:r w:rsidRPr="00FC0221">
        <w:rPr>
          <w:rFonts w:ascii="Times New Roman" w:hAnsi="Times New Roman" w:cs="Times New Roman"/>
          <w:i/>
        </w:rPr>
        <w:t xml:space="preserve">. </w:t>
      </w:r>
      <w:r w:rsidRPr="00FC0221">
        <w:rPr>
          <w:rFonts w:ascii="Times New Roman" w:hAnsi="Times New Roman" w:cs="Times New Roman"/>
        </w:rPr>
        <w:t>Использование таблиц, схем, чертежей, других средств представления данных при решении задачи.</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b/>
        </w:rPr>
        <w:t>Задачи на движение, работу и покупки</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Задачи на части, доли, проценты</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Множества</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Понятие множества. Общая часть множеств. Объединение множеств. Верно или неверно.</w:t>
      </w:r>
    </w:p>
    <w:p w:rsidR="00F44E79" w:rsidRPr="00FC0221" w:rsidRDefault="00F44E79" w:rsidP="00C92330">
      <w:pPr>
        <w:ind w:firstLine="709"/>
        <w:jc w:val="both"/>
        <w:rPr>
          <w:rFonts w:ascii="Times New Roman" w:hAnsi="Times New Roman" w:cs="Times New Roman"/>
          <w:b/>
        </w:rPr>
      </w:pPr>
      <w:r w:rsidRPr="00FC0221">
        <w:rPr>
          <w:rFonts w:ascii="Times New Roman" w:hAnsi="Times New Roman" w:cs="Times New Roman"/>
          <w:b/>
        </w:rPr>
        <w:t>Логические задачи</w:t>
      </w:r>
    </w:p>
    <w:p w:rsidR="00F44E79" w:rsidRPr="00FC0221" w:rsidRDefault="00F44E79" w:rsidP="00C92330">
      <w:pPr>
        <w:ind w:firstLine="709"/>
        <w:jc w:val="both"/>
        <w:rPr>
          <w:rFonts w:ascii="Times New Roman" w:hAnsi="Times New Roman" w:cs="Times New Roman"/>
          <w:bCs/>
        </w:rPr>
      </w:pPr>
      <w:r w:rsidRPr="00FC0221">
        <w:rPr>
          <w:rFonts w:ascii="Times New Roman" w:hAnsi="Times New Roman" w:cs="Times New Roman"/>
          <w:bCs/>
        </w:rPr>
        <w:t xml:space="preserve">Решение несложных логических задач. </w:t>
      </w:r>
      <w:r w:rsidRPr="00FC0221">
        <w:rPr>
          <w:rFonts w:ascii="Times New Roman" w:hAnsi="Times New Roman" w:cs="Times New Roman"/>
          <w:bCs/>
          <w:i/>
        </w:rPr>
        <w:t>Решение логических задач с помощью графов, таблиц</w:t>
      </w:r>
      <w:r w:rsidRPr="00FC0221">
        <w:rPr>
          <w:rFonts w:ascii="Times New Roman" w:hAnsi="Times New Roman" w:cs="Times New Roman"/>
          <w:bCs/>
        </w:rPr>
        <w:t xml:space="preserve">. </w:t>
      </w:r>
    </w:p>
    <w:p w:rsidR="00F44E79" w:rsidRPr="00FC0221" w:rsidRDefault="00F44E79" w:rsidP="00C92330">
      <w:pPr>
        <w:ind w:firstLine="709"/>
        <w:jc w:val="both"/>
        <w:rPr>
          <w:rFonts w:ascii="Times New Roman" w:hAnsi="Times New Roman" w:cs="Times New Roman"/>
          <w:bCs/>
        </w:rPr>
      </w:pPr>
      <w:r w:rsidRPr="00FC0221">
        <w:rPr>
          <w:rFonts w:ascii="Times New Roman" w:hAnsi="Times New Roman" w:cs="Times New Roman"/>
          <w:b/>
        </w:rPr>
        <w:t xml:space="preserve">Основные методы решения текстовых задач: </w:t>
      </w:r>
      <w:r w:rsidRPr="00FC0221">
        <w:rPr>
          <w:rFonts w:ascii="Times New Roman" w:hAnsi="Times New Roman" w:cs="Times New Roman"/>
          <w:bCs/>
        </w:rPr>
        <w:t>арифметический, перебор вариантов.</w:t>
      </w:r>
    </w:p>
    <w:p w:rsidR="00F44E79" w:rsidRPr="00FC0221" w:rsidRDefault="00F44E79" w:rsidP="00C92330">
      <w:pPr>
        <w:ind w:left="709"/>
        <w:jc w:val="both"/>
        <w:rPr>
          <w:rFonts w:ascii="Times New Roman" w:hAnsi="Times New Roman" w:cs="Times New Roman"/>
          <w:b/>
        </w:rPr>
      </w:pPr>
      <w:bookmarkStart w:id="396" w:name="_Toc7636004"/>
      <w:r w:rsidRPr="00FC0221">
        <w:rPr>
          <w:rFonts w:ascii="Times New Roman" w:hAnsi="Times New Roman" w:cs="Times New Roman"/>
          <w:b/>
        </w:rPr>
        <w:t>Наглядная геометрия</w:t>
      </w:r>
      <w:bookmarkEnd w:id="396"/>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C0221">
        <w:rPr>
          <w:rFonts w:ascii="Times New Roman" w:hAnsi="Times New Roman" w:cs="Times New Roman"/>
          <w:i/>
        </w:rPr>
        <w:t>виды треугольников. Правильные многоугольники.</w:t>
      </w:r>
      <w:r w:rsidRPr="00FC0221">
        <w:rPr>
          <w:rFonts w:ascii="Times New Roman" w:hAnsi="Times New Roman" w:cs="Times New Roman"/>
        </w:rPr>
        <w:t xml:space="preserve"> Изображение основных геометрических фигур. </w:t>
      </w:r>
      <w:r w:rsidRPr="00FC0221">
        <w:rPr>
          <w:rFonts w:ascii="Times New Roman" w:hAnsi="Times New Roman" w:cs="Times New Roman"/>
          <w:i/>
        </w:rPr>
        <w:t>Взаимное расположение двух прямых, двух окружностей, прямой и окружности.</w:t>
      </w:r>
      <w:r w:rsidRPr="00FC0221">
        <w:rPr>
          <w:rFonts w:ascii="Times New Roman" w:hAnsi="Times New Roman" w:cs="Times New Roman"/>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44E79" w:rsidRPr="00FC0221" w:rsidRDefault="00F44E79" w:rsidP="00C92330">
      <w:pPr>
        <w:ind w:firstLine="709"/>
        <w:jc w:val="both"/>
        <w:rPr>
          <w:rFonts w:ascii="Times New Roman" w:hAnsi="Times New Roman" w:cs="Times New Roman"/>
          <w:i/>
        </w:rPr>
      </w:pPr>
      <w:r w:rsidRPr="00FC0221">
        <w:rPr>
          <w:rFonts w:ascii="Times New Roman" w:hAnsi="Times New Roman" w:cs="Times New Roman"/>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C0221">
        <w:rPr>
          <w:rFonts w:ascii="Times New Roman" w:hAnsi="Times New Roman" w:cs="Times New Roman"/>
          <w:i/>
        </w:rPr>
        <w:t>Равновеликие фигуры.</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C0221">
        <w:rPr>
          <w:rFonts w:ascii="Times New Roman" w:hAnsi="Times New Roman" w:cs="Times New Roman"/>
          <w:i/>
        </w:rPr>
        <w:t>Примеры сечений. Многогранники. Правильные многогранники.</w:t>
      </w:r>
      <w:r w:rsidRPr="00FC0221">
        <w:rPr>
          <w:rFonts w:ascii="Times New Roman" w:hAnsi="Times New Roman" w:cs="Times New Roman"/>
        </w:rPr>
        <w:t xml:space="preserve"> Примеры разверток многогранников, цилиндра и конуса. </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Понятие объема; единицы объема. Объем прямоугольного параллелепипеда, куба.</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 xml:space="preserve">Понятие о равенстве фигур. Центральная, осевая и </w:t>
      </w:r>
      <w:r w:rsidRPr="00FC0221">
        <w:rPr>
          <w:rFonts w:ascii="Times New Roman" w:hAnsi="Times New Roman" w:cs="Times New Roman"/>
          <w:i/>
        </w:rPr>
        <w:t xml:space="preserve">зеркальная </w:t>
      </w:r>
      <w:r w:rsidRPr="00FC0221">
        <w:rPr>
          <w:rFonts w:ascii="Times New Roman" w:hAnsi="Times New Roman" w:cs="Times New Roman"/>
        </w:rPr>
        <w:t>симметрии. Изображение симметричных фигур.</w:t>
      </w:r>
    </w:p>
    <w:p w:rsidR="00F44E79" w:rsidRPr="00FC0221" w:rsidRDefault="00F44E79" w:rsidP="00C92330">
      <w:pPr>
        <w:ind w:firstLine="709"/>
        <w:jc w:val="both"/>
        <w:rPr>
          <w:rFonts w:ascii="Times New Roman" w:hAnsi="Times New Roman" w:cs="Times New Roman"/>
        </w:rPr>
      </w:pPr>
      <w:r w:rsidRPr="00FC0221">
        <w:rPr>
          <w:rFonts w:ascii="Times New Roman" w:hAnsi="Times New Roman" w:cs="Times New Roman"/>
        </w:rPr>
        <w:t>Решение практических задач с применением простейших свойств фигур.</w:t>
      </w:r>
    </w:p>
    <w:p w:rsidR="00F44E79" w:rsidRPr="00FC0221" w:rsidRDefault="00F44E79" w:rsidP="00C92330">
      <w:pPr>
        <w:ind w:left="709"/>
        <w:jc w:val="both"/>
        <w:rPr>
          <w:rFonts w:ascii="Times New Roman" w:hAnsi="Times New Roman" w:cs="Times New Roman"/>
          <w:b/>
        </w:rPr>
      </w:pPr>
      <w:bookmarkStart w:id="397" w:name="_Toc7636005"/>
      <w:r w:rsidRPr="00FC0221">
        <w:rPr>
          <w:rFonts w:ascii="Times New Roman" w:hAnsi="Times New Roman" w:cs="Times New Roman"/>
          <w:b/>
        </w:rPr>
        <w:t>История математики</w:t>
      </w:r>
      <w:bookmarkEnd w:id="397"/>
    </w:p>
    <w:p w:rsidR="00F44E79" w:rsidRPr="00FC0221" w:rsidRDefault="00F44E79" w:rsidP="00C92330">
      <w:pPr>
        <w:ind w:firstLine="709"/>
        <w:jc w:val="both"/>
        <w:rPr>
          <w:rFonts w:ascii="Times New Roman" w:hAnsi="Times New Roman" w:cs="Times New Roman"/>
          <w:i/>
        </w:rPr>
      </w:pPr>
      <w:r w:rsidRPr="00FC0221">
        <w:rPr>
          <w:rFonts w:ascii="Times New Roman" w:hAnsi="Times New Roman" w:cs="Times New Roman"/>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44E79" w:rsidRPr="00FC0221" w:rsidRDefault="00F44E79" w:rsidP="00C92330">
      <w:pPr>
        <w:ind w:firstLine="709"/>
        <w:jc w:val="both"/>
        <w:rPr>
          <w:rFonts w:ascii="Times New Roman" w:hAnsi="Times New Roman" w:cs="Times New Roman"/>
          <w:i/>
        </w:rPr>
      </w:pPr>
      <w:r w:rsidRPr="00FC0221">
        <w:rPr>
          <w:rFonts w:ascii="Times New Roman" w:hAnsi="Times New Roman" w:cs="Times New Roman"/>
          <w:i/>
        </w:rPr>
        <w:t>Рождение шестидесятеричной системы счисления. Появление десятичной записи чисел.</w:t>
      </w:r>
    </w:p>
    <w:p w:rsidR="00F44E79" w:rsidRPr="00FC0221" w:rsidRDefault="00F44E79" w:rsidP="00C92330">
      <w:pPr>
        <w:ind w:firstLine="709"/>
        <w:jc w:val="both"/>
        <w:rPr>
          <w:rFonts w:ascii="Times New Roman" w:hAnsi="Times New Roman" w:cs="Times New Roman"/>
          <w:i/>
        </w:rPr>
      </w:pPr>
      <w:r w:rsidRPr="00FC0221">
        <w:rPr>
          <w:rFonts w:ascii="Times New Roman" w:hAnsi="Times New Roman" w:cs="Times New Roman"/>
          <w:i/>
        </w:rPr>
        <w:t xml:space="preserve">Рождение и развитие арифметики натуральных чисел. НОК, НОД, простые числа. Решето Эратосфена.  </w:t>
      </w:r>
    </w:p>
    <w:p w:rsidR="00F44E79" w:rsidRPr="00B14C02" w:rsidRDefault="00F44E79" w:rsidP="00B14C02">
      <w:pPr>
        <w:pStyle w:val="Heading3"/>
        <w:spacing w:before="0"/>
        <w:jc w:val="both"/>
        <w:rPr>
          <w:rFonts w:ascii="Times New Roman" w:hAnsi="Times New Roman"/>
          <w:b w:val="0"/>
        </w:rPr>
      </w:pPr>
      <w:r w:rsidRPr="00760509">
        <w:rPr>
          <w:rFonts w:ascii="Times New Roman" w:hAnsi="Times New Roman"/>
          <w:b w:val="0"/>
          <w:i/>
          <w:lang w:val="ru-RU"/>
        </w:rPr>
        <w:t xml:space="preserve">Появление нуля и отрицательных чисел в математике древности. Роль Диофанта. Дроби в Вавилоне, Египте, Риме. Открытие десятичных дробей. Старинные системы мер. Десятичные дроби и метрическая система мер.  </w:t>
      </w:r>
      <w:r w:rsidRPr="00B14C02">
        <w:rPr>
          <w:rFonts w:ascii="Times New Roman" w:hAnsi="Times New Roman"/>
          <w:b w:val="0"/>
          <w:i/>
        </w:rPr>
        <w:t>Л. Магницки</w:t>
      </w:r>
      <w:r w:rsidRPr="00B14C02">
        <w:rPr>
          <w:rFonts w:ascii="Times New Roman" w:hAnsi="Times New Roman"/>
          <w:b w:val="0"/>
        </w:rPr>
        <w:t xml:space="preserve"> </w:t>
      </w:r>
    </w:p>
    <w:p w:rsidR="00F44E79" w:rsidRDefault="00F44E79" w:rsidP="00B14C02">
      <w:pPr>
        <w:pStyle w:val="Heading3"/>
        <w:spacing w:before="0"/>
        <w:jc w:val="both"/>
        <w:rPr>
          <w:rFonts w:ascii="Times New Roman" w:hAnsi="Times New Roman"/>
        </w:rPr>
      </w:pPr>
    </w:p>
    <w:p w:rsidR="00F44E79" w:rsidRPr="00B14C02" w:rsidRDefault="00F44E79" w:rsidP="00B14C02">
      <w:pPr>
        <w:pStyle w:val="Heading3"/>
        <w:spacing w:before="0"/>
        <w:jc w:val="both"/>
        <w:rPr>
          <w:rFonts w:ascii="Times New Roman" w:hAnsi="Times New Roman"/>
          <w:lang w:val="ru-RU"/>
        </w:rPr>
      </w:pPr>
      <w:r w:rsidRPr="00B14C02">
        <w:rPr>
          <w:rFonts w:ascii="Times New Roman" w:hAnsi="Times New Roman"/>
          <w:lang w:val="ru-RU"/>
        </w:rPr>
        <w:t>Планируемые результаты</w:t>
      </w:r>
    </w:p>
    <w:p w:rsidR="00F44E79" w:rsidRPr="00B14C02" w:rsidRDefault="00F44E79" w:rsidP="00B14C02">
      <w:pPr>
        <w:pStyle w:val="Heading4"/>
        <w:spacing w:before="0"/>
        <w:jc w:val="both"/>
        <w:rPr>
          <w:rFonts w:ascii="Times New Roman" w:hAnsi="Times New Roman"/>
          <w:lang w:val="ru-RU"/>
        </w:rPr>
      </w:pPr>
      <w:r w:rsidRPr="00B14C02">
        <w:rPr>
          <w:rFonts w:ascii="Times New Roman" w:hAnsi="Times New Roman"/>
          <w:lang w:val="ru-RU"/>
        </w:rPr>
        <w:t xml:space="preserve"> </w:t>
      </w:r>
      <w:r w:rsidRPr="00B14C02">
        <w:rPr>
          <w:rStyle w:val="18"/>
          <w:iCs w:val="0"/>
          <w:color w:val="auto"/>
          <w:lang w:val="ru-RU"/>
        </w:rPr>
        <w:t xml:space="preserve"> в личностном направлении</w:t>
      </w:r>
    </w:p>
    <w:p w:rsidR="00F44E79" w:rsidRPr="00FC0221" w:rsidRDefault="00F44E79" w:rsidP="001C7BA4">
      <w:pPr>
        <w:pStyle w:val="NoSpacing"/>
        <w:numPr>
          <w:ilvl w:val="0"/>
          <w:numId w:val="126"/>
        </w:numPr>
        <w:ind w:left="0" w:firstLine="567"/>
        <w:jc w:val="both"/>
        <w:rPr>
          <w:rFonts w:ascii="Times New Roman" w:hAnsi="Times New Roman"/>
          <w:sz w:val="24"/>
          <w:szCs w:val="24"/>
        </w:rPr>
      </w:pPr>
      <w:r w:rsidRPr="00FC0221">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44E79" w:rsidRPr="00FC0221" w:rsidRDefault="00F44E79" w:rsidP="001C7BA4">
      <w:pPr>
        <w:pStyle w:val="NoSpacing"/>
        <w:numPr>
          <w:ilvl w:val="0"/>
          <w:numId w:val="126"/>
        </w:numPr>
        <w:ind w:left="0" w:firstLine="567"/>
        <w:jc w:val="both"/>
        <w:rPr>
          <w:rFonts w:ascii="Times New Roman" w:hAnsi="Times New Roman"/>
          <w:sz w:val="24"/>
          <w:szCs w:val="24"/>
        </w:rPr>
      </w:pPr>
      <w:r w:rsidRPr="00FC0221">
        <w:rPr>
          <w:rFonts w:ascii="Times New Roman" w:hAnsi="Times New Roman"/>
          <w:sz w:val="24"/>
          <w:szCs w:val="24"/>
        </w:rPr>
        <w:t>критичность мышления, умение распознавать логически некорректные высказывания, отличать гипотезу от факта;</w:t>
      </w:r>
    </w:p>
    <w:p w:rsidR="00F44E79" w:rsidRPr="00FC0221" w:rsidRDefault="00F44E79" w:rsidP="001C7BA4">
      <w:pPr>
        <w:pStyle w:val="NoSpacing"/>
        <w:numPr>
          <w:ilvl w:val="0"/>
          <w:numId w:val="126"/>
        </w:numPr>
        <w:ind w:left="0" w:firstLine="567"/>
        <w:jc w:val="both"/>
        <w:rPr>
          <w:rFonts w:ascii="Times New Roman" w:hAnsi="Times New Roman"/>
          <w:sz w:val="24"/>
          <w:szCs w:val="24"/>
        </w:rPr>
      </w:pPr>
      <w:r w:rsidRPr="00FC0221">
        <w:rPr>
          <w:rFonts w:ascii="Times New Roman" w:hAnsi="Times New Roman"/>
          <w:sz w:val="24"/>
          <w:szCs w:val="24"/>
        </w:rPr>
        <w:t>представление о математической науке как сфере чело</w:t>
      </w:r>
      <w:r w:rsidRPr="00FC0221">
        <w:rPr>
          <w:rFonts w:ascii="Times New Roman" w:hAnsi="Times New Roman"/>
          <w:sz w:val="24"/>
          <w:szCs w:val="24"/>
        </w:rPr>
        <w:softHyphen/>
        <w:t>веческой деятельности, об этапах ее развития, о ее значимо</w:t>
      </w:r>
      <w:r w:rsidRPr="00FC0221">
        <w:rPr>
          <w:rFonts w:ascii="Times New Roman" w:hAnsi="Times New Roman"/>
          <w:sz w:val="24"/>
          <w:szCs w:val="24"/>
        </w:rPr>
        <w:softHyphen/>
        <w:t>сти для развития цивилизации;</w:t>
      </w:r>
    </w:p>
    <w:p w:rsidR="00F44E79" w:rsidRPr="00FC0221" w:rsidRDefault="00F44E79" w:rsidP="001C7BA4">
      <w:pPr>
        <w:pStyle w:val="NoSpacing"/>
        <w:numPr>
          <w:ilvl w:val="0"/>
          <w:numId w:val="126"/>
        </w:numPr>
        <w:ind w:left="0" w:firstLine="567"/>
        <w:jc w:val="both"/>
        <w:rPr>
          <w:rFonts w:ascii="Times New Roman" w:hAnsi="Times New Roman"/>
          <w:sz w:val="24"/>
          <w:szCs w:val="24"/>
        </w:rPr>
      </w:pPr>
      <w:r w:rsidRPr="00FC0221">
        <w:rPr>
          <w:rFonts w:ascii="Times New Roman" w:hAnsi="Times New Roman"/>
          <w:sz w:val="24"/>
          <w:szCs w:val="24"/>
        </w:rPr>
        <w:t>креативность мышления, инициатива, находчивость, активность при решении математических задач;</w:t>
      </w:r>
    </w:p>
    <w:p w:rsidR="00F44E79" w:rsidRPr="00FC0221" w:rsidRDefault="00F44E79" w:rsidP="001C7BA4">
      <w:pPr>
        <w:pStyle w:val="NoSpacing"/>
        <w:numPr>
          <w:ilvl w:val="0"/>
          <w:numId w:val="126"/>
        </w:numPr>
        <w:ind w:left="0" w:firstLine="567"/>
        <w:jc w:val="both"/>
        <w:rPr>
          <w:rFonts w:ascii="Times New Roman" w:hAnsi="Times New Roman"/>
          <w:sz w:val="24"/>
          <w:szCs w:val="24"/>
        </w:rPr>
      </w:pPr>
      <w:r w:rsidRPr="00FC0221">
        <w:rPr>
          <w:rFonts w:ascii="Times New Roman" w:hAnsi="Times New Roman"/>
          <w:sz w:val="24"/>
          <w:szCs w:val="24"/>
        </w:rPr>
        <w:t>умение контролировать процесс и результат учебной математической деятельности;</w:t>
      </w:r>
    </w:p>
    <w:p w:rsidR="00F44E79" w:rsidRPr="00FC0221" w:rsidRDefault="00F44E79" w:rsidP="001C7BA4">
      <w:pPr>
        <w:pStyle w:val="NoSpacing"/>
        <w:numPr>
          <w:ilvl w:val="0"/>
          <w:numId w:val="125"/>
        </w:numPr>
        <w:ind w:left="0" w:firstLine="567"/>
        <w:jc w:val="both"/>
        <w:rPr>
          <w:rFonts w:ascii="Times New Roman" w:hAnsi="Times New Roman"/>
          <w:sz w:val="24"/>
          <w:szCs w:val="24"/>
        </w:rPr>
      </w:pPr>
      <w:r w:rsidRPr="00FC0221">
        <w:rPr>
          <w:rFonts w:ascii="Times New Roman" w:hAnsi="Times New Roman"/>
          <w:sz w:val="24"/>
          <w:szCs w:val="24"/>
        </w:rPr>
        <w:t>способность к эмоциональному восприятию математи</w:t>
      </w:r>
      <w:r w:rsidRPr="00FC0221">
        <w:rPr>
          <w:rFonts w:ascii="Times New Roman" w:hAnsi="Times New Roman"/>
          <w:sz w:val="24"/>
          <w:szCs w:val="24"/>
        </w:rPr>
        <w:softHyphen/>
        <w:t>ческих объектов, задач, решений, рассуждений;</w:t>
      </w:r>
    </w:p>
    <w:p w:rsidR="00F44E79" w:rsidRPr="00FC0221" w:rsidRDefault="00F44E79" w:rsidP="00B14C02">
      <w:pPr>
        <w:pStyle w:val="Heading4"/>
        <w:spacing w:before="0"/>
        <w:jc w:val="both"/>
        <w:rPr>
          <w:rFonts w:ascii="Times New Roman" w:hAnsi="Times New Roman"/>
          <w:color w:val="auto"/>
        </w:rPr>
      </w:pPr>
      <w:r w:rsidRPr="00FC0221">
        <w:rPr>
          <w:rFonts w:ascii="Times New Roman" w:hAnsi="Times New Roman"/>
          <w:color w:val="auto"/>
        </w:rPr>
        <w:t>в метапредметном направлении</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первоначальные представления об идеях и о методах математики как универсальном языке науки и техники, сред</w:t>
      </w:r>
      <w:r w:rsidRPr="00FC0221">
        <w:rPr>
          <w:rFonts w:ascii="Times New Roman" w:hAnsi="Times New Roman"/>
          <w:sz w:val="24"/>
          <w:szCs w:val="24"/>
        </w:rPr>
        <w:softHyphen/>
        <w:t>стве моделирования явлений и процессов;</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умение видеть математическую задачу в контексте проб</w:t>
      </w:r>
      <w:r w:rsidRPr="00FC0221">
        <w:rPr>
          <w:rFonts w:ascii="Times New Roman" w:hAnsi="Times New Roman"/>
          <w:sz w:val="24"/>
          <w:szCs w:val="24"/>
        </w:rPr>
        <w:softHyphen/>
        <w:t>лемной ситуации в других дисциплинах, в окружающей жизни;</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умение находить в различных источниках информацию, необходимую для решения математических проблем, представ</w:t>
      </w:r>
      <w:r w:rsidRPr="00FC0221">
        <w:rPr>
          <w:rFonts w:ascii="Times New Roman" w:hAnsi="Times New Roman"/>
          <w:sz w:val="24"/>
          <w:szCs w:val="24"/>
        </w:rPr>
        <w:softHyphen/>
        <w:t>лять ее в понятной форме, принимать решение в условиях не</w:t>
      </w:r>
      <w:r w:rsidRPr="00FC0221">
        <w:rPr>
          <w:rFonts w:ascii="Times New Roman" w:hAnsi="Times New Roman"/>
          <w:sz w:val="24"/>
          <w:szCs w:val="24"/>
        </w:rPr>
        <w:softHyphen/>
        <w:t>полной и избыточной, точной и вероятностной информации;</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умение понимать и использовать математические сред</w:t>
      </w:r>
      <w:r w:rsidRPr="00FC0221">
        <w:rPr>
          <w:rFonts w:ascii="Times New Roman" w:hAnsi="Times New Roman"/>
          <w:sz w:val="24"/>
          <w:szCs w:val="24"/>
        </w:rPr>
        <w:softHyphen/>
        <w:t>ства наглядности (графики, диаграммы, таблицы, схемы и др.) для иллюстрации, интерпретации, аргументации;</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умение выдвигать гипотезы при решении учебных за</w:t>
      </w:r>
      <w:r w:rsidRPr="00FC0221">
        <w:rPr>
          <w:rFonts w:ascii="Times New Roman" w:hAnsi="Times New Roman"/>
          <w:sz w:val="24"/>
          <w:szCs w:val="24"/>
        </w:rPr>
        <w:softHyphen/>
        <w:t>дач, понимать необходимость их проверки;</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умение применять индуктивные и дедуктивные спосо</w:t>
      </w:r>
      <w:r w:rsidRPr="00FC0221">
        <w:rPr>
          <w:rFonts w:ascii="Times New Roman" w:hAnsi="Times New Roman"/>
          <w:sz w:val="24"/>
          <w:szCs w:val="24"/>
        </w:rPr>
        <w:softHyphen/>
        <w:t>бы рассуждений, видеть различные стратегии решения задач;</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w:t>
      </w:r>
      <w:r w:rsidRPr="00FC0221">
        <w:rPr>
          <w:rFonts w:ascii="Times New Roman" w:hAnsi="Times New Roman"/>
          <w:sz w:val="24"/>
          <w:szCs w:val="24"/>
        </w:rPr>
        <w:softHyphen/>
        <w:t>ритмом;</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умение самостоятельно ставить цели, выбирать и созда</w:t>
      </w:r>
      <w:r w:rsidRPr="00FC0221">
        <w:rPr>
          <w:rFonts w:ascii="Times New Roman" w:hAnsi="Times New Roman"/>
          <w:sz w:val="24"/>
          <w:szCs w:val="24"/>
        </w:rPr>
        <w:softHyphen/>
        <w:t>вать алгоритмы для решения учебных математических проб</w:t>
      </w:r>
      <w:r w:rsidRPr="00FC0221">
        <w:rPr>
          <w:rFonts w:ascii="Times New Roman" w:hAnsi="Times New Roman"/>
          <w:sz w:val="24"/>
          <w:szCs w:val="24"/>
        </w:rPr>
        <w:softHyphen/>
        <w:t>лем;</w:t>
      </w:r>
    </w:p>
    <w:p w:rsidR="00F44E79" w:rsidRPr="00FC0221" w:rsidRDefault="00F44E79" w:rsidP="001C7BA4">
      <w:pPr>
        <w:pStyle w:val="NoSpacing"/>
        <w:numPr>
          <w:ilvl w:val="0"/>
          <w:numId w:val="127"/>
        </w:numPr>
        <w:ind w:left="0" w:firstLine="567"/>
        <w:jc w:val="both"/>
        <w:rPr>
          <w:rFonts w:ascii="Times New Roman" w:hAnsi="Times New Roman"/>
          <w:sz w:val="24"/>
          <w:szCs w:val="24"/>
        </w:rPr>
      </w:pPr>
      <w:r w:rsidRPr="00FC0221">
        <w:rPr>
          <w:rFonts w:ascii="Times New Roman" w:hAnsi="Times New Roman"/>
          <w:sz w:val="24"/>
          <w:szCs w:val="24"/>
        </w:rPr>
        <w:t>умение планировать и осуществлять деятельность, на</w:t>
      </w:r>
      <w:r w:rsidRPr="00FC0221">
        <w:rPr>
          <w:rFonts w:ascii="Times New Roman" w:hAnsi="Times New Roman"/>
          <w:sz w:val="24"/>
          <w:szCs w:val="24"/>
        </w:rPr>
        <w:softHyphen/>
        <w:t>правленную на решение задач исследовательского характера;</w:t>
      </w:r>
    </w:p>
    <w:p w:rsidR="00F44E79" w:rsidRPr="00FC0221" w:rsidRDefault="00F44E79" w:rsidP="00B14C02">
      <w:pPr>
        <w:pStyle w:val="Heading4"/>
        <w:spacing w:before="0"/>
        <w:jc w:val="both"/>
        <w:rPr>
          <w:rFonts w:ascii="Times New Roman" w:hAnsi="Times New Roman"/>
          <w:color w:val="auto"/>
        </w:rPr>
      </w:pPr>
      <w:r w:rsidRPr="00FC0221">
        <w:rPr>
          <w:rFonts w:ascii="Times New Roman" w:hAnsi="Times New Roman"/>
          <w:color w:val="auto"/>
        </w:rPr>
        <w:t>в предметном направлении</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овладение базовым понятийным аппаратом по основ</w:t>
      </w:r>
      <w:r w:rsidRPr="00FC0221">
        <w:rPr>
          <w:rFonts w:ascii="Times New Roman" w:hAnsi="Times New Roman"/>
          <w:sz w:val="24"/>
          <w:szCs w:val="24"/>
        </w:rPr>
        <w:softHyphen/>
        <w:t>ным разделам содержания, представление об основных изуча</w:t>
      </w:r>
      <w:r w:rsidRPr="00FC0221">
        <w:rPr>
          <w:rFonts w:ascii="Times New Roman" w:hAnsi="Times New Roman"/>
          <w:sz w:val="24"/>
          <w:szCs w:val="24"/>
        </w:rPr>
        <w:softHyphen/>
        <w:t>емых понятиях (число, геометрическая фигура, уравнение, функция, вероятность) как важнейших математических моде</w:t>
      </w:r>
      <w:r w:rsidRPr="00FC0221">
        <w:rPr>
          <w:rFonts w:ascii="Times New Roman" w:hAnsi="Times New Roman"/>
          <w:sz w:val="24"/>
          <w:szCs w:val="24"/>
        </w:rPr>
        <w:softHyphen/>
        <w:t>лях, позволяющих описывать и изучать реальные процессы и явления;</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умение работать с математическим текстом (анализиро</w:t>
      </w:r>
      <w:r w:rsidRPr="00FC0221">
        <w:rPr>
          <w:rFonts w:ascii="Times New Roman" w:hAnsi="Times New Roman"/>
          <w:sz w:val="24"/>
          <w:szCs w:val="24"/>
        </w:rPr>
        <w:softHyphen/>
        <w:t>вать, извлекать необходимую информацию), грамотно приме</w:t>
      </w:r>
      <w:r w:rsidRPr="00FC0221">
        <w:rPr>
          <w:rFonts w:ascii="Times New Roman" w:hAnsi="Times New Roman"/>
          <w:sz w:val="24"/>
          <w:szCs w:val="24"/>
        </w:rPr>
        <w:softHyphen/>
        <w:t>нять математическую терминологию и символику, использо</w:t>
      </w:r>
      <w:r w:rsidRPr="00FC0221">
        <w:rPr>
          <w:rFonts w:ascii="Times New Roman" w:hAnsi="Times New Roman"/>
          <w:sz w:val="24"/>
          <w:szCs w:val="24"/>
        </w:rPr>
        <w:softHyphen/>
        <w:t>вать различные языки математики;</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умение проводить классификации, логические обосно</w:t>
      </w:r>
      <w:r w:rsidRPr="00FC0221">
        <w:rPr>
          <w:rFonts w:ascii="Times New Roman" w:hAnsi="Times New Roman"/>
          <w:sz w:val="24"/>
          <w:szCs w:val="24"/>
        </w:rPr>
        <w:softHyphen/>
        <w:t>вания, доказательства математических утверждений;</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умение распознавать виды математических утверждений (аксиомы, определения, теоремы и др.), прямые и обратные теоремы;</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развитие представлений о числе и числовых системах от натуральных до действительных чисел, овладение навыка</w:t>
      </w:r>
      <w:r w:rsidRPr="00FC0221">
        <w:rPr>
          <w:rFonts w:ascii="Times New Roman" w:hAnsi="Times New Roman"/>
          <w:sz w:val="24"/>
          <w:szCs w:val="24"/>
        </w:rPr>
        <w:softHyphen/>
        <w:t>ми устных, письменных, инструментальных вычислений;</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овладение символьным языком алгебры, приемами вы</w:t>
      </w:r>
      <w:r w:rsidRPr="00FC0221">
        <w:rPr>
          <w:rFonts w:ascii="Times New Roman" w:hAnsi="Times New Roman"/>
          <w:sz w:val="24"/>
          <w:szCs w:val="24"/>
        </w:rPr>
        <w:softHyphen/>
        <w:t>полнения тождественных преобразований рациональных вы</w:t>
      </w:r>
      <w:r w:rsidRPr="00FC0221">
        <w:rPr>
          <w:rFonts w:ascii="Times New Roman" w:hAnsi="Times New Roman"/>
          <w:sz w:val="24"/>
          <w:szCs w:val="24"/>
        </w:rPr>
        <w:softHyphen/>
        <w:t>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овладение системой функциональных понятий, функ</w:t>
      </w:r>
      <w:r w:rsidRPr="00FC0221">
        <w:rPr>
          <w:rFonts w:ascii="Times New Roman" w:hAnsi="Times New Roman"/>
          <w:sz w:val="24"/>
          <w:szCs w:val="24"/>
        </w:rPr>
        <w:softHyphen/>
        <w:t>циональным языком и символикой, умение на основе функ</w:t>
      </w:r>
      <w:r w:rsidRPr="00FC0221">
        <w:rPr>
          <w:rFonts w:ascii="Times New Roman" w:hAnsi="Times New Roman"/>
          <w:sz w:val="24"/>
          <w:szCs w:val="24"/>
        </w:rPr>
        <w:softHyphen/>
        <w:t>ционально-графических представлений описывать и анализи</w:t>
      </w:r>
      <w:r w:rsidRPr="00FC0221">
        <w:rPr>
          <w:rFonts w:ascii="Times New Roman" w:hAnsi="Times New Roman"/>
          <w:sz w:val="24"/>
          <w:szCs w:val="24"/>
        </w:rPr>
        <w:softHyphen/>
        <w:t>ровать реальные зависимости;</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овладение основными способами представления и ана</w:t>
      </w:r>
      <w:r w:rsidRPr="00FC0221">
        <w:rPr>
          <w:rFonts w:ascii="Times New Roman" w:hAnsi="Times New Roman"/>
          <w:sz w:val="24"/>
          <w:szCs w:val="24"/>
        </w:rPr>
        <w:softHyphen/>
        <w:t>лиза статистических данных; наличие представлений о стати</w:t>
      </w:r>
      <w:r w:rsidRPr="00FC0221">
        <w:rPr>
          <w:rFonts w:ascii="Times New Roman" w:hAnsi="Times New Roman"/>
          <w:sz w:val="24"/>
          <w:szCs w:val="24"/>
        </w:rPr>
        <w:softHyphen/>
        <w:t>стических закономерностях в реальном мире и о различных способах их изучения, о вероятностных моделях;</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овладение геометрическим языком, умение использо</w:t>
      </w:r>
      <w:r w:rsidRPr="00FC0221">
        <w:rPr>
          <w:rFonts w:ascii="Times New Roman" w:hAnsi="Times New Roman"/>
          <w:sz w:val="24"/>
          <w:szCs w:val="24"/>
        </w:rPr>
        <w:softHyphen/>
        <w:t>вать его для описания предметов окружающего мира, разви</w:t>
      </w:r>
      <w:r w:rsidRPr="00FC0221">
        <w:rPr>
          <w:rFonts w:ascii="Times New Roman" w:hAnsi="Times New Roman"/>
          <w:sz w:val="24"/>
          <w:szCs w:val="24"/>
        </w:rPr>
        <w:softHyphen/>
        <w:t>тие пространственных представлений и изобразительных уме</w:t>
      </w:r>
      <w:r w:rsidRPr="00FC0221">
        <w:rPr>
          <w:rFonts w:ascii="Times New Roman" w:hAnsi="Times New Roman"/>
          <w:sz w:val="24"/>
          <w:szCs w:val="24"/>
        </w:rPr>
        <w:softHyphen/>
        <w:t>ний, приобретение навыков геометрических построений;</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умения измерять длины отрезков, величины углов, ис</w:t>
      </w:r>
      <w:r w:rsidRPr="00FC0221">
        <w:rPr>
          <w:rFonts w:ascii="Times New Roman" w:hAnsi="Times New Roman"/>
          <w:sz w:val="24"/>
          <w:szCs w:val="24"/>
        </w:rPr>
        <w:softHyphen/>
        <w:t>пользовать формулы для нахождения периметров, площадей и объемов геометрических фигур;</w:t>
      </w:r>
    </w:p>
    <w:p w:rsidR="00F44E79" w:rsidRPr="00FC0221" w:rsidRDefault="00F44E79" w:rsidP="001C7BA4">
      <w:pPr>
        <w:pStyle w:val="NoSpacing"/>
        <w:numPr>
          <w:ilvl w:val="0"/>
          <w:numId w:val="128"/>
        </w:numPr>
        <w:ind w:left="0" w:firstLine="567"/>
        <w:jc w:val="both"/>
        <w:rPr>
          <w:rFonts w:ascii="Times New Roman" w:hAnsi="Times New Roman"/>
          <w:sz w:val="24"/>
          <w:szCs w:val="24"/>
        </w:rPr>
      </w:pPr>
      <w:r w:rsidRPr="00FC0221">
        <w:rPr>
          <w:rFonts w:ascii="Times New Roman" w:hAnsi="Times New Roman"/>
          <w:sz w:val="24"/>
          <w:szCs w:val="24"/>
        </w:rPr>
        <w:t>умение применять изученные понятия, результаты, ме</w:t>
      </w:r>
      <w:r w:rsidRPr="00FC0221">
        <w:rPr>
          <w:rFonts w:ascii="Times New Roman" w:hAnsi="Times New Roman"/>
          <w:sz w:val="24"/>
          <w:szCs w:val="24"/>
        </w:rPr>
        <w:softHyphen/>
        <w:t>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44E79" w:rsidRPr="00FC0221" w:rsidRDefault="00F44E79" w:rsidP="00C92330">
      <w:pPr>
        <w:ind w:firstLine="709"/>
        <w:jc w:val="both"/>
        <w:rPr>
          <w:rFonts w:ascii="Times New Roman" w:hAnsi="Times New Roman" w:cs="Times New Roman"/>
          <w:i/>
        </w:rPr>
        <w:sectPr w:rsidR="00F44E79" w:rsidRPr="00FC0221" w:rsidSect="00C92330">
          <w:footerReference w:type="default" r:id="rId506"/>
          <w:pgSz w:w="11906" w:h="16838"/>
          <w:pgMar w:top="567" w:right="720" w:bottom="567" w:left="720" w:header="284" w:footer="284" w:gutter="0"/>
          <w:cols w:space="708"/>
          <w:docGrid w:linePitch="360"/>
        </w:sectPr>
      </w:pPr>
    </w:p>
    <w:p w:rsidR="00F44E79" w:rsidRPr="00760509" w:rsidRDefault="00F44E79" w:rsidP="00C92330">
      <w:pPr>
        <w:pStyle w:val="Heading3"/>
        <w:spacing w:before="0"/>
        <w:jc w:val="both"/>
        <w:rPr>
          <w:rFonts w:ascii="Times New Roman" w:hAnsi="Times New Roman"/>
          <w:lang w:val="ru-RU"/>
        </w:rPr>
      </w:pPr>
      <w:bookmarkStart w:id="398" w:name="_Toc454044793"/>
      <w:bookmarkStart w:id="399" w:name="_Toc454044877"/>
      <w:bookmarkStart w:id="400" w:name="_Toc454047463"/>
      <w:bookmarkStart w:id="401" w:name="_Toc6167584"/>
      <w:bookmarkStart w:id="402" w:name="_Toc42343117"/>
      <w:bookmarkStart w:id="403" w:name="_Toc42424762"/>
      <w:bookmarkStart w:id="404" w:name="_Toc74598168"/>
      <w:r w:rsidRPr="00760509">
        <w:rPr>
          <w:rFonts w:ascii="Times New Roman" w:hAnsi="Times New Roman"/>
          <w:lang w:val="ru-RU"/>
        </w:rPr>
        <w:t>Планируемые результаты изучения математики в 5-6 класс</w:t>
      </w:r>
      <w:bookmarkEnd w:id="398"/>
      <w:bookmarkEnd w:id="399"/>
      <w:bookmarkEnd w:id="400"/>
      <w:bookmarkEnd w:id="401"/>
      <w:r w:rsidRPr="00760509">
        <w:rPr>
          <w:rFonts w:ascii="Times New Roman" w:hAnsi="Times New Roman"/>
          <w:lang w:val="ru-RU"/>
        </w:rPr>
        <w:t>ах</w:t>
      </w:r>
      <w:bookmarkEnd w:id="402"/>
      <w:bookmarkEnd w:id="403"/>
      <w:bookmarkEnd w:id="404"/>
    </w:p>
    <w:p w:rsidR="00F44E79" w:rsidRPr="00FC0221" w:rsidRDefault="00F44E79" w:rsidP="00C92330">
      <w:pPr>
        <w:jc w:val="both"/>
        <w:rPr>
          <w:rFonts w:ascii="Times New Roman" w:hAnsi="Times New Roman" w:cs="Times New Roman"/>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0"/>
        <w:gridCol w:w="2115"/>
        <w:gridCol w:w="2132"/>
        <w:gridCol w:w="2277"/>
        <w:gridCol w:w="2264"/>
      </w:tblGrid>
      <w:tr w:rsidR="00F44E79" w:rsidRPr="00FC0221" w:rsidTr="00760509">
        <w:tc>
          <w:tcPr>
            <w:tcW w:w="2060" w:type="dxa"/>
            <w:vMerge w:val="restart"/>
          </w:tcPr>
          <w:p w:rsidR="00F44E79" w:rsidRPr="00760509" w:rsidRDefault="00F44E79" w:rsidP="00760509">
            <w:pPr>
              <w:pStyle w:val="Heading3"/>
              <w:tabs>
                <w:tab w:val="left" w:pos="1134"/>
              </w:tabs>
              <w:spacing w:before="0"/>
              <w:ind w:firstLine="709"/>
              <w:jc w:val="both"/>
              <w:rPr>
                <w:rStyle w:val="SubtitleChar"/>
                <w:rFonts w:ascii="Times New Roman" w:hAnsi="Times New Roman"/>
                <w:i w:val="0"/>
                <w:iCs/>
                <w:lang w:val="ru-RU"/>
              </w:rPr>
            </w:pPr>
          </w:p>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Тема</w:t>
            </w:r>
          </w:p>
        </w:tc>
        <w:tc>
          <w:tcPr>
            <w:tcW w:w="6979" w:type="dxa"/>
            <w:gridSpan w:val="2"/>
          </w:tcPr>
          <w:p w:rsidR="00F44E79" w:rsidRPr="00760509" w:rsidRDefault="00F44E79" w:rsidP="00760509">
            <w:pPr>
              <w:jc w:val="both"/>
              <w:rPr>
                <w:rFonts w:ascii="Times New Roman" w:hAnsi="Times New Roman" w:cs="Times New Roman"/>
                <w:b/>
              </w:rPr>
            </w:pPr>
            <w:bookmarkStart w:id="405" w:name="_Toc7636009"/>
            <w:r w:rsidRPr="00760509">
              <w:rPr>
                <w:rStyle w:val="SubtitleChar"/>
                <w:rFonts w:ascii="Times New Roman" w:hAnsi="Times New Roman" w:cs="Times New Roman"/>
                <w:b/>
                <w:iCs/>
                <w:color w:val="auto"/>
                <w:lang w:val="ru-RU"/>
              </w:rPr>
              <w:t>Выпускник научится</w:t>
            </w:r>
            <w:r w:rsidRPr="00760509">
              <w:rPr>
                <w:rFonts w:ascii="Times New Roman" w:hAnsi="Times New Roman" w:cs="Times New Roman"/>
                <w:b/>
              </w:rPr>
              <w:t xml:space="preserve"> в 5-6 классах (для использования в повседневной жизни и обеспечения возможности успешного продолжения образования на базовом уровне)</w:t>
            </w:r>
            <w:bookmarkEnd w:id="405"/>
          </w:p>
        </w:tc>
        <w:tc>
          <w:tcPr>
            <w:tcW w:w="6575" w:type="dxa"/>
            <w:gridSpan w:val="2"/>
          </w:tcPr>
          <w:p w:rsidR="00F44E79" w:rsidRPr="00760509" w:rsidRDefault="00F44E79" w:rsidP="00760509">
            <w:pPr>
              <w:jc w:val="both"/>
              <w:rPr>
                <w:rFonts w:ascii="Times New Roman" w:hAnsi="Times New Roman" w:cs="Times New Roman"/>
                <w:b/>
              </w:rPr>
            </w:pPr>
            <w:r w:rsidRPr="00760509">
              <w:rPr>
                <w:rStyle w:val="SubtitleChar"/>
                <w:rFonts w:ascii="Times New Roman" w:hAnsi="Times New Roman" w:cs="Times New Roman"/>
                <w:b/>
                <w:iCs/>
                <w:color w:val="auto"/>
                <w:lang w:val="ru-RU"/>
              </w:rPr>
              <w:t>Выпускник получит возможность научиться</w:t>
            </w:r>
            <w:r w:rsidRPr="00760509">
              <w:rPr>
                <w:rFonts w:ascii="Times New Roman" w:hAnsi="Times New Roman" w:cs="Times New Roman"/>
                <w:b/>
              </w:rPr>
              <w:t xml:space="preserve"> в 5-6 классах (для обеспечения возможности успешного продолжения образования на базовом и углублённом уровнях)</w:t>
            </w:r>
          </w:p>
        </w:tc>
      </w:tr>
      <w:tr w:rsidR="00F44E79" w:rsidRPr="00FC0221" w:rsidTr="00760509">
        <w:tc>
          <w:tcPr>
            <w:tcW w:w="2060" w:type="dxa"/>
            <w:vMerge/>
          </w:tcPr>
          <w:p w:rsidR="00F44E79" w:rsidRPr="00760509" w:rsidRDefault="00F44E79" w:rsidP="00760509">
            <w:pPr>
              <w:pStyle w:val="NoSpacing"/>
              <w:jc w:val="both"/>
              <w:rPr>
                <w:rFonts w:ascii="Times New Roman" w:hAnsi="Times New Roman"/>
                <w:b/>
                <w:sz w:val="24"/>
                <w:szCs w:val="24"/>
              </w:rPr>
            </w:pPr>
          </w:p>
        </w:tc>
        <w:tc>
          <w:tcPr>
            <w:tcW w:w="3293" w:type="dxa"/>
          </w:tcPr>
          <w:p w:rsidR="00F44E79" w:rsidRPr="00760509" w:rsidRDefault="00F44E79" w:rsidP="00760509">
            <w:pPr>
              <w:pStyle w:val="NoSpacing"/>
              <w:jc w:val="both"/>
              <w:rPr>
                <w:rFonts w:ascii="Times New Roman" w:hAnsi="Times New Roman"/>
                <w:b/>
                <w:sz w:val="24"/>
                <w:szCs w:val="24"/>
              </w:rPr>
            </w:pPr>
            <w:r w:rsidRPr="00760509">
              <w:rPr>
                <w:rFonts w:ascii="Times New Roman" w:hAnsi="Times New Roman"/>
                <w:b/>
                <w:sz w:val="24"/>
                <w:szCs w:val="24"/>
              </w:rPr>
              <w:t>По предмету</w:t>
            </w:r>
          </w:p>
        </w:tc>
        <w:tc>
          <w:tcPr>
            <w:tcW w:w="3686" w:type="dxa"/>
          </w:tcPr>
          <w:p w:rsidR="00F44E79" w:rsidRPr="00760509" w:rsidRDefault="00F44E79" w:rsidP="00760509">
            <w:pPr>
              <w:pStyle w:val="NoSpacing"/>
              <w:jc w:val="both"/>
              <w:rPr>
                <w:rFonts w:ascii="Times New Roman" w:hAnsi="Times New Roman"/>
                <w:b/>
                <w:sz w:val="24"/>
                <w:szCs w:val="24"/>
              </w:rPr>
            </w:pPr>
            <w:r w:rsidRPr="00760509">
              <w:rPr>
                <w:rFonts w:ascii="Times New Roman" w:hAnsi="Times New Roman"/>
                <w:b/>
                <w:sz w:val="24"/>
                <w:szCs w:val="24"/>
              </w:rPr>
              <w:t>В повседневной жизни и при изучении других предметов</w:t>
            </w:r>
          </w:p>
        </w:tc>
        <w:tc>
          <w:tcPr>
            <w:tcW w:w="3526" w:type="dxa"/>
          </w:tcPr>
          <w:p w:rsidR="00F44E79" w:rsidRPr="00760509" w:rsidRDefault="00F44E79" w:rsidP="00760509">
            <w:pPr>
              <w:pStyle w:val="NoSpacing"/>
              <w:jc w:val="both"/>
              <w:rPr>
                <w:rFonts w:ascii="Times New Roman" w:hAnsi="Times New Roman"/>
                <w:b/>
                <w:sz w:val="24"/>
                <w:szCs w:val="24"/>
              </w:rPr>
            </w:pPr>
            <w:r w:rsidRPr="00760509">
              <w:rPr>
                <w:rFonts w:ascii="Times New Roman" w:hAnsi="Times New Roman"/>
                <w:b/>
                <w:sz w:val="24"/>
                <w:szCs w:val="24"/>
              </w:rPr>
              <w:t>По предмету</w:t>
            </w:r>
          </w:p>
        </w:tc>
        <w:tc>
          <w:tcPr>
            <w:tcW w:w="3049" w:type="dxa"/>
          </w:tcPr>
          <w:p w:rsidR="00F44E79" w:rsidRPr="00760509" w:rsidRDefault="00F44E79" w:rsidP="00760509">
            <w:pPr>
              <w:pStyle w:val="NoSpacing"/>
              <w:jc w:val="both"/>
              <w:rPr>
                <w:rFonts w:ascii="Times New Roman" w:hAnsi="Times New Roman"/>
                <w:b/>
                <w:sz w:val="24"/>
                <w:szCs w:val="24"/>
              </w:rPr>
            </w:pPr>
            <w:r w:rsidRPr="00760509">
              <w:rPr>
                <w:rFonts w:ascii="Times New Roman" w:hAnsi="Times New Roman"/>
                <w:b/>
                <w:sz w:val="24"/>
                <w:szCs w:val="24"/>
              </w:rPr>
              <w:t>В повседневной жизни и при изучении других предметов</w:t>
            </w:r>
          </w:p>
        </w:tc>
      </w:tr>
      <w:tr w:rsidR="00F44E79" w:rsidRPr="00FC0221" w:rsidTr="00760509">
        <w:tc>
          <w:tcPr>
            <w:tcW w:w="2060"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Элементы теории множеств и математической логики</w:t>
            </w:r>
          </w:p>
          <w:p w:rsidR="00F44E79" w:rsidRPr="00FB5FED" w:rsidRDefault="00F44E79" w:rsidP="00760509">
            <w:pPr>
              <w:pStyle w:val="ListParagraph"/>
              <w:tabs>
                <w:tab w:val="left" w:pos="993"/>
              </w:tabs>
              <w:spacing w:after="0" w:line="240" w:lineRule="auto"/>
              <w:ind w:left="357"/>
              <w:jc w:val="both"/>
              <w:rPr>
                <w:rFonts w:ascii="Times New Roman" w:hAnsi="Times New Roman"/>
                <w:b/>
                <w:sz w:val="24"/>
                <w:szCs w:val="24"/>
              </w:rPr>
            </w:pPr>
          </w:p>
        </w:tc>
        <w:tc>
          <w:tcPr>
            <w:tcW w:w="3293" w:type="dxa"/>
          </w:tcPr>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 xml:space="preserve">    Оперировать на базовом уровне</w:t>
            </w:r>
            <w:r w:rsidRPr="00760509">
              <w:rPr>
                <w:rStyle w:val="FootnoteReference"/>
                <w:rFonts w:ascii="Times New Roman" w:hAnsi="Times New Roman"/>
              </w:rPr>
              <w:footnoteReference w:id="9"/>
            </w:r>
            <w:r w:rsidRPr="00760509">
              <w:rPr>
                <w:rFonts w:ascii="Times New Roman" w:hAnsi="Times New Roman" w:cs="Times New Roman"/>
              </w:rPr>
              <w:t xml:space="preserve"> понятиями: множество, элемент множества, подмножество, принадлежность;</w:t>
            </w:r>
          </w:p>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 xml:space="preserve">    задавать множества перечислением их элементов;</w:t>
            </w:r>
          </w:p>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находить пересечение, объединение, подмножество в простейших ситуациях.</w:t>
            </w:r>
          </w:p>
          <w:p w:rsidR="00F44E79" w:rsidRPr="00FB5FED" w:rsidRDefault="00F44E79" w:rsidP="00760509">
            <w:pPr>
              <w:pStyle w:val="ListParagraph"/>
              <w:tabs>
                <w:tab w:val="left" w:pos="993"/>
              </w:tabs>
              <w:spacing w:after="0" w:line="240" w:lineRule="auto"/>
              <w:ind w:left="357"/>
              <w:jc w:val="both"/>
              <w:rPr>
                <w:rFonts w:ascii="Times New Roman" w:hAnsi="Times New Roman"/>
                <w:b/>
                <w:sz w:val="24"/>
                <w:szCs w:val="24"/>
              </w:rPr>
            </w:pPr>
          </w:p>
        </w:tc>
        <w:tc>
          <w:tcPr>
            <w:tcW w:w="3686" w:type="dxa"/>
          </w:tcPr>
          <w:p w:rsidR="00F44E79" w:rsidRPr="00FB5FED" w:rsidRDefault="00F44E79" w:rsidP="00760509">
            <w:pPr>
              <w:pStyle w:val="a0"/>
              <w:numPr>
                <w:ilvl w:val="0"/>
                <w:numId w:val="0"/>
              </w:numPr>
              <w:tabs>
                <w:tab w:val="left" w:pos="993"/>
              </w:tabs>
              <w:rPr>
                <w:rFonts w:ascii="Times New Roman" w:hAnsi="Times New Roman"/>
                <w:sz w:val="24"/>
                <w:szCs w:val="24"/>
              </w:rPr>
            </w:pPr>
            <w:r w:rsidRPr="00FB5FED">
              <w:rPr>
                <w:rFonts w:ascii="Times New Roman" w:hAnsi="Times New Roman"/>
                <w:sz w:val="24"/>
                <w:szCs w:val="24"/>
              </w:rPr>
              <w:t xml:space="preserve">    Распознавать логически некорректные высказывания.</w:t>
            </w:r>
          </w:p>
          <w:p w:rsidR="00F44E79" w:rsidRPr="00760509" w:rsidRDefault="00F44E79" w:rsidP="00760509">
            <w:pPr>
              <w:pStyle w:val="NoSpacing"/>
              <w:jc w:val="both"/>
              <w:rPr>
                <w:rFonts w:ascii="Times New Roman" w:hAnsi="Times New Roman"/>
                <w:b/>
                <w:sz w:val="24"/>
                <w:szCs w:val="24"/>
              </w:rPr>
            </w:pPr>
          </w:p>
        </w:tc>
        <w:tc>
          <w:tcPr>
            <w:tcW w:w="3526" w:type="dxa"/>
          </w:tcPr>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Оперировать</w:t>
            </w:r>
            <w:r w:rsidRPr="00760509">
              <w:rPr>
                <w:rStyle w:val="FootnoteReference"/>
                <w:rFonts w:ascii="Times New Roman" w:hAnsi="Times New Roman"/>
                <w:i/>
              </w:rPr>
              <w:footnoteReference w:id="10"/>
            </w:r>
            <w:r w:rsidRPr="00760509">
              <w:rPr>
                <w:rFonts w:ascii="Times New Roman" w:hAnsi="Times New Roman" w:cs="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tc>
        <w:tc>
          <w:tcPr>
            <w:tcW w:w="3049" w:type="dxa"/>
          </w:tcPr>
          <w:p w:rsidR="00F44E79" w:rsidRPr="00FB5FED" w:rsidRDefault="00F44E79" w:rsidP="00760509">
            <w:pPr>
              <w:pStyle w:val="a0"/>
              <w:numPr>
                <w:ilvl w:val="0"/>
                <w:numId w:val="0"/>
              </w:numPr>
              <w:tabs>
                <w:tab w:val="left" w:pos="993"/>
              </w:tabs>
              <w:rPr>
                <w:rFonts w:ascii="Times New Roman" w:hAnsi="Times New Roman"/>
                <w:i/>
                <w:sz w:val="24"/>
                <w:szCs w:val="24"/>
              </w:rPr>
            </w:pPr>
            <w:r w:rsidRPr="00FB5FED">
              <w:rPr>
                <w:rFonts w:ascii="Times New Roman" w:hAnsi="Times New Roman"/>
                <w:i/>
                <w:sz w:val="24"/>
                <w:szCs w:val="24"/>
              </w:rPr>
              <w:t xml:space="preserve">    Распознавать логически некорректные высказывания; </w:t>
            </w:r>
          </w:p>
          <w:p w:rsidR="00F44E79" w:rsidRPr="00FB5FED" w:rsidRDefault="00F44E79" w:rsidP="00760509">
            <w:pPr>
              <w:pStyle w:val="a0"/>
              <w:numPr>
                <w:ilvl w:val="0"/>
                <w:numId w:val="0"/>
              </w:numPr>
              <w:tabs>
                <w:tab w:val="left" w:pos="993"/>
              </w:tabs>
              <w:rPr>
                <w:rFonts w:ascii="Times New Roman" w:hAnsi="Times New Roman"/>
                <w:i/>
                <w:sz w:val="24"/>
                <w:szCs w:val="24"/>
              </w:rPr>
            </w:pPr>
            <w:r w:rsidRPr="00FB5FED">
              <w:rPr>
                <w:rFonts w:ascii="Times New Roman" w:hAnsi="Times New Roman"/>
                <w:i/>
                <w:sz w:val="24"/>
                <w:szCs w:val="24"/>
              </w:rPr>
              <w:t xml:space="preserve">    строить цепочки умозаключений на основе использования правил логики.</w:t>
            </w:r>
          </w:p>
          <w:p w:rsidR="00F44E79" w:rsidRPr="00760509" w:rsidRDefault="00F44E79" w:rsidP="00760509">
            <w:pPr>
              <w:pStyle w:val="NoSpacing"/>
              <w:jc w:val="both"/>
              <w:rPr>
                <w:rFonts w:ascii="Times New Roman" w:hAnsi="Times New Roman"/>
                <w:b/>
                <w:sz w:val="24"/>
                <w:szCs w:val="24"/>
              </w:rPr>
            </w:pPr>
          </w:p>
        </w:tc>
      </w:tr>
      <w:tr w:rsidR="00F44E79" w:rsidRPr="00FC0221" w:rsidTr="00760509">
        <w:tc>
          <w:tcPr>
            <w:tcW w:w="2060"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Числа</w:t>
            </w:r>
          </w:p>
        </w:tc>
        <w:tc>
          <w:tcPr>
            <w:tcW w:w="3293" w:type="dxa"/>
          </w:tcPr>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использовать признаки делимости на 2, 5, 3, 9, 10 при выполнении вычислений и решении несложных задач;</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выполнять округление рациональных чисел в соответствии с правилами;</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сравнивать рациональные числа</w:t>
            </w:r>
            <w:r w:rsidRPr="00760509">
              <w:rPr>
                <w:rFonts w:ascii="Times New Roman" w:hAnsi="Times New Roman" w:cs="Times New Roman"/>
                <w:b/>
              </w:rPr>
              <w:t>.</w:t>
            </w:r>
          </w:p>
          <w:p w:rsidR="00F44E79" w:rsidRPr="00760509" w:rsidRDefault="00F44E79" w:rsidP="00760509">
            <w:pPr>
              <w:pStyle w:val="NoSpacing"/>
              <w:jc w:val="both"/>
              <w:rPr>
                <w:rFonts w:ascii="Times New Roman" w:hAnsi="Times New Roman"/>
                <w:b/>
                <w:sz w:val="24"/>
                <w:szCs w:val="24"/>
              </w:rPr>
            </w:pPr>
          </w:p>
        </w:tc>
        <w:tc>
          <w:tcPr>
            <w:tcW w:w="3686" w:type="dxa"/>
          </w:tcPr>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Оценивать результаты вычислений при решении практических задач;</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выполнять сравнение чисел в реальных ситуациях;</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составлять числовые выражения при решении практических задач и задач из других учебных предметов.</w:t>
            </w:r>
          </w:p>
          <w:p w:rsidR="00F44E79" w:rsidRPr="00760509" w:rsidRDefault="00F44E79" w:rsidP="00760509">
            <w:pPr>
              <w:pStyle w:val="NoSpacing"/>
              <w:jc w:val="both"/>
              <w:rPr>
                <w:rFonts w:ascii="Times New Roman" w:hAnsi="Times New Roman"/>
                <w:b/>
                <w:sz w:val="24"/>
                <w:szCs w:val="24"/>
              </w:rPr>
            </w:pPr>
          </w:p>
        </w:tc>
        <w:tc>
          <w:tcPr>
            <w:tcW w:w="3526" w:type="dxa"/>
          </w:tcPr>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понимать и объяснять смысл позиционной записи натурального числа;</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выполнять вычисления, в том числе с использованием приёмов рациональных вычислений, обосновывать алгоритмы выполнения действий;</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выполнять округление рациональных чисел с заданной точностью;</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упорядочивать числа, записанные в виде обыкновенных и десятичных дробей;</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находить НОД и НОК чисел и использовать их при решении зада;.</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оперировать понятием модуль числа, геометрическая интерпретация модуля числа.</w:t>
            </w:r>
          </w:p>
        </w:tc>
        <w:tc>
          <w:tcPr>
            <w:tcW w:w="3049" w:type="dxa"/>
          </w:tcPr>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Применять правила приближенных вычислений при решении практических задач и решении задач других учебных предметов;</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выполнять сравнение результатов вычислений при решении практических задач, в том числе приближенных вычислений;</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составлять числовые выражения и оценивать их значения при решении практических задач и задач из других учебных предметов.</w:t>
            </w:r>
          </w:p>
          <w:p w:rsidR="00F44E79" w:rsidRPr="00760509" w:rsidRDefault="00F44E79" w:rsidP="00760509">
            <w:pPr>
              <w:pStyle w:val="NoSpacing"/>
              <w:jc w:val="both"/>
              <w:rPr>
                <w:rFonts w:ascii="Times New Roman" w:hAnsi="Times New Roman"/>
                <w:b/>
                <w:sz w:val="24"/>
                <w:szCs w:val="24"/>
              </w:rPr>
            </w:pPr>
          </w:p>
        </w:tc>
      </w:tr>
      <w:tr w:rsidR="00F44E79" w:rsidRPr="00FC0221" w:rsidTr="00760509">
        <w:tc>
          <w:tcPr>
            <w:tcW w:w="2060"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 xml:space="preserve">Уравнения и неравенства </w:t>
            </w:r>
          </w:p>
          <w:p w:rsidR="00F44E79" w:rsidRPr="00760509" w:rsidRDefault="00F44E79" w:rsidP="00760509">
            <w:pPr>
              <w:jc w:val="both"/>
              <w:rPr>
                <w:rFonts w:ascii="Times New Roman" w:hAnsi="Times New Roman" w:cs="Times New Roman"/>
                <w:b/>
              </w:rPr>
            </w:pPr>
          </w:p>
        </w:tc>
        <w:tc>
          <w:tcPr>
            <w:tcW w:w="3293" w:type="dxa"/>
          </w:tcPr>
          <w:p w:rsidR="00F44E79" w:rsidRPr="00FB5FED" w:rsidRDefault="00F44E79" w:rsidP="00760509">
            <w:pPr>
              <w:pStyle w:val="a0"/>
              <w:numPr>
                <w:ilvl w:val="0"/>
                <w:numId w:val="0"/>
              </w:numPr>
              <w:tabs>
                <w:tab w:val="left" w:pos="993"/>
              </w:tabs>
              <w:ind w:left="360"/>
              <w:rPr>
                <w:rFonts w:ascii="Times New Roman" w:hAnsi="Times New Roman"/>
                <w:sz w:val="24"/>
                <w:szCs w:val="24"/>
              </w:rPr>
            </w:pPr>
          </w:p>
        </w:tc>
        <w:tc>
          <w:tcPr>
            <w:tcW w:w="3686" w:type="dxa"/>
          </w:tcPr>
          <w:p w:rsidR="00F44E79" w:rsidRPr="00760509" w:rsidRDefault="00F44E79" w:rsidP="00760509">
            <w:pPr>
              <w:pStyle w:val="NoSpacing"/>
              <w:ind w:left="360"/>
              <w:jc w:val="both"/>
              <w:rPr>
                <w:rFonts w:ascii="Times New Roman" w:hAnsi="Times New Roman"/>
                <w:b/>
                <w:sz w:val="24"/>
                <w:szCs w:val="24"/>
              </w:rPr>
            </w:pPr>
          </w:p>
        </w:tc>
        <w:tc>
          <w:tcPr>
            <w:tcW w:w="3526" w:type="dxa"/>
          </w:tcPr>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tc>
        <w:tc>
          <w:tcPr>
            <w:tcW w:w="3049" w:type="dxa"/>
          </w:tcPr>
          <w:p w:rsidR="00F44E79" w:rsidRPr="00760509" w:rsidRDefault="00F44E79" w:rsidP="00760509">
            <w:pPr>
              <w:pStyle w:val="NoSpacing"/>
              <w:ind w:left="360"/>
              <w:jc w:val="both"/>
              <w:rPr>
                <w:rFonts w:ascii="Times New Roman" w:hAnsi="Times New Roman"/>
                <w:b/>
                <w:sz w:val="24"/>
                <w:szCs w:val="24"/>
              </w:rPr>
            </w:pPr>
          </w:p>
        </w:tc>
      </w:tr>
      <w:tr w:rsidR="00F44E79" w:rsidRPr="00FC0221" w:rsidTr="00760509">
        <w:tc>
          <w:tcPr>
            <w:tcW w:w="2060"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Статистика и теория вероятностей</w:t>
            </w:r>
          </w:p>
          <w:p w:rsidR="00F44E79" w:rsidRPr="00760509" w:rsidRDefault="00F44E79" w:rsidP="00760509">
            <w:pPr>
              <w:pStyle w:val="NoSpacing"/>
              <w:jc w:val="both"/>
              <w:rPr>
                <w:rFonts w:ascii="Times New Roman" w:hAnsi="Times New Roman"/>
                <w:b/>
                <w:sz w:val="24"/>
                <w:szCs w:val="24"/>
              </w:rPr>
            </w:pPr>
          </w:p>
        </w:tc>
        <w:tc>
          <w:tcPr>
            <w:tcW w:w="3293" w:type="dxa"/>
          </w:tcPr>
          <w:p w:rsidR="00F44E79" w:rsidRPr="00FB5FED" w:rsidRDefault="00F44E79" w:rsidP="00760509">
            <w:pPr>
              <w:pStyle w:val="a0"/>
              <w:numPr>
                <w:ilvl w:val="0"/>
                <w:numId w:val="0"/>
              </w:numPr>
              <w:tabs>
                <w:tab w:val="left" w:pos="993"/>
              </w:tabs>
              <w:rPr>
                <w:rFonts w:ascii="Times New Roman" w:hAnsi="Times New Roman"/>
                <w:sz w:val="24"/>
                <w:szCs w:val="24"/>
              </w:rPr>
            </w:pPr>
            <w:r w:rsidRPr="00FB5FED">
              <w:rPr>
                <w:rFonts w:ascii="Times New Roman" w:hAnsi="Times New Roman"/>
                <w:sz w:val="24"/>
                <w:szCs w:val="24"/>
              </w:rPr>
              <w:t xml:space="preserve">   Представлять данные в виде таблиц, диаграмм, </w:t>
            </w:r>
          </w:p>
          <w:p w:rsidR="00F44E79" w:rsidRPr="00FB5FED" w:rsidRDefault="00F44E79" w:rsidP="00760509">
            <w:pPr>
              <w:pStyle w:val="a0"/>
              <w:numPr>
                <w:ilvl w:val="0"/>
                <w:numId w:val="0"/>
              </w:numPr>
              <w:tabs>
                <w:tab w:val="left" w:pos="993"/>
              </w:tabs>
              <w:rPr>
                <w:rFonts w:ascii="Times New Roman" w:hAnsi="Times New Roman"/>
                <w:sz w:val="24"/>
                <w:szCs w:val="24"/>
              </w:rPr>
            </w:pPr>
            <w:r w:rsidRPr="00FB5FED">
              <w:rPr>
                <w:rFonts w:ascii="Times New Roman" w:hAnsi="Times New Roman"/>
                <w:sz w:val="24"/>
                <w:szCs w:val="24"/>
              </w:rPr>
              <w:t xml:space="preserve">    читать информацию, представленную в виде таблицы, диаграммы.</w:t>
            </w:r>
          </w:p>
          <w:p w:rsidR="00F44E79" w:rsidRPr="00760509" w:rsidRDefault="00F44E79" w:rsidP="00760509">
            <w:pPr>
              <w:pStyle w:val="NoSpacing"/>
              <w:jc w:val="both"/>
              <w:rPr>
                <w:rFonts w:ascii="Times New Roman" w:hAnsi="Times New Roman"/>
                <w:b/>
                <w:sz w:val="24"/>
                <w:szCs w:val="24"/>
              </w:rPr>
            </w:pPr>
          </w:p>
        </w:tc>
        <w:tc>
          <w:tcPr>
            <w:tcW w:w="3686" w:type="dxa"/>
          </w:tcPr>
          <w:p w:rsidR="00F44E79" w:rsidRPr="00760509" w:rsidRDefault="00F44E79" w:rsidP="00760509">
            <w:pPr>
              <w:pStyle w:val="NoSpacing"/>
              <w:ind w:left="360"/>
              <w:jc w:val="both"/>
              <w:rPr>
                <w:rFonts w:ascii="Times New Roman" w:hAnsi="Times New Roman"/>
                <w:b/>
                <w:sz w:val="24"/>
                <w:szCs w:val="24"/>
              </w:rPr>
            </w:pPr>
          </w:p>
        </w:tc>
        <w:tc>
          <w:tcPr>
            <w:tcW w:w="3526" w:type="dxa"/>
          </w:tcPr>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Оперировать понятиями: столбчатые и круговые диаграммы, таблицы данных, среднее арифметическое, </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извлекать информацию, </w:t>
            </w:r>
            <w:r w:rsidRPr="00FB5FED">
              <w:rPr>
                <w:rStyle w:val="dash041e0431044b0447043d044b0439char1"/>
                <w:i/>
                <w:szCs w:val="24"/>
              </w:rPr>
              <w:t>представленную в таблицах, на диаграммах</w:t>
            </w:r>
            <w:r w:rsidRPr="00FB5FED">
              <w:rPr>
                <w:rFonts w:ascii="Times New Roman" w:hAnsi="Times New Roman"/>
                <w:i/>
                <w:sz w:val="24"/>
                <w:szCs w:val="24"/>
              </w:rPr>
              <w:t>;</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составлять таблицы, строить диаграммы на основе данных.</w:t>
            </w:r>
          </w:p>
        </w:tc>
        <w:tc>
          <w:tcPr>
            <w:tcW w:w="3049" w:type="dxa"/>
          </w:tcPr>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Извлекать, интерпретировать и преобразовывать информацию, </w:t>
            </w:r>
            <w:r w:rsidRPr="00760509">
              <w:rPr>
                <w:rStyle w:val="dash041e0431044b0447043d044b0439char1"/>
                <w:rFonts w:cs="Times New Roman"/>
                <w:i/>
              </w:rPr>
              <w:t>представленную в таблицах и на диаграммах, отражающую свойства и характеристики реальных процессов и явлений.</w:t>
            </w:r>
          </w:p>
          <w:p w:rsidR="00F44E79" w:rsidRPr="00760509" w:rsidRDefault="00F44E79" w:rsidP="00760509">
            <w:pPr>
              <w:pStyle w:val="NoSpacing"/>
              <w:jc w:val="both"/>
              <w:rPr>
                <w:rFonts w:ascii="Times New Roman" w:hAnsi="Times New Roman"/>
                <w:b/>
                <w:sz w:val="24"/>
                <w:szCs w:val="24"/>
              </w:rPr>
            </w:pPr>
          </w:p>
        </w:tc>
      </w:tr>
      <w:tr w:rsidR="00F44E79" w:rsidRPr="00FC0221" w:rsidTr="00760509">
        <w:tc>
          <w:tcPr>
            <w:tcW w:w="2060" w:type="dxa"/>
          </w:tcPr>
          <w:p w:rsidR="00F44E79" w:rsidRPr="00760509" w:rsidRDefault="00F44E79" w:rsidP="00760509">
            <w:pPr>
              <w:jc w:val="both"/>
              <w:rPr>
                <w:rFonts w:ascii="Times New Roman" w:hAnsi="Times New Roman" w:cs="Times New Roman"/>
                <w:b/>
                <w:bCs/>
              </w:rPr>
            </w:pPr>
            <w:r w:rsidRPr="00760509">
              <w:rPr>
                <w:rFonts w:ascii="Times New Roman" w:hAnsi="Times New Roman" w:cs="Times New Roman"/>
                <w:b/>
                <w:bCs/>
              </w:rPr>
              <w:t>Текстовые задачи</w:t>
            </w:r>
          </w:p>
          <w:p w:rsidR="00F44E79" w:rsidRPr="00760509" w:rsidRDefault="00F44E79" w:rsidP="00760509">
            <w:pPr>
              <w:pStyle w:val="NoSpacing"/>
              <w:jc w:val="both"/>
              <w:rPr>
                <w:rFonts w:ascii="Times New Roman" w:hAnsi="Times New Roman"/>
                <w:b/>
                <w:sz w:val="24"/>
                <w:szCs w:val="24"/>
              </w:rPr>
            </w:pPr>
          </w:p>
        </w:tc>
        <w:tc>
          <w:tcPr>
            <w:tcW w:w="3293" w:type="dxa"/>
          </w:tcPr>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Решать несложные сюжетные задачи разных типов на все арифметические действия;</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осуществлять способ поиска решения задачи, в котором рассуждение строится от условия к требованию или от требования к условию;</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составлять план решения задачи; </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выделять этапы решения задачи;</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интерпретировать вычислительные результаты в задаче, исследовать полученное решение задачи;</w:t>
            </w:r>
          </w:p>
          <w:p w:rsidR="00F44E79" w:rsidRPr="00760509" w:rsidRDefault="00F44E79" w:rsidP="00760509">
            <w:pPr>
              <w:tabs>
                <w:tab w:val="left" w:pos="993"/>
              </w:tabs>
              <w:jc w:val="both"/>
              <w:rPr>
                <w:rFonts w:ascii="Times New Roman" w:hAnsi="Times New Roman" w:cs="Times New Roman"/>
              </w:rPr>
            </w:pPr>
            <w:r w:rsidRPr="00760509">
              <w:rPr>
                <w:rFonts w:ascii="Times New Roman" w:hAnsi="Times New Roman" w:cs="Times New Roman"/>
              </w:rPr>
              <w:t xml:space="preserve">  знать различие скоростей объекта в стоячей воде, против течения и по течению реки;</w:t>
            </w:r>
          </w:p>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 xml:space="preserve">   решать задачи на нахождение части числа и числа по его части;</w:t>
            </w:r>
          </w:p>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 xml:space="preserve">   решать задачи разных типов (на работу, на покупки, на движение), связывающих три величины, выделять эти величины и отношения между ними;</w:t>
            </w:r>
          </w:p>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 xml:space="preserve">   решать несложные логические задачи методом рассуждений.</w:t>
            </w:r>
          </w:p>
          <w:p w:rsidR="00F44E79" w:rsidRPr="00760509" w:rsidRDefault="00F44E79" w:rsidP="00760509">
            <w:pPr>
              <w:pStyle w:val="NoSpacing"/>
              <w:jc w:val="both"/>
              <w:rPr>
                <w:rFonts w:ascii="Times New Roman" w:hAnsi="Times New Roman"/>
                <w:b/>
                <w:sz w:val="24"/>
                <w:szCs w:val="24"/>
              </w:rPr>
            </w:pPr>
          </w:p>
        </w:tc>
        <w:tc>
          <w:tcPr>
            <w:tcW w:w="3686" w:type="dxa"/>
          </w:tcPr>
          <w:p w:rsidR="00F44E79" w:rsidRPr="00760509" w:rsidRDefault="00F44E79" w:rsidP="00760509">
            <w:pPr>
              <w:widowControl/>
              <w:tabs>
                <w:tab w:val="left" w:pos="993"/>
              </w:tabs>
              <w:jc w:val="both"/>
              <w:rPr>
                <w:rFonts w:ascii="Times New Roman" w:hAnsi="Times New Roman" w:cs="Times New Roman"/>
              </w:rPr>
            </w:pPr>
            <w:r w:rsidRPr="00760509">
              <w:rPr>
                <w:rFonts w:ascii="Times New Roman" w:hAnsi="Times New Roman" w:cs="Times New Roman"/>
              </w:rPr>
              <w:t xml:space="preserve">   Выдвигать гипотезы о возможных предельных значениях искомых величин в задаче</w:t>
            </w:r>
            <w:r w:rsidRPr="00760509" w:rsidDel="00681BB7">
              <w:rPr>
                <w:rFonts w:ascii="Times New Roman" w:hAnsi="Times New Roman" w:cs="Times New Roman"/>
              </w:rPr>
              <w:t xml:space="preserve"> </w:t>
            </w:r>
            <w:r w:rsidRPr="00760509">
              <w:rPr>
                <w:rFonts w:ascii="Times New Roman" w:hAnsi="Times New Roman" w:cs="Times New Roman"/>
              </w:rPr>
              <w:t xml:space="preserve"> (делать прикидку) </w:t>
            </w:r>
          </w:p>
          <w:p w:rsidR="00F44E79" w:rsidRPr="00760509" w:rsidRDefault="00F44E79" w:rsidP="00760509">
            <w:pPr>
              <w:pStyle w:val="NoSpacing"/>
              <w:jc w:val="both"/>
              <w:rPr>
                <w:rFonts w:ascii="Times New Roman" w:hAnsi="Times New Roman"/>
                <w:b/>
                <w:sz w:val="24"/>
                <w:szCs w:val="24"/>
              </w:rPr>
            </w:pPr>
          </w:p>
        </w:tc>
        <w:tc>
          <w:tcPr>
            <w:tcW w:w="3526" w:type="dxa"/>
          </w:tcPr>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Решать простые и сложные задачи разных типов, а также задачи повышенной трудности;</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использовать разные краткие записи как модели текстов сложных задач для построения поисковой схемы и решения задач;</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знать и применять оба способа поиска решения задач (от требования к условию и от условия к требованию);</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моделировать рассуждения при поиске решения задач с помощью граф-схемы;</w:t>
            </w:r>
          </w:p>
          <w:p w:rsidR="00F44E79" w:rsidRPr="00760509" w:rsidRDefault="00F44E79" w:rsidP="00760509">
            <w:pPr>
              <w:tabs>
                <w:tab w:val="left" w:pos="1134"/>
              </w:tabs>
              <w:jc w:val="both"/>
              <w:rPr>
                <w:rFonts w:ascii="Times New Roman" w:hAnsi="Times New Roman" w:cs="Times New Roman"/>
                <w:i/>
              </w:rPr>
            </w:pPr>
            <w:r w:rsidRPr="00760509">
              <w:rPr>
                <w:rFonts w:ascii="Times New Roman" w:hAnsi="Times New Roman" w:cs="Times New Roman"/>
                <w:i/>
              </w:rPr>
              <w:t xml:space="preserve">    выделять этапы решения задачи и содержание каждого этапа;</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интерпретировать вычислительные результаты в задаче, исследовать полученное решение задачи;</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исследовать всевозможные ситуации при решении задач на движение по реке, рассматривать разные системы отсчёта;</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решать разнообразные задачи «на части», </w:t>
            </w:r>
          </w:p>
          <w:p w:rsidR="00F44E79" w:rsidRPr="00760509" w:rsidRDefault="00F44E79" w:rsidP="00760509">
            <w:pPr>
              <w:widowControl/>
              <w:tabs>
                <w:tab w:val="left" w:pos="1134"/>
              </w:tabs>
              <w:jc w:val="both"/>
              <w:rPr>
                <w:rFonts w:ascii="Times New Roman" w:hAnsi="Times New Roman" w:cs="Times New Roman"/>
                <w:i/>
              </w:rPr>
            </w:pPr>
            <w:r w:rsidRPr="00760509">
              <w:rPr>
                <w:rFonts w:ascii="Times New Roman" w:hAnsi="Times New Roman" w:cs="Times New Roman"/>
                <w:i/>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44E79" w:rsidRPr="00760509" w:rsidRDefault="00F44E79" w:rsidP="00760509">
            <w:pPr>
              <w:widowControl/>
              <w:tabs>
                <w:tab w:val="left" w:pos="1134"/>
              </w:tabs>
              <w:jc w:val="both"/>
              <w:rPr>
                <w:rFonts w:ascii="Times New Roman" w:hAnsi="Times New Roman" w:cs="Times New Roman"/>
                <w:i/>
              </w:rPr>
            </w:pPr>
            <w:r w:rsidRPr="00760509">
              <w:rPr>
                <w:rFonts w:ascii="Times New Roman" w:hAnsi="Times New Roman" w:cs="Times New Roman"/>
                <w:i/>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tc>
        <w:tc>
          <w:tcPr>
            <w:tcW w:w="3049" w:type="dxa"/>
          </w:tcPr>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решать задачи на движение по реке, рассматривая разные системы отсчета.</w:t>
            </w:r>
          </w:p>
          <w:p w:rsidR="00F44E79" w:rsidRPr="00760509" w:rsidRDefault="00F44E79" w:rsidP="00760509">
            <w:pPr>
              <w:pStyle w:val="NoSpacing"/>
              <w:jc w:val="both"/>
              <w:rPr>
                <w:rFonts w:ascii="Times New Roman" w:hAnsi="Times New Roman"/>
                <w:b/>
                <w:sz w:val="24"/>
                <w:szCs w:val="24"/>
              </w:rPr>
            </w:pPr>
          </w:p>
        </w:tc>
      </w:tr>
      <w:tr w:rsidR="00F44E79" w:rsidRPr="00FC0221" w:rsidTr="00760509">
        <w:trPr>
          <w:trHeight w:val="4668"/>
        </w:trPr>
        <w:tc>
          <w:tcPr>
            <w:tcW w:w="2060"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Наглядная геометрия</w:t>
            </w:r>
          </w:p>
          <w:p w:rsidR="00F44E79" w:rsidRPr="00760509" w:rsidRDefault="00F44E79" w:rsidP="00760509">
            <w:pPr>
              <w:pStyle w:val="NoSpacing"/>
              <w:jc w:val="both"/>
              <w:rPr>
                <w:rFonts w:ascii="Times New Roman" w:hAnsi="Times New Roman"/>
                <w:b/>
                <w:sz w:val="24"/>
                <w:szCs w:val="24"/>
              </w:rPr>
            </w:pPr>
          </w:p>
        </w:tc>
        <w:tc>
          <w:tcPr>
            <w:tcW w:w="3293"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Геометрические фигуры</w:t>
            </w:r>
          </w:p>
          <w:p w:rsidR="00F44E79" w:rsidRPr="00760509" w:rsidRDefault="00F44E79" w:rsidP="00760509">
            <w:pPr>
              <w:widowControl/>
              <w:tabs>
                <w:tab w:val="left" w:pos="0"/>
                <w:tab w:val="left" w:pos="993"/>
              </w:tabs>
              <w:jc w:val="both"/>
              <w:rPr>
                <w:rFonts w:ascii="Times New Roman" w:hAnsi="Times New Roman" w:cs="Times New Roman"/>
              </w:rPr>
            </w:pPr>
            <w:r w:rsidRPr="00760509">
              <w:rPr>
                <w:rFonts w:ascii="Times New Roman" w:hAnsi="Times New Roman" w:cs="Times New Roman"/>
              </w:rPr>
              <w:t xml:space="preserve">   Оперировать на базовом уровне понятиями: фигура,</w:t>
            </w:r>
            <w:r w:rsidRPr="00760509" w:rsidDel="0046087C">
              <w:rPr>
                <w:rFonts w:ascii="Times New Roman" w:hAnsi="Times New Roman" w:cs="Times New Roman"/>
                <w:b/>
                <w:bCs/>
              </w:rPr>
              <w:t xml:space="preserve"> </w:t>
            </w:r>
            <w:r w:rsidRPr="00760509">
              <w:rPr>
                <w:rFonts w:ascii="Times New Roman" w:hAnsi="Times New Roman" w:cs="Times New Roman"/>
                <w:bCs/>
              </w:rPr>
              <w:t>т</w:t>
            </w:r>
            <w:r w:rsidRPr="00760509">
              <w:rPr>
                <w:rFonts w:ascii="Times New Roman" w:hAnsi="Times New Roman" w:cs="Times New Roman"/>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
          <w:p w:rsidR="00F44E79" w:rsidRPr="00760509" w:rsidRDefault="00F44E79" w:rsidP="00760509">
            <w:pPr>
              <w:widowControl/>
              <w:tabs>
                <w:tab w:val="left" w:pos="0"/>
                <w:tab w:val="left" w:pos="993"/>
              </w:tabs>
              <w:jc w:val="both"/>
              <w:rPr>
                <w:rFonts w:ascii="Times New Roman" w:hAnsi="Times New Roman" w:cs="Times New Roman"/>
                <w:b/>
                <w:i/>
              </w:rPr>
            </w:pPr>
            <w:r w:rsidRPr="00760509">
              <w:rPr>
                <w:rFonts w:ascii="Times New Roman" w:hAnsi="Times New Roman" w:cs="Times New Roman"/>
              </w:rPr>
              <w:t xml:space="preserve">    Изображать изучаемые фигуры от руки и с помощью линейки и циркуля.</w:t>
            </w:r>
          </w:p>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Измерения и вычисления</w:t>
            </w:r>
          </w:p>
          <w:p w:rsidR="00F44E79" w:rsidRPr="00FB5FED" w:rsidRDefault="00F44E79" w:rsidP="00760509">
            <w:pPr>
              <w:pStyle w:val="a0"/>
              <w:numPr>
                <w:ilvl w:val="0"/>
                <w:numId w:val="0"/>
              </w:numPr>
              <w:tabs>
                <w:tab w:val="left" w:pos="993"/>
              </w:tabs>
              <w:rPr>
                <w:rFonts w:ascii="Times New Roman" w:hAnsi="Times New Roman"/>
                <w:sz w:val="24"/>
                <w:szCs w:val="24"/>
              </w:rPr>
            </w:pPr>
            <w:r w:rsidRPr="00FB5FED">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w:t>
            </w:r>
          </w:p>
          <w:p w:rsidR="00F44E79" w:rsidRPr="00FB5FED" w:rsidRDefault="00F44E79" w:rsidP="00760509">
            <w:pPr>
              <w:pStyle w:val="a0"/>
              <w:numPr>
                <w:ilvl w:val="0"/>
                <w:numId w:val="0"/>
              </w:numPr>
              <w:tabs>
                <w:tab w:val="left" w:pos="993"/>
              </w:tabs>
              <w:rPr>
                <w:rFonts w:ascii="Times New Roman" w:hAnsi="Times New Roman"/>
                <w:sz w:val="24"/>
                <w:szCs w:val="24"/>
              </w:rPr>
            </w:pPr>
            <w:r w:rsidRPr="00FB5FED">
              <w:rPr>
                <w:rFonts w:ascii="Times New Roman" w:hAnsi="Times New Roman"/>
                <w:sz w:val="24"/>
                <w:szCs w:val="24"/>
              </w:rPr>
              <w:t xml:space="preserve">   вычислять площади прямоугольников. </w:t>
            </w:r>
          </w:p>
          <w:p w:rsidR="00F44E79" w:rsidRPr="00760509" w:rsidRDefault="00F44E79" w:rsidP="00760509">
            <w:pPr>
              <w:widowControl/>
              <w:tabs>
                <w:tab w:val="left" w:pos="993"/>
              </w:tabs>
              <w:jc w:val="both"/>
              <w:rPr>
                <w:rFonts w:ascii="Times New Roman" w:hAnsi="Times New Roman" w:cs="Times New Roman"/>
                <w:b/>
              </w:rPr>
            </w:pPr>
          </w:p>
        </w:tc>
        <w:tc>
          <w:tcPr>
            <w:tcW w:w="3686" w:type="dxa"/>
          </w:tcPr>
          <w:p w:rsidR="00F44E79" w:rsidRPr="00760509" w:rsidRDefault="00F44E79" w:rsidP="00760509">
            <w:pPr>
              <w:tabs>
                <w:tab w:val="left" w:pos="993"/>
              </w:tabs>
              <w:contextualSpacing/>
              <w:jc w:val="both"/>
              <w:rPr>
                <w:rFonts w:ascii="Times New Roman" w:hAnsi="Times New Roman" w:cs="Times New Roman"/>
              </w:rPr>
            </w:pPr>
            <w:r w:rsidRPr="00760509">
              <w:rPr>
                <w:rFonts w:ascii="Times New Roman" w:hAnsi="Times New Roman" w:cs="Times New Roman"/>
              </w:rPr>
              <w:t xml:space="preserve">   Решать практические задачи с применением простейших свойств фигур; </w:t>
            </w:r>
          </w:p>
          <w:p w:rsidR="00F44E79" w:rsidRPr="00760509" w:rsidRDefault="00F44E79" w:rsidP="00760509">
            <w:pPr>
              <w:widowControl/>
              <w:tabs>
                <w:tab w:val="left" w:pos="0"/>
                <w:tab w:val="left" w:pos="993"/>
              </w:tabs>
              <w:jc w:val="both"/>
              <w:rPr>
                <w:rFonts w:ascii="Times New Roman" w:hAnsi="Times New Roman" w:cs="Times New Roman"/>
              </w:rPr>
            </w:pPr>
            <w:r w:rsidRPr="00760509">
              <w:rPr>
                <w:rFonts w:ascii="Times New Roman" w:hAnsi="Times New Roman" w:cs="Times New Roman"/>
              </w:rPr>
              <w:t xml:space="preserve">    вычислять расстояния на местности в стандартных ситуациях, площади прямоугольников;</w:t>
            </w:r>
          </w:p>
          <w:p w:rsidR="00F44E79" w:rsidRPr="00760509" w:rsidRDefault="00F44E79" w:rsidP="00760509">
            <w:pPr>
              <w:widowControl/>
              <w:tabs>
                <w:tab w:val="left" w:pos="0"/>
                <w:tab w:val="left" w:pos="993"/>
              </w:tabs>
              <w:jc w:val="both"/>
              <w:rPr>
                <w:rFonts w:ascii="Times New Roman" w:hAnsi="Times New Roman" w:cs="Times New Roman"/>
              </w:rPr>
            </w:pPr>
            <w:r w:rsidRPr="00760509">
              <w:rPr>
                <w:rFonts w:ascii="Times New Roman" w:hAnsi="Times New Roman" w:cs="Times New Roman"/>
              </w:rPr>
              <w:t xml:space="preserve">   выполнять простейшие построения и измерения на местности, необходимые в реальной жизни. </w:t>
            </w:r>
          </w:p>
          <w:p w:rsidR="00F44E79" w:rsidRPr="00760509" w:rsidRDefault="00F44E79" w:rsidP="00760509">
            <w:pPr>
              <w:tabs>
                <w:tab w:val="left" w:pos="993"/>
              </w:tabs>
              <w:contextualSpacing/>
              <w:jc w:val="both"/>
              <w:rPr>
                <w:rFonts w:ascii="Times New Roman" w:hAnsi="Times New Roman" w:cs="Times New Roman"/>
                <w:b/>
              </w:rPr>
            </w:pPr>
          </w:p>
        </w:tc>
        <w:tc>
          <w:tcPr>
            <w:tcW w:w="3526"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Геометрические фигуры</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Извлекать, интерпретировать и преобразовывать информацию о геометрических фигурах, представленную на чертежах;</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изображать изучаемые фигуры от руки и с помощью компьютерных инструментов.</w:t>
            </w:r>
          </w:p>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Измерения и вычисления</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Выполнять измерение длин, расстояний, величин углов, с помощью инструментов для измерений длин и углов;</w:t>
            </w:r>
          </w:p>
          <w:p w:rsidR="00F44E79" w:rsidRPr="00FB5FED" w:rsidRDefault="00F44E79" w:rsidP="00760509">
            <w:pPr>
              <w:pStyle w:val="a0"/>
              <w:numPr>
                <w:ilvl w:val="0"/>
                <w:numId w:val="0"/>
              </w:numPr>
              <w:tabs>
                <w:tab w:val="left" w:pos="1134"/>
              </w:tabs>
              <w:rPr>
                <w:rFonts w:ascii="Times New Roman" w:hAnsi="Times New Roman"/>
                <w:i/>
                <w:sz w:val="24"/>
                <w:szCs w:val="24"/>
              </w:rPr>
            </w:pPr>
            <w:r w:rsidRPr="00FB5FED">
              <w:rPr>
                <w:rFonts w:ascii="Times New Roman" w:hAnsi="Times New Roman"/>
                <w:i/>
                <w:sz w:val="24"/>
                <w:szCs w:val="24"/>
              </w:rPr>
              <w:t xml:space="preserve">   вычислять площади прямоугольников, квадратов, объёмы прямоугольных параллелепипедов, кубов.</w:t>
            </w:r>
          </w:p>
          <w:p w:rsidR="00F44E79" w:rsidRPr="00760509" w:rsidRDefault="00F44E79" w:rsidP="00760509">
            <w:pPr>
              <w:pStyle w:val="NoSpacing"/>
              <w:jc w:val="both"/>
              <w:rPr>
                <w:rFonts w:ascii="Times New Roman" w:hAnsi="Times New Roman"/>
                <w:b/>
                <w:sz w:val="24"/>
                <w:szCs w:val="24"/>
              </w:rPr>
            </w:pPr>
          </w:p>
        </w:tc>
        <w:tc>
          <w:tcPr>
            <w:tcW w:w="3049" w:type="dxa"/>
          </w:tcPr>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Вычислять расстояния на местности в стандартных ситуациях, площади участков прямоугольной формы, объёмы комнат;</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выполнять простейшие построения на местности, необходимые в реальной жизни; </w:t>
            </w:r>
          </w:p>
          <w:p w:rsidR="00F44E79" w:rsidRPr="00760509" w:rsidRDefault="00F44E79" w:rsidP="00760509">
            <w:pPr>
              <w:tabs>
                <w:tab w:val="left" w:pos="1134"/>
              </w:tabs>
              <w:contextualSpacing/>
              <w:jc w:val="both"/>
              <w:rPr>
                <w:rFonts w:ascii="Times New Roman" w:hAnsi="Times New Roman" w:cs="Times New Roman"/>
                <w:i/>
              </w:rPr>
            </w:pPr>
            <w:r w:rsidRPr="00760509">
              <w:rPr>
                <w:rFonts w:ascii="Times New Roman" w:hAnsi="Times New Roman" w:cs="Times New Roman"/>
                <w:i/>
              </w:rPr>
              <w:t xml:space="preserve">    оценивать размеры реальных объектов окружающего мира.</w:t>
            </w:r>
          </w:p>
          <w:p w:rsidR="00F44E79" w:rsidRPr="00760509" w:rsidRDefault="00F44E79" w:rsidP="00760509">
            <w:pPr>
              <w:pStyle w:val="NoSpacing"/>
              <w:jc w:val="both"/>
              <w:rPr>
                <w:rFonts w:ascii="Times New Roman" w:hAnsi="Times New Roman"/>
                <w:b/>
                <w:sz w:val="24"/>
                <w:szCs w:val="24"/>
              </w:rPr>
            </w:pPr>
          </w:p>
        </w:tc>
      </w:tr>
      <w:tr w:rsidR="00F44E79" w:rsidRPr="00FC0221" w:rsidTr="00760509">
        <w:tc>
          <w:tcPr>
            <w:tcW w:w="2060" w:type="dxa"/>
          </w:tcPr>
          <w:p w:rsidR="00F44E79" w:rsidRPr="00760509" w:rsidRDefault="00F44E79" w:rsidP="00760509">
            <w:pPr>
              <w:jc w:val="both"/>
              <w:rPr>
                <w:rFonts w:ascii="Times New Roman" w:hAnsi="Times New Roman" w:cs="Times New Roman"/>
                <w:b/>
                <w:bCs/>
              </w:rPr>
            </w:pPr>
            <w:r w:rsidRPr="00760509">
              <w:rPr>
                <w:rFonts w:ascii="Times New Roman" w:hAnsi="Times New Roman" w:cs="Times New Roman"/>
                <w:b/>
                <w:bCs/>
              </w:rPr>
              <w:t>История математики</w:t>
            </w:r>
          </w:p>
        </w:tc>
        <w:tc>
          <w:tcPr>
            <w:tcW w:w="3293" w:type="dxa"/>
          </w:tcPr>
          <w:p w:rsidR="00F44E79" w:rsidRPr="00760509" w:rsidRDefault="00F44E79" w:rsidP="00760509">
            <w:pPr>
              <w:jc w:val="both"/>
              <w:rPr>
                <w:rFonts w:ascii="Times New Roman" w:hAnsi="Times New Roman" w:cs="Times New Roman"/>
                <w:b/>
                <w:bCs/>
              </w:rPr>
            </w:pPr>
            <w:r w:rsidRPr="00760509">
              <w:rPr>
                <w:rFonts w:ascii="Times New Roman" w:hAnsi="Times New Roman" w:cs="Times New Roman"/>
                <w:b/>
                <w:bCs/>
              </w:rPr>
              <w:t>История математики</w:t>
            </w:r>
          </w:p>
          <w:p w:rsidR="00F44E79" w:rsidRPr="00760509" w:rsidRDefault="00F44E79" w:rsidP="00760509">
            <w:pPr>
              <w:widowControl/>
              <w:tabs>
                <w:tab w:val="left" w:pos="34"/>
                <w:tab w:val="left" w:pos="993"/>
              </w:tabs>
              <w:jc w:val="both"/>
              <w:rPr>
                <w:rFonts w:ascii="Times New Roman" w:hAnsi="Times New Roman" w:cs="Times New Roman"/>
              </w:rPr>
            </w:pPr>
            <w:r w:rsidRPr="00760509">
              <w:rPr>
                <w:rFonts w:ascii="Times New Roman" w:hAnsi="Times New Roman" w:cs="Times New Roman"/>
              </w:rPr>
              <w:t xml:space="preserve">   Описывать отдельные выдающиеся результаты, полученные в ходе развития математики как науки;</w:t>
            </w:r>
          </w:p>
          <w:p w:rsidR="00F44E79" w:rsidRPr="00760509" w:rsidRDefault="00F44E79" w:rsidP="00760509">
            <w:pPr>
              <w:widowControl/>
              <w:tabs>
                <w:tab w:val="left" w:pos="993"/>
              </w:tabs>
              <w:jc w:val="both"/>
              <w:rPr>
                <w:rFonts w:ascii="Times New Roman" w:hAnsi="Times New Roman" w:cs="Times New Roman"/>
              </w:rPr>
            </w:pPr>
            <w:r w:rsidRPr="00760509">
              <w:rPr>
                <w:rFonts w:ascii="Times New Roman" w:hAnsi="Times New Roman" w:cs="Times New Roman"/>
              </w:rPr>
              <w:t xml:space="preserve">   знать примеры математических открытий и их авторов, в связи с отечественной и всемирной историей.</w:t>
            </w:r>
          </w:p>
          <w:p w:rsidR="00F44E79" w:rsidRPr="00760509" w:rsidRDefault="00F44E79" w:rsidP="00760509">
            <w:pPr>
              <w:jc w:val="both"/>
              <w:rPr>
                <w:rFonts w:ascii="Times New Roman" w:hAnsi="Times New Roman" w:cs="Times New Roman"/>
                <w:b/>
              </w:rPr>
            </w:pPr>
          </w:p>
        </w:tc>
        <w:tc>
          <w:tcPr>
            <w:tcW w:w="3686" w:type="dxa"/>
          </w:tcPr>
          <w:p w:rsidR="00F44E79" w:rsidRPr="00760509" w:rsidRDefault="00F44E79" w:rsidP="00760509">
            <w:pPr>
              <w:tabs>
                <w:tab w:val="left" w:pos="993"/>
              </w:tabs>
              <w:ind w:left="709"/>
              <w:contextualSpacing/>
              <w:jc w:val="both"/>
              <w:rPr>
                <w:rFonts w:ascii="Times New Roman" w:hAnsi="Times New Roman" w:cs="Times New Roman"/>
              </w:rPr>
            </w:pPr>
          </w:p>
        </w:tc>
        <w:tc>
          <w:tcPr>
            <w:tcW w:w="3526" w:type="dxa"/>
          </w:tcPr>
          <w:p w:rsidR="00F44E79" w:rsidRPr="00760509" w:rsidRDefault="00F44E79" w:rsidP="00760509">
            <w:pPr>
              <w:contextualSpacing/>
              <w:jc w:val="both"/>
              <w:rPr>
                <w:rFonts w:ascii="Times New Roman" w:hAnsi="Times New Roman" w:cs="Times New Roman"/>
                <w:i/>
              </w:rPr>
            </w:pPr>
            <w:r w:rsidRPr="00760509">
              <w:rPr>
                <w:rFonts w:ascii="Times New Roman" w:hAnsi="Times New Roman" w:cs="Times New Roman"/>
                <w:i/>
              </w:rPr>
              <w:t xml:space="preserve">    Характеризовать вклад выдающихся математиков в развитие математики и иных научных областей.</w:t>
            </w:r>
          </w:p>
          <w:p w:rsidR="00F44E79" w:rsidRPr="00760509" w:rsidRDefault="00F44E79" w:rsidP="00760509">
            <w:pPr>
              <w:pStyle w:val="NoSpacing"/>
              <w:jc w:val="both"/>
              <w:rPr>
                <w:rFonts w:ascii="Times New Roman" w:hAnsi="Times New Roman"/>
                <w:b/>
                <w:sz w:val="24"/>
                <w:szCs w:val="24"/>
              </w:rPr>
            </w:pPr>
          </w:p>
        </w:tc>
        <w:tc>
          <w:tcPr>
            <w:tcW w:w="3049" w:type="dxa"/>
          </w:tcPr>
          <w:p w:rsidR="00F44E79" w:rsidRPr="00760509" w:rsidRDefault="00F44E79" w:rsidP="00760509">
            <w:pPr>
              <w:pStyle w:val="NoSpacing"/>
              <w:jc w:val="both"/>
              <w:rPr>
                <w:rFonts w:ascii="Times New Roman" w:hAnsi="Times New Roman"/>
                <w:b/>
                <w:sz w:val="24"/>
                <w:szCs w:val="24"/>
              </w:rPr>
            </w:pPr>
          </w:p>
        </w:tc>
      </w:tr>
    </w:tbl>
    <w:p w:rsidR="00F44E79" w:rsidRPr="00FC0221" w:rsidRDefault="00F44E79" w:rsidP="00C92330">
      <w:pPr>
        <w:widowControl/>
        <w:jc w:val="both"/>
        <w:rPr>
          <w:rFonts w:ascii="Times New Roman" w:hAnsi="Times New Roman" w:cs="Times New Roman"/>
        </w:rPr>
        <w:sectPr w:rsidR="00F44E79" w:rsidRPr="00FC0221" w:rsidSect="00C92330">
          <w:pgSz w:w="11906" w:h="16838"/>
          <w:pgMar w:top="567" w:right="720" w:bottom="567" w:left="720" w:header="709" w:footer="709" w:gutter="0"/>
          <w:cols w:space="708"/>
          <w:docGrid w:linePitch="360"/>
        </w:sectPr>
      </w:pPr>
    </w:p>
    <w:p w:rsidR="00F44E79" w:rsidRPr="00FC0221" w:rsidRDefault="00F44E79" w:rsidP="00C92330">
      <w:pPr>
        <w:pStyle w:val="NoSpacing"/>
        <w:jc w:val="both"/>
        <w:rPr>
          <w:rFonts w:ascii="Times New Roman" w:hAnsi="Times New Roman"/>
          <w:sz w:val="24"/>
          <w:szCs w:val="24"/>
        </w:rPr>
        <w:sectPr w:rsidR="00F44E79" w:rsidRPr="00FC0221" w:rsidSect="00C92330">
          <w:type w:val="continuous"/>
          <w:pgSz w:w="11906" w:h="16838"/>
          <w:pgMar w:top="567" w:right="720" w:bottom="567" w:left="720" w:header="709" w:footer="709" w:gutter="0"/>
          <w:cols w:space="708"/>
          <w:docGrid w:linePitch="360"/>
        </w:sectPr>
      </w:pPr>
    </w:p>
    <w:p w:rsidR="00F44E79" w:rsidRPr="00FC0221" w:rsidRDefault="00F44E79" w:rsidP="00C92330">
      <w:pPr>
        <w:pStyle w:val="NoSpacing"/>
        <w:jc w:val="both"/>
        <w:rPr>
          <w:rFonts w:ascii="Times New Roman" w:hAnsi="Times New Roman"/>
          <w:b/>
          <w:sz w:val="24"/>
          <w:szCs w:val="24"/>
        </w:rPr>
      </w:pPr>
      <w:r w:rsidRPr="00FC0221">
        <w:rPr>
          <w:rFonts w:ascii="Times New Roman" w:hAnsi="Times New Roman"/>
          <w:b/>
          <w:sz w:val="24"/>
          <w:szCs w:val="24"/>
        </w:rPr>
        <w:t xml:space="preserve">        Тематическое планирование по математике 5 класс</w:t>
      </w:r>
    </w:p>
    <w:p w:rsidR="00F44E79" w:rsidRPr="00FC0221" w:rsidRDefault="00F44E79" w:rsidP="00C92330">
      <w:pPr>
        <w:pStyle w:val="NoSpacing"/>
        <w:jc w:val="both"/>
        <w:rPr>
          <w:rFonts w:ascii="Times New Roman" w:hAnsi="Times New Roman"/>
          <w:b/>
          <w:sz w:val="24"/>
          <w:szCs w:val="24"/>
        </w:rPr>
      </w:pPr>
    </w:p>
    <w:p w:rsidR="00F44E79" w:rsidRPr="00FC0221" w:rsidRDefault="00F44E79" w:rsidP="00C92330">
      <w:pPr>
        <w:pStyle w:val="NoSpacing"/>
        <w:jc w:val="both"/>
        <w:rPr>
          <w:rFonts w:ascii="Times New Roman" w:hAnsi="Times New Roman"/>
          <w:sz w:val="24"/>
          <w:szCs w:val="24"/>
        </w:rPr>
      </w:pPr>
    </w:p>
    <w:tbl>
      <w:tblPr>
        <w:tblW w:w="1074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1"/>
        <w:gridCol w:w="5079"/>
        <w:gridCol w:w="1418"/>
        <w:gridCol w:w="3402"/>
      </w:tblGrid>
      <w:tr w:rsidR="00F44E79" w:rsidRPr="00FC0221" w:rsidTr="00760509">
        <w:trPr>
          <w:trHeight w:val="675"/>
        </w:trPr>
        <w:tc>
          <w:tcPr>
            <w:tcW w:w="841" w:type="dxa"/>
          </w:tcPr>
          <w:p w:rsidR="00F44E79" w:rsidRPr="00760509" w:rsidRDefault="00F44E79" w:rsidP="00760509">
            <w:pPr>
              <w:jc w:val="both"/>
              <w:rPr>
                <w:rFonts w:ascii="Times New Roman" w:hAnsi="Times New Roman" w:cs="Times New Roman"/>
                <w:b/>
                <w:lang w:val="en-US"/>
              </w:rPr>
            </w:pPr>
            <w:r w:rsidRPr="00760509">
              <w:rPr>
                <w:rFonts w:ascii="Times New Roman" w:hAnsi="Times New Roman" w:cs="Times New Roman"/>
                <w:b/>
              </w:rPr>
              <w:t>№ урока</w:t>
            </w:r>
          </w:p>
        </w:tc>
        <w:tc>
          <w:tcPr>
            <w:tcW w:w="5079"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Содержание учебного материала</w:t>
            </w:r>
          </w:p>
        </w:tc>
        <w:tc>
          <w:tcPr>
            <w:tcW w:w="1418"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Количество часов</w:t>
            </w:r>
          </w:p>
        </w:tc>
        <w:tc>
          <w:tcPr>
            <w:tcW w:w="3402" w:type="dxa"/>
          </w:tcPr>
          <w:p w:rsidR="00F44E79" w:rsidRPr="00760509" w:rsidRDefault="00F44E79" w:rsidP="00760509">
            <w:pPr>
              <w:jc w:val="both"/>
              <w:rPr>
                <w:rFonts w:ascii="Times New Roman" w:hAnsi="Times New Roman" w:cs="Times New Roman"/>
                <w:b/>
              </w:rPr>
            </w:pPr>
            <w:r w:rsidRPr="00760509">
              <w:rPr>
                <w:rFonts w:ascii="Times New Roman" w:hAnsi="Times New Roman" w:cs="Times New Roman"/>
                <w:b/>
              </w:rPr>
              <w:t>Электронные (цифровые) образовательные ресурсы</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Повторение курса математики начальной школы</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Действия над числами</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Решение уравнений</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Решение текстовых задач</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64"/>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i/>
                <w:sz w:val="24"/>
                <w:szCs w:val="24"/>
              </w:rPr>
            </w:pPr>
            <w:r w:rsidRPr="00FB5FED">
              <w:rPr>
                <w:rFonts w:ascii="Times New Roman" w:hAnsi="Times New Roman"/>
                <w:b/>
                <w:i/>
                <w:sz w:val="24"/>
                <w:szCs w:val="24"/>
              </w:rPr>
              <w:t>Контрольная работа №</w:t>
            </w:r>
            <w:r w:rsidRPr="00FB5FED">
              <w:rPr>
                <w:rStyle w:val="Bodytext14pt"/>
                <w:b/>
                <w:i/>
                <w:sz w:val="24"/>
                <w:szCs w:val="24"/>
              </w:rPr>
              <w:t xml:space="preserve"> 1</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b/>
                <w:i/>
                <w:sz w:val="24"/>
                <w:szCs w:val="24"/>
              </w:rPr>
            </w:pP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w:t>
            </w:r>
          </w:p>
        </w:tc>
        <w:tc>
          <w:tcPr>
            <w:tcW w:w="5079" w:type="dxa"/>
          </w:tcPr>
          <w:p w:rsidR="00F44E79" w:rsidRPr="00FB5FED" w:rsidRDefault="00F44E79" w:rsidP="00760509">
            <w:pPr>
              <w:pStyle w:val="19"/>
              <w:shd w:val="clear" w:color="auto" w:fill="auto"/>
              <w:spacing w:before="0" w:line="240" w:lineRule="auto"/>
              <w:ind w:firstLine="0"/>
              <w:jc w:val="both"/>
              <w:rPr>
                <w:rFonts w:ascii="Times New Roman" w:hAnsi="Times New Roman"/>
                <w:sz w:val="24"/>
                <w:szCs w:val="24"/>
              </w:rPr>
            </w:pPr>
            <w:r w:rsidRPr="00FB5FED">
              <w:rPr>
                <w:rFonts w:ascii="Times New Roman" w:hAnsi="Times New Roman"/>
                <w:sz w:val="24"/>
                <w:szCs w:val="24"/>
              </w:rPr>
              <w:t>П. 1. Обозначение натуральных чисел</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7</w:t>
            </w:r>
          </w:p>
        </w:tc>
        <w:tc>
          <w:tcPr>
            <w:tcW w:w="5079" w:type="dxa"/>
          </w:tcPr>
          <w:p w:rsidR="00F44E79" w:rsidRPr="00FB5FED" w:rsidRDefault="00F44E79" w:rsidP="00760509">
            <w:pPr>
              <w:pStyle w:val="19"/>
              <w:shd w:val="clear" w:color="auto" w:fill="auto"/>
              <w:spacing w:before="0" w:line="240" w:lineRule="auto"/>
              <w:ind w:firstLine="0"/>
              <w:jc w:val="both"/>
              <w:rPr>
                <w:rFonts w:ascii="Times New Roman" w:hAnsi="Times New Roman"/>
                <w:sz w:val="24"/>
                <w:szCs w:val="24"/>
              </w:rPr>
            </w:pPr>
            <w:r w:rsidRPr="00FB5FED">
              <w:rPr>
                <w:rFonts w:ascii="Times New Roman" w:hAnsi="Times New Roman"/>
                <w:sz w:val="24"/>
                <w:szCs w:val="24"/>
              </w:rPr>
              <w:t>П. 1. Обозначение натуральных чисел</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8</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2. Отрезок. Длина отрезка. Треугольник.</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2. Отрезок. Длина отрезка. Треугольник.</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3. Плоскость. Прямая. Луч</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3. Плоскость. Прямая. Луч</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 Шкалы и координаты.</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 Шкалы и координаты.</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5. Меньше или больше.</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5. Меньше или больше.</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Повторение и систематизация учебного материала</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17</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i/>
                <w:sz w:val="24"/>
                <w:szCs w:val="24"/>
              </w:rPr>
            </w:pPr>
            <w:r w:rsidRPr="00FB5FED">
              <w:rPr>
                <w:rFonts w:ascii="Times New Roman" w:hAnsi="Times New Roman"/>
                <w:b/>
                <w:i/>
                <w:sz w:val="24"/>
                <w:szCs w:val="24"/>
              </w:rPr>
              <w:t>Контрольная работа №</w:t>
            </w:r>
            <w:r w:rsidRPr="00FB5FED">
              <w:rPr>
                <w:rStyle w:val="Bodytext14pt"/>
                <w:b/>
                <w:i/>
                <w:sz w:val="24"/>
                <w:szCs w:val="24"/>
              </w:rPr>
              <w:t xml:space="preserve"> 2</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b/>
                <w:i/>
                <w:sz w:val="24"/>
                <w:szCs w:val="24"/>
              </w:rPr>
            </w:pPr>
          </w:p>
        </w:tc>
      </w:tr>
      <w:tr w:rsidR="00F44E79" w:rsidRPr="00FC0221" w:rsidTr="00760509">
        <w:trPr>
          <w:trHeight w:val="237"/>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6. Сложение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41"/>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6. Сложение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88"/>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6. Сложение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33"/>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6. Сложение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5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7. Вычитание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41"/>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7. Вычитание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88"/>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7. Вычитание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25</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b/>
                <w:i/>
              </w:rPr>
              <w:t>Контрольная работа № 3</w:t>
            </w:r>
          </w:p>
        </w:tc>
        <w:tc>
          <w:tcPr>
            <w:tcW w:w="1418" w:type="dxa"/>
          </w:tcPr>
          <w:p w:rsidR="00F44E79" w:rsidRPr="00760509" w:rsidRDefault="00F44E79" w:rsidP="00760509">
            <w:pPr>
              <w:ind w:left="317"/>
              <w:jc w:val="both"/>
              <w:rPr>
                <w:rFonts w:ascii="Times New Roman" w:hAnsi="Times New Roman" w:cs="Times New Roman"/>
                <w:b/>
                <w:i/>
              </w:rPr>
            </w:pPr>
            <w:r w:rsidRPr="00760509">
              <w:rPr>
                <w:rFonts w:ascii="Times New Roman" w:hAnsi="Times New Roman" w:cs="Times New Roman"/>
                <w:b/>
                <w:i/>
              </w:rPr>
              <w:t>1</w:t>
            </w:r>
          </w:p>
        </w:tc>
        <w:tc>
          <w:tcPr>
            <w:tcW w:w="3402" w:type="dxa"/>
          </w:tcPr>
          <w:p w:rsidR="00F44E79" w:rsidRPr="00760509" w:rsidRDefault="00F44E79" w:rsidP="00760509">
            <w:pPr>
              <w:ind w:left="317"/>
              <w:jc w:val="both"/>
              <w:rPr>
                <w:rFonts w:ascii="Times New Roman" w:hAnsi="Times New Roman" w:cs="Times New Roman"/>
                <w:b/>
                <w:i/>
              </w:rPr>
            </w:pP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8. Числовые и буквенные выражения</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8. Числовые и буквенные выражения</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9. Буквенная запись свойств сложения и вычитания</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29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9. Буквенная запись свойств сложения и вычитания</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9. Буквенная запись свойств сложения и вычитания</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2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10. Уравнение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10. Уравнение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10. Уравнение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10. Уравнение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3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35</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b/>
                <w:i/>
              </w:rPr>
              <w:t>Контрольная работа № 4</w:t>
            </w:r>
          </w:p>
        </w:tc>
        <w:tc>
          <w:tcPr>
            <w:tcW w:w="1418" w:type="dxa"/>
          </w:tcPr>
          <w:p w:rsidR="00F44E79" w:rsidRPr="00760509" w:rsidRDefault="00F44E79" w:rsidP="00760509">
            <w:pPr>
              <w:ind w:left="317"/>
              <w:jc w:val="both"/>
              <w:rPr>
                <w:rFonts w:ascii="Times New Roman" w:hAnsi="Times New Roman" w:cs="Times New Roman"/>
                <w:b/>
                <w:i/>
              </w:rPr>
            </w:pPr>
            <w:r w:rsidRPr="00760509">
              <w:rPr>
                <w:rFonts w:ascii="Times New Roman" w:hAnsi="Times New Roman" w:cs="Times New Roman"/>
                <w:b/>
                <w:i/>
              </w:rPr>
              <w:t>1</w:t>
            </w:r>
          </w:p>
        </w:tc>
        <w:tc>
          <w:tcPr>
            <w:tcW w:w="3402" w:type="dxa"/>
          </w:tcPr>
          <w:p w:rsidR="00F44E79" w:rsidRPr="00760509" w:rsidRDefault="00F44E79" w:rsidP="00760509">
            <w:pPr>
              <w:ind w:left="317"/>
              <w:jc w:val="both"/>
              <w:rPr>
                <w:rFonts w:ascii="Times New Roman" w:hAnsi="Times New Roman" w:cs="Times New Roman"/>
                <w:b/>
                <w:i/>
              </w:rPr>
            </w:pPr>
          </w:p>
        </w:tc>
      </w:tr>
      <w:tr w:rsidR="00F44E79" w:rsidRPr="00FC0221" w:rsidTr="00760509">
        <w:trPr>
          <w:trHeight w:val="174"/>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11. Умножение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2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11. Умножение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4"/>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11. Умножение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39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11. Умножение натуральных чисел и его свойства</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15"/>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12. Деление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12. Деление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51"/>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12. Деление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98"/>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12. Деление</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0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13. Деление с остатком</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47"/>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13. Деление с остатком</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94"/>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46</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sz w:val="24"/>
                <w:szCs w:val="24"/>
              </w:rPr>
            </w:pPr>
            <w:r w:rsidRPr="00FB5FED">
              <w:rPr>
                <w:rFonts w:ascii="Times New Roman" w:hAnsi="Times New Roman"/>
                <w:b/>
                <w:i/>
                <w:sz w:val="24"/>
                <w:szCs w:val="24"/>
              </w:rPr>
              <w:t>Контрольная работа № 5</w:t>
            </w:r>
          </w:p>
        </w:tc>
        <w:tc>
          <w:tcPr>
            <w:tcW w:w="1418"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FB5FED" w:rsidRDefault="00F44E79" w:rsidP="00760509">
            <w:pPr>
              <w:pStyle w:val="19"/>
              <w:shd w:val="clear" w:color="auto" w:fill="auto"/>
              <w:spacing w:before="0" w:line="240" w:lineRule="auto"/>
              <w:ind w:left="317" w:firstLine="0"/>
              <w:jc w:val="both"/>
              <w:rPr>
                <w:rFonts w:ascii="Times New Roman" w:hAnsi="Times New Roman"/>
                <w:b/>
                <w:i/>
                <w:sz w:val="24"/>
                <w:szCs w:val="24"/>
              </w:rPr>
            </w:pPr>
          </w:p>
        </w:tc>
      </w:tr>
      <w:tr w:rsidR="00F44E79" w:rsidRPr="00FC0221" w:rsidTr="00760509">
        <w:trPr>
          <w:trHeight w:val="239"/>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14. Упрощение выражений</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14. Упрощение выражений</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5"/>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49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14. Упрощение выражений</w:t>
            </w:r>
          </w:p>
        </w:tc>
        <w:tc>
          <w:tcPr>
            <w:tcW w:w="1418" w:type="dxa"/>
          </w:tcPr>
          <w:p w:rsidR="00F44E79" w:rsidRPr="00760509" w:rsidRDefault="00F44E79" w:rsidP="00760509">
            <w:pPr>
              <w:ind w:left="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5"/>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15. Порядок выполнения действий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71"/>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15. Порядок выполнения действий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16"/>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15. Порядок выполнения действий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16. Степень числа. Квадрат и куб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16. Степень числа. Квадрат и куб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98"/>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55</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i/>
                <w:sz w:val="24"/>
                <w:szCs w:val="24"/>
              </w:rPr>
            </w:pPr>
            <w:r w:rsidRPr="00FB5FED">
              <w:rPr>
                <w:rFonts w:ascii="Times New Roman" w:hAnsi="Times New Roman"/>
                <w:b/>
                <w:i/>
                <w:sz w:val="24"/>
                <w:szCs w:val="24"/>
              </w:rPr>
              <w:t>Контрольная работа №</w:t>
            </w:r>
            <w:r w:rsidRPr="00FB5FED">
              <w:rPr>
                <w:rStyle w:val="Bodytext14pt"/>
                <w:b/>
                <w:i/>
                <w:sz w:val="24"/>
                <w:szCs w:val="24"/>
              </w:rPr>
              <w:t xml:space="preserve"> 6</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p>
        </w:tc>
      </w:tr>
      <w:tr w:rsidR="00F44E79" w:rsidRPr="00FC0221" w:rsidTr="00760509">
        <w:trPr>
          <w:trHeight w:val="244"/>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17. Формулы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33"/>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17. Формулы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8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17. Формулы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83"/>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59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18. Площадь. Формула площади прямоугольника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3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18. Площадь. Формула площади прямоугольника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6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18. Площадь. Формула площади прямоугольника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08"/>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19. Единицы измерения площадей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1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19. Единицы измерения площадей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57"/>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19. Единицы измерения площадей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20. Прямоугольный параллелепипед</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49"/>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20. Прямоугольный параллелепипед</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6"/>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21. Объемы. Объем прямоугольного параллелепипеда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71"/>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21. Объемы. Объем прямоугольного параллелепипеда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69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21. Объемы. Объем прямоугольного параллелепипеда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70</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i/>
                <w:sz w:val="24"/>
                <w:szCs w:val="24"/>
              </w:rPr>
            </w:pPr>
            <w:r w:rsidRPr="00FB5FED">
              <w:rPr>
                <w:rFonts w:ascii="Times New Roman" w:hAnsi="Times New Roman"/>
                <w:b/>
                <w:i/>
                <w:sz w:val="24"/>
                <w:szCs w:val="24"/>
              </w:rPr>
              <w:t>Контрольная работа №</w:t>
            </w:r>
            <w:r w:rsidRPr="00FB5FED">
              <w:rPr>
                <w:rStyle w:val="Bodytext14pt"/>
                <w:b/>
                <w:i/>
                <w:sz w:val="24"/>
                <w:szCs w:val="24"/>
              </w:rPr>
              <w:t xml:space="preserve"> 7</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71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22. Окружность и круг</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72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22. Окружность и круг</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73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23. Доли. Обыкновенные дроби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74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23. Доли. Обыкновенные дроби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75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24. Сравнение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76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24. Сравнение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77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24. Сравнение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78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25. Правильные и неправильные дроби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79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25. Правильные и неправильные дроби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7"/>
        </w:trPr>
        <w:tc>
          <w:tcPr>
            <w:tcW w:w="841" w:type="dxa"/>
          </w:tcPr>
          <w:p w:rsidR="00F44E79" w:rsidRPr="00760509" w:rsidRDefault="00F44E79" w:rsidP="00760509">
            <w:pPr>
              <w:jc w:val="both"/>
              <w:rPr>
                <w:rFonts w:ascii="Times New Roman" w:hAnsi="Times New Roman" w:cs="Times New Roman"/>
                <w:lang w:val="en-US"/>
              </w:rPr>
            </w:pPr>
            <w:r w:rsidRPr="00760509">
              <w:rPr>
                <w:rFonts w:ascii="Times New Roman" w:hAnsi="Times New Roman" w:cs="Times New Roman"/>
                <w:lang w:val="en-US"/>
              </w:rPr>
              <w:t>80</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b/>
                <w:i/>
              </w:rPr>
              <w:t>Контрольная работа № 8</w:t>
            </w:r>
          </w:p>
        </w:tc>
        <w:tc>
          <w:tcPr>
            <w:tcW w:w="1418" w:type="dxa"/>
          </w:tcPr>
          <w:p w:rsidR="00F44E79" w:rsidRPr="00760509" w:rsidRDefault="00F44E79" w:rsidP="00760509">
            <w:pPr>
              <w:ind w:firstLine="317"/>
              <w:jc w:val="both"/>
              <w:rPr>
                <w:rFonts w:ascii="Times New Roman" w:hAnsi="Times New Roman" w:cs="Times New Roman"/>
                <w:b/>
                <w:i/>
              </w:rPr>
            </w:pPr>
            <w:r w:rsidRPr="00760509">
              <w:rPr>
                <w:rFonts w:ascii="Times New Roman" w:hAnsi="Times New Roman" w:cs="Times New Roman"/>
                <w:b/>
                <w:i/>
              </w:rPr>
              <w:t>1</w:t>
            </w:r>
          </w:p>
        </w:tc>
        <w:tc>
          <w:tcPr>
            <w:tcW w:w="3402" w:type="dxa"/>
          </w:tcPr>
          <w:p w:rsidR="00F44E79" w:rsidRPr="00760509" w:rsidRDefault="00F44E79" w:rsidP="00760509">
            <w:pPr>
              <w:ind w:firstLine="317"/>
              <w:jc w:val="both"/>
              <w:rPr>
                <w:rFonts w:ascii="Times New Roman" w:hAnsi="Times New Roman" w:cs="Times New Roman"/>
                <w:b/>
                <w:i/>
              </w:rPr>
            </w:pPr>
          </w:p>
        </w:tc>
      </w:tr>
      <w:tr w:rsidR="00F44E79" w:rsidRPr="00FC0221" w:rsidTr="00760509">
        <w:trPr>
          <w:trHeight w:val="457"/>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81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26. Сложение и вычитание дробей с одинаковыми знаменателями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8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82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26. Сложение и вычитание дробей с одинаковыми знаменателями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74"/>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83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27. Деление  и дроби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2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84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27. Деление  и дроби</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65"/>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85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28. Смешанные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1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86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28. Смешанные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58"/>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lang w:val="en-US"/>
              </w:rPr>
              <w:t>87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29. Сложение и вычитание смешанных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33"/>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88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29. Сложение и вычитание смешанных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lang w:val="en-US"/>
              </w:rPr>
            </w:pPr>
            <w:r w:rsidRPr="00760509">
              <w:rPr>
                <w:rFonts w:ascii="Times New Roman" w:hAnsi="Times New Roman" w:cs="Times New Roman"/>
                <w:lang w:val="en-US"/>
              </w:rPr>
              <w:t>89</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i/>
                <w:sz w:val="24"/>
                <w:szCs w:val="24"/>
              </w:rPr>
            </w:pPr>
            <w:r w:rsidRPr="00FB5FED">
              <w:rPr>
                <w:rFonts w:ascii="Times New Roman" w:hAnsi="Times New Roman"/>
                <w:b/>
                <w:i/>
                <w:sz w:val="24"/>
                <w:szCs w:val="24"/>
              </w:rPr>
              <w:t>Контрольная работа №</w:t>
            </w:r>
            <w:r w:rsidRPr="00FB5FED">
              <w:rPr>
                <w:rStyle w:val="Bodytext14pt"/>
                <w:b/>
                <w:i/>
                <w:sz w:val="24"/>
                <w:szCs w:val="24"/>
              </w:rPr>
              <w:t xml:space="preserve"> 9</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30. Десятичная запись дробных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30. Десятичная запись дробных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31. Сравнение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31. Сравнение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31. Сравнение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32. Сложение и вычитание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32. Сложение и вычитание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32. Сложение и вычитание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32. Сложение и вычитание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99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32. Сложение и вычитание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33. Приближенные значения чисел. Округление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33. Приближенные значения чисел. Округление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102</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i/>
                <w:sz w:val="24"/>
                <w:szCs w:val="24"/>
              </w:rPr>
            </w:pPr>
            <w:r w:rsidRPr="00FB5FED">
              <w:rPr>
                <w:rFonts w:ascii="Times New Roman" w:hAnsi="Times New Roman"/>
                <w:b/>
                <w:i/>
                <w:sz w:val="24"/>
                <w:szCs w:val="24"/>
              </w:rPr>
              <w:t>Контрольная работа №</w:t>
            </w:r>
            <w:r w:rsidRPr="00FB5FED">
              <w:rPr>
                <w:rStyle w:val="Bodytext14pt"/>
                <w:b/>
                <w:i/>
                <w:sz w:val="24"/>
                <w:szCs w:val="24"/>
              </w:rPr>
              <w:t xml:space="preserve"> 10</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p>
        </w:tc>
      </w:tr>
      <w:tr w:rsidR="00F44E79" w:rsidRPr="00FC0221" w:rsidTr="00760509">
        <w:trPr>
          <w:trHeight w:val="46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34. Умножение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409"/>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34. Умножение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67"/>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34. Умножение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426"/>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35. Деление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9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35. Деление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37"/>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35. Деление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1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109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35. Деление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16"/>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35. Деление десятичных дробей на натуральные числа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111</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b/>
                <w:i/>
              </w:rPr>
              <w:t>Контрольная работа № 11</w:t>
            </w:r>
          </w:p>
        </w:tc>
        <w:tc>
          <w:tcPr>
            <w:tcW w:w="1418" w:type="dxa"/>
          </w:tcPr>
          <w:p w:rsidR="00F44E79" w:rsidRPr="00760509" w:rsidRDefault="00F44E79" w:rsidP="00760509">
            <w:pPr>
              <w:ind w:firstLine="317"/>
              <w:jc w:val="both"/>
              <w:rPr>
                <w:rFonts w:ascii="Times New Roman" w:hAnsi="Times New Roman" w:cs="Times New Roman"/>
                <w:b/>
                <w:i/>
              </w:rPr>
            </w:pPr>
            <w:r w:rsidRPr="00760509">
              <w:rPr>
                <w:rFonts w:ascii="Times New Roman" w:hAnsi="Times New Roman" w:cs="Times New Roman"/>
                <w:b/>
                <w:i/>
              </w:rPr>
              <w:t>1</w:t>
            </w:r>
          </w:p>
        </w:tc>
        <w:tc>
          <w:tcPr>
            <w:tcW w:w="3402" w:type="dxa"/>
          </w:tcPr>
          <w:p w:rsidR="00F44E79" w:rsidRPr="00760509" w:rsidRDefault="00F44E79" w:rsidP="00760509">
            <w:pPr>
              <w:ind w:firstLine="317"/>
              <w:jc w:val="both"/>
              <w:rPr>
                <w:rFonts w:ascii="Times New Roman" w:hAnsi="Times New Roman" w:cs="Times New Roman"/>
                <w:b/>
                <w:i/>
              </w:rPr>
            </w:pPr>
          </w:p>
        </w:tc>
      </w:tr>
      <w:tr w:rsidR="00F44E79" w:rsidRPr="00FC0221" w:rsidTr="00760509">
        <w:trPr>
          <w:trHeight w:val="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36. Умножение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36. Умножение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7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36. Умножение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32"/>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36. Умножение десятичных дробей</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37. Деление на десятичную дробь</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37. Деление на десятичную дробь</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37. Деление на десятичную дробь</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119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37. Деление на десятичную дробь</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37. Деление на десятичную дробь</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37. Деление на десятичную дробь</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38. Среднее арифметическое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38. Среднее арифметическое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38. Среднее арифметическое чисел</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38"/>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125</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b/>
                <w:i/>
              </w:rPr>
              <w:t>Контрольная работа № 12</w:t>
            </w:r>
          </w:p>
        </w:tc>
        <w:tc>
          <w:tcPr>
            <w:tcW w:w="1418" w:type="dxa"/>
          </w:tcPr>
          <w:p w:rsidR="00F44E79" w:rsidRPr="00760509" w:rsidRDefault="00F44E79" w:rsidP="00760509">
            <w:pPr>
              <w:ind w:firstLine="317"/>
              <w:jc w:val="both"/>
              <w:rPr>
                <w:rFonts w:ascii="Times New Roman" w:hAnsi="Times New Roman" w:cs="Times New Roman"/>
                <w:b/>
                <w:i/>
              </w:rPr>
            </w:pPr>
            <w:r w:rsidRPr="00760509">
              <w:rPr>
                <w:rFonts w:ascii="Times New Roman" w:hAnsi="Times New Roman" w:cs="Times New Roman"/>
                <w:b/>
                <w:i/>
              </w:rPr>
              <w:t>1</w:t>
            </w:r>
          </w:p>
        </w:tc>
        <w:tc>
          <w:tcPr>
            <w:tcW w:w="3402" w:type="dxa"/>
          </w:tcPr>
          <w:p w:rsidR="00F44E79" w:rsidRPr="00760509" w:rsidRDefault="00F44E79" w:rsidP="00760509">
            <w:pPr>
              <w:ind w:firstLine="317"/>
              <w:jc w:val="both"/>
              <w:rPr>
                <w:rFonts w:ascii="Times New Roman" w:hAnsi="Times New Roman" w:cs="Times New Roman"/>
                <w:b/>
                <w:i/>
              </w:rPr>
            </w:pP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39. Микрокалькулятор</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40. Проценты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40. Проценты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129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40. Проценты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40. Проценты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40. Проценты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132</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b/>
                <w:i/>
              </w:rPr>
              <w:t>Контрольная работа № 13</w:t>
            </w:r>
          </w:p>
        </w:tc>
        <w:tc>
          <w:tcPr>
            <w:tcW w:w="1418" w:type="dxa"/>
          </w:tcPr>
          <w:p w:rsidR="00F44E79" w:rsidRPr="00760509" w:rsidRDefault="00F44E79" w:rsidP="00760509">
            <w:pPr>
              <w:ind w:firstLine="317"/>
              <w:jc w:val="both"/>
              <w:rPr>
                <w:rFonts w:ascii="Times New Roman" w:hAnsi="Times New Roman" w:cs="Times New Roman"/>
                <w:b/>
                <w:i/>
              </w:rPr>
            </w:pPr>
            <w:r w:rsidRPr="00760509">
              <w:rPr>
                <w:rFonts w:ascii="Times New Roman" w:hAnsi="Times New Roman" w:cs="Times New Roman"/>
                <w:b/>
                <w:i/>
              </w:rPr>
              <w:t>1</w:t>
            </w:r>
          </w:p>
        </w:tc>
        <w:tc>
          <w:tcPr>
            <w:tcW w:w="3402" w:type="dxa"/>
          </w:tcPr>
          <w:p w:rsidR="00F44E79" w:rsidRPr="00760509" w:rsidRDefault="00F44E79" w:rsidP="00760509">
            <w:pPr>
              <w:ind w:firstLine="317"/>
              <w:jc w:val="both"/>
              <w:rPr>
                <w:rFonts w:ascii="Times New Roman" w:hAnsi="Times New Roman" w:cs="Times New Roman"/>
                <w:b/>
                <w:i/>
              </w:rPr>
            </w:pP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41. Угол. Прямой и развернутый угол. Чертежный треугольник</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41. Угол. Прямой и развернутый угол. Чертежный треугольник</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42. Измерение углов. Транспортир</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42. Измерение углов. Транспортир</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42. Измерение углов. Транспортир</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43. Круговые диаграммы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139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 43. Круговые диаграммы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140</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b/>
                <w:i/>
              </w:rPr>
              <w:t>Контрольная работа № 14</w:t>
            </w:r>
          </w:p>
        </w:tc>
        <w:tc>
          <w:tcPr>
            <w:tcW w:w="1418" w:type="dxa"/>
          </w:tcPr>
          <w:p w:rsidR="00F44E79" w:rsidRPr="00760509" w:rsidRDefault="00F44E79" w:rsidP="00760509">
            <w:pPr>
              <w:ind w:firstLine="317"/>
              <w:jc w:val="both"/>
              <w:rPr>
                <w:rFonts w:ascii="Times New Roman" w:hAnsi="Times New Roman" w:cs="Times New Roman"/>
                <w:b/>
                <w:i/>
              </w:rPr>
            </w:pPr>
            <w:r w:rsidRPr="00760509">
              <w:rPr>
                <w:rFonts w:ascii="Times New Roman" w:hAnsi="Times New Roman" w:cs="Times New Roman"/>
                <w:b/>
                <w:i/>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141</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44. Понятие множества</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142</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44. Понятие множества</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143</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45. Общая часть множеств. Объединение множеств.</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144</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45. Общая часть множеств. Объединение множеств.</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145</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45. Общая часть множеств. Объединение множеств.</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146</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46. Верно или неверно.</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147</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sz w:val="24"/>
                <w:szCs w:val="24"/>
              </w:rPr>
            </w:pPr>
            <w:r w:rsidRPr="00FB5FED">
              <w:rPr>
                <w:rFonts w:ascii="Times New Roman" w:hAnsi="Times New Roman"/>
                <w:sz w:val="24"/>
                <w:szCs w:val="24"/>
              </w:rPr>
              <w:t>П. 46. Верно или неверно.</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sz w:val="24"/>
                <w:szCs w:val="24"/>
              </w:rPr>
            </w:pPr>
            <w:r w:rsidRPr="00FB5FED">
              <w:rPr>
                <w:rFonts w:ascii="Times New Roman" w:hAnsi="Times New Roman"/>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rPr>
          <w:trHeight w:val="210"/>
        </w:trPr>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148</w:t>
            </w:r>
          </w:p>
        </w:tc>
        <w:tc>
          <w:tcPr>
            <w:tcW w:w="5079" w:type="dxa"/>
          </w:tcPr>
          <w:p w:rsidR="00F44E79" w:rsidRPr="00FB5FED" w:rsidRDefault="00F44E79" w:rsidP="00760509">
            <w:pPr>
              <w:pStyle w:val="19"/>
              <w:shd w:val="clear" w:color="auto" w:fill="auto"/>
              <w:spacing w:before="0" w:line="240" w:lineRule="auto"/>
              <w:ind w:left="40" w:firstLine="0"/>
              <w:jc w:val="both"/>
              <w:rPr>
                <w:rFonts w:ascii="Times New Roman" w:hAnsi="Times New Roman"/>
                <w:b/>
                <w:i/>
                <w:sz w:val="24"/>
                <w:szCs w:val="24"/>
              </w:rPr>
            </w:pPr>
            <w:r w:rsidRPr="00FB5FED">
              <w:rPr>
                <w:rFonts w:ascii="Times New Roman" w:hAnsi="Times New Roman"/>
                <w:b/>
                <w:i/>
                <w:sz w:val="24"/>
                <w:szCs w:val="24"/>
              </w:rPr>
              <w:t>Контрольная работа №</w:t>
            </w:r>
            <w:r w:rsidRPr="00FB5FED">
              <w:rPr>
                <w:rStyle w:val="Bodytext14pt"/>
                <w:b/>
                <w:i/>
                <w:sz w:val="24"/>
                <w:szCs w:val="24"/>
              </w:rPr>
              <w:t xml:space="preserve"> 15</w:t>
            </w:r>
          </w:p>
        </w:tc>
        <w:tc>
          <w:tcPr>
            <w:tcW w:w="1418" w:type="dxa"/>
          </w:tcPr>
          <w:p w:rsidR="00F44E79" w:rsidRPr="00FB5FED" w:rsidRDefault="00F44E79" w:rsidP="00760509">
            <w:pPr>
              <w:pStyle w:val="19"/>
              <w:shd w:val="clear" w:color="auto" w:fill="auto"/>
              <w:spacing w:before="0" w:line="240" w:lineRule="auto"/>
              <w:ind w:left="40" w:firstLine="317"/>
              <w:jc w:val="both"/>
              <w:rPr>
                <w:rFonts w:ascii="Times New Roman" w:hAnsi="Times New Roman"/>
                <w:b/>
                <w:i/>
                <w:sz w:val="24"/>
                <w:szCs w:val="24"/>
              </w:rPr>
            </w:pPr>
            <w:r w:rsidRPr="00FB5FED">
              <w:rPr>
                <w:rFonts w:ascii="Times New Roman" w:hAnsi="Times New Roman"/>
                <w:b/>
                <w:i/>
                <w:sz w:val="24"/>
                <w:szCs w:val="24"/>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149</w:t>
            </w:r>
          </w:p>
        </w:tc>
        <w:tc>
          <w:tcPr>
            <w:tcW w:w="5079" w:type="dxa"/>
          </w:tcPr>
          <w:p w:rsidR="00F44E79" w:rsidRPr="00760509" w:rsidRDefault="00F44E79" w:rsidP="00760509">
            <w:pPr>
              <w:jc w:val="both"/>
              <w:rPr>
                <w:rFonts w:ascii="Times New Roman" w:hAnsi="Times New Roman" w:cs="Times New Roman"/>
              </w:rPr>
            </w:pPr>
            <w:bookmarkStart w:id="406" w:name="_Toc6174239"/>
            <w:bookmarkStart w:id="407" w:name="_Toc7634478"/>
            <w:bookmarkStart w:id="408" w:name="_Toc7636015"/>
            <w:r w:rsidRPr="00760509">
              <w:rPr>
                <w:rFonts w:ascii="Times New Roman" w:hAnsi="Times New Roman" w:cs="Times New Roman"/>
              </w:rPr>
              <w:t>Повторение и систематизация учебного материала</w:t>
            </w:r>
            <w:bookmarkEnd w:id="406"/>
            <w:bookmarkEnd w:id="407"/>
            <w:bookmarkEnd w:id="408"/>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151</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158</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159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160</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161</w:t>
            </w:r>
          </w:p>
        </w:tc>
        <w:tc>
          <w:tcPr>
            <w:tcW w:w="5079" w:type="dxa"/>
          </w:tcPr>
          <w:p w:rsidR="00F44E79" w:rsidRPr="00760509" w:rsidRDefault="00F44E79" w:rsidP="00760509">
            <w:pPr>
              <w:jc w:val="both"/>
              <w:rPr>
                <w:rFonts w:ascii="Times New Roman" w:hAnsi="Times New Roman" w:cs="Times New Roman"/>
              </w:rPr>
            </w:pPr>
            <w:bookmarkStart w:id="409" w:name="_Toc6174241"/>
            <w:bookmarkStart w:id="410" w:name="_Toc7634480"/>
            <w:bookmarkStart w:id="411" w:name="_Toc7636017"/>
            <w:r w:rsidRPr="00760509">
              <w:rPr>
                <w:rFonts w:ascii="Times New Roman" w:hAnsi="Times New Roman" w:cs="Times New Roman"/>
              </w:rPr>
              <w:t>Повторение и систематизация учебного материала</w:t>
            </w:r>
            <w:bookmarkEnd w:id="409"/>
            <w:bookmarkEnd w:id="410"/>
            <w:bookmarkEnd w:id="411"/>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162</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163</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164</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165</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166</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167</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Повторение и систематизация учебного материала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https://resh.edu.ru/subject/12/5/</w:t>
            </w: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168</w:t>
            </w:r>
          </w:p>
        </w:tc>
        <w:tc>
          <w:tcPr>
            <w:tcW w:w="5079" w:type="dxa"/>
          </w:tcPr>
          <w:p w:rsidR="00F44E79" w:rsidRPr="00760509" w:rsidRDefault="00F44E79" w:rsidP="00760509">
            <w:pPr>
              <w:jc w:val="both"/>
              <w:rPr>
                <w:rFonts w:ascii="Times New Roman" w:hAnsi="Times New Roman" w:cs="Times New Roman"/>
                <w:b/>
                <w:i/>
              </w:rPr>
            </w:pPr>
            <w:r w:rsidRPr="00760509">
              <w:rPr>
                <w:rFonts w:ascii="Times New Roman" w:hAnsi="Times New Roman" w:cs="Times New Roman"/>
              </w:rPr>
              <w:t xml:space="preserve">                </w:t>
            </w:r>
            <w:r w:rsidRPr="00760509">
              <w:rPr>
                <w:rFonts w:ascii="Times New Roman" w:hAnsi="Times New Roman" w:cs="Times New Roman"/>
                <w:b/>
                <w:i/>
              </w:rPr>
              <w:t>Итоговая контрольная работа</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ind w:firstLine="317"/>
              <w:jc w:val="both"/>
              <w:rPr>
                <w:rFonts w:ascii="Times New Roman" w:hAnsi="Times New Roman" w:cs="Times New Roman"/>
              </w:rPr>
            </w:pP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169</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Анализ итоговой контрольной работы</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ind w:firstLine="317"/>
              <w:jc w:val="both"/>
              <w:rPr>
                <w:rFonts w:ascii="Times New Roman" w:hAnsi="Times New Roman" w:cs="Times New Roman"/>
              </w:rPr>
            </w:pPr>
          </w:p>
        </w:tc>
      </w:tr>
      <w:tr w:rsidR="00F44E79" w:rsidRPr="00FC0221" w:rsidTr="00760509">
        <w:tc>
          <w:tcPr>
            <w:tcW w:w="841"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170</w:t>
            </w:r>
          </w:p>
        </w:tc>
        <w:tc>
          <w:tcPr>
            <w:tcW w:w="507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Итоговый урок</w:t>
            </w:r>
          </w:p>
        </w:tc>
        <w:tc>
          <w:tcPr>
            <w:tcW w:w="1418" w:type="dxa"/>
          </w:tcPr>
          <w:p w:rsidR="00F44E79" w:rsidRPr="00760509" w:rsidRDefault="00F44E79" w:rsidP="00760509">
            <w:pPr>
              <w:ind w:firstLine="317"/>
              <w:jc w:val="both"/>
              <w:rPr>
                <w:rFonts w:ascii="Times New Roman" w:hAnsi="Times New Roman" w:cs="Times New Roman"/>
              </w:rPr>
            </w:pPr>
            <w:r w:rsidRPr="00760509">
              <w:rPr>
                <w:rFonts w:ascii="Times New Roman" w:hAnsi="Times New Roman" w:cs="Times New Roman"/>
              </w:rPr>
              <w:t>1</w:t>
            </w:r>
          </w:p>
        </w:tc>
        <w:tc>
          <w:tcPr>
            <w:tcW w:w="3402" w:type="dxa"/>
          </w:tcPr>
          <w:p w:rsidR="00F44E79" w:rsidRPr="00760509" w:rsidRDefault="00F44E79" w:rsidP="00760509">
            <w:pPr>
              <w:ind w:firstLine="317"/>
              <w:jc w:val="both"/>
              <w:rPr>
                <w:rFonts w:ascii="Times New Roman" w:hAnsi="Times New Roman" w:cs="Times New Roman"/>
              </w:rPr>
            </w:pPr>
          </w:p>
        </w:tc>
      </w:tr>
    </w:tbl>
    <w:p w:rsidR="00F44E79" w:rsidRDefault="00F44E79">
      <w:pPr>
        <w:pStyle w:val="BodyText"/>
        <w:spacing w:line="269" w:lineRule="auto"/>
        <w:jc w:val="both"/>
        <w:rPr>
          <w:rStyle w:val="BodyTextChar1"/>
          <w:rFonts w:cs="Georgia"/>
          <w:color w:val="231F20"/>
        </w:rPr>
      </w:pPr>
    </w:p>
    <w:p w:rsidR="00F44E79" w:rsidRDefault="00F44E79">
      <w:pPr>
        <w:pStyle w:val="BodyText"/>
        <w:spacing w:line="269" w:lineRule="auto"/>
        <w:jc w:val="both"/>
        <w:rPr>
          <w:rStyle w:val="BodyTextChar1"/>
          <w:rFonts w:cs="Georgia"/>
          <w:color w:val="231F20"/>
        </w:rPr>
      </w:pPr>
    </w:p>
    <w:p w:rsidR="00F44E79" w:rsidRDefault="00F44E79">
      <w:pPr>
        <w:pStyle w:val="BodyText"/>
        <w:spacing w:line="269" w:lineRule="auto"/>
        <w:jc w:val="both"/>
        <w:rPr>
          <w:rStyle w:val="BodyTextChar1"/>
          <w:rFonts w:cs="Georgia"/>
          <w:color w:val="231F20"/>
        </w:rPr>
      </w:pPr>
    </w:p>
    <w:p w:rsidR="00F44E79" w:rsidRDefault="00F44E79">
      <w:pPr>
        <w:pStyle w:val="BodyText"/>
        <w:spacing w:line="269" w:lineRule="auto"/>
        <w:jc w:val="both"/>
        <w:rPr>
          <w:rStyle w:val="BodyTextChar1"/>
          <w:rFonts w:cs="Georgia"/>
          <w:color w:val="231F20"/>
        </w:rPr>
      </w:pPr>
    </w:p>
    <w:p w:rsidR="00F44E79" w:rsidRDefault="00F44E79" w:rsidP="00B14C02">
      <w:pPr>
        <w:pStyle w:val="BodyText"/>
        <w:tabs>
          <w:tab w:val="left" w:pos="212"/>
        </w:tabs>
        <w:spacing w:line="269" w:lineRule="auto"/>
        <w:ind w:firstLine="0"/>
        <w:jc w:val="both"/>
        <w:rPr>
          <w:color w:val="auto"/>
          <w:sz w:val="24"/>
          <w:szCs w:val="24"/>
        </w:rPr>
        <w:sectPr w:rsidR="00F44E79">
          <w:footerReference w:type="even" r:id="rId507"/>
          <w:footerReference w:type="default" r:id="rId508"/>
          <w:pgSz w:w="7824" w:h="12019"/>
          <w:pgMar w:top="652" w:right="706" w:bottom="862" w:left="720" w:header="0" w:footer="3" w:gutter="0"/>
          <w:cols w:space="720"/>
          <w:noEndnote/>
          <w:docGrid w:linePitch="360"/>
        </w:sectPr>
      </w:pPr>
    </w:p>
    <w:p w:rsidR="00F44E79" w:rsidRDefault="00F44E79">
      <w:pPr>
        <w:pStyle w:val="24"/>
        <w:keepNext/>
        <w:keepLines/>
        <w:pBdr>
          <w:bottom w:val="single" w:sz="4" w:space="0" w:color="auto"/>
        </w:pBdr>
        <w:spacing w:after="200" w:line="240" w:lineRule="auto"/>
        <w:rPr>
          <w:rFonts w:ascii="Courier New" w:hAnsi="Courier New" w:cs="Courier New"/>
          <w:b w:val="0"/>
          <w:bCs w:val="0"/>
          <w:color w:val="auto"/>
          <w:w w:val="100"/>
        </w:rPr>
      </w:pPr>
      <w:bookmarkStart w:id="412" w:name="bookmark3595"/>
      <w:bookmarkStart w:id="413" w:name="bookmark3596"/>
      <w:bookmarkStart w:id="414" w:name="bookmark3597"/>
      <w:r>
        <w:rPr>
          <w:rStyle w:val="23"/>
          <w:rFonts w:ascii="Arial" w:hAnsi="Arial" w:cs="Arial"/>
          <w:b/>
          <w:w w:val="100"/>
          <w:sz w:val="19"/>
          <w:szCs w:val="19"/>
        </w:rPr>
        <w:t xml:space="preserve">2.1.9 </w:t>
      </w:r>
      <w:r>
        <w:rPr>
          <w:rStyle w:val="23"/>
          <w:rFonts w:cs="Tahoma"/>
          <w:b/>
        </w:rPr>
        <w:t>ИНФОРМАТИКА</w:t>
      </w:r>
      <w:bookmarkEnd w:id="412"/>
      <w:bookmarkEnd w:id="413"/>
      <w:bookmarkEnd w:id="414"/>
    </w:p>
    <w:p w:rsidR="00F44E79" w:rsidRDefault="00F44E79">
      <w:pPr>
        <w:pStyle w:val="BodyText"/>
        <w:spacing w:after="200" w:line="262" w:lineRule="auto"/>
        <w:jc w:val="both"/>
        <w:rPr>
          <w:rStyle w:val="BodyTextChar1"/>
          <w:rFonts w:cs="Georgia"/>
        </w:rPr>
      </w:pPr>
      <w:r>
        <w:rPr>
          <w:rStyle w:val="BodyTextChar1"/>
          <w:rFonts w:cs="Georgia"/>
        </w:rPr>
        <w:t>Рабочая программа по информатике на уровне основного общего образования составлена на основе Требова</w:t>
      </w:r>
      <w:r>
        <w:rPr>
          <w:rStyle w:val="BodyTextChar1"/>
          <w:rFonts w:cs="Georgia"/>
        </w:rPr>
        <w:softHyphen/>
        <w:t>ний к результатам освоения основной образовательной про</w:t>
      </w:r>
      <w:r>
        <w:rPr>
          <w:rStyle w:val="BodyTextChar1"/>
          <w:rFonts w:cs="Georgia"/>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w:t>
      </w:r>
      <w:r>
        <w:rPr>
          <w:rStyle w:val="BodyTextChar1"/>
          <w:rFonts w:cs="Georgia"/>
        </w:rPr>
        <w:softHyphen/>
        <w:t>мы воспитания.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b/>
          <w:bCs/>
        </w:rPr>
        <w:t xml:space="preserve">Содержание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b/>
          <w:bCs/>
        </w:rPr>
        <w:t>учебного предмета «Информатика»</w:t>
      </w:r>
    </w:p>
    <w:p w:rsidR="00F44E79" w:rsidRPr="00026C2B" w:rsidRDefault="00F44E79" w:rsidP="006B4328">
      <w:pPr>
        <w:jc w:val="both"/>
        <w:rPr>
          <w:rFonts w:ascii="Times New Roman" w:hAnsi="Times New Roman" w:cs="Times New Roman"/>
        </w:rPr>
      </w:pPr>
      <w:bookmarkStart w:id="415" w:name="_Toc104191452"/>
      <w:bookmarkEnd w:id="415"/>
      <w:r w:rsidRPr="00026C2B">
        <w:rPr>
          <w:rFonts w:ascii="Times New Roman" w:hAnsi="Times New Roman" w:cs="Times New Roman"/>
          <w:b/>
          <w:bCs/>
          <w:color w:val="00000A"/>
        </w:rPr>
        <w:t>5 класс</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Цифровая грамотность</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Правила гигиены и безопасности при работе с компьютерами, мобильными устройствами и другими элементами цифрового окружения.</w:t>
      </w:r>
    </w:p>
    <w:p w:rsidR="00F44E79" w:rsidRPr="00026C2B" w:rsidRDefault="00F44E79" w:rsidP="006B4328">
      <w:pPr>
        <w:jc w:val="both"/>
        <w:rPr>
          <w:rFonts w:ascii="Times New Roman" w:hAnsi="Times New Roman" w:cs="Times New Roman"/>
          <w:spacing w:val="-1"/>
        </w:rPr>
      </w:pPr>
      <w:r w:rsidRPr="00026C2B">
        <w:rPr>
          <w:rFonts w:ascii="Times New Roman" w:hAnsi="Times New Roman" w:cs="Times New Roman"/>
          <w:spacing w:val="-1"/>
        </w:rPr>
        <w:t>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Сеть Интернет. Веб-страница, веб-сайт. Браузер. Поиск информации на веб-странице. Поисковые системы. Поиск информации по ключевым словам и по изображению. Достоверность информации, полученной из Интернета.</w:t>
      </w:r>
    </w:p>
    <w:p w:rsidR="00F44E79" w:rsidRPr="00026C2B" w:rsidRDefault="00F44E79" w:rsidP="006B4328">
      <w:pPr>
        <w:jc w:val="both"/>
        <w:rPr>
          <w:rFonts w:ascii="Times New Roman" w:hAnsi="Times New Roman" w:cs="Times New Roman"/>
          <w:spacing w:val="2"/>
        </w:rPr>
      </w:pPr>
      <w:r w:rsidRPr="00026C2B">
        <w:rPr>
          <w:rFonts w:ascii="Times New Roman" w:hAnsi="Times New Roman" w:cs="Times New Roman"/>
          <w:spacing w:val="2"/>
        </w:rPr>
        <w:t xml:space="preserve">Правила безопасного поведения в Интернете. Процесс </w:t>
      </w:r>
      <w:r w:rsidRPr="00026C2B">
        <w:rPr>
          <w:rFonts w:ascii="Times New Roman" w:hAnsi="Times New Roman" w:cs="Times New Roman"/>
          <w:spacing w:val="2"/>
        </w:rPr>
        <w:br/>
        <w:t>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Теоретические основы информатики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Информация в жизни человека. Способы восприятия информации человеком. Роль зрения в получении человеком информации. Компьютерное зрение.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Искусственный интеллект и его роль в жизни человека.</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Алгоритмизация и основы программирования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Понятие алгоритма. Исполнители алгоритмов. Линейные алгоритмы. Циклические алгоритмы.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Составление программ для управления исполнителем в среде блочного или текстового программирования.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Информационные технологии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Текстовый редактор. Правила набора текста.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Компьютерные презентации. Слайд. Добавление на слайд текста и изображений. Работа с несколькими слайдами. </w:t>
      </w:r>
    </w:p>
    <w:p w:rsidR="00F44E79" w:rsidRPr="00026C2B" w:rsidRDefault="00F44E79" w:rsidP="006B4328">
      <w:pPr>
        <w:jc w:val="both"/>
        <w:rPr>
          <w:rFonts w:ascii="Times New Roman" w:hAnsi="Times New Roman" w:cs="Times New Roman"/>
          <w:b/>
          <w:bCs/>
          <w:color w:val="00000A"/>
        </w:rPr>
      </w:pPr>
      <w:bookmarkStart w:id="416" w:name="_Toc104191453"/>
      <w:bookmarkEnd w:id="416"/>
      <w:r w:rsidRPr="00026C2B">
        <w:rPr>
          <w:rFonts w:ascii="Times New Roman" w:hAnsi="Times New Roman" w:cs="Times New Roman"/>
          <w:b/>
          <w:bCs/>
          <w:color w:val="00000A"/>
        </w:rPr>
        <w:t>6 класс</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Цифровая грамотность</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Типы компьютеров: персональные компьютеры, встроенные компьютеры, суперкомпьютеры.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Компьютерные вирусы и другие вредоносные программы. Программы для защиты от вирусов. Встроенные антивирусные средства операционных систем.</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Теоретические основы информатики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Информационные процессы. Получение, хранение, обработка и передача информации (данных).</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w:t>
      </w:r>
    </w:p>
    <w:p w:rsidR="00F44E79" w:rsidRPr="00026C2B" w:rsidRDefault="00F44E79" w:rsidP="006B4328">
      <w:pPr>
        <w:jc w:val="both"/>
        <w:rPr>
          <w:rFonts w:ascii="Times New Roman" w:hAnsi="Times New Roman" w:cs="Times New Roman"/>
          <w:spacing w:val="-1"/>
        </w:rPr>
      </w:pPr>
      <w:r w:rsidRPr="00026C2B">
        <w:rPr>
          <w:rFonts w:ascii="Times New Roman" w:hAnsi="Times New Roman" w:cs="Times New Roman"/>
          <w:spacing w:val="-1"/>
        </w:rPr>
        <w:t>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Алгоритмизация и основы программирования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Среда текстового программирования. Управление исполнителем (например, исполнителем Черепаха). Циклические алгоритмы. Переменные.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Разбиение задачи на подзадачи, использование вспомогательных алгоритмов (процедур). Процедуры с параметрами.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Информационные технологии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w:t>
      </w:r>
    </w:p>
    <w:p w:rsidR="00F44E79" w:rsidRPr="00026C2B" w:rsidRDefault="00F44E79" w:rsidP="006B4328">
      <w:pPr>
        <w:jc w:val="both"/>
        <w:rPr>
          <w:rFonts w:ascii="Times New Roman" w:hAnsi="Times New Roman" w:cs="Times New Roman"/>
        </w:rPr>
      </w:pPr>
      <w:bookmarkStart w:id="417" w:name="_Toc104191454"/>
      <w:bookmarkEnd w:id="417"/>
      <w:r w:rsidRPr="00026C2B">
        <w:rPr>
          <w:rFonts w:ascii="Times New Roman" w:hAnsi="Times New Roman" w:cs="Times New Roman"/>
        </w:rPr>
        <w:t>Создание компьютерных презентаций. Интерактивные элементы. Гиперссылки.</w:t>
      </w:r>
    </w:p>
    <w:p w:rsidR="00F44E79" w:rsidRPr="00026C2B" w:rsidRDefault="00F44E79" w:rsidP="006B4328">
      <w:pPr>
        <w:pStyle w:val="body"/>
        <w:rPr>
          <w:rFonts w:ascii="Times New Roman" w:hAnsi="Times New Roman" w:cs="Times New Roman"/>
          <w:sz w:val="24"/>
          <w:szCs w:val="24"/>
        </w:rPr>
      </w:pPr>
    </w:p>
    <w:p w:rsidR="00F44E79" w:rsidRPr="00026C2B" w:rsidRDefault="00F44E79" w:rsidP="006B4328">
      <w:pPr>
        <w:jc w:val="both"/>
        <w:rPr>
          <w:rFonts w:ascii="Times New Roman" w:hAnsi="Times New Roman" w:cs="Times New Roman"/>
        </w:rPr>
      </w:pPr>
      <w:r w:rsidRPr="00026C2B">
        <w:rPr>
          <w:rFonts w:ascii="Times New Roman" w:hAnsi="Times New Roman" w:cs="Times New Roman"/>
          <w:b/>
          <w:bCs/>
        </w:rPr>
        <w:t>Планируемые результаты освоения учебного предмета «Информатика»</w:t>
      </w:r>
    </w:p>
    <w:p w:rsidR="00F44E79" w:rsidRPr="00026C2B" w:rsidRDefault="00F44E79" w:rsidP="006B4328">
      <w:pPr>
        <w:pStyle w:val="body"/>
        <w:rPr>
          <w:rFonts w:ascii="Times New Roman" w:hAnsi="Times New Roman" w:cs="Times New Roman"/>
          <w:sz w:val="24"/>
          <w:szCs w:val="24"/>
        </w:rPr>
      </w:pP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Изучение информатики в 5–6 классах направлено на достижение обучающимися следующих личностных, метапредметных и предметных результатов освоения учебного предмета.</w:t>
      </w:r>
    </w:p>
    <w:p w:rsidR="00F44E79" w:rsidRPr="00026C2B" w:rsidRDefault="00F44E79" w:rsidP="006B4328">
      <w:pPr>
        <w:jc w:val="both"/>
        <w:rPr>
          <w:rFonts w:ascii="Times New Roman" w:hAnsi="Times New Roman" w:cs="Times New Roman"/>
          <w:b/>
          <w:bCs/>
          <w:color w:val="00000A"/>
        </w:rPr>
      </w:pPr>
      <w:bookmarkStart w:id="418" w:name="_Toc104191455"/>
      <w:bookmarkEnd w:id="418"/>
      <w:r w:rsidRPr="00026C2B">
        <w:rPr>
          <w:rFonts w:ascii="Times New Roman" w:hAnsi="Times New Roman" w:cs="Times New Roman"/>
          <w:b/>
          <w:bCs/>
          <w:color w:val="00000A"/>
        </w:rPr>
        <w:t>ЛИЧНОСТНЫЕ РЕЗУЛЬТАТЫ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Патриотическое воспитание:</w:t>
      </w:r>
    </w:p>
    <w:p w:rsidR="00F44E79" w:rsidRPr="00026C2B" w:rsidRDefault="00F44E79" w:rsidP="006B4328">
      <w:pPr>
        <w:jc w:val="both"/>
        <w:rPr>
          <w:rFonts w:ascii="Times New Roman" w:hAnsi="Times New Roman" w:cs="Times New Roman"/>
          <w:spacing w:val="-1"/>
        </w:rPr>
      </w:pPr>
      <w:r w:rsidRPr="00026C2B">
        <w:rPr>
          <w:rFonts w:ascii="Times New Roman" w:hAnsi="Times New Roman" w:cs="Times New Roman"/>
          <w:spacing w:val="-1"/>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заинтересованность в научных знаниях о цифровой трансформации современного общества.</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Духовно-нравственное воспитание: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Гражданское воспитание: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ориентация на совместную деятельность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Ценности научного познания: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интерес к обучению и познанию; любознательность; стремление к самообразованию;</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Формирование культуры здоровья: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установка на здоровый образ жизни, в том числе и за счёт освоения и соблюдения требований безопасной эксплуатации средств ИКТ.</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Трудовое воспитание: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интерес к практическому изучению профессий в сферах профессиональной деятельности, связанных с информатикой, программированием и информационными технологиями, основанных на достижениях науки информатики и научно-технического прогресса.</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Экологическое воспитание: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наличие представлений о глобальном характере экологических проблем и путей их решения, в том числе с учётом возможностей ИКТ.</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Адаптация обучающегося к изменяющимся условиям социальной среды: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 </w:t>
      </w:r>
    </w:p>
    <w:p w:rsidR="00F44E79" w:rsidRPr="00026C2B" w:rsidRDefault="00F44E79" w:rsidP="006B4328">
      <w:pPr>
        <w:jc w:val="both"/>
        <w:rPr>
          <w:rFonts w:ascii="Times New Roman" w:hAnsi="Times New Roman" w:cs="Times New Roman"/>
          <w:b/>
          <w:bCs/>
          <w:color w:val="00000A"/>
        </w:rPr>
      </w:pPr>
      <w:bookmarkStart w:id="419" w:name="_Toc104191456"/>
      <w:bookmarkEnd w:id="419"/>
      <w:r w:rsidRPr="00026C2B">
        <w:rPr>
          <w:rFonts w:ascii="Times New Roman" w:hAnsi="Times New Roman" w:cs="Times New Roman"/>
          <w:b/>
          <w:bCs/>
          <w:color w:val="00000A"/>
        </w:rPr>
        <w:t>МЕТАПРЕДМЕТНЫЕ РЕЗУЛЬТАТЫ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Универсальные познавательные действия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Базовые логические действия: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F44E79" w:rsidRPr="00026C2B" w:rsidRDefault="00F44E79" w:rsidP="006B4328">
      <w:pPr>
        <w:jc w:val="both"/>
        <w:rPr>
          <w:rFonts w:ascii="Times New Roman" w:hAnsi="Times New Roman" w:cs="Times New Roman"/>
          <w:spacing w:val="-3"/>
        </w:rPr>
      </w:pPr>
      <w:r w:rsidRPr="00026C2B">
        <w:rPr>
          <w:rFonts w:ascii="Times New Roman" w:hAnsi="Times New Roman" w:cs="Times New Roman"/>
          <w:spacing w:val="-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Базовые исследовательские действия: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оценивать применимость и достоверность информации, полученной в ходе исследования;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Работа с информацией:</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выявлять дефицит информации, данных, необходимых для решения поставленной задачи;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оценивать достоверность информации по критериям, предложенным учителем или сформулированным самостоятельно;</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запоминать и систематизировать информацию.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Универсальные коммуникативные действия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Общение: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публично представлять результаты выполненного опыта (эксперимента, исследования, проекта);</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Совместная деятельность (сотрудничество):</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Универсальные регулятивные действия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Самоорганизация: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выявлять в жизненных и учебных ситуациях проблемы, требующие решения;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Самоконтроль (рефлексия):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владеть способами самоконтроля, самомотивации и рефлексии;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оценивать соответствие результата цели и условиям.</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Эмоциональный интеллект:</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ставить себя на место другого человека, понимать мотивы и намерения другого.</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Принятие себя и других:</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F44E79" w:rsidRPr="00026C2B" w:rsidRDefault="00F44E79" w:rsidP="006B4328">
      <w:pPr>
        <w:jc w:val="both"/>
        <w:rPr>
          <w:rFonts w:ascii="Times New Roman" w:hAnsi="Times New Roman" w:cs="Times New Roman"/>
          <w:b/>
          <w:bCs/>
          <w:color w:val="00000A"/>
        </w:rPr>
      </w:pPr>
      <w:bookmarkStart w:id="420" w:name="_Toc104191457"/>
      <w:bookmarkEnd w:id="420"/>
      <w:r w:rsidRPr="00026C2B">
        <w:rPr>
          <w:rFonts w:ascii="Times New Roman" w:hAnsi="Times New Roman" w:cs="Times New Roman"/>
          <w:b/>
          <w:bCs/>
          <w:color w:val="00000A"/>
        </w:rPr>
        <w:t>ПРЕДМЕТНЫЕ РЕЗУЛЬТАТЫ</w:t>
      </w:r>
    </w:p>
    <w:p w:rsidR="00F44E79" w:rsidRPr="00026C2B" w:rsidRDefault="00F44E79" w:rsidP="006B4328">
      <w:pPr>
        <w:jc w:val="both"/>
        <w:rPr>
          <w:rFonts w:ascii="Times New Roman" w:hAnsi="Times New Roman" w:cs="Times New Roman"/>
          <w:b/>
          <w:bCs/>
          <w:color w:val="00000A"/>
        </w:rPr>
      </w:pPr>
      <w:bookmarkStart w:id="421" w:name="_Toc104191458"/>
      <w:bookmarkEnd w:id="421"/>
      <w:r w:rsidRPr="00026C2B">
        <w:rPr>
          <w:rFonts w:ascii="Times New Roman" w:hAnsi="Times New Roman" w:cs="Times New Roman"/>
          <w:b/>
          <w:bCs/>
          <w:color w:val="00000A"/>
        </w:rPr>
        <w:t>5 класс</w:t>
      </w:r>
    </w:p>
    <w:p w:rsidR="00F44E79" w:rsidRPr="00026C2B" w:rsidRDefault="00F44E79" w:rsidP="006B4328">
      <w:pPr>
        <w:jc w:val="both"/>
        <w:rPr>
          <w:rFonts w:ascii="Times New Roman" w:hAnsi="Times New Roman" w:cs="Times New Roman"/>
          <w:spacing w:val="-1"/>
        </w:rPr>
      </w:pPr>
      <w:r w:rsidRPr="00026C2B">
        <w:rPr>
          <w:rFonts w:ascii="Times New Roman" w:hAnsi="Times New Roman" w:cs="Times New Roman"/>
          <w:spacing w:val="-1"/>
        </w:rPr>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называть основные компоненты персональных компьютеров и мобильных устройств, объяснять их назначение;</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понимать содержание понятий «программное обеспечение», «операционная система», «файл»;</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запускать прикладные программы (приложения) и завершать их работу;</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пояснять на примерах смысл понятий «алгоритм», «исполнитель», «программа управления исполнителем», «искусственный интеллект»;</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создавать, редактировать, форматировать и сохранять текстовые документы; знать правила набора текстов; использовать автоматическую проверку правописания; устанавливать свойства отдельных символов, слов и абзацев; иллюстрировать документы с помощью изображений;</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создавать и редактировать растровые изображения; использовать инструменты графического редактора для выполнения операций с фрагментами изображения;</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создавать компьютерные презентации, включающие текстовую и графическую информацию.</w:t>
      </w:r>
    </w:p>
    <w:p w:rsidR="00F44E79" w:rsidRPr="00026C2B" w:rsidRDefault="00F44E79" w:rsidP="006B4328">
      <w:pPr>
        <w:jc w:val="both"/>
        <w:rPr>
          <w:rFonts w:ascii="Times New Roman" w:hAnsi="Times New Roman" w:cs="Times New Roman"/>
          <w:b/>
          <w:bCs/>
          <w:color w:val="00000A"/>
        </w:rPr>
      </w:pPr>
      <w:bookmarkStart w:id="422" w:name="_Toc104191459"/>
      <w:bookmarkEnd w:id="422"/>
      <w:r w:rsidRPr="00026C2B">
        <w:rPr>
          <w:rFonts w:ascii="Times New Roman" w:hAnsi="Times New Roman" w:cs="Times New Roman"/>
          <w:b/>
          <w:bCs/>
          <w:color w:val="00000A"/>
        </w:rPr>
        <w:t>6 класс</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ориентироваться в иерархической структуре файловой системы: записывать полное имя файла или папки (каталога), путь к файлу или папке (каталогу);</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и удалять файлы и папки (каталоги), выполнять поиск файлов;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пояснять на примерах смысл понятий «информационный процесс», «обработка информации», «хранение информации», «передача информации»;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иметь представление об основных единицах измерения информационного объёма данных;</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сравнивать размеры текстовых, графических, звуковых файлов и видеофайлов;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разбивать задачи на подзадачи;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объяснять различие между растровой и векторной графикой;</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создавать простые векторные рисунки и использовать их для иллюстрации создаваемых документов;</w:t>
      </w:r>
    </w:p>
    <w:p w:rsidR="00F44E79" w:rsidRPr="00026C2B" w:rsidRDefault="00F44E79" w:rsidP="006B4328">
      <w:pPr>
        <w:jc w:val="both"/>
        <w:rPr>
          <w:rFonts w:ascii="Times New Roman" w:hAnsi="Times New Roman" w:cs="Times New Roman"/>
        </w:rPr>
      </w:pPr>
      <w:r w:rsidRPr="00026C2B">
        <w:rPr>
          <w:rFonts w:ascii="Times New Roman" w:hAnsi="Times New Roman" w:cs="Times New Roman"/>
        </w:rPr>
        <w:t xml:space="preserve">создавать и редактировать текстовые документы, содержащие списки, таблицы; </w:t>
      </w:r>
    </w:p>
    <w:p w:rsidR="00F44E79" w:rsidRPr="00026C2B" w:rsidRDefault="00F44E79" w:rsidP="006B4328">
      <w:pPr>
        <w:jc w:val="both"/>
        <w:rPr>
          <w:rFonts w:ascii="Times New Roman" w:hAnsi="Times New Roman" w:cs="Times New Roman"/>
        </w:rPr>
        <w:sectPr w:rsidR="00F44E79" w:rsidRPr="00026C2B">
          <w:pgSz w:w="7824" w:h="12019"/>
          <w:pgMar w:top="737" w:right="794" w:bottom="1134" w:left="794" w:header="0" w:footer="0" w:gutter="0"/>
          <w:cols w:space="720"/>
          <w:formProt w:val="0"/>
          <w:docGrid w:linePitch="240" w:charSpace="-2049"/>
        </w:sectPr>
      </w:pPr>
      <w:bookmarkStart w:id="423" w:name="_Toc104191460"/>
      <w:bookmarkEnd w:id="423"/>
      <w:r w:rsidRPr="00026C2B">
        <w:rPr>
          <w:rFonts w:ascii="Times New Roman" w:hAnsi="Times New Roman" w:cs="Times New Roman"/>
        </w:rPr>
        <w:t>создавать интерактивные компьютерные презентации, в том числе с элементами анимации.</w:t>
      </w:r>
    </w:p>
    <w:p w:rsidR="00F44E79" w:rsidRPr="006B4328" w:rsidRDefault="00F44E79" w:rsidP="006B4328">
      <w:pPr>
        <w:pStyle w:val="Heading2"/>
        <w:spacing w:before="120" w:after="120" w:line="240" w:lineRule="auto"/>
        <w:jc w:val="both"/>
        <w:rPr>
          <w:rFonts w:ascii="Times New Roman" w:hAnsi="Times New Roman"/>
          <w:sz w:val="24"/>
          <w:szCs w:val="24"/>
          <w:lang w:val="ru-RU"/>
        </w:rPr>
      </w:pPr>
      <w:r w:rsidRPr="006B4328">
        <w:rPr>
          <w:rFonts w:ascii="Times New Roman" w:hAnsi="Times New Roman"/>
          <w:color w:val="000000"/>
          <w:sz w:val="24"/>
          <w:szCs w:val="24"/>
          <w:lang w:val="ru-RU"/>
        </w:rPr>
        <w:t>Тематическое планирование учебного предмета «Информатика»</w:t>
      </w:r>
    </w:p>
    <w:p w:rsidR="00F44E79" w:rsidRPr="006B4328" w:rsidRDefault="00F44E79" w:rsidP="006B4328">
      <w:pPr>
        <w:pStyle w:val="Heading2"/>
        <w:spacing w:before="120" w:after="120" w:line="240" w:lineRule="auto"/>
        <w:jc w:val="both"/>
        <w:rPr>
          <w:rFonts w:ascii="Times New Roman" w:hAnsi="Times New Roman"/>
          <w:b w:val="0"/>
          <w:bCs w:val="0"/>
          <w:color w:val="00000A"/>
          <w:sz w:val="24"/>
          <w:szCs w:val="24"/>
          <w:lang w:val="ru-RU"/>
        </w:rPr>
      </w:pPr>
      <w:bookmarkStart w:id="424" w:name="_Toc104191461"/>
      <w:bookmarkEnd w:id="424"/>
      <w:r w:rsidRPr="006B4328">
        <w:rPr>
          <w:rFonts w:ascii="Times New Roman" w:hAnsi="Times New Roman"/>
          <w:b w:val="0"/>
          <w:bCs w:val="0"/>
          <w:color w:val="00000A"/>
          <w:sz w:val="24"/>
          <w:szCs w:val="24"/>
          <w:lang w:val="ru-RU"/>
        </w:rPr>
        <w:t>5 класс (34 часа)</w:t>
      </w:r>
    </w:p>
    <w:p w:rsidR="00F44E79" w:rsidRPr="00026C2B" w:rsidRDefault="00F44E79" w:rsidP="006B4328">
      <w:pPr>
        <w:pStyle w:val="body"/>
        <w:rPr>
          <w:rFonts w:ascii="Times New Roman" w:hAnsi="Times New Roman" w:cs="Times New Roman"/>
          <w:sz w:val="24"/>
          <w:szCs w:val="24"/>
        </w:rPr>
      </w:pPr>
      <w:r w:rsidRPr="00026C2B">
        <w:rPr>
          <w:rFonts w:ascii="Times New Roman" w:hAnsi="Times New Roman" w:cs="Times New Roman"/>
          <w:sz w:val="24"/>
          <w:szCs w:val="24"/>
        </w:rPr>
        <w:t>1 час в неделю, всего — 34 часа, 2 часа — резервное время.</w:t>
      </w:r>
    </w:p>
    <w:p w:rsidR="00F44E79" w:rsidRPr="00026C2B" w:rsidRDefault="00F44E79" w:rsidP="006B4328">
      <w:pPr>
        <w:pStyle w:val="body"/>
        <w:rPr>
          <w:rFonts w:ascii="Times New Roman" w:hAnsi="Times New Roman" w:cs="Times New Roman"/>
          <w:sz w:val="24"/>
          <w:szCs w:val="24"/>
        </w:rPr>
      </w:pPr>
    </w:p>
    <w:tbl>
      <w:tblPr>
        <w:tblW w:w="8445" w:type="dxa"/>
        <w:tblInd w:w="2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bottom w:w="128" w:type="dxa"/>
          <w:right w:w="113" w:type="dxa"/>
        </w:tblCellMar>
        <w:tblLook w:val="00A0"/>
      </w:tblPr>
      <w:tblGrid>
        <w:gridCol w:w="947"/>
        <w:gridCol w:w="2350"/>
        <w:gridCol w:w="838"/>
        <w:gridCol w:w="5394"/>
      </w:tblGrid>
      <w:tr w:rsidR="00F44E79" w:rsidRPr="00026C2B" w:rsidTr="003E3DF3">
        <w:trPr>
          <w:trHeight w:val="60"/>
        </w:trPr>
        <w:tc>
          <w:tcPr>
            <w:tcW w:w="1197"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Раздел 1. </w:t>
            </w:r>
          </w:p>
        </w:tc>
        <w:tc>
          <w:tcPr>
            <w:tcW w:w="3393"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Цифровая грамотность</w:t>
            </w:r>
          </w:p>
        </w:tc>
        <w:tc>
          <w:tcPr>
            <w:tcW w:w="1590"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7 часов</w:t>
            </w:r>
          </w:p>
        </w:tc>
        <w:tc>
          <w:tcPr>
            <w:tcW w:w="2265"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Fonts w:ascii="Times New Roman" w:hAnsi="Times New Roman" w:cs="Times New Roman"/>
                <w:sz w:val="24"/>
                <w:szCs w:val="24"/>
              </w:rPr>
              <w:t>https://lbz.ru/metodist/authors/informatika/3/eor5.php</w:t>
            </w:r>
          </w:p>
        </w:tc>
      </w:tr>
      <w:tr w:rsidR="00F44E79" w:rsidRPr="00026C2B" w:rsidTr="003E3DF3">
        <w:trPr>
          <w:trHeight w:val="60"/>
        </w:trPr>
        <w:tc>
          <w:tcPr>
            <w:tcW w:w="1197"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Раздел 2. </w:t>
            </w:r>
          </w:p>
        </w:tc>
        <w:tc>
          <w:tcPr>
            <w:tcW w:w="3393"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Теоретические основы информатики </w:t>
            </w:r>
          </w:p>
        </w:tc>
        <w:tc>
          <w:tcPr>
            <w:tcW w:w="1590"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3 часа</w:t>
            </w:r>
          </w:p>
        </w:tc>
        <w:tc>
          <w:tcPr>
            <w:tcW w:w="2265"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Fonts w:ascii="Times New Roman" w:hAnsi="Times New Roman" w:cs="Times New Roman"/>
                <w:sz w:val="24"/>
                <w:szCs w:val="24"/>
              </w:rPr>
              <w:t>https://lbz.ru/metodist/authors/informatika/3/eor5.php</w:t>
            </w:r>
          </w:p>
        </w:tc>
      </w:tr>
      <w:tr w:rsidR="00F44E79" w:rsidRPr="00026C2B" w:rsidTr="003E3DF3">
        <w:trPr>
          <w:trHeight w:val="60"/>
        </w:trPr>
        <w:tc>
          <w:tcPr>
            <w:tcW w:w="1197" w:type="dxa"/>
            <w:tcMar>
              <w:left w:w="108" w:type="dxa"/>
              <w:bottom w:w="142" w:type="dxa"/>
            </w:tcMar>
          </w:tcPr>
          <w:p w:rsidR="00F44E79" w:rsidRPr="00026C2B" w:rsidRDefault="00F44E79" w:rsidP="003E3DF3">
            <w:pPr>
              <w:pStyle w:val="table-bodycentre"/>
              <w:spacing w:line="240" w:lineRule="auto"/>
              <w:jc w:val="both"/>
              <w:textAlignment w:val="auto"/>
              <w:rPr>
                <w:rFonts w:ascii="Times New Roman" w:hAnsi="Times New Roman" w:cs="Times New Roman"/>
                <w:sz w:val="24"/>
                <w:szCs w:val="24"/>
              </w:rPr>
            </w:pPr>
            <w:r w:rsidRPr="00026C2B">
              <w:rPr>
                <w:rStyle w:val="Bold"/>
                <w:rFonts w:ascii="Times New Roman" w:hAnsi="Times New Roman" w:cs="Times New Roman"/>
                <w:color w:val="00000A"/>
                <w:sz w:val="24"/>
                <w:szCs w:val="24"/>
              </w:rPr>
              <w:t xml:space="preserve">Раздел 3. </w:t>
            </w:r>
          </w:p>
        </w:tc>
        <w:tc>
          <w:tcPr>
            <w:tcW w:w="3393" w:type="dxa"/>
            <w:tcMar>
              <w:left w:w="108" w:type="dxa"/>
              <w:bottom w:w="142"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Алгоритмизация и основы программирования </w:t>
            </w:r>
          </w:p>
        </w:tc>
        <w:tc>
          <w:tcPr>
            <w:tcW w:w="1590" w:type="dxa"/>
            <w:tcMar>
              <w:left w:w="108" w:type="dxa"/>
              <w:bottom w:w="142"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10 часов</w:t>
            </w:r>
          </w:p>
        </w:tc>
        <w:tc>
          <w:tcPr>
            <w:tcW w:w="2265" w:type="dxa"/>
            <w:tcMar>
              <w:left w:w="108" w:type="dxa"/>
              <w:bottom w:w="142" w:type="dxa"/>
            </w:tcMar>
          </w:tcPr>
          <w:p w:rsidR="00F44E79" w:rsidRPr="00026C2B" w:rsidRDefault="00F44E79" w:rsidP="003E3DF3">
            <w:pPr>
              <w:pStyle w:val="table-bodycentre"/>
              <w:jc w:val="both"/>
              <w:rPr>
                <w:rFonts w:ascii="Times New Roman" w:hAnsi="Times New Roman" w:cs="Times New Roman"/>
                <w:sz w:val="24"/>
                <w:szCs w:val="24"/>
              </w:rPr>
            </w:pPr>
            <w:r w:rsidRPr="00026C2B">
              <w:rPr>
                <w:rFonts w:ascii="Times New Roman" w:hAnsi="Times New Roman" w:cs="Times New Roman"/>
                <w:sz w:val="24"/>
                <w:szCs w:val="24"/>
              </w:rPr>
              <w:t>https://lbz.ru/metodist/authors/informatika/3/eor5.php</w:t>
            </w:r>
          </w:p>
        </w:tc>
      </w:tr>
      <w:tr w:rsidR="00F44E79" w:rsidRPr="00026C2B" w:rsidTr="003E3DF3">
        <w:trPr>
          <w:trHeight w:val="60"/>
        </w:trPr>
        <w:tc>
          <w:tcPr>
            <w:tcW w:w="1197" w:type="dxa"/>
            <w:tcMar>
              <w:left w:w="108" w:type="dxa"/>
              <w:bottom w:w="142"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Раздел 4. </w:t>
            </w:r>
          </w:p>
        </w:tc>
        <w:tc>
          <w:tcPr>
            <w:tcW w:w="3393" w:type="dxa"/>
            <w:tcMar>
              <w:left w:w="108" w:type="dxa"/>
              <w:bottom w:w="142"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pacing w:val="3"/>
                <w:sz w:val="24"/>
                <w:szCs w:val="24"/>
              </w:rPr>
              <w:t>Информационные технологии</w:t>
            </w:r>
          </w:p>
        </w:tc>
        <w:tc>
          <w:tcPr>
            <w:tcW w:w="1590" w:type="dxa"/>
            <w:tcMar>
              <w:left w:w="108" w:type="dxa"/>
              <w:bottom w:w="142"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12 часов</w:t>
            </w:r>
          </w:p>
        </w:tc>
        <w:tc>
          <w:tcPr>
            <w:tcW w:w="2265" w:type="dxa"/>
            <w:tcMar>
              <w:left w:w="108" w:type="dxa"/>
              <w:bottom w:w="142" w:type="dxa"/>
            </w:tcMar>
          </w:tcPr>
          <w:p w:rsidR="00F44E79" w:rsidRPr="00026C2B" w:rsidRDefault="00F44E79" w:rsidP="003E3DF3">
            <w:pPr>
              <w:pStyle w:val="table-bodycentre"/>
              <w:jc w:val="both"/>
              <w:rPr>
                <w:rFonts w:ascii="Times New Roman" w:hAnsi="Times New Roman" w:cs="Times New Roman"/>
                <w:sz w:val="24"/>
                <w:szCs w:val="24"/>
              </w:rPr>
            </w:pPr>
            <w:r w:rsidRPr="00026C2B">
              <w:rPr>
                <w:rFonts w:ascii="Times New Roman" w:hAnsi="Times New Roman" w:cs="Times New Roman"/>
                <w:sz w:val="24"/>
                <w:szCs w:val="24"/>
              </w:rPr>
              <w:t>https://lbz.ru/metodist/authors/informatika/3/eor5.php</w:t>
            </w:r>
          </w:p>
        </w:tc>
      </w:tr>
      <w:tr w:rsidR="00F44E79" w:rsidRPr="00026C2B" w:rsidTr="003E3DF3">
        <w:trPr>
          <w:trHeight w:val="60"/>
        </w:trPr>
        <w:tc>
          <w:tcPr>
            <w:tcW w:w="1197" w:type="dxa"/>
            <w:tcMar>
              <w:top w:w="128" w:type="dxa"/>
              <w:left w:w="108" w:type="dxa"/>
              <w:bottom w:w="142" w:type="dxa"/>
            </w:tcMar>
          </w:tcPr>
          <w:p w:rsidR="00F44E79" w:rsidRPr="00026C2B" w:rsidRDefault="00F44E79" w:rsidP="003E3DF3">
            <w:pPr>
              <w:pStyle w:val="table-body0mm"/>
              <w:spacing w:line="240" w:lineRule="auto"/>
              <w:jc w:val="both"/>
              <w:textAlignment w:val="auto"/>
              <w:rPr>
                <w:rFonts w:ascii="Times New Roman" w:hAnsi="Times New Roman" w:cs="Times New Roman"/>
                <w:iCs/>
                <w:sz w:val="24"/>
                <w:szCs w:val="24"/>
              </w:rPr>
            </w:pPr>
          </w:p>
        </w:tc>
        <w:tc>
          <w:tcPr>
            <w:tcW w:w="3393" w:type="dxa"/>
            <w:tcMar>
              <w:top w:w="128" w:type="dxa"/>
              <w:left w:w="108" w:type="dxa"/>
              <w:bottom w:w="142" w:type="dxa"/>
            </w:tcMar>
          </w:tcPr>
          <w:p w:rsidR="00F44E79" w:rsidRPr="00026C2B" w:rsidRDefault="00F44E79" w:rsidP="003E3DF3">
            <w:pPr>
              <w:pStyle w:val="table-body0mm"/>
              <w:spacing w:line="240" w:lineRule="auto"/>
              <w:jc w:val="both"/>
              <w:textAlignment w:val="auto"/>
              <w:rPr>
                <w:rFonts w:ascii="Times New Roman" w:hAnsi="Times New Roman" w:cs="Times New Roman"/>
                <w:sz w:val="24"/>
                <w:szCs w:val="24"/>
              </w:rPr>
            </w:pPr>
            <w:r w:rsidRPr="00026C2B">
              <w:rPr>
                <w:rStyle w:val="Italic"/>
                <w:rFonts w:ascii="Times New Roman" w:hAnsi="Times New Roman" w:cs="Times New Roman"/>
                <w:b/>
                <w:bCs/>
                <w:iCs/>
                <w:color w:val="00000A"/>
                <w:sz w:val="24"/>
                <w:szCs w:val="24"/>
              </w:rPr>
              <w:t>Резервное время — 2 часа</w:t>
            </w:r>
          </w:p>
        </w:tc>
        <w:tc>
          <w:tcPr>
            <w:tcW w:w="1590" w:type="dxa"/>
            <w:tcMar>
              <w:top w:w="128" w:type="dxa"/>
              <w:left w:w="108" w:type="dxa"/>
              <w:bottom w:w="142" w:type="dxa"/>
            </w:tcMar>
          </w:tcPr>
          <w:p w:rsidR="00F44E79" w:rsidRPr="00026C2B" w:rsidRDefault="00F44E79" w:rsidP="003E3DF3">
            <w:pPr>
              <w:pStyle w:val="table-body0mm"/>
              <w:jc w:val="both"/>
              <w:rPr>
                <w:rFonts w:ascii="Times New Roman" w:hAnsi="Times New Roman" w:cs="Times New Roman"/>
                <w:sz w:val="24"/>
                <w:szCs w:val="24"/>
              </w:rPr>
            </w:pPr>
            <w:r w:rsidRPr="00026C2B">
              <w:rPr>
                <w:rFonts w:ascii="Times New Roman" w:hAnsi="Times New Roman" w:cs="Times New Roman"/>
                <w:sz w:val="24"/>
                <w:szCs w:val="24"/>
              </w:rPr>
              <w:t>Итого 34 часа</w:t>
            </w:r>
          </w:p>
        </w:tc>
        <w:tc>
          <w:tcPr>
            <w:tcW w:w="2265" w:type="dxa"/>
            <w:tcMar>
              <w:top w:w="128" w:type="dxa"/>
              <w:left w:w="108" w:type="dxa"/>
              <w:bottom w:w="142" w:type="dxa"/>
            </w:tcMar>
          </w:tcPr>
          <w:p w:rsidR="00F44E79" w:rsidRPr="00026C2B" w:rsidRDefault="00F44E79" w:rsidP="003E3DF3">
            <w:pPr>
              <w:pStyle w:val="table-body0mm"/>
              <w:jc w:val="both"/>
              <w:rPr>
                <w:rFonts w:ascii="Times New Roman" w:hAnsi="Times New Roman" w:cs="Times New Roman"/>
                <w:sz w:val="24"/>
                <w:szCs w:val="24"/>
              </w:rPr>
            </w:pPr>
          </w:p>
        </w:tc>
      </w:tr>
    </w:tbl>
    <w:p w:rsidR="00F44E79" w:rsidRPr="00026C2B" w:rsidRDefault="00F44E79" w:rsidP="006B4328">
      <w:pPr>
        <w:pStyle w:val="body"/>
        <w:rPr>
          <w:rFonts w:ascii="Times New Roman" w:hAnsi="Times New Roman" w:cs="Times New Roman"/>
          <w:sz w:val="24"/>
          <w:szCs w:val="24"/>
        </w:rPr>
      </w:pPr>
    </w:p>
    <w:p w:rsidR="00F44E79" w:rsidRPr="00026C2B" w:rsidRDefault="00F44E79" w:rsidP="006B4328">
      <w:pPr>
        <w:pStyle w:val="Heading2"/>
        <w:spacing w:before="120" w:after="120" w:line="240" w:lineRule="auto"/>
        <w:jc w:val="both"/>
        <w:rPr>
          <w:rFonts w:ascii="Times New Roman" w:hAnsi="Times New Roman"/>
          <w:sz w:val="24"/>
          <w:szCs w:val="24"/>
        </w:rPr>
      </w:pPr>
      <w:bookmarkStart w:id="425" w:name="_Toc104191462"/>
      <w:bookmarkEnd w:id="425"/>
      <w:r w:rsidRPr="00026C2B">
        <w:rPr>
          <w:rFonts w:ascii="Times New Roman" w:hAnsi="Times New Roman"/>
          <w:b w:val="0"/>
          <w:bCs w:val="0"/>
          <w:color w:val="00000A"/>
          <w:sz w:val="24"/>
          <w:szCs w:val="24"/>
        </w:rPr>
        <w:t>6 класс (34 часа)</w:t>
      </w:r>
    </w:p>
    <w:p w:rsidR="00F44E79" w:rsidRPr="00026C2B" w:rsidRDefault="00F44E79" w:rsidP="006B4328">
      <w:pPr>
        <w:pStyle w:val="body"/>
        <w:rPr>
          <w:rFonts w:ascii="Times New Roman" w:hAnsi="Times New Roman" w:cs="Times New Roman"/>
          <w:sz w:val="24"/>
          <w:szCs w:val="24"/>
        </w:rPr>
      </w:pPr>
      <w:r w:rsidRPr="00026C2B">
        <w:rPr>
          <w:rFonts w:ascii="Times New Roman" w:hAnsi="Times New Roman" w:cs="Times New Roman"/>
          <w:sz w:val="24"/>
          <w:szCs w:val="24"/>
        </w:rPr>
        <w:t>1 час в неделю, всего — 34 часа, 2 часа — резервное время.</w:t>
      </w:r>
    </w:p>
    <w:p w:rsidR="00F44E79" w:rsidRPr="00026C2B" w:rsidRDefault="00F44E79" w:rsidP="006B4328">
      <w:pPr>
        <w:pStyle w:val="body"/>
        <w:rPr>
          <w:rFonts w:ascii="Times New Roman" w:hAnsi="Times New Roman" w:cs="Times New Roman"/>
          <w:sz w:val="24"/>
          <w:szCs w:val="24"/>
        </w:rPr>
      </w:pPr>
    </w:p>
    <w:tbl>
      <w:tblPr>
        <w:tblW w:w="8505" w:type="dxa"/>
        <w:tblInd w:w="2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39" w:type="dxa"/>
          <w:bottom w:w="156" w:type="dxa"/>
          <w:right w:w="113" w:type="dxa"/>
        </w:tblCellMar>
        <w:tblLook w:val="00A0"/>
      </w:tblPr>
      <w:tblGrid>
        <w:gridCol w:w="947"/>
        <w:gridCol w:w="2350"/>
        <w:gridCol w:w="838"/>
        <w:gridCol w:w="5394"/>
      </w:tblGrid>
      <w:tr w:rsidR="00F44E79" w:rsidRPr="00026C2B" w:rsidTr="003E3DF3">
        <w:trPr>
          <w:trHeight w:val="60"/>
        </w:trPr>
        <w:tc>
          <w:tcPr>
            <w:tcW w:w="1185"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Раздел 1. </w:t>
            </w:r>
          </w:p>
        </w:tc>
        <w:tc>
          <w:tcPr>
            <w:tcW w:w="3256"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Цифровая грамотность</w:t>
            </w:r>
          </w:p>
        </w:tc>
        <w:tc>
          <w:tcPr>
            <w:tcW w:w="1799"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4 часа</w:t>
            </w:r>
          </w:p>
        </w:tc>
        <w:tc>
          <w:tcPr>
            <w:tcW w:w="2265"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Fonts w:ascii="Times New Roman" w:hAnsi="Times New Roman" w:cs="Times New Roman"/>
                <w:sz w:val="24"/>
                <w:szCs w:val="24"/>
              </w:rPr>
              <w:t>https://lbz.ru/metodist/authors/informatika/3/eor6.php</w:t>
            </w:r>
          </w:p>
        </w:tc>
      </w:tr>
      <w:tr w:rsidR="00F44E79" w:rsidRPr="00026C2B" w:rsidTr="003E3DF3">
        <w:trPr>
          <w:trHeight w:val="60"/>
        </w:trPr>
        <w:tc>
          <w:tcPr>
            <w:tcW w:w="1185"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Раздел 2. </w:t>
            </w:r>
          </w:p>
        </w:tc>
        <w:tc>
          <w:tcPr>
            <w:tcW w:w="3256"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Теоретические основы информатики</w:t>
            </w:r>
          </w:p>
        </w:tc>
        <w:tc>
          <w:tcPr>
            <w:tcW w:w="1799"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6 часов</w:t>
            </w:r>
          </w:p>
        </w:tc>
        <w:tc>
          <w:tcPr>
            <w:tcW w:w="2265" w:type="dxa"/>
            <w:tcMar>
              <w:left w:w="108" w:type="dxa"/>
            </w:tcMar>
          </w:tcPr>
          <w:p w:rsidR="00F44E79" w:rsidRPr="00026C2B" w:rsidRDefault="00F44E79" w:rsidP="003E3DF3">
            <w:pPr>
              <w:pStyle w:val="table-bodycentre"/>
              <w:jc w:val="both"/>
              <w:rPr>
                <w:rFonts w:ascii="Times New Roman" w:hAnsi="Times New Roman" w:cs="Times New Roman"/>
                <w:sz w:val="24"/>
                <w:szCs w:val="24"/>
              </w:rPr>
            </w:pPr>
            <w:r w:rsidRPr="00026C2B">
              <w:rPr>
                <w:rFonts w:ascii="Times New Roman" w:hAnsi="Times New Roman" w:cs="Times New Roman"/>
                <w:sz w:val="24"/>
                <w:szCs w:val="24"/>
              </w:rPr>
              <w:t>https://lbz.ru/metodist/authors/informatika/3/eor6.php</w:t>
            </w:r>
          </w:p>
        </w:tc>
      </w:tr>
      <w:tr w:rsidR="00F44E79" w:rsidRPr="00026C2B" w:rsidTr="003E3DF3">
        <w:trPr>
          <w:trHeight w:val="60"/>
        </w:trPr>
        <w:tc>
          <w:tcPr>
            <w:tcW w:w="1185" w:type="dxa"/>
            <w:tcMar>
              <w:top w:w="113" w:type="dxa"/>
              <w:left w:w="108" w:type="dxa"/>
              <w:bottom w:w="128" w:type="dxa"/>
            </w:tcMar>
          </w:tcPr>
          <w:p w:rsidR="00F44E79" w:rsidRPr="00026C2B" w:rsidRDefault="00F44E79" w:rsidP="003E3DF3">
            <w:pPr>
              <w:pStyle w:val="table-bodycentre"/>
              <w:spacing w:line="240" w:lineRule="auto"/>
              <w:jc w:val="both"/>
              <w:textAlignment w:val="auto"/>
              <w:rPr>
                <w:rFonts w:ascii="Times New Roman" w:hAnsi="Times New Roman" w:cs="Times New Roman"/>
                <w:sz w:val="24"/>
                <w:szCs w:val="24"/>
              </w:rPr>
            </w:pPr>
            <w:r w:rsidRPr="00026C2B">
              <w:rPr>
                <w:rStyle w:val="Bold"/>
                <w:rFonts w:ascii="Times New Roman" w:hAnsi="Times New Roman" w:cs="Times New Roman"/>
                <w:color w:val="00000A"/>
                <w:sz w:val="24"/>
                <w:szCs w:val="24"/>
              </w:rPr>
              <w:t xml:space="preserve">Раздел 3. </w:t>
            </w:r>
          </w:p>
        </w:tc>
        <w:tc>
          <w:tcPr>
            <w:tcW w:w="3256" w:type="dxa"/>
            <w:tcMar>
              <w:top w:w="113" w:type="dxa"/>
              <w:left w:w="108" w:type="dxa"/>
              <w:bottom w:w="12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Алгоритмизация и основы программирования</w:t>
            </w:r>
          </w:p>
        </w:tc>
        <w:tc>
          <w:tcPr>
            <w:tcW w:w="1799" w:type="dxa"/>
            <w:tcMar>
              <w:top w:w="113" w:type="dxa"/>
              <w:left w:w="108" w:type="dxa"/>
              <w:bottom w:w="128" w:type="dxa"/>
            </w:tcMar>
          </w:tcPr>
          <w:p w:rsidR="00F44E79" w:rsidRPr="00026C2B" w:rsidRDefault="00F44E79" w:rsidP="003E3DF3">
            <w:pPr>
              <w:pStyle w:val="table-bodycentre"/>
              <w:spacing w:line="240" w:lineRule="auto"/>
              <w:jc w:val="both"/>
              <w:textAlignment w:val="auto"/>
              <w:rPr>
                <w:rFonts w:ascii="Times New Roman" w:hAnsi="Times New Roman" w:cs="Times New Roman"/>
                <w:sz w:val="24"/>
                <w:szCs w:val="24"/>
              </w:rPr>
            </w:pPr>
            <w:r w:rsidRPr="00026C2B">
              <w:rPr>
                <w:rStyle w:val="Bold"/>
                <w:rFonts w:ascii="Times New Roman" w:hAnsi="Times New Roman" w:cs="Times New Roman"/>
                <w:color w:val="00000A"/>
                <w:sz w:val="24"/>
                <w:szCs w:val="24"/>
              </w:rPr>
              <w:t>12 часов</w:t>
            </w:r>
          </w:p>
        </w:tc>
        <w:tc>
          <w:tcPr>
            <w:tcW w:w="2265" w:type="dxa"/>
            <w:tcMar>
              <w:top w:w="113" w:type="dxa"/>
              <w:left w:w="108" w:type="dxa"/>
              <w:bottom w:w="128" w:type="dxa"/>
            </w:tcMar>
          </w:tcPr>
          <w:p w:rsidR="00F44E79" w:rsidRPr="00026C2B" w:rsidRDefault="00F44E79" w:rsidP="003E3DF3">
            <w:pPr>
              <w:pStyle w:val="table-bodycentre"/>
              <w:spacing w:line="240" w:lineRule="auto"/>
              <w:jc w:val="both"/>
              <w:textAlignment w:val="auto"/>
              <w:rPr>
                <w:rFonts w:ascii="Times New Roman" w:hAnsi="Times New Roman" w:cs="Times New Roman"/>
                <w:color w:val="00000A"/>
                <w:sz w:val="24"/>
                <w:szCs w:val="24"/>
              </w:rPr>
            </w:pPr>
            <w:r w:rsidRPr="00026C2B">
              <w:rPr>
                <w:rFonts w:ascii="Times New Roman" w:hAnsi="Times New Roman" w:cs="Times New Roman"/>
                <w:color w:val="00000A"/>
                <w:sz w:val="24"/>
                <w:szCs w:val="24"/>
              </w:rPr>
              <w:t>https://lbz.ru/metodist/authors/informatika/3/eor6.php</w:t>
            </w:r>
          </w:p>
        </w:tc>
      </w:tr>
      <w:tr w:rsidR="00F44E79" w:rsidRPr="00026C2B" w:rsidTr="003E3DF3">
        <w:trPr>
          <w:trHeight w:val="60"/>
        </w:trPr>
        <w:tc>
          <w:tcPr>
            <w:tcW w:w="1185" w:type="dxa"/>
            <w:tcMar>
              <w:top w:w="113" w:type="dxa"/>
              <w:left w:w="108" w:type="dxa"/>
              <w:bottom w:w="12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Раздел 4. </w:t>
            </w:r>
          </w:p>
        </w:tc>
        <w:tc>
          <w:tcPr>
            <w:tcW w:w="3256" w:type="dxa"/>
            <w:tcMar>
              <w:top w:w="113" w:type="dxa"/>
              <w:left w:w="108" w:type="dxa"/>
              <w:bottom w:w="12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 xml:space="preserve">Информационные технологии </w:t>
            </w:r>
          </w:p>
        </w:tc>
        <w:tc>
          <w:tcPr>
            <w:tcW w:w="1799" w:type="dxa"/>
            <w:tcMar>
              <w:top w:w="113" w:type="dxa"/>
              <w:left w:w="108" w:type="dxa"/>
              <w:bottom w:w="128" w:type="dxa"/>
            </w:tcMar>
          </w:tcPr>
          <w:p w:rsidR="00F44E79" w:rsidRPr="00026C2B" w:rsidRDefault="00F44E79" w:rsidP="003E3DF3">
            <w:pPr>
              <w:pStyle w:val="table-bodycentre"/>
              <w:jc w:val="both"/>
              <w:rPr>
                <w:rFonts w:ascii="Times New Roman" w:hAnsi="Times New Roman" w:cs="Times New Roman"/>
                <w:sz w:val="24"/>
                <w:szCs w:val="24"/>
              </w:rPr>
            </w:pPr>
            <w:r w:rsidRPr="00026C2B">
              <w:rPr>
                <w:rStyle w:val="Bold"/>
                <w:rFonts w:ascii="Times New Roman" w:hAnsi="Times New Roman" w:cs="Times New Roman"/>
                <w:sz w:val="24"/>
                <w:szCs w:val="24"/>
              </w:rPr>
              <w:t>10 часов</w:t>
            </w:r>
          </w:p>
        </w:tc>
        <w:tc>
          <w:tcPr>
            <w:tcW w:w="2265" w:type="dxa"/>
            <w:tcMar>
              <w:top w:w="113" w:type="dxa"/>
              <w:left w:w="108" w:type="dxa"/>
              <w:bottom w:w="128" w:type="dxa"/>
            </w:tcMar>
          </w:tcPr>
          <w:p w:rsidR="00F44E79" w:rsidRPr="00026C2B" w:rsidRDefault="00F44E79" w:rsidP="003E3DF3">
            <w:pPr>
              <w:pStyle w:val="table-bodycentre"/>
              <w:jc w:val="both"/>
              <w:rPr>
                <w:rFonts w:ascii="Times New Roman" w:hAnsi="Times New Roman" w:cs="Times New Roman"/>
                <w:sz w:val="24"/>
                <w:szCs w:val="24"/>
              </w:rPr>
            </w:pPr>
            <w:r w:rsidRPr="00026C2B">
              <w:rPr>
                <w:rFonts w:ascii="Times New Roman" w:hAnsi="Times New Roman" w:cs="Times New Roman"/>
                <w:sz w:val="24"/>
                <w:szCs w:val="24"/>
              </w:rPr>
              <w:t>https://lbz.ru/metodist/authors/informatika/3/eor6.php</w:t>
            </w:r>
          </w:p>
        </w:tc>
      </w:tr>
      <w:tr w:rsidR="00F44E79" w:rsidRPr="00026C2B" w:rsidTr="003E3DF3">
        <w:trPr>
          <w:trHeight w:val="60"/>
        </w:trPr>
        <w:tc>
          <w:tcPr>
            <w:tcW w:w="1185" w:type="dxa"/>
            <w:tcMar>
              <w:top w:w="113" w:type="dxa"/>
              <w:left w:w="108" w:type="dxa"/>
              <w:bottom w:w="128" w:type="dxa"/>
            </w:tcMar>
          </w:tcPr>
          <w:p w:rsidR="00F44E79" w:rsidRPr="00026C2B" w:rsidRDefault="00F44E79" w:rsidP="003E3DF3">
            <w:pPr>
              <w:pStyle w:val="table-body0mm"/>
              <w:spacing w:line="240" w:lineRule="auto"/>
              <w:jc w:val="both"/>
              <w:textAlignment w:val="auto"/>
              <w:rPr>
                <w:rFonts w:ascii="Times New Roman" w:hAnsi="Times New Roman" w:cs="Times New Roman"/>
                <w:iCs/>
                <w:sz w:val="24"/>
                <w:szCs w:val="24"/>
              </w:rPr>
            </w:pPr>
          </w:p>
        </w:tc>
        <w:tc>
          <w:tcPr>
            <w:tcW w:w="3256" w:type="dxa"/>
            <w:tcMar>
              <w:top w:w="113" w:type="dxa"/>
              <w:left w:w="108" w:type="dxa"/>
              <w:bottom w:w="128" w:type="dxa"/>
            </w:tcMar>
          </w:tcPr>
          <w:p w:rsidR="00F44E79" w:rsidRPr="00026C2B" w:rsidRDefault="00F44E79" w:rsidP="003E3DF3">
            <w:pPr>
              <w:pStyle w:val="table-body0mm"/>
              <w:spacing w:line="240" w:lineRule="auto"/>
              <w:jc w:val="both"/>
              <w:textAlignment w:val="auto"/>
              <w:rPr>
                <w:rFonts w:ascii="Times New Roman" w:hAnsi="Times New Roman" w:cs="Times New Roman"/>
                <w:sz w:val="24"/>
                <w:szCs w:val="24"/>
              </w:rPr>
            </w:pPr>
            <w:r w:rsidRPr="00026C2B">
              <w:rPr>
                <w:rStyle w:val="Italic"/>
                <w:rFonts w:ascii="Times New Roman" w:hAnsi="Times New Roman" w:cs="Times New Roman"/>
                <w:b/>
                <w:bCs/>
                <w:iCs/>
                <w:color w:val="00000A"/>
                <w:sz w:val="24"/>
                <w:szCs w:val="24"/>
              </w:rPr>
              <w:t>Резервное время — 2 часа</w:t>
            </w:r>
          </w:p>
        </w:tc>
        <w:tc>
          <w:tcPr>
            <w:tcW w:w="1799" w:type="dxa"/>
            <w:tcMar>
              <w:top w:w="113" w:type="dxa"/>
              <w:left w:w="108" w:type="dxa"/>
              <w:bottom w:w="128" w:type="dxa"/>
            </w:tcMar>
          </w:tcPr>
          <w:p w:rsidR="00F44E79" w:rsidRPr="00026C2B" w:rsidRDefault="00F44E79" w:rsidP="003E3DF3">
            <w:pPr>
              <w:pStyle w:val="table-body0mm"/>
              <w:jc w:val="both"/>
              <w:rPr>
                <w:rFonts w:ascii="Times New Roman" w:hAnsi="Times New Roman" w:cs="Times New Roman"/>
                <w:sz w:val="24"/>
                <w:szCs w:val="24"/>
              </w:rPr>
            </w:pPr>
            <w:r w:rsidRPr="00026C2B">
              <w:rPr>
                <w:rFonts w:ascii="Times New Roman" w:hAnsi="Times New Roman" w:cs="Times New Roman"/>
                <w:sz w:val="24"/>
                <w:szCs w:val="24"/>
              </w:rPr>
              <w:t>Итого 34 часа</w:t>
            </w:r>
          </w:p>
        </w:tc>
        <w:tc>
          <w:tcPr>
            <w:tcW w:w="2265" w:type="dxa"/>
            <w:tcMar>
              <w:top w:w="113" w:type="dxa"/>
              <w:left w:w="108" w:type="dxa"/>
              <w:bottom w:w="128" w:type="dxa"/>
            </w:tcMar>
          </w:tcPr>
          <w:p w:rsidR="00F44E79" w:rsidRPr="00026C2B" w:rsidRDefault="00F44E79" w:rsidP="003E3DF3">
            <w:pPr>
              <w:pStyle w:val="table-body0mm"/>
              <w:jc w:val="both"/>
              <w:rPr>
                <w:rFonts w:ascii="Times New Roman" w:hAnsi="Times New Roman" w:cs="Times New Roman"/>
                <w:sz w:val="24"/>
                <w:szCs w:val="24"/>
              </w:rPr>
            </w:pPr>
          </w:p>
        </w:tc>
      </w:tr>
    </w:tbl>
    <w:p w:rsidR="00F44E79" w:rsidRDefault="00F44E79">
      <w:pPr>
        <w:pStyle w:val="33"/>
        <w:keepNext/>
        <w:keepLines/>
        <w:pBdr>
          <w:bottom w:val="single" w:sz="4" w:space="0" w:color="auto"/>
        </w:pBdr>
        <w:spacing w:after="200" w:line="259" w:lineRule="auto"/>
        <w:rPr>
          <w:rFonts w:ascii="Courier New" w:hAnsi="Courier New" w:cs="Courier New"/>
          <w:b w:val="0"/>
          <w:bCs w:val="0"/>
          <w:color w:val="auto"/>
          <w:sz w:val="24"/>
          <w:szCs w:val="24"/>
        </w:rPr>
      </w:pPr>
    </w:p>
    <w:p w:rsidR="00F44E79" w:rsidRDefault="00F44E79">
      <w:pPr>
        <w:pStyle w:val="BodyText"/>
        <w:spacing w:line="298" w:lineRule="auto"/>
        <w:ind w:left="160" w:hanging="160"/>
        <w:jc w:val="both"/>
        <w:rPr>
          <w:rFonts w:ascii="Courier New" w:hAnsi="Courier New" w:cs="Courier New"/>
          <w:color w:val="auto"/>
          <w:sz w:val="24"/>
          <w:szCs w:val="24"/>
        </w:rPr>
      </w:pPr>
      <w:bookmarkStart w:id="426" w:name="bookmark3654"/>
      <w:bookmarkEnd w:id="426"/>
    </w:p>
    <w:p w:rsidR="00F44E79" w:rsidRDefault="00F44E79">
      <w:pPr>
        <w:pStyle w:val="BodyText"/>
        <w:spacing w:line="298" w:lineRule="auto"/>
        <w:ind w:left="160" w:hanging="160"/>
        <w:jc w:val="both"/>
        <w:rPr>
          <w:rFonts w:ascii="Courier New" w:hAnsi="Courier New" w:cs="Courier New"/>
          <w:color w:val="auto"/>
          <w:sz w:val="24"/>
          <w:szCs w:val="24"/>
        </w:rPr>
      </w:pPr>
    </w:p>
    <w:p w:rsidR="00F44E79" w:rsidRDefault="00F44E79">
      <w:pPr>
        <w:pStyle w:val="BodyText"/>
        <w:spacing w:line="298" w:lineRule="auto"/>
        <w:ind w:left="160" w:hanging="160"/>
        <w:jc w:val="both"/>
        <w:rPr>
          <w:rFonts w:ascii="Courier New" w:hAnsi="Courier New" w:cs="Courier New"/>
          <w:color w:val="auto"/>
          <w:sz w:val="24"/>
          <w:szCs w:val="24"/>
        </w:rPr>
        <w:sectPr w:rsidR="00F44E79">
          <w:footerReference w:type="even" r:id="rId509"/>
          <w:footerReference w:type="default" r:id="rId510"/>
          <w:pgSz w:w="7824" w:h="12019"/>
          <w:pgMar w:top="656" w:right="704" w:bottom="867" w:left="716" w:header="0" w:footer="3" w:gutter="0"/>
          <w:cols w:space="720"/>
          <w:noEndnote/>
          <w:docGrid w:linePitch="360"/>
        </w:sectPr>
      </w:pPr>
    </w:p>
    <w:p w:rsidR="00F44E79" w:rsidRDefault="00F44E79" w:rsidP="007C3791">
      <w:pPr>
        <w:pStyle w:val="33"/>
        <w:keepNext/>
        <w:keepLines/>
        <w:pBdr>
          <w:bottom w:val="single" w:sz="4" w:space="0" w:color="auto"/>
        </w:pBdr>
        <w:tabs>
          <w:tab w:val="left" w:pos="750"/>
        </w:tabs>
        <w:spacing w:after="120" w:line="264" w:lineRule="auto"/>
        <w:jc w:val="both"/>
        <w:rPr>
          <w:b w:val="0"/>
          <w:bCs w:val="0"/>
          <w:color w:val="auto"/>
          <w:sz w:val="24"/>
          <w:szCs w:val="24"/>
        </w:rPr>
      </w:pPr>
      <w:bookmarkStart w:id="427" w:name="bookmark3720"/>
      <w:bookmarkStart w:id="428" w:name="bookmark3718"/>
      <w:bookmarkStart w:id="429" w:name="bookmark3719"/>
      <w:bookmarkStart w:id="430" w:name="bookmark3721"/>
      <w:bookmarkEnd w:id="427"/>
      <w:r>
        <w:rPr>
          <w:rStyle w:val="32"/>
          <w:rFonts w:cs="Arial"/>
          <w:b/>
          <w:sz w:val="19"/>
          <w:szCs w:val="19"/>
        </w:rPr>
        <w:t>2.1.10 ФИЗИКА</w:t>
      </w:r>
      <w:bookmarkEnd w:id="428"/>
      <w:bookmarkEnd w:id="429"/>
      <w:bookmarkEnd w:id="430"/>
    </w:p>
    <w:p w:rsidR="00F44E79" w:rsidRDefault="00F44E79">
      <w:pPr>
        <w:pStyle w:val="BodyText"/>
        <w:spacing w:after="460" w:line="266" w:lineRule="auto"/>
        <w:jc w:val="both"/>
        <w:rPr>
          <w:rStyle w:val="BodyTextChar1"/>
          <w:rFonts w:cs="Georgia"/>
        </w:rPr>
      </w:pPr>
      <w:r>
        <w:rPr>
          <w:rStyle w:val="BodyTextChar1"/>
          <w:rFonts w:cs="Georgia"/>
        </w:rPr>
        <w:t>Рабочая программа по физике на уровне основно</w:t>
      </w:r>
      <w:r>
        <w:rPr>
          <w:rStyle w:val="BodyTextChar1"/>
          <w:rFonts w:cs="Georgia"/>
        </w:rPr>
        <w:softHyphen/>
        <w:t>го общего образования составлена на основе положений и тре</w:t>
      </w:r>
      <w:r>
        <w:rPr>
          <w:rStyle w:val="BodyTextChar1"/>
          <w:rFonts w:cs="Georgia"/>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BodyTextChar1"/>
          <w:rFonts w:cs="Georgia"/>
        </w:rPr>
        <w:softHyphen/>
        <w:t>граммы воспитания и Концепции преподавания учебного пред</w:t>
      </w:r>
      <w:r>
        <w:rPr>
          <w:rStyle w:val="BodyTextChar1"/>
          <w:rFonts w:cs="Georgia"/>
        </w:rPr>
        <w:softHyphen/>
        <w:t>мета «Физика» в образовательных организациях Российской Федерации, реализующих основные общеобразовательные про</w:t>
      </w:r>
      <w:r>
        <w:rPr>
          <w:rStyle w:val="BodyTextChar1"/>
          <w:rFonts w:cs="Georgia"/>
        </w:rPr>
        <w:softHyphen/>
        <w:t>граммы.</w:t>
      </w:r>
    </w:p>
    <w:p w:rsidR="00F44E79" w:rsidRDefault="00F44E79">
      <w:pPr>
        <w:pStyle w:val="BodyText"/>
        <w:spacing w:after="460" w:line="266" w:lineRule="auto"/>
        <w:jc w:val="both"/>
        <w:rPr>
          <w:rStyle w:val="BodyTextChar1"/>
          <w:rFonts w:cs="Georgia"/>
        </w:rPr>
      </w:pPr>
    </w:p>
    <w:p w:rsidR="00F44E79" w:rsidRDefault="00F44E79">
      <w:pPr>
        <w:pStyle w:val="BodyText"/>
        <w:spacing w:after="460" w:line="266" w:lineRule="auto"/>
        <w:jc w:val="both"/>
        <w:rPr>
          <w:rStyle w:val="BodyTextChar1"/>
          <w:rFonts w:cs="Georgia"/>
        </w:rPr>
      </w:pPr>
    </w:p>
    <w:p w:rsidR="00F44E79" w:rsidRDefault="00F44E79">
      <w:pPr>
        <w:pStyle w:val="BodyText"/>
        <w:spacing w:after="460" w:line="266" w:lineRule="auto"/>
        <w:jc w:val="both"/>
        <w:rPr>
          <w:rStyle w:val="BodyTextChar1"/>
          <w:rFonts w:cs="Georgia"/>
        </w:rPr>
      </w:pPr>
    </w:p>
    <w:p w:rsidR="00F44E79" w:rsidRDefault="00F44E79">
      <w:pPr>
        <w:pStyle w:val="BodyText"/>
        <w:spacing w:after="460" w:line="266" w:lineRule="auto"/>
        <w:jc w:val="both"/>
        <w:rPr>
          <w:rStyle w:val="BodyTextChar1"/>
          <w:rFonts w:cs="Georgia"/>
        </w:rPr>
      </w:pPr>
    </w:p>
    <w:p w:rsidR="00F44E79" w:rsidRDefault="00F44E79">
      <w:pPr>
        <w:pStyle w:val="BodyText"/>
        <w:spacing w:after="460" w:line="266" w:lineRule="auto"/>
        <w:jc w:val="both"/>
        <w:rPr>
          <w:rStyle w:val="BodyTextChar1"/>
          <w:rFonts w:cs="Georgia"/>
        </w:rPr>
      </w:pPr>
    </w:p>
    <w:p w:rsidR="00F44E79" w:rsidRDefault="00F44E79">
      <w:pPr>
        <w:pStyle w:val="BodyText"/>
        <w:spacing w:after="460" w:line="266" w:lineRule="auto"/>
        <w:jc w:val="both"/>
        <w:rPr>
          <w:rFonts w:ascii="Courier New" w:hAnsi="Courier New" w:cs="Courier New"/>
          <w:color w:val="auto"/>
          <w:sz w:val="24"/>
          <w:szCs w:val="24"/>
        </w:rPr>
      </w:pPr>
    </w:p>
    <w:p w:rsidR="00F44E79" w:rsidRDefault="00F44E79">
      <w:pPr>
        <w:pStyle w:val="33"/>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431" w:name="bookmark3722"/>
      <w:bookmarkStart w:id="432" w:name="bookmark3723"/>
      <w:bookmarkStart w:id="433" w:name="bookmark3724"/>
      <w:r>
        <w:rPr>
          <w:rStyle w:val="32"/>
          <w:rFonts w:cs="Arial"/>
          <w:b/>
          <w:sz w:val="19"/>
          <w:szCs w:val="19"/>
        </w:rPr>
        <w:t>ПОЯСНИТЕЛЬНАЯ ЗАПИСКА</w:t>
      </w:r>
      <w:bookmarkEnd w:id="431"/>
      <w:bookmarkEnd w:id="432"/>
      <w:bookmarkEnd w:id="433"/>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Содержание Программы направлено на формирование есте</w:t>
      </w:r>
      <w:r>
        <w:rPr>
          <w:rStyle w:val="BodyTextChar1"/>
          <w:rFonts w:cs="Georgia"/>
        </w:rPr>
        <w:softHyphen/>
        <w:t>ственно-научной грамотности учащихся и организацию изу</w:t>
      </w:r>
      <w:r>
        <w:rPr>
          <w:rStyle w:val="BodyTextChar1"/>
          <w:rFonts w:cs="Georgia"/>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В программе определяются основные цели изучения физики на уровне основного общего образования, планируемые резуль</w:t>
      </w:r>
      <w:r>
        <w:rPr>
          <w:rStyle w:val="BodyTextChar1"/>
          <w:rFonts w:cs="Georgia"/>
        </w:rPr>
        <w:softHyphen/>
        <w:t>таты освоения курса физики: личностные, метапредметные, предметные (на базовом уровне).</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Программа устанавливает распределение учебного материала по годам обучения (по классам), предлагает примерную после</w:t>
      </w:r>
      <w:r>
        <w:rPr>
          <w:rStyle w:val="BodyTextChar1"/>
          <w:rFonts w:cs="Georgia"/>
        </w:rPr>
        <w:softHyphen/>
        <w:t>довательность изучения тем, основанную на логике развития предметного содержания и учёте возрастных особенностей уча</w:t>
      </w:r>
      <w:r>
        <w:rPr>
          <w:rStyle w:val="BodyTextChar1"/>
          <w:rFonts w:cs="Georgia"/>
        </w:rPr>
        <w:softHyphen/>
        <w:t>щихся, а также примерное тематическое планирование с указа</w:t>
      </w:r>
      <w:r>
        <w:rPr>
          <w:rStyle w:val="BodyTextChar1"/>
          <w:rFonts w:cs="Georgia"/>
        </w:rPr>
        <w:softHyphen/>
        <w:t>нием количества часов на изучение каждой темы и примерной характеристикой учебной деятельности учащихся, реализуе</w:t>
      </w:r>
      <w:r>
        <w:rPr>
          <w:rStyle w:val="BodyTextChar1"/>
          <w:rFonts w:cs="Georgia"/>
        </w:rPr>
        <w:softHyphen/>
        <w:t>мой при изучении этих тем.</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Программа может быть использована учителями как основа для составления своих рабочих программ. При разработке рабо</w:t>
      </w:r>
      <w:r>
        <w:rPr>
          <w:rStyle w:val="BodyTextChar1"/>
          <w:rFonts w:cs="Georgia"/>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BodyTextChar1"/>
          <w:rFonts w:cs="Georgia"/>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BodyTextChar1"/>
          <w:rFonts w:cs="Georgia"/>
        </w:rPr>
        <w:softHyphen/>
        <w:t>зовательных ресурсов), реализующих дидактические возмож</w:t>
      </w:r>
      <w:r>
        <w:rPr>
          <w:rStyle w:val="BodyTextChar1"/>
          <w:rFonts w:cs="Georgia"/>
        </w:rPr>
        <w:softHyphen/>
        <w:t>ности ИКТ, содержание которых соответствует законодатель</w:t>
      </w:r>
      <w:r>
        <w:rPr>
          <w:rStyle w:val="BodyTextChar1"/>
          <w:rFonts w:cs="Georgia"/>
        </w:rPr>
        <w:softHyphen/>
        <w:t>ству об образовании.</w:t>
      </w:r>
    </w:p>
    <w:p w:rsidR="00F44E79" w:rsidRDefault="00F44E79">
      <w:pPr>
        <w:pStyle w:val="BodyText"/>
        <w:spacing w:after="160" w:line="257" w:lineRule="auto"/>
        <w:jc w:val="both"/>
        <w:rPr>
          <w:rFonts w:ascii="Courier New" w:hAnsi="Courier New" w:cs="Courier New"/>
          <w:color w:val="auto"/>
          <w:sz w:val="24"/>
          <w:szCs w:val="24"/>
        </w:rPr>
      </w:pPr>
      <w:r>
        <w:rPr>
          <w:rStyle w:val="BodyTextChar1"/>
          <w:rFonts w:cs="Georgia"/>
        </w:rPr>
        <w:t>Рабочая программа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ОБЩАЯ ХАРАКТЕРИСТИКА УЧЕБНОГО ПРЕДМЕТА «ФИЗИКА»</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Курс физики — системообразующий для естественно-научных учебных предметов, поскольку физические законы лежат в осно</w:t>
      </w:r>
      <w:r>
        <w:rPr>
          <w:rStyle w:val="BodyTextChar1"/>
          <w:rFonts w:cs="Georgia"/>
        </w:rPr>
        <w:softHyphen/>
        <w:t>ве процессов и явлений, изучаемых химией, биологией, астроно</w:t>
      </w:r>
      <w:r>
        <w:rPr>
          <w:rStyle w:val="BodyTextChar1"/>
          <w:rFonts w:cs="Georgia"/>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BodyTextChar1"/>
          <w:rFonts w:cs="Georgia"/>
        </w:rPr>
        <w:softHyphen/>
        <w:t>дования и радости самостоятельного открытия нового знания.</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Одна из главных задач физического образования в структуре общего образования состоит в формировании естественно-науч</w:t>
      </w:r>
      <w:r>
        <w:rPr>
          <w:rStyle w:val="BodyTextChar1"/>
          <w:rFonts w:cs="Georgia"/>
        </w:rPr>
        <w:softHyphen/>
        <w:t>ной грамотности и интереса к науке у основной массы обучаю</w:t>
      </w:r>
      <w:r>
        <w:rPr>
          <w:rStyle w:val="BodyTextChar1"/>
          <w:rFonts w:cs="Georgia"/>
        </w:rPr>
        <w:softHyphen/>
        <w:t>щихся, которые в дальнейшем будут заняты в самых разно</w:t>
      </w:r>
      <w:r>
        <w:rPr>
          <w:rStyle w:val="BodyTextChar1"/>
          <w:rFonts w:cs="Georgia"/>
        </w:rPr>
        <w:softHyphen/>
        <w:t>образных сферах деятельности. Но не менее важной задачей яв</w:t>
      </w:r>
      <w:r>
        <w:rPr>
          <w:rStyle w:val="BodyTextChar1"/>
          <w:rFonts w:cs="Georgia"/>
        </w:rPr>
        <w:softHyphen/>
        <w:t>ляется выявление и подготовка талантливых молодых людей для продолжения образования и дальнейшей профессиональ</w:t>
      </w:r>
      <w:r>
        <w:rPr>
          <w:rStyle w:val="BodyTextChar1"/>
          <w:rFonts w:cs="Georgia"/>
        </w:rPr>
        <w:softHyphen/>
        <w:t>ной деятельности в области естественно-научных исследований и создании новых технологий. Согласно принятому в междуна</w:t>
      </w:r>
      <w:r>
        <w:rPr>
          <w:rStyle w:val="BodyTextChar1"/>
          <w:rFonts w:cs="Georgia"/>
        </w:rPr>
        <w:softHyphen/>
        <w:t>родном сообществе определению, «Естественно-научная гра</w:t>
      </w:r>
      <w:r>
        <w:rPr>
          <w:rStyle w:val="BodyTextChar1"/>
          <w:rFonts w:cs="Georgia"/>
        </w:rPr>
        <w:softHyphen/>
        <w:t>мотность - это способность человека занимать активную граж</w:t>
      </w:r>
      <w:r>
        <w:rPr>
          <w:rStyle w:val="BodyTextChar1"/>
          <w:rFonts w:cs="Georgia"/>
        </w:rPr>
        <w:softHyphen/>
        <w:t>данскую позицию по общественно значимым вопросам, связан</w:t>
      </w:r>
      <w:r>
        <w:rPr>
          <w:rStyle w:val="BodyTextChar1"/>
          <w:rFonts w:cs="Georgia"/>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BodyTextChar1"/>
          <w:rFonts w:cs="Georgia"/>
        </w:rPr>
        <w:softHyphen/>
        <w:t>блем, относящихся к естественным наукам и технологиям, что требует от него следующих компетентностей:</w:t>
      </w:r>
    </w:p>
    <w:p w:rsidR="00F44E79" w:rsidRDefault="00F44E79" w:rsidP="00E5323B">
      <w:pPr>
        <w:pStyle w:val="BodyText"/>
        <w:numPr>
          <w:ilvl w:val="0"/>
          <w:numId w:val="31"/>
        </w:numPr>
        <w:tabs>
          <w:tab w:val="left" w:pos="327"/>
        </w:tabs>
        <w:spacing w:line="264" w:lineRule="auto"/>
        <w:ind w:firstLine="0"/>
        <w:jc w:val="both"/>
        <w:rPr>
          <w:color w:val="auto"/>
          <w:sz w:val="24"/>
          <w:szCs w:val="24"/>
        </w:rPr>
      </w:pPr>
      <w:bookmarkStart w:id="434" w:name="bookmark3725"/>
      <w:bookmarkEnd w:id="434"/>
      <w:r>
        <w:rPr>
          <w:rStyle w:val="BodyTextChar1"/>
          <w:rFonts w:cs="Georgia"/>
        </w:rPr>
        <w:t>научно объяснять явления,</w:t>
      </w:r>
    </w:p>
    <w:p w:rsidR="00F44E79" w:rsidRDefault="00F44E79">
      <w:pPr>
        <w:pStyle w:val="BodyText"/>
        <w:spacing w:line="264" w:lineRule="auto"/>
        <w:ind w:firstLine="0"/>
        <w:jc w:val="both"/>
        <w:rPr>
          <w:rFonts w:ascii="Courier New" w:hAnsi="Courier New" w:cs="Courier New"/>
          <w:color w:val="auto"/>
          <w:sz w:val="24"/>
          <w:szCs w:val="24"/>
        </w:rPr>
      </w:pPr>
      <w:r>
        <w:rPr>
          <w:rStyle w:val="BodyTextChar1"/>
          <w:rFonts w:cs="Georgia"/>
        </w:rPr>
        <w:t>—оценивать и понимать особенности научного исследования,</w:t>
      </w:r>
    </w:p>
    <w:p w:rsidR="00F44E79" w:rsidRDefault="00F44E79" w:rsidP="00E5323B">
      <w:pPr>
        <w:pStyle w:val="BodyText"/>
        <w:numPr>
          <w:ilvl w:val="0"/>
          <w:numId w:val="31"/>
        </w:numPr>
        <w:tabs>
          <w:tab w:val="left" w:pos="327"/>
        </w:tabs>
        <w:spacing w:line="264" w:lineRule="auto"/>
        <w:ind w:left="240" w:hanging="240"/>
        <w:jc w:val="both"/>
        <w:rPr>
          <w:color w:val="auto"/>
          <w:sz w:val="24"/>
          <w:szCs w:val="24"/>
        </w:rPr>
      </w:pPr>
      <w:bookmarkStart w:id="435" w:name="bookmark3726"/>
      <w:bookmarkEnd w:id="435"/>
      <w:r>
        <w:rPr>
          <w:rStyle w:val="BodyTextChar1"/>
          <w:rFonts w:cs="Georgia"/>
        </w:rPr>
        <w:t>интерпретировать данные и использовать научные доказа</w:t>
      </w:r>
      <w:r>
        <w:rPr>
          <w:rStyle w:val="BodyTextChar1"/>
          <w:rFonts w:cs="Georgia"/>
        </w:rPr>
        <w:softHyphen/>
        <w:t>тельства для получения выводов.»</w:t>
      </w:r>
    </w:p>
    <w:p w:rsidR="00F44E79" w:rsidRDefault="00F44E79">
      <w:pPr>
        <w:pStyle w:val="BodyText"/>
        <w:spacing w:after="100" w:line="264" w:lineRule="auto"/>
        <w:jc w:val="both"/>
        <w:rPr>
          <w:rFonts w:ascii="Courier New" w:hAnsi="Courier New" w:cs="Courier New"/>
          <w:color w:val="auto"/>
          <w:sz w:val="24"/>
          <w:szCs w:val="24"/>
        </w:rPr>
      </w:pPr>
      <w:r>
        <w:rPr>
          <w:rStyle w:val="BodyTextChar1"/>
          <w:rFonts w:cs="Georgia"/>
        </w:rPr>
        <w:t>Изучение физики способно внести решающий вклад в форми</w:t>
      </w:r>
      <w:r>
        <w:rPr>
          <w:rStyle w:val="BodyTextChar1"/>
          <w:rFonts w:cs="Georgia"/>
        </w:rPr>
        <w:softHyphen/>
        <w:t>рование естественно-научной грамотности обучающихся.</w:t>
      </w:r>
    </w:p>
    <w:p w:rsidR="00F44E79" w:rsidRDefault="00F44E79">
      <w:pPr>
        <w:pStyle w:val="22"/>
        <w:spacing w:after="60" w:line="233" w:lineRule="auto"/>
        <w:jc w:val="both"/>
        <w:rPr>
          <w:rFonts w:ascii="Courier New" w:hAnsi="Courier New" w:cs="Courier New"/>
          <w:b w:val="0"/>
          <w:bCs w:val="0"/>
          <w:color w:val="auto"/>
          <w:w w:val="100"/>
          <w:sz w:val="24"/>
          <w:szCs w:val="24"/>
        </w:rPr>
      </w:pPr>
      <w:r>
        <w:rPr>
          <w:rStyle w:val="21"/>
          <w:rFonts w:cs="Tahoma"/>
          <w:b/>
        </w:rPr>
        <w:t>ЦЕЛИ ИЗУЧЕНИЯ УЧЕБНОГО ПРЕДМЕТА «ФИЗИКА»</w:t>
      </w:r>
    </w:p>
    <w:p w:rsidR="00F44E79" w:rsidRDefault="00F44E79">
      <w:pPr>
        <w:pStyle w:val="BodyText"/>
        <w:spacing w:line="259" w:lineRule="auto"/>
        <w:jc w:val="both"/>
        <w:rPr>
          <w:rFonts w:ascii="Courier New" w:hAnsi="Courier New" w:cs="Courier New"/>
          <w:color w:val="auto"/>
          <w:sz w:val="24"/>
          <w:szCs w:val="24"/>
        </w:rPr>
      </w:pPr>
      <w:r>
        <w:rPr>
          <w:rStyle w:val="BodyTextChar1"/>
          <w:rFonts w:cs="Georgia"/>
        </w:rPr>
        <w:t>Цели изучения физики на уровне основного общего образова</w:t>
      </w:r>
      <w:r>
        <w:rPr>
          <w:rStyle w:val="BodyTextChar1"/>
          <w:rFonts w:cs="Georgia"/>
        </w:rPr>
        <w:softHyphen/>
        <w:t>ния определены в Концепции преподавания учебного предмета «Физика» в образовательных организациях Российской Федера</w:t>
      </w:r>
      <w:r>
        <w:rPr>
          <w:rStyle w:val="BodyTextChar1"/>
          <w:rFonts w:cs="Georgia"/>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F44E79" w:rsidRDefault="00F44E79">
      <w:pPr>
        <w:pStyle w:val="BodyText"/>
        <w:spacing w:line="259" w:lineRule="auto"/>
        <w:jc w:val="both"/>
        <w:rPr>
          <w:rFonts w:ascii="Courier New" w:hAnsi="Courier New" w:cs="Courier New"/>
          <w:color w:val="auto"/>
          <w:sz w:val="24"/>
          <w:szCs w:val="24"/>
        </w:rPr>
      </w:pPr>
      <w:r>
        <w:rPr>
          <w:rStyle w:val="BodyTextChar1"/>
          <w:rFonts w:cs="Georgia"/>
        </w:rPr>
        <w:t>Цели изучения физики:</w:t>
      </w:r>
    </w:p>
    <w:p w:rsidR="00F44E79" w:rsidRDefault="00F44E79" w:rsidP="00E5323B">
      <w:pPr>
        <w:pStyle w:val="BodyText"/>
        <w:numPr>
          <w:ilvl w:val="0"/>
          <w:numId w:val="31"/>
        </w:numPr>
        <w:tabs>
          <w:tab w:val="left" w:pos="327"/>
        </w:tabs>
        <w:spacing w:line="259" w:lineRule="auto"/>
        <w:ind w:left="240" w:hanging="240"/>
        <w:jc w:val="both"/>
        <w:rPr>
          <w:color w:val="auto"/>
          <w:sz w:val="24"/>
          <w:szCs w:val="24"/>
        </w:rPr>
      </w:pPr>
      <w:bookmarkStart w:id="436" w:name="bookmark3727"/>
      <w:bookmarkEnd w:id="436"/>
      <w:r>
        <w:rPr>
          <w:rStyle w:val="BodyTextChar1"/>
          <w:rFonts w:cs="Georgia"/>
        </w:rPr>
        <w:t>приобретение интереса и стремления обучающихся к науч</w:t>
      </w:r>
      <w:r>
        <w:rPr>
          <w:rStyle w:val="BodyTextChar1"/>
          <w:rFonts w:cs="Georgia"/>
        </w:rPr>
        <w:softHyphen/>
        <w:t>ному изучению природы, развитие их интеллектуальных и творческих способностей;</w:t>
      </w:r>
    </w:p>
    <w:p w:rsidR="00F44E79" w:rsidRDefault="00F44E79" w:rsidP="00E5323B">
      <w:pPr>
        <w:pStyle w:val="BodyText"/>
        <w:numPr>
          <w:ilvl w:val="0"/>
          <w:numId w:val="31"/>
        </w:numPr>
        <w:tabs>
          <w:tab w:val="left" w:pos="327"/>
        </w:tabs>
        <w:spacing w:line="259" w:lineRule="auto"/>
        <w:ind w:left="240" w:hanging="240"/>
        <w:jc w:val="both"/>
        <w:rPr>
          <w:color w:val="auto"/>
          <w:sz w:val="24"/>
          <w:szCs w:val="24"/>
        </w:rPr>
      </w:pPr>
      <w:bookmarkStart w:id="437" w:name="bookmark3728"/>
      <w:bookmarkEnd w:id="437"/>
      <w:r>
        <w:rPr>
          <w:rStyle w:val="BodyTextChar1"/>
          <w:rFonts w:cs="Georgia"/>
        </w:rPr>
        <w:t>развитие представлений о научном методе познания и форми</w:t>
      </w:r>
      <w:r>
        <w:rPr>
          <w:rStyle w:val="BodyTextChar1"/>
          <w:rFonts w:cs="Georgia"/>
        </w:rPr>
        <w:softHyphen/>
        <w:t>рование исследовательского отношения к окружающим явле</w:t>
      </w:r>
      <w:r>
        <w:rPr>
          <w:rStyle w:val="BodyTextChar1"/>
          <w:rFonts w:cs="Georgia"/>
        </w:rPr>
        <w:softHyphen/>
        <w:t>ниям;</w:t>
      </w:r>
    </w:p>
    <w:p w:rsidR="00F44E79" w:rsidRDefault="00F44E79" w:rsidP="00E5323B">
      <w:pPr>
        <w:pStyle w:val="BodyText"/>
        <w:numPr>
          <w:ilvl w:val="0"/>
          <w:numId w:val="31"/>
        </w:numPr>
        <w:tabs>
          <w:tab w:val="left" w:pos="327"/>
        </w:tabs>
        <w:spacing w:line="259" w:lineRule="auto"/>
        <w:ind w:left="240" w:hanging="240"/>
        <w:jc w:val="both"/>
        <w:rPr>
          <w:color w:val="auto"/>
          <w:sz w:val="24"/>
          <w:szCs w:val="24"/>
        </w:rPr>
      </w:pPr>
      <w:bookmarkStart w:id="438" w:name="bookmark3729"/>
      <w:bookmarkEnd w:id="438"/>
      <w:r>
        <w:rPr>
          <w:rStyle w:val="BodyTextChar1"/>
          <w:rFonts w:cs="Georgia"/>
        </w:rPr>
        <w:t>формирование научного мировоззрения как результата изу</w:t>
      </w:r>
      <w:r>
        <w:rPr>
          <w:rStyle w:val="BodyTextChar1"/>
          <w:rFonts w:cs="Georgia"/>
        </w:rPr>
        <w:softHyphen/>
        <w:t>чения основ строения материи и фундаментальных законов физики;</w:t>
      </w:r>
    </w:p>
    <w:p w:rsidR="00F44E79" w:rsidRDefault="00F44E79">
      <w:pPr>
        <w:pStyle w:val="BodyText"/>
        <w:spacing w:line="259" w:lineRule="auto"/>
        <w:ind w:left="240" w:hanging="240"/>
        <w:jc w:val="both"/>
        <w:rPr>
          <w:rFonts w:ascii="Courier New" w:hAnsi="Courier New" w:cs="Courier New"/>
          <w:color w:val="auto"/>
          <w:sz w:val="24"/>
          <w:szCs w:val="24"/>
        </w:rPr>
      </w:pPr>
      <w:r>
        <w:rPr>
          <w:rStyle w:val="BodyTextChar1"/>
          <w:rFonts w:cs="Georgia"/>
        </w:rPr>
        <w:t>—формирование представлений о роли физики для развития других естественных наук, техники и технологий;</w:t>
      </w:r>
    </w:p>
    <w:p w:rsidR="00F44E79" w:rsidRDefault="00F44E79">
      <w:pPr>
        <w:pStyle w:val="BodyText"/>
        <w:spacing w:line="259" w:lineRule="auto"/>
        <w:ind w:left="240" w:hanging="240"/>
        <w:jc w:val="both"/>
        <w:rPr>
          <w:rFonts w:ascii="Courier New" w:hAnsi="Courier New" w:cs="Courier New"/>
          <w:color w:val="auto"/>
          <w:sz w:val="24"/>
          <w:szCs w:val="24"/>
        </w:rPr>
      </w:pPr>
      <w:r>
        <w:rPr>
          <w:rStyle w:val="BodyTextChar1"/>
          <w:rFonts w:cs="Georgia"/>
        </w:rPr>
        <w:t>—развитие представлений о возможных сферах будущей про</w:t>
      </w:r>
      <w:r>
        <w:rPr>
          <w:rStyle w:val="BodyTextChar1"/>
          <w:rFonts w:cs="Georgia"/>
        </w:rPr>
        <w:softHyphen/>
        <w:t>фессиональной деятельности, связанной с физикой, подго</w:t>
      </w:r>
      <w:r>
        <w:rPr>
          <w:rStyle w:val="BodyTextChar1"/>
          <w:rFonts w:cs="Georgia"/>
        </w:rPr>
        <w:softHyphen/>
        <w:t>товка к дальнейшему обучению в этом направлении.</w:t>
      </w:r>
    </w:p>
    <w:p w:rsidR="00F44E79" w:rsidRDefault="00F44E79">
      <w:pPr>
        <w:pStyle w:val="BodyText"/>
        <w:spacing w:line="259" w:lineRule="auto"/>
        <w:jc w:val="both"/>
        <w:rPr>
          <w:rFonts w:ascii="Courier New" w:hAnsi="Courier New" w:cs="Courier New"/>
          <w:color w:val="auto"/>
          <w:sz w:val="24"/>
          <w:szCs w:val="24"/>
        </w:rPr>
      </w:pPr>
      <w:r>
        <w:rPr>
          <w:rStyle w:val="BodyTextChar1"/>
          <w:rFonts w:cs="Georgia"/>
        </w:rPr>
        <w:t>Достижение этих целей на уровне основного общего образова</w:t>
      </w:r>
      <w:r>
        <w:rPr>
          <w:rStyle w:val="BodyTextChar1"/>
          <w:rFonts w:cs="Georgia"/>
        </w:rPr>
        <w:softHyphen/>
        <w:t>ния обеспечивается решением следующих задач: —приобретение знаний о дискретном строении вещества, о ме</w:t>
      </w:r>
      <w:r>
        <w:rPr>
          <w:rStyle w:val="BodyTextChar1"/>
          <w:rFonts w:cs="Georgia"/>
        </w:rPr>
        <w:softHyphen/>
        <w:t>ханических, тепловых, электрических, магнитных и кванто</w:t>
      </w:r>
      <w:r>
        <w:rPr>
          <w:rStyle w:val="BodyTextChar1"/>
          <w:rFonts w:cs="Georgia"/>
        </w:rPr>
        <w:softHyphen/>
        <w:t>вых явлениях;</w:t>
      </w:r>
    </w:p>
    <w:p w:rsidR="00F44E79" w:rsidRDefault="00F44E79" w:rsidP="00E5323B">
      <w:pPr>
        <w:pStyle w:val="BodyText"/>
        <w:numPr>
          <w:ilvl w:val="0"/>
          <w:numId w:val="31"/>
        </w:numPr>
        <w:tabs>
          <w:tab w:val="left" w:pos="327"/>
        </w:tabs>
        <w:spacing w:line="259" w:lineRule="auto"/>
        <w:ind w:left="240" w:hanging="240"/>
        <w:jc w:val="both"/>
        <w:rPr>
          <w:color w:val="auto"/>
          <w:sz w:val="24"/>
          <w:szCs w:val="24"/>
        </w:rPr>
      </w:pPr>
      <w:bookmarkStart w:id="439" w:name="bookmark3730"/>
      <w:bookmarkEnd w:id="439"/>
      <w:r>
        <w:rPr>
          <w:rStyle w:val="BodyTextChar1"/>
          <w:rFonts w:cs="Georgia"/>
        </w:rPr>
        <w:t>приобретение умений описывать и объяснять физические яв</w:t>
      </w:r>
      <w:r>
        <w:rPr>
          <w:rStyle w:val="BodyTextChar1"/>
          <w:rFonts w:cs="Georgia"/>
        </w:rPr>
        <w:softHyphen/>
        <w:t>ления с использованием полученных знаний;</w:t>
      </w:r>
    </w:p>
    <w:p w:rsidR="00F44E79" w:rsidRDefault="00F44E79">
      <w:pPr>
        <w:pStyle w:val="BodyText"/>
        <w:spacing w:line="259" w:lineRule="auto"/>
        <w:ind w:left="240" w:hanging="240"/>
        <w:jc w:val="both"/>
        <w:rPr>
          <w:rFonts w:ascii="Courier New" w:hAnsi="Courier New" w:cs="Courier New"/>
          <w:color w:val="auto"/>
          <w:sz w:val="24"/>
          <w:szCs w:val="24"/>
        </w:rPr>
      </w:pPr>
      <w:r>
        <w:rPr>
          <w:rStyle w:val="BodyTextChar1"/>
          <w:rFonts w:cs="Georgia"/>
        </w:rPr>
        <w:t>—освоение методов решения простейших расчётных задач с ис</w:t>
      </w:r>
      <w:r>
        <w:rPr>
          <w:rStyle w:val="BodyTextChar1"/>
          <w:rFonts w:cs="Georgia"/>
        </w:rPr>
        <w:softHyphen/>
        <w:t>пользованием физических моделей, творческих и практи</w:t>
      </w:r>
      <w:r>
        <w:rPr>
          <w:rStyle w:val="BodyTextChar1"/>
          <w:rFonts w:cs="Georgia"/>
        </w:rPr>
        <w:softHyphen/>
        <w:t>ко-ориентированных задач;</w:t>
      </w:r>
    </w:p>
    <w:p w:rsidR="00F44E79" w:rsidRDefault="00F44E79">
      <w:pPr>
        <w:pStyle w:val="BodyText"/>
        <w:spacing w:line="259" w:lineRule="auto"/>
        <w:ind w:left="240" w:hanging="240"/>
        <w:jc w:val="both"/>
        <w:rPr>
          <w:rFonts w:ascii="Courier New" w:hAnsi="Courier New" w:cs="Courier New"/>
          <w:color w:val="auto"/>
          <w:sz w:val="24"/>
          <w:szCs w:val="24"/>
        </w:rPr>
      </w:pPr>
      <w:r>
        <w:rPr>
          <w:rStyle w:val="BodyTextChar1"/>
          <w:rFonts w:cs="Georgia"/>
        </w:rPr>
        <w:t>—развитие умений наблюдать природные явления и выполнять опыты, лабораторные работы и экспериментальные исследо</w:t>
      </w:r>
      <w:r>
        <w:rPr>
          <w:rStyle w:val="BodyTextChar1"/>
          <w:rFonts w:cs="Georgia"/>
        </w:rPr>
        <w:softHyphen/>
        <w:t>вания с использованием измерительных приборов;</w:t>
      </w:r>
    </w:p>
    <w:p w:rsidR="00F44E79" w:rsidRDefault="00F44E79">
      <w:pPr>
        <w:pStyle w:val="BodyText"/>
        <w:spacing w:line="259" w:lineRule="auto"/>
        <w:ind w:left="240" w:hanging="240"/>
        <w:jc w:val="both"/>
        <w:rPr>
          <w:rFonts w:ascii="Courier New" w:hAnsi="Courier New" w:cs="Courier New"/>
          <w:color w:val="auto"/>
          <w:sz w:val="24"/>
          <w:szCs w:val="24"/>
        </w:rPr>
      </w:pPr>
      <w:r>
        <w:rPr>
          <w:rStyle w:val="BodyTextChar1"/>
          <w:rFonts w:cs="Georgia"/>
        </w:rPr>
        <w:t>—освоение приёмов работы с информацией физического содер</w:t>
      </w:r>
      <w:r>
        <w:rPr>
          <w:rStyle w:val="BodyTextChar1"/>
          <w:rFonts w:cs="Georgia"/>
        </w:rPr>
        <w:softHyphen/>
        <w:t>жания, включая информацию о современных достижениях физики; анализ и критическое оценивание информации;</w:t>
      </w:r>
    </w:p>
    <w:p w:rsidR="00F44E79" w:rsidRDefault="00F44E79">
      <w:pPr>
        <w:pStyle w:val="BodyText"/>
        <w:spacing w:line="259" w:lineRule="auto"/>
        <w:ind w:left="240" w:hanging="240"/>
        <w:jc w:val="both"/>
        <w:rPr>
          <w:rFonts w:ascii="Courier New" w:hAnsi="Courier New" w:cs="Courier New"/>
          <w:color w:val="auto"/>
          <w:sz w:val="24"/>
          <w:szCs w:val="24"/>
        </w:rPr>
      </w:pPr>
      <w:r>
        <w:rPr>
          <w:rStyle w:val="BodyTextChar1"/>
          <w:rFonts w:cs="Georgia"/>
        </w:rPr>
        <w:t>—знакомство со сферами профессиональной деятельности, свя</w:t>
      </w:r>
      <w:r>
        <w:rPr>
          <w:rStyle w:val="BodyTextChar1"/>
          <w:rFonts w:cs="Georgia"/>
        </w:rPr>
        <w:softHyphen/>
        <w:t>занными с физикой, и современными технологиями, осно</w:t>
      </w:r>
      <w:r>
        <w:rPr>
          <w:rStyle w:val="BodyTextChar1"/>
          <w:rFonts w:cs="Georgia"/>
        </w:rPr>
        <w:softHyphen/>
        <w:t>ванными на достижениях физической науки.</w:t>
      </w:r>
    </w:p>
    <w:p w:rsidR="00F44E79" w:rsidRDefault="00F44E79">
      <w:pPr>
        <w:pStyle w:val="22"/>
        <w:spacing w:after="60" w:line="233" w:lineRule="auto"/>
        <w:jc w:val="both"/>
        <w:rPr>
          <w:rFonts w:ascii="Courier New" w:hAnsi="Courier New" w:cs="Courier New"/>
          <w:b w:val="0"/>
          <w:bCs w:val="0"/>
          <w:color w:val="auto"/>
          <w:w w:val="100"/>
          <w:sz w:val="24"/>
          <w:szCs w:val="24"/>
        </w:rPr>
      </w:pPr>
      <w:r>
        <w:rPr>
          <w:rStyle w:val="21"/>
          <w:rFonts w:cs="Tahoma"/>
          <w:b/>
        </w:rPr>
        <w:t>МЕСТО УЧЕБНОГО ПРЕДМЕТА «ФИЗИКА» В УЧЕБНОМ ПЛАНЕ</w:t>
      </w:r>
    </w:p>
    <w:p w:rsidR="00F44E79" w:rsidRDefault="00F44E79">
      <w:pPr>
        <w:pStyle w:val="BodyText"/>
        <w:spacing w:line="259" w:lineRule="auto"/>
        <w:jc w:val="both"/>
        <w:rPr>
          <w:rFonts w:ascii="Courier New" w:hAnsi="Courier New" w:cs="Courier New"/>
          <w:color w:val="auto"/>
          <w:sz w:val="24"/>
          <w:szCs w:val="24"/>
        </w:rPr>
        <w:sectPr w:rsidR="00F44E79">
          <w:footerReference w:type="even" r:id="rId511"/>
          <w:footerReference w:type="default" r:id="rId512"/>
          <w:pgSz w:w="7824" w:h="12019"/>
          <w:pgMar w:top="613" w:right="710" w:bottom="959" w:left="715" w:header="0" w:footer="3" w:gutter="0"/>
          <w:cols w:space="720"/>
          <w:noEndnote/>
          <w:docGrid w:linePitch="360"/>
        </w:sectPr>
      </w:pPr>
      <w:r>
        <w:rPr>
          <w:rStyle w:val="BodyTextChar1"/>
          <w:rFonts w:cs="Georgia"/>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BodyTextChar1"/>
          <w:rFonts w:cs="Georgia"/>
        </w:rPr>
        <w:softHyphen/>
        <w:t>не в объёме 238 ч за три года обучения по 2 ч в неделю в 7 и 8 классах и по 3 ч в неделю в 9 классе. В тематическом пла</w:t>
      </w:r>
      <w:r>
        <w:rPr>
          <w:rStyle w:val="BodyTextChar1"/>
          <w:rFonts w:cs="Georgia"/>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F44E79" w:rsidRDefault="00F44E79">
      <w:pPr>
        <w:pStyle w:val="31"/>
        <w:pBdr>
          <w:bottom w:val="single" w:sz="4" w:space="0" w:color="auto"/>
        </w:pBdr>
        <w:spacing w:after="280" w:line="271" w:lineRule="auto"/>
        <w:jc w:val="both"/>
        <w:rPr>
          <w:rFonts w:ascii="Courier New" w:hAnsi="Courier New" w:cs="Courier New"/>
          <w:b w:val="0"/>
          <w:bCs w:val="0"/>
          <w:color w:val="auto"/>
          <w:sz w:val="24"/>
          <w:szCs w:val="24"/>
        </w:rPr>
      </w:pPr>
      <w:r>
        <w:rPr>
          <w:rStyle w:val="30"/>
          <w:rFonts w:cs="Arial"/>
          <w:b/>
        </w:rPr>
        <w:t>СОДЕРЖАНИЕ УЧЕБНОГО ПРЕДМЕТА «ФИЗИКА»</w:t>
      </w:r>
    </w:p>
    <w:p w:rsidR="00F44E79" w:rsidRDefault="00F44E79">
      <w:pPr>
        <w:pStyle w:val="aa"/>
        <w:spacing w:after="80" w:line="240" w:lineRule="auto"/>
        <w:ind w:firstLine="0"/>
        <w:jc w:val="both"/>
        <w:rPr>
          <w:rFonts w:ascii="Courier New" w:hAnsi="Courier New" w:cs="Courier New"/>
          <w:color w:val="auto"/>
          <w:sz w:val="24"/>
          <w:szCs w:val="24"/>
        </w:rPr>
      </w:pPr>
      <w:r>
        <w:rPr>
          <w:rStyle w:val="a9"/>
          <w:rFonts w:ascii="Tahoma" w:hAnsi="Tahoma" w:cs="Tahoma"/>
          <w:b/>
          <w:bCs/>
          <w:sz w:val="16"/>
          <w:szCs w:val="16"/>
        </w:rPr>
        <w:t>7 класс</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1. Физика и её роль в познании окружающего мира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Физика — наука о природе. Явления природы (МС</w:t>
      </w:r>
      <w:r>
        <w:rPr>
          <w:rStyle w:val="BodyTextChar1"/>
          <w:rFonts w:cs="Georgia"/>
          <w:vertAlign w:val="superscript"/>
        </w:rPr>
        <w:footnoteReference w:id="11"/>
      </w:r>
      <w:r>
        <w:rPr>
          <w:rStyle w:val="BodyTextChar1"/>
          <w:rFonts w:cs="Georgia"/>
        </w:rPr>
        <w:t>). Физиче</w:t>
      </w:r>
      <w:r>
        <w:rPr>
          <w:rStyle w:val="BodyTextChar1"/>
          <w:rFonts w:cs="Georgia"/>
        </w:rPr>
        <w:softHyphen/>
        <w:t>ские явления: механические, тепловые, электрические, маг</w:t>
      </w:r>
      <w:r>
        <w:rPr>
          <w:rStyle w:val="BodyTextChar1"/>
          <w:rFonts w:cs="Georgia"/>
        </w:rPr>
        <w:softHyphen/>
        <w:t>нитные, световые, звуковые.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Физические величины. Измерение физических величин. Фи</w:t>
      </w:r>
      <w:r>
        <w:rPr>
          <w:rStyle w:val="BodyTextChar1"/>
          <w:rFonts w:cs="Georgia"/>
        </w:rPr>
        <w:softHyphen/>
        <w:t>зические приборы. Погрешность измерений. Международная система единиц.</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BodyTextChar1"/>
          <w:rFonts w:cs="Georgia"/>
        </w:rPr>
        <w:softHyphen/>
        <w:t>верке гипотез, объяснение наблюдаемого явления. Описание физических явлений с помощью моделей.</w:t>
      </w:r>
    </w:p>
    <w:p w:rsidR="00F44E79" w:rsidRDefault="00F44E79">
      <w:pPr>
        <w:pStyle w:val="BodyText"/>
        <w:spacing w:line="290"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32"/>
        </w:numPr>
        <w:tabs>
          <w:tab w:val="left" w:pos="509"/>
        </w:tabs>
        <w:spacing w:line="276" w:lineRule="auto"/>
        <w:ind w:left="400" w:hanging="240"/>
        <w:jc w:val="both"/>
        <w:rPr>
          <w:color w:val="auto"/>
          <w:sz w:val="24"/>
          <w:szCs w:val="24"/>
        </w:rPr>
      </w:pPr>
      <w:bookmarkStart w:id="440" w:name="bookmark3731"/>
      <w:bookmarkEnd w:id="440"/>
      <w:r>
        <w:rPr>
          <w:rStyle w:val="BodyTextChar1"/>
          <w:rFonts w:cs="Georgia"/>
        </w:rPr>
        <w:t>Механические, тепловые, электрические, магнитные, све</w:t>
      </w:r>
      <w:r>
        <w:rPr>
          <w:rStyle w:val="BodyTextChar1"/>
          <w:rFonts w:cs="Georgia"/>
        </w:rPr>
        <w:softHyphen/>
        <w:t>товые явления.</w:t>
      </w:r>
    </w:p>
    <w:p w:rsidR="00F44E79" w:rsidRDefault="00F44E79" w:rsidP="00E5323B">
      <w:pPr>
        <w:pStyle w:val="BodyText"/>
        <w:numPr>
          <w:ilvl w:val="0"/>
          <w:numId w:val="32"/>
        </w:numPr>
        <w:tabs>
          <w:tab w:val="left" w:pos="514"/>
        </w:tabs>
        <w:spacing w:line="276" w:lineRule="auto"/>
        <w:ind w:left="400" w:hanging="240"/>
        <w:jc w:val="both"/>
        <w:rPr>
          <w:color w:val="auto"/>
          <w:sz w:val="24"/>
          <w:szCs w:val="24"/>
        </w:rPr>
      </w:pPr>
      <w:bookmarkStart w:id="441" w:name="bookmark3732"/>
      <w:bookmarkEnd w:id="441"/>
      <w:r>
        <w:rPr>
          <w:rStyle w:val="BodyTextChar1"/>
          <w:rFonts w:cs="Georgia"/>
        </w:rPr>
        <w:t>Физические приборы и процедура прямых измерений ана</w:t>
      </w:r>
      <w:r>
        <w:rPr>
          <w:rStyle w:val="BodyTextChar1"/>
          <w:rFonts w:cs="Georgia"/>
        </w:rPr>
        <w:softHyphen/>
        <w:t>логовым и цифровым прибором.</w:t>
      </w:r>
    </w:p>
    <w:p w:rsidR="00F44E79" w:rsidRDefault="00F44E79">
      <w:pPr>
        <w:pStyle w:val="BodyText"/>
        <w:spacing w:line="290"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r>
        <w:rPr>
          <w:rStyle w:val="BodyTextChar1"/>
          <w:rFonts w:cs="Georgia"/>
          <w:b/>
          <w:bCs/>
          <w:i/>
          <w:iCs/>
          <w:vertAlign w:val="superscript"/>
        </w:rPr>
        <w:t>2</w:t>
      </w:r>
    </w:p>
    <w:p w:rsidR="00F44E79" w:rsidRDefault="00F44E79" w:rsidP="00E5323B">
      <w:pPr>
        <w:pStyle w:val="BodyText"/>
        <w:numPr>
          <w:ilvl w:val="0"/>
          <w:numId w:val="33"/>
        </w:numPr>
        <w:tabs>
          <w:tab w:val="left" w:pos="509"/>
        </w:tabs>
        <w:spacing w:line="276" w:lineRule="auto"/>
        <w:ind w:left="400" w:hanging="240"/>
        <w:jc w:val="both"/>
        <w:rPr>
          <w:color w:val="auto"/>
          <w:sz w:val="24"/>
          <w:szCs w:val="24"/>
        </w:rPr>
      </w:pPr>
      <w:bookmarkStart w:id="442" w:name="bookmark3733"/>
      <w:bookmarkEnd w:id="442"/>
      <w:r>
        <w:rPr>
          <w:rStyle w:val="BodyTextChar1"/>
          <w:rFonts w:cs="Georgia"/>
        </w:rPr>
        <w:t>Определение цены деления шкалы измерительного при</w:t>
      </w:r>
      <w:r>
        <w:rPr>
          <w:rStyle w:val="BodyTextChar1"/>
          <w:rFonts w:cs="Georgia"/>
        </w:rPr>
        <w:softHyphen/>
        <w:t>бора.</w:t>
      </w:r>
    </w:p>
    <w:p w:rsidR="00F44E79" w:rsidRDefault="00F44E79" w:rsidP="00E5323B">
      <w:pPr>
        <w:pStyle w:val="BodyText"/>
        <w:numPr>
          <w:ilvl w:val="0"/>
          <w:numId w:val="33"/>
        </w:numPr>
        <w:tabs>
          <w:tab w:val="left" w:pos="514"/>
        </w:tabs>
        <w:spacing w:line="276" w:lineRule="auto"/>
        <w:ind w:firstLine="160"/>
        <w:jc w:val="both"/>
        <w:rPr>
          <w:color w:val="auto"/>
          <w:sz w:val="24"/>
          <w:szCs w:val="24"/>
        </w:rPr>
      </w:pPr>
      <w:bookmarkStart w:id="443" w:name="bookmark3734"/>
      <w:bookmarkEnd w:id="443"/>
      <w:r>
        <w:rPr>
          <w:rStyle w:val="BodyTextChar1"/>
          <w:rFonts w:cs="Georgia"/>
        </w:rPr>
        <w:t>Измерение расстояний.</w:t>
      </w:r>
    </w:p>
    <w:p w:rsidR="00F44E79" w:rsidRDefault="00F44E79" w:rsidP="00E5323B">
      <w:pPr>
        <w:pStyle w:val="BodyText"/>
        <w:numPr>
          <w:ilvl w:val="0"/>
          <w:numId w:val="33"/>
        </w:numPr>
        <w:tabs>
          <w:tab w:val="left" w:pos="518"/>
        </w:tabs>
        <w:spacing w:line="276" w:lineRule="auto"/>
        <w:ind w:firstLine="160"/>
        <w:jc w:val="both"/>
        <w:rPr>
          <w:color w:val="auto"/>
          <w:sz w:val="24"/>
          <w:szCs w:val="24"/>
        </w:rPr>
      </w:pPr>
      <w:bookmarkStart w:id="444" w:name="bookmark3735"/>
      <w:bookmarkEnd w:id="444"/>
      <w:r>
        <w:rPr>
          <w:rStyle w:val="BodyTextChar1"/>
          <w:rFonts w:cs="Georgia"/>
        </w:rPr>
        <w:t>Измерение объёма жидкости и твёрдого тела.</w:t>
      </w:r>
    </w:p>
    <w:p w:rsidR="00F44E79" w:rsidRDefault="00F44E79" w:rsidP="00E5323B">
      <w:pPr>
        <w:pStyle w:val="BodyText"/>
        <w:numPr>
          <w:ilvl w:val="0"/>
          <w:numId w:val="33"/>
        </w:numPr>
        <w:tabs>
          <w:tab w:val="left" w:pos="518"/>
        </w:tabs>
        <w:spacing w:line="276" w:lineRule="auto"/>
        <w:ind w:firstLine="160"/>
        <w:jc w:val="both"/>
        <w:rPr>
          <w:color w:val="auto"/>
          <w:sz w:val="24"/>
          <w:szCs w:val="24"/>
        </w:rPr>
      </w:pPr>
      <w:bookmarkStart w:id="445" w:name="bookmark3736"/>
      <w:bookmarkEnd w:id="445"/>
      <w:r>
        <w:rPr>
          <w:rStyle w:val="BodyTextChar1"/>
          <w:rFonts w:cs="Georgia"/>
        </w:rPr>
        <w:t>Определение размеров малых тел.</w:t>
      </w:r>
    </w:p>
    <w:p w:rsidR="00F44E79" w:rsidRDefault="00F44E79" w:rsidP="00E5323B">
      <w:pPr>
        <w:pStyle w:val="BodyText"/>
        <w:numPr>
          <w:ilvl w:val="0"/>
          <w:numId w:val="33"/>
        </w:numPr>
        <w:tabs>
          <w:tab w:val="left" w:pos="518"/>
        </w:tabs>
        <w:spacing w:line="276" w:lineRule="auto"/>
        <w:ind w:left="400" w:hanging="240"/>
        <w:jc w:val="both"/>
        <w:rPr>
          <w:color w:val="auto"/>
          <w:sz w:val="24"/>
          <w:szCs w:val="24"/>
        </w:rPr>
      </w:pPr>
      <w:bookmarkStart w:id="446" w:name="bookmark3737"/>
      <w:bookmarkEnd w:id="446"/>
      <w:r>
        <w:rPr>
          <w:rStyle w:val="BodyTextChar1"/>
          <w:rFonts w:cs="Georgia"/>
        </w:rPr>
        <w:t>Измерение температуры при помощи жидкостного термо</w:t>
      </w:r>
      <w:r>
        <w:rPr>
          <w:rStyle w:val="BodyTextChar1"/>
          <w:rFonts w:cs="Georgia"/>
        </w:rPr>
        <w:softHyphen/>
        <w:t>метра и датчика температуры.</w:t>
      </w:r>
    </w:p>
    <w:p w:rsidR="00F44E79" w:rsidRDefault="00F44E79" w:rsidP="00E5323B">
      <w:pPr>
        <w:pStyle w:val="BodyText"/>
        <w:numPr>
          <w:ilvl w:val="0"/>
          <w:numId w:val="33"/>
        </w:numPr>
        <w:tabs>
          <w:tab w:val="left" w:pos="518"/>
        </w:tabs>
        <w:spacing w:after="80" w:line="276" w:lineRule="auto"/>
        <w:ind w:left="400" w:hanging="240"/>
        <w:jc w:val="both"/>
        <w:rPr>
          <w:color w:val="auto"/>
          <w:sz w:val="24"/>
          <w:szCs w:val="24"/>
        </w:rPr>
      </w:pPr>
      <w:bookmarkStart w:id="447" w:name="bookmark3738"/>
      <w:bookmarkEnd w:id="447"/>
      <w:r>
        <w:rPr>
          <w:rStyle w:val="BodyTextChar1"/>
          <w:rFonts w:cs="Georgia"/>
        </w:rPr>
        <w:t>Проведение исследования по проверке гипотезы: дальность полёта шарика, пущенного горизонтально, тем больше, чем больше высота пуска.</w:t>
      </w:r>
    </w:p>
    <w:p w:rsidR="00F44E79" w:rsidRDefault="00F44E79">
      <w:pPr>
        <w:pStyle w:val="BodyText"/>
        <w:jc w:val="both"/>
        <w:rPr>
          <w:rFonts w:ascii="Courier New" w:hAnsi="Courier New" w:cs="Courier New"/>
          <w:color w:val="auto"/>
          <w:sz w:val="24"/>
          <w:szCs w:val="24"/>
        </w:rPr>
      </w:pPr>
      <w:r>
        <w:rPr>
          <w:rStyle w:val="BodyTextChar1"/>
          <w:rFonts w:cs="Georgia"/>
          <w:b/>
          <w:bCs/>
        </w:rPr>
        <w:t>Раздел 2. Первоначальные сведения о строении вещества</w:t>
      </w:r>
    </w:p>
    <w:p w:rsidR="00F44E79" w:rsidRDefault="00F44E79">
      <w:pPr>
        <w:pStyle w:val="BodyText"/>
        <w:spacing w:after="180"/>
        <w:jc w:val="both"/>
        <w:rPr>
          <w:rFonts w:ascii="Courier New" w:hAnsi="Courier New" w:cs="Courier New"/>
          <w:color w:val="auto"/>
          <w:sz w:val="24"/>
          <w:szCs w:val="24"/>
        </w:rPr>
      </w:pPr>
      <w:r>
        <w:rPr>
          <w:rStyle w:val="BodyTextChar1"/>
          <w:rFonts w:cs="Georgia"/>
        </w:rPr>
        <w:t>Строение вещества: атомы и молекулы, их размеры. Опыты, доказывающие дискретное строение вещества.</w:t>
      </w:r>
    </w:p>
    <w:p w:rsidR="00F44E79" w:rsidRDefault="00F44E79">
      <w:pPr>
        <w:pStyle w:val="BodyText"/>
        <w:jc w:val="both"/>
        <w:rPr>
          <w:rFonts w:ascii="Courier New" w:hAnsi="Courier New" w:cs="Courier New"/>
          <w:color w:val="auto"/>
          <w:sz w:val="24"/>
          <w:szCs w:val="24"/>
        </w:rPr>
      </w:pPr>
      <w:r>
        <w:rPr>
          <w:rStyle w:val="BodyTextChar1"/>
          <w:rFonts w:cs="Georgia"/>
        </w:rPr>
        <w:t>Движение частиц вещества. Связь скорости движения частиц с температурой. Броуновское движение, диффузия. Взаимодей</w:t>
      </w:r>
      <w:r>
        <w:rPr>
          <w:rStyle w:val="BodyTextChar1"/>
          <w:rFonts w:cs="Georgia"/>
        </w:rPr>
        <w:softHyphen/>
        <w:t>ствие частиц вещества: притяжение и отталкивание.</w:t>
      </w:r>
    </w:p>
    <w:p w:rsidR="00F44E79" w:rsidRDefault="00F44E79">
      <w:pPr>
        <w:pStyle w:val="BodyText"/>
        <w:jc w:val="both"/>
        <w:rPr>
          <w:rFonts w:ascii="Courier New" w:hAnsi="Courier New" w:cs="Courier New"/>
          <w:color w:val="auto"/>
          <w:sz w:val="24"/>
          <w:szCs w:val="24"/>
        </w:rPr>
      </w:pPr>
      <w:r>
        <w:rPr>
          <w:rStyle w:val="BodyTextChar1"/>
          <w:rFonts w:cs="Georgia"/>
        </w:rPr>
        <w:t>Агрегатные состояния вещества: строение газов, жидкостей и твёрдых (кристаллических) тел. Взаимосвязь между свой</w:t>
      </w:r>
      <w:r>
        <w:rPr>
          <w:rStyle w:val="BodyTextChar1"/>
          <w:rFonts w:cs="Georgia"/>
        </w:rPr>
        <w:softHyphen/>
        <w:t>ствами веществ в разных агрегатных состояниях и их атом</w:t>
      </w:r>
      <w:r>
        <w:rPr>
          <w:rStyle w:val="BodyTextChar1"/>
          <w:rFonts w:cs="Georgia"/>
        </w:rPr>
        <w:softHyphen/>
        <w:t>но-молекулярным строением. Особенности агрегатных состоя</w:t>
      </w:r>
      <w:r>
        <w:rPr>
          <w:rStyle w:val="BodyTextChar1"/>
          <w:rFonts w:cs="Georgia"/>
        </w:rPr>
        <w:softHyphen/>
        <w:t>ний воды.</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34"/>
        </w:numPr>
        <w:tabs>
          <w:tab w:val="left" w:pos="493"/>
        </w:tabs>
        <w:ind w:firstLine="160"/>
        <w:jc w:val="both"/>
        <w:rPr>
          <w:color w:val="auto"/>
          <w:sz w:val="24"/>
          <w:szCs w:val="24"/>
        </w:rPr>
      </w:pPr>
      <w:bookmarkStart w:id="448" w:name="bookmark3739"/>
      <w:bookmarkEnd w:id="448"/>
      <w:r>
        <w:rPr>
          <w:rStyle w:val="BodyTextChar1"/>
          <w:rFonts w:cs="Georgia"/>
        </w:rPr>
        <w:t>Наблюдение броуновского движения.</w:t>
      </w:r>
    </w:p>
    <w:p w:rsidR="00F44E79" w:rsidRDefault="00F44E79" w:rsidP="00E5323B">
      <w:pPr>
        <w:pStyle w:val="BodyText"/>
        <w:numPr>
          <w:ilvl w:val="0"/>
          <w:numId w:val="34"/>
        </w:numPr>
        <w:tabs>
          <w:tab w:val="left" w:pos="498"/>
        </w:tabs>
        <w:ind w:firstLine="160"/>
        <w:jc w:val="both"/>
        <w:rPr>
          <w:color w:val="auto"/>
          <w:sz w:val="24"/>
          <w:szCs w:val="24"/>
        </w:rPr>
      </w:pPr>
      <w:bookmarkStart w:id="449" w:name="bookmark3740"/>
      <w:bookmarkEnd w:id="449"/>
      <w:r>
        <w:rPr>
          <w:rStyle w:val="BodyTextChar1"/>
          <w:rFonts w:cs="Georgia"/>
        </w:rPr>
        <w:t>Наблюдение диффузии.</w:t>
      </w:r>
    </w:p>
    <w:p w:rsidR="00F44E79" w:rsidRDefault="00F44E79" w:rsidP="00E5323B">
      <w:pPr>
        <w:pStyle w:val="BodyText"/>
        <w:numPr>
          <w:ilvl w:val="0"/>
          <w:numId w:val="34"/>
        </w:numPr>
        <w:tabs>
          <w:tab w:val="left" w:pos="503"/>
        </w:tabs>
        <w:ind w:left="400" w:hanging="240"/>
        <w:jc w:val="both"/>
        <w:rPr>
          <w:color w:val="auto"/>
          <w:sz w:val="24"/>
          <w:szCs w:val="24"/>
        </w:rPr>
      </w:pPr>
      <w:bookmarkStart w:id="450" w:name="bookmark3741"/>
      <w:bookmarkEnd w:id="450"/>
      <w:r>
        <w:rPr>
          <w:rStyle w:val="BodyTextChar1"/>
          <w:rFonts w:cs="Georgia"/>
        </w:rPr>
        <w:t>Наблюдение явлений, объясняющихся притяжением или отталкиванием частиц вещества.</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35"/>
        </w:numPr>
        <w:tabs>
          <w:tab w:val="left" w:pos="493"/>
        </w:tabs>
        <w:ind w:left="400" w:hanging="240"/>
        <w:jc w:val="both"/>
        <w:rPr>
          <w:color w:val="auto"/>
          <w:sz w:val="24"/>
          <w:szCs w:val="24"/>
        </w:rPr>
      </w:pPr>
      <w:bookmarkStart w:id="451" w:name="bookmark3742"/>
      <w:bookmarkEnd w:id="451"/>
      <w:r>
        <w:rPr>
          <w:rStyle w:val="BodyTextChar1"/>
          <w:rFonts w:cs="Georgia"/>
        </w:rPr>
        <w:t>Оценка диаметра атома методом рядов (с использованием фотографий).</w:t>
      </w:r>
    </w:p>
    <w:p w:rsidR="00F44E79" w:rsidRDefault="00F44E79" w:rsidP="00E5323B">
      <w:pPr>
        <w:pStyle w:val="BodyText"/>
        <w:numPr>
          <w:ilvl w:val="0"/>
          <w:numId w:val="35"/>
        </w:numPr>
        <w:tabs>
          <w:tab w:val="left" w:pos="498"/>
        </w:tabs>
        <w:ind w:firstLine="160"/>
        <w:jc w:val="both"/>
        <w:rPr>
          <w:color w:val="auto"/>
          <w:sz w:val="24"/>
          <w:szCs w:val="24"/>
        </w:rPr>
      </w:pPr>
      <w:bookmarkStart w:id="452" w:name="bookmark3743"/>
      <w:bookmarkEnd w:id="452"/>
      <w:r>
        <w:rPr>
          <w:rStyle w:val="BodyTextChar1"/>
          <w:rFonts w:cs="Georgia"/>
        </w:rPr>
        <w:t>Опыты по наблюдению теплового расширения газов.</w:t>
      </w:r>
    </w:p>
    <w:p w:rsidR="00F44E79" w:rsidRDefault="00F44E79" w:rsidP="00E5323B">
      <w:pPr>
        <w:pStyle w:val="BodyText"/>
        <w:numPr>
          <w:ilvl w:val="0"/>
          <w:numId w:val="35"/>
        </w:numPr>
        <w:tabs>
          <w:tab w:val="left" w:pos="503"/>
        </w:tabs>
        <w:spacing w:after="100"/>
        <w:ind w:left="400" w:hanging="240"/>
        <w:jc w:val="both"/>
        <w:rPr>
          <w:color w:val="auto"/>
          <w:sz w:val="24"/>
          <w:szCs w:val="24"/>
        </w:rPr>
      </w:pPr>
      <w:bookmarkStart w:id="453" w:name="bookmark3744"/>
      <w:bookmarkEnd w:id="453"/>
      <w:r>
        <w:rPr>
          <w:rStyle w:val="BodyTextChar1"/>
          <w:rFonts w:cs="Georgia"/>
        </w:rPr>
        <w:t>Опыты по обнаружению действия сил молекулярного при</w:t>
      </w:r>
      <w:r>
        <w:rPr>
          <w:rStyle w:val="BodyTextChar1"/>
          <w:rFonts w:cs="Georgia"/>
        </w:rPr>
        <w:softHyphen/>
        <w:t>тяжения.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3. Движение и взаимодействие тел</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Механическое движение. Равномерное и неравномерное дви</w:t>
      </w:r>
      <w:r>
        <w:rPr>
          <w:rStyle w:val="BodyTextChar1"/>
          <w:rFonts w:cs="Georgia"/>
        </w:rPr>
        <w:softHyphen/>
        <w:t>жение. Скорость. Средняя скорость при неравномерном движе</w:t>
      </w:r>
      <w:r>
        <w:rPr>
          <w:rStyle w:val="BodyTextChar1"/>
          <w:rFonts w:cs="Georgia"/>
        </w:rPr>
        <w:softHyphen/>
        <w:t>нии. Расчёт пути и времени движения.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BodyTextChar1"/>
          <w:rFonts w:cs="Georgia"/>
        </w:rPr>
        <w:softHyphen/>
        <w:t>чеством молекул в единице объёма вещества.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Сила как характеристика взаимодействия тел. Сила упруго</w:t>
      </w:r>
      <w:r>
        <w:rPr>
          <w:rStyle w:val="BodyTextChar1"/>
          <w:rFonts w:cs="Georgia"/>
        </w:rPr>
        <w:softHyphen/>
        <w:t>сти и закон Гука. Измерение силы с помощью динамометра. Яв</w:t>
      </w:r>
      <w:r>
        <w:rPr>
          <w:rStyle w:val="BodyTextChar1"/>
          <w:rFonts w:cs="Georgia"/>
        </w:rPr>
        <w:softHyphen/>
        <w:t>ление тяготения и сила тяжести. Сила тяжести на других пла</w:t>
      </w:r>
      <w:r>
        <w:rPr>
          <w:rStyle w:val="BodyTextChar1"/>
          <w:rFonts w:cs="Georgia"/>
        </w:rPr>
        <w:softHyphen/>
        <w:t>нетах (МС). Вес тела. Невесомость. Сложение сил, направлен</w:t>
      </w:r>
      <w:r>
        <w:rPr>
          <w:rStyle w:val="BodyTextChar1"/>
          <w:rFonts w:cs="Georgia"/>
        </w:rPr>
        <w:softHyphen/>
        <w:t>ных по одной прямой. Равнодействующая сил. Сила трения. Трение скольжения и трение покоя. Трение в природе и технике (МС).</w:t>
      </w:r>
    </w:p>
    <w:p w:rsidR="00F44E79" w:rsidRDefault="00F44E79">
      <w:pPr>
        <w:pStyle w:val="BodyText"/>
        <w:spacing w:line="288"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36"/>
        </w:numPr>
        <w:tabs>
          <w:tab w:val="left" w:pos="493"/>
        </w:tabs>
        <w:spacing w:line="276" w:lineRule="auto"/>
        <w:ind w:firstLine="160"/>
        <w:jc w:val="both"/>
        <w:rPr>
          <w:color w:val="auto"/>
          <w:sz w:val="24"/>
          <w:szCs w:val="24"/>
        </w:rPr>
      </w:pPr>
      <w:bookmarkStart w:id="454" w:name="bookmark3745"/>
      <w:bookmarkEnd w:id="454"/>
      <w:r>
        <w:rPr>
          <w:rStyle w:val="BodyTextChar1"/>
          <w:rFonts w:cs="Georgia"/>
        </w:rPr>
        <w:t>Наблюдение механического движения тела.</w:t>
      </w:r>
    </w:p>
    <w:p w:rsidR="00F44E79" w:rsidRDefault="00F44E79" w:rsidP="00E5323B">
      <w:pPr>
        <w:pStyle w:val="BodyText"/>
        <w:numPr>
          <w:ilvl w:val="0"/>
          <w:numId w:val="36"/>
        </w:numPr>
        <w:tabs>
          <w:tab w:val="left" w:pos="498"/>
        </w:tabs>
        <w:spacing w:line="276" w:lineRule="auto"/>
        <w:ind w:firstLine="160"/>
        <w:jc w:val="both"/>
        <w:rPr>
          <w:color w:val="auto"/>
          <w:sz w:val="24"/>
          <w:szCs w:val="24"/>
        </w:rPr>
      </w:pPr>
      <w:bookmarkStart w:id="455" w:name="bookmark3746"/>
      <w:bookmarkEnd w:id="455"/>
      <w:r>
        <w:rPr>
          <w:rStyle w:val="BodyTextChar1"/>
          <w:rFonts w:cs="Georgia"/>
        </w:rPr>
        <w:t>Измерение скорости прямолинейного движения.</w:t>
      </w:r>
    </w:p>
    <w:p w:rsidR="00F44E79" w:rsidRDefault="00F44E79" w:rsidP="00E5323B">
      <w:pPr>
        <w:pStyle w:val="BodyText"/>
        <w:numPr>
          <w:ilvl w:val="0"/>
          <w:numId w:val="36"/>
        </w:numPr>
        <w:tabs>
          <w:tab w:val="left" w:pos="503"/>
        </w:tabs>
        <w:spacing w:line="276" w:lineRule="auto"/>
        <w:ind w:firstLine="160"/>
        <w:jc w:val="both"/>
        <w:rPr>
          <w:color w:val="auto"/>
          <w:sz w:val="24"/>
          <w:szCs w:val="24"/>
        </w:rPr>
      </w:pPr>
      <w:bookmarkStart w:id="456" w:name="bookmark3747"/>
      <w:bookmarkEnd w:id="456"/>
      <w:r>
        <w:rPr>
          <w:rStyle w:val="BodyTextChar1"/>
          <w:rFonts w:cs="Georgia"/>
        </w:rPr>
        <w:t>Наблюдение явления инерции.</w:t>
      </w:r>
    </w:p>
    <w:p w:rsidR="00F44E79" w:rsidRDefault="00F44E79" w:rsidP="00E5323B">
      <w:pPr>
        <w:pStyle w:val="BodyText"/>
        <w:numPr>
          <w:ilvl w:val="0"/>
          <w:numId w:val="36"/>
        </w:numPr>
        <w:tabs>
          <w:tab w:val="left" w:pos="503"/>
        </w:tabs>
        <w:spacing w:line="276" w:lineRule="auto"/>
        <w:ind w:firstLine="160"/>
        <w:jc w:val="both"/>
        <w:rPr>
          <w:color w:val="auto"/>
          <w:sz w:val="24"/>
          <w:szCs w:val="24"/>
        </w:rPr>
      </w:pPr>
      <w:bookmarkStart w:id="457" w:name="bookmark3748"/>
      <w:bookmarkEnd w:id="457"/>
      <w:r>
        <w:rPr>
          <w:rStyle w:val="BodyTextChar1"/>
          <w:rFonts w:cs="Georgia"/>
        </w:rPr>
        <w:t>Наблюдение изменения скорости при взаимодействии тел.</w:t>
      </w:r>
    </w:p>
    <w:p w:rsidR="00F44E79" w:rsidRDefault="00F44E79" w:rsidP="00E5323B">
      <w:pPr>
        <w:pStyle w:val="BodyText"/>
        <w:numPr>
          <w:ilvl w:val="0"/>
          <w:numId w:val="36"/>
        </w:numPr>
        <w:tabs>
          <w:tab w:val="left" w:pos="503"/>
        </w:tabs>
        <w:spacing w:line="276" w:lineRule="auto"/>
        <w:ind w:firstLine="160"/>
        <w:jc w:val="both"/>
        <w:rPr>
          <w:color w:val="auto"/>
          <w:sz w:val="24"/>
          <w:szCs w:val="24"/>
        </w:rPr>
      </w:pPr>
      <w:bookmarkStart w:id="458" w:name="bookmark3749"/>
      <w:bookmarkEnd w:id="458"/>
      <w:r>
        <w:rPr>
          <w:rStyle w:val="BodyTextChar1"/>
          <w:rFonts w:cs="Georgia"/>
        </w:rPr>
        <w:t>Сравнение масс по взаимодействию тел.</w:t>
      </w:r>
    </w:p>
    <w:p w:rsidR="00F44E79" w:rsidRDefault="00F44E79" w:rsidP="00E5323B">
      <w:pPr>
        <w:pStyle w:val="BodyText"/>
        <w:numPr>
          <w:ilvl w:val="0"/>
          <w:numId w:val="36"/>
        </w:numPr>
        <w:tabs>
          <w:tab w:val="left" w:pos="503"/>
        </w:tabs>
        <w:spacing w:line="276" w:lineRule="auto"/>
        <w:ind w:firstLine="160"/>
        <w:jc w:val="both"/>
        <w:rPr>
          <w:color w:val="auto"/>
          <w:sz w:val="24"/>
          <w:szCs w:val="24"/>
        </w:rPr>
      </w:pPr>
      <w:bookmarkStart w:id="459" w:name="bookmark3750"/>
      <w:bookmarkEnd w:id="459"/>
      <w:r>
        <w:rPr>
          <w:rStyle w:val="BodyTextChar1"/>
          <w:rFonts w:cs="Georgia"/>
        </w:rPr>
        <w:t>Сложение сил, направленных по одной прямой.</w:t>
      </w:r>
    </w:p>
    <w:p w:rsidR="00F44E79" w:rsidRDefault="00F44E79">
      <w:pPr>
        <w:pStyle w:val="BodyText"/>
        <w:spacing w:line="288"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37"/>
        </w:numPr>
        <w:tabs>
          <w:tab w:val="left" w:pos="493"/>
        </w:tabs>
        <w:ind w:left="400" w:hanging="240"/>
        <w:jc w:val="both"/>
        <w:rPr>
          <w:color w:val="auto"/>
          <w:sz w:val="24"/>
          <w:szCs w:val="24"/>
        </w:rPr>
      </w:pPr>
      <w:bookmarkStart w:id="460" w:name="bookmark3751"/>
      <w:bookmarkEnd w:id="460"/>
      <w:r>
        <w:rPr>
          <w:rStyle w:val="BodyTextChar1"/>
          <w:rFonts w:cs="Georgia"/>
        </w:rPr>
        <w:t>Определение скорости равномерного движения (шарика в жидкости, модели электрического автомобиля и т. п.).</w:t>
      </w:r>
    </w:p>
    <w:p w:rsidR="00F44E79" w:rsidRDefault="00F44E79" w:rsidP="00E5323B">
      <w:pPr>
        <w:pStyle w:val="BodyText"/>
        <w:numPr>
          <w:ilvl w:val="0"/>
          <w:numId w:val="37"/>
        </w:numPr>
        <w:tabs>
          <w:tab w:val="left" w:pos="498"/>
        </w:tabs>
        <w:ind w:left="400" w:hanging="240"/>
        <w:jc w:val="both"/>
        <w:rPr>
          <w:color w:val="auto"/>
          <w:sz w:val="24"/>
          <w:szCs w:val="24"/>
        </w:rPr>
      </w:pPr>
      <w:bookmarkStart w:id="461" w:name="bookmark3752"/>
      <w:bookmarkEnd w:id="461"/>
      <w:r>
        <w:rPr>
          <w:rStyle w:val="BodyTextChar1"/>
          <w:rFonts w:cs="Georgia"/>
        </w:rPr>
        <w:t>Определение средней скорости скольжения бруска или ша</w:t>
      </w:r>
      <w:r>
        <w:rPr>
          <w:rStyle w:val="BodyTextChar1"/>
          <w:rFonts w:cs="Georgia"/>
        </w:rPr>
        <w:softHyphen/>
        <w:t>рика по наклонной плоскости.</w:t>
      </w:r>
    </w:p>
    <w:p w:rsidR="00F44E79" w:rsidRDefault="00F44E79" w:rsidP="00E5323B">
      <w:pPr>
        <w:pStyle w:val="BodyText"/>
        <w:numPr>
          <w:ilvl w:val="0"/>
          <w:numId w:val="37"/>
        </w:numPr>
        <w:tabs>
          <w:tab w:val="left" w:pos="503"/>
        </w:tabs>
        <w:ind w:firstLine="160"/>
        <w:jc w:val="both"/>
        <w:rPr>
          <w:color w:val="auto"/>
          <w:sz w:val="24"/>
          <w:szCs w:val="24"/>
        </w:rPr>
      </w:pPr>
      <w:bookmarkStart w:id="462" w:name="bookmark3753"/>
      <w:bookmarkEnd w:id="462"/>
      <w:r>
        <w:rPr>
          <w:rStyle w:val="BodyTextChar1"/>
          <w:rFonts w:cs="Georgia"/>
        </w:rPr>
        <w:t>Определение плотности твёрдого тела.</w:t>
      </w:r>
    </w:p>
    <w:p w:rsidR="00F44E79" w:rsidRDefault="00F44E79" w:rsidP="00E5323B">
      <w:pPr>
        <w:pStyle w:val="BodyText"/>
        <w:numPr>
          <w:ilvl w:val="0"/>
          <w:numId w:val="37"/>
        </w:numPr>
        <w:tabs>
          <w:tab w:val="left" w:pos="503"/>
        </w:tabs>
        <w:ind w:left="400" w:hanging="240"/>
        <w:jc w:val="both"/>
        <w:rPr>
          <w:color w:val="auto"/>
          <w:sz w:val="24"/>
          <w:szCs w:val="24"/>
        </w:rPr>
      </w:pPr>
      <w:bookmarkStart w:id="463" w:name="bookmark3754"/>
      <w:bookmarkEnd w:id="463"/>
      <w:r>
        <w:rPr>
          <w:rStyle w:val="BodyTextChar1"/>
          <w:rFonts w:cs="Georgia"/>
        </w:rPr>
        <w:t>Опыты, демонстрирующие зависимость растяжения (де</w:t>
      </w:r>
      <w:r>
        <w:rPr>
          <w:rStyle w:val="BodyTextChar1"/>
          <w:rFonts w:cs="Georgia"/>
        </w:rPr>
        <w:softHyphen/>
        <w:t>формации) пружины от приложенной силы.</w:t>
      </w:r>
    </w:p>
    <w:p w:rsidR="00F44E79" w:rsidRDefault="00F44E79" w:rsidP="00E5323B">
      <w:pPr>
        <w:pStyle w:val="BodyText"/>
        <w:numPr>
          <w:ilvl w:val="0"/>
          <w:numId w:val="37"/>
        </w:numPr>
        <w:tabs>
          <w:tab w:val="left" w:pos="503"/>
        </w:tabs>
        <w:spacing w:after="160"/>
        <w:ind w:left="400" w:hanging="240"/>
        <w:jc w:val="both"/>
        <w:rPr>
          <w:color w:val="auto"/>
          <w:sz w:val="24"/>
          <w:szCs w:val="24"/>
        </w:rPr>
      </w:pPr>
      <w:bookmarkStart w:id="464" w:name="bookmark3755"/>
      <w:bookmarkEnd w:id="464"/>
      <w:r>
        <w:rPr>
          <w:rStyle w:val="BodyTextChar1"/>
          <w:rFonts w:cs="Georgia"/>
        </w:rPr>
        <w:t>Опыты, демонстрирующие зависимость силы трения сколь</w:t>
      </w:r>
      <w:r>
        <w:rPr>
          <w:rStyle w:val="BodyTextChar1"/>
          <w:rFonts w:cs="Georgia"/>
        </w:rPr>
        <w:softHyphen/>
        <w:t>жения от силы давления и характера соприкасающихся по</w:t>
      </w:r>
      <w:r>
        <w:rPr>
          <w:rStyle w:val="BodyTextChar1"/>
          <w:rFonts w:cs="Georgia"/>
        </w:rPr>
        <w:softHyphen/>
        <w:t>верхностей.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4. Давление твёрдых тел, жидкостей и газов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Давление. Способы уменьшения и увеличения давления. Дав</w:t>
      </w:r>
      <w:r>
        <w:rPr>
          <w:rStyle w:val="BodyTextChar1"/>
          <w:rFonts w:cs="Georgia"/>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BodyTextChar1"/>
          <w:rFonts w:cs="Georgia"/>
        </w:rPr>
        <w:softHyphen/>
        <w:t>ния жидкости от глубины. Гидростатический парадокс. Сооб</w:t>
      </w:r>
      <w:r>
        <w:rPr>
          <w:rStyle w:val="BodyTextChar1"/>
          <w:rFonts w:cs="Georgia"/>
        </w:rPr>
        <w:softHyphen/>
        <w:t>щающиеся сосуды. Гидравлические механизмы.</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Атмосфера Земли и атмосферное давление. Причины суще</w:t>
      </w:r>
      <w:r>
        <w:rPr>
          <w:rStyle w:val="BodyTextChar1"/>
          <w:rFonts w:cs="Georgia"/>
        </w:rPr>
        <w:softHyphen/>
        <w:t>ствования воздушной оболочки Земли. Опыт Торричелли. Из</w:t>
      </w:r>
      <w:r>
        <w:rPr>
          <w:rStyle w:val="BodyTextChar1"/>
          <w:rFonts w:cs="Georgia"/>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Действие жидкости и газа на погружённое в них тело. Вытал</w:t>
      </w:r>
      <w:r>
        <w:rPr>
          <w:rStyle w:val="BodyTextChar1"/>
          <w:rFonts w:cs="Georgia"/>
        </w:rPr>
        <w:softHyphen/>
        <w:t>кивающая (архимедова) сила. Закон Архимеда. Плавание тел. Воздухоплавание.</w:t>
      </w:r>
    </w:p>
    <w:p w:rsidR="00F44E79" w:rsidRDefault="00F44E79">
      <w:pPr>
        <w:pStyle w:val="BodyText"/>
        <w:spacing w:line="288"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38"/>
        </w:numPr>
        <w:tabs>
          <w:tab w:val="left" w:pos="493"/>
        </w:tabs>
        <w:spacing w:line="276" w:lineRule="auto"/>
        <w:ind w:firstLine="160"/>
        <w:jc w:val="both"/>
        <w:rPr>
          <w:color w:val="auto"/>
          <w:sz w:val="24"/>
          <w:szCs w:val="24"/>
        </w:rPr>
      </w:pPr>
      <w:bookmarkStart w:id="465" w:name="bookmark3756"/>
      <w:bookmarkEnd w:id="465"/>
      <w:r>
        <w:rPr>
          <w:rStyle w:val="BodyTextChar1"/>
          <w:rFonts w:cs="Georgia"/>
        </w:rPr>
        <w:t>Зависимость давления газа от температуры.</w:t>
      </w:r>
    </w:p>
    <w:p w:rsidR="00F44E79" w:rsidRDefault="00F44E79" w:rsidP="00E5323B">
      <w:pPr>
        <w:pStyle w:val="BodyText"/>
        <w:numPr>
          <w:ilvl w:val="0"/>
          <w:numId w:val="38"/>
        </w:numPr>
        <w:tabs>
          <w:tab w:val="left" w:pos="498"/>
        </w:tabs>
        <w:spacing w:line="276" w:lineRule="auto"/>
        <w:ind w:firstLine="160"/>
        <w:jc w:val="both"/>
        <w:rPr>
          <w:color w:val="auto"/>
          <w:sz w:val="24"/>
          <w:szCs w:val="24"/>
        </w:rPr>
      </w:pPr>
      <w:bookmarkStart w:id="466" w:name="bookmark3757"/>
      <w:bookmarkEnd w:id="466"/>
      <w:r>
        <w:rPr>
          <w:rStyle w:val="BodyTextChar1"/>
          <w:rFonts w:cs="Georgia"/>
        </w:rPr>
        <w:t>Передача давления жидкостью и газом.</w:t>
      </w:r>
    </w:p>
    <w:p w:rsidR="00F44E79" w:rsidRDefault="00F44E79" w:rsidP="00E5323B">
      <w:pPr>
        <w:pStyle w:val="BodyText"/>
        <w:numPr>
          <w:ilvl w:val="0"/>
          <w:numId w:val="38"/>
        </w:numPr>
        <w:tabs>
          <w:tab w:val="left" w:pos="503"/>
        </w:tabs>
        <w:spacing w:line="276" w:lineRule="auto"/>
        <w:ind w:firstLine="160"/>
        <w:jc w:val="both"/>
        <w:rPr>
          <w:color w:val="auto"/>
          <w:sz w:val="24"/>
          <w:szCs w:val="24"/>
        </w:rPr>
      </w:pPr>
      <w:bookmarkStart w:id="467" w:name="bookmark3758"/>
      <w:bookmarkEnd w:id="467"/>
      <w:r>
        <w:rPr>
          <w:rStyle w:val="BodyTextChar1"/>
          <w:rFonts w:cs="Georgia"/>
        </w:rPr>
        <w:t>Сообщающиеся сосуды.</w:t>
      </w:r>
    </w:p>
    <w:p w:rsidR="00F44E79" w:rsidRDefault="00F44E79" w:rsidP="00E5323B">
      <w:pPr>
        <w:pStyle w:val="BodyText"/>
        <w:numPr>
          <w:ilvl w:val="0"/>
          <w:numId w:val="38"/>
        </w:numPr>
        <w:tabs>
          <w:tab w:val="left" w:pos="503"/>
        </w:tabs>
        <w:spacing w:line="276" w:lineRule="auto"/>
        <w:ind w:firstLine="160"/>
        <w:jc w:val="both"/>
        <w:rPr>
          <w:color w:val="auto"/>
          <w:sz w:val="24"/>
          <w:szCs w:val="24"/>
        </w:rPr>
      </w:pPr>
      <w:bookmarkStart w:id="468" w:name="bookmark3759"/>
      <w:bookmarkEnd w:id="468"/>
      <w:r>
        <w:rPr>
          <w:rStyle w:val="BodyTextChar1"/>
          <w:rFonts w:cs="Georgia"/>
        </w:rPr>
        <w:t>Гидравлический пресс.</w:t>
      </w:r>
    </w:p>
    <w:p w:rsidR="00F44E79" w:rsidRDefault="00F44E79" w:rsidP="00E5323B">
      <w:pPr>
        <w:pStyle w:val="BodyText"/>
        <w:numPr>
          <w:ilvl w:val="0"/>
          <w:numId w:val="38"/>
        </w:numPr>
        <w:tabs>
          <w:tab w:val="left" w:pos="503"/>
        </w:tabs>
        <w:spacing w:line="276" w:lineRule="auto"/>
        <w:ind w:firstLine="160"/>
        <w:jc w:val="both"/>
        <w:rPr>
          <w:color w:val="auto"/>
          <w:sz w:val="24"/>
          <w:szCs w:val="24"/>
        </w:rPr>
      </w:pPr>
      <w:bookmarkStart w:id="469" w:name="bookmark3760"/>
      <w:bookmarkEnd w:id="469"/>
      <w:r>
        <w:rPr>
          <w:rStyle w:val="BodyTextChar1"/>
          <w:rFonts w:cs="Georgia"/>
        </w:rPr>
        <w:t>Проявление действия атмосферного давления.</w:t>
      </w:r>
    </w:p>
    <w:p w:rsidR="00F44E79" w:rsidRDefault="00F44E79" w:rsidP="00E5323B">
      <w:pPr>
        <w:pStyle w:val="BodyText"/>
        <w:numPr>
          <w:ilvl w:val="0"/>
          <w:numId w:val="38"/>
        </w:numPr>
        <w:tabs>
          <w:tab w:val="left" w:pos="503"/>
        </w:tabs>
        <w:spacing w:line="276" w:lineRule="auto"/>
        <w:ind w:left="400" w:hanging="240"/>
        <w:jc w:val="both"/>
        <w:rPr>
          <w:color w:val="auto"/>
          <w:sz w:val="24"/>
          <w:szCs w:val="24"/>
        </w:rPr>
      </w:pPr>
      <w:bookmarkStart w:id="470" w:name="bookmark3761"/>
      <w:bookmarkEnd w:id="470"/>
      <w:r>
        <w:rPr>
          <w:rStyle w:val="BodyTextChar1"/>
          <w:rFonts w:cs="Georgia"/>
        </w:rPr>
        <w:t>Зависимость выталкивающей силы от объёма погружённой части тела и плотности жидкости.</w:t>
      </w:r>
    </w:p>
    <w:p w:rsidR="00F44E79" w:rsidRDefault="00F44E79" w:rsidP="00E5323B">
      <w:pPr>
        <w:pStyle w:val="BodyText"/>
        <w:numPr>
          <w:ilvl w:val="0"/>
          <w:numId w:val="38"/>
        </w:numPr>
        <w:tabs>
          <w:tab w:val="left" w:pos="503"/>
        </w:tabs>
        <w:spacing w:line="276" w:lineRule="auto"/>
        <w:ind w:left="400" w:hanging="240"/>
        <w:jc w:val="both"/>
        <w:rPr>
          <w:color w:val="auto"/>
          <w:sz w:val="24"/>
          <w:szCs w:val="24"/>
        </w:rPr>
      </w:pPr>
      <w:bookmarkStart w:id="471" w:name="bookmark3762"/>
      <w:bookmarkEnd w:id="471"/>
      <w:r>
        <w:rPr>
          <w:rStyle w:val="BodyTextChar1"/>
          <w:rFonts w:cs="Georgia"/>
        </w:rPr>
        <w:t>Равенство выталкивающей силы весу вытесненной жидко</w:t>
      </w:r>
      <w:r>
        <w:rPr>
          <w:rStyle w:val="BodyTextChar1"/>
          <w:rFonts w:cs="Georgia"/>
        </w:rPr>
        <w:softHyphen/>
        <w:t>сти.</w:t>
      </w:r>
    </w:p>
    <w:p w:rsidR="00F44E79" w:rsidRDefault="00F44E79" w:rsidP="00E5323B">
      <w:pPr>
        <w:pStyle w:val="BodyText"/>
        <w:numPr>
          <w:ilvl w:val="0"/>
          <w:numId w:val="38"/>
        </w:numPr>
        <w:tabs>
          <w:tab w:val="left" w:pos="503"/>
        </w:tabs>
        <w:spacing w:line="276" w:lineRule="auto"/>
        <w:ind w:left="400" w:hanging="240"/>
        <w:jc w:val="both"/>
        <w:rPr>
          <w:color w:val="auto"/>
          <w:sz w:val="24"/>
          <w:szCs w:val="24"/>
        </w:rPr>
      </w:pPr>
      <w:bookmarkStart w:id="472" w:name="bookmark3763"/>
      <w:bookmarkEnd w:id="472"/>
      <w:r>
        <w:rPr>
          <w:rStyle w:val="BodyTextChar1"/>
          <w:rFonts w:cs="Georgia"/>
        </w:rPr>
        <w:t>Условие плавания тел: плавание или погружение тел в за</w:t>
      </w:r>
      <w:r>
        <w:rPr>
          <w:rStyle w:val="BodyTextChar1"/>
          <w:rFonts w:cs="Georgia"/>
        </w:rPr>
        <w:softHyphen/>
        <w:t>висимости от соотношения плотностей тела и жидкости.</w:t>
      </w:r>
    </w:p>
    <w:p w:rsidR="00F44E79" w:rsidRDefault="00F44E79">
      <w:pPr>
        <w:pStyle w:val="BodyText"/>
        <w:spacing w:line="288"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39"/>
        </w:numPr>
        <w:tabs>
          <w:tab w:val="left" w:pos="493"/>
        </w:tabs>
        <w:spacing w:line="276" w:lineRule="auto"/>
        <w:ind w:left="400" w:hanging="240"/>
        <w:jc w:val="both"/>
        <w:rPr>
          <w:color w:val="auto"/>
          <w:sz w:val="24"/>
          <w:szCs w:val="24"/>
        </w:rPr>
      </w:pPr>
      <w:bookmarkStart w:id="473" w:name="bookmark3764"/>
      <w:bookmarkEnd w:id="473"/>
      <w:r>
        <w:rPr>
          <w:rStyle w:val="BodyTextChar1"/>
          <w:rFonts w:cs="Georgia"/>
        </w:rPr>
        <w:t>Исследование зависимости веса тела в воде от объёма погру</w:t>
      </w:r>
      <w:r>
        <w:rPr>
          <w:rStyle w:val="BodyTextChar1"/>
          <w:rFonts w:cs="Georgia"/>
        </w:rPr>
        <w:softHyphen/>
        <w:t>жённой в жидкость части тела.</w:t>
      </w:r>
    </w:p>
    <w:p w:rsidR="00F44E79" w:rsidRDefault="00F44E79" w:rsidP="00E5323B">
      <w:pPr>
        <w:pStyle w:val="BodyText"/>
        <w:numPr>
          <w:ilvl w:val="0"/>
          <w:numId w:val="39"/>
        </w:numPr>
        <w:tabs>
          <w:tab w:val="left" w:pos="500"/>
        </w:tabs>
        <w:spacing w:line="276" w:lineRule="auto"/>
        <w:ind w:left="400" w:hanging="240"/>
        <w:jc w:val="both"/>
        <w:rPr>
          <w:color w:val="auto"/>
          <w:sz w:val="24"/>
          <w:szCs w:val="24"/>
        </w:rPr>
      </w:pPr>
      <w:bookmarkStart w:id="474" w:name="bookmark3765"/>
      <w:bookmarkEnd w:id="474"/>
      <w:r>
        <w:rPr>
          <w:rStyle w:val="BodyTextChar1"/>
          <w:rFonts w:cs="Georgia"/>
        </w:rPr>
        <w:t>Определение выталкивающей силы, действующей на тело, погружённое в жидкость.</w:t>
      </w:r>
    </w:p>
    <w:p w:rsidR="00F44E79" w:rsidRDefault="00F44E79" w:rsidP="00E5323B">
      <w:pPr>
        <w:pStyle w:val="BodyText"/>
        <w:numPr>
          <w:ilvl w:val="0"/>
          <w:numId w:val="39"/>
        </w:numPr>
        <w:tabs>
          <w:tab w:val="left" w:pos="505"/>
        </w:tabs>
        <w:spacing w:line="276" w:lineRule="auto"/>
        <w:ind w:left="400" w:hanging="240"/>
        <w:jc w:val="both"/>
        <w:rPr>
          <w:color w:val="auto"/>
          <w:sz w:val="24"/>
          <w:szCs w:val="24"/>
        </w:rPr>
      </w:pPr>
      <w:bookmarkStart w:id="475" w:name="bookmark3766"/>
      <w:bookmarkEnd w:id="475"/>
      <w:r>
        <w:rPr>
          <w:rStyle w:val="BodyTextChar1"/>
          <w:rFonts w:cs="Georgia"/>
        </w:rPr>
        <w:t>Проверка независимости выталкивающей силы, действую</w:t>
      </w:r>
      <w:r>
        <w:rPr>
          <w:rStyle w:val="BodyTextChar1"/>
          <w:rFonts w:cs="Georgia"/>
        </w:rPr>
        <w:softHyphen/>
        <w:t>щей на тело в жидкости, от массы тела.</w:t>
      </w:r>
    </w:p>
    <w:p w:rsidR="00F44E79" w:rsidRDefault="00F44E79" w:rsidP="00E5323B">
      <w:pPr>
        <w:pStyle w:val="BodyText"/>
        <w:numPr>
          <w:ilvl w:val="0"/>
          <w:numId w:val="39"/>
        </w:numPr>
        <w:tabs>
          <w:tab w:val="left" w:pos="505"/>
        </w:tabs>
        <w:spacing w:line="276" w:lineRule="auto"/>
        <w:ind w:left="400" w:hanging="240"/>
        <w:jc w:val="both"/>
        <w:rPr>
          <w:color w:val="auto"/>
          <w:sz w:val="24"/>
          <w:szCs w:val="24"/>
        </w:rPr>
      </w:pPr>
      <w:bookmarkStart w:id="476" w:name="bookmark3767"/>
      <w:bookmarkEnd w:id="476"/>
      <w:r>
        <w:rPr>
          <w:rStyle w:val="BodyTextChar1"/>
          <w:rFonts w:cs="Georgia"/>
        </w:rPr>
        <w:t>Опыты, демонстрирующие зависимость выталкивающей силы, действующей на тело в жидкости, от объёма погру</w:t>
      </w:r>
      <w:r>
        <w:rPr>
          <w:rStyle w:val="BodyTextChar1"/>
          <w:rFonts w:cs="Georgia"/>
        </w:rPr>
        <w:softHyphen/>
        <w:t>жённой в жидкость части тела и от плотности жидкости.</w:t>
      </w:r>
    </w:p>
    <w:p w:rsidR="00F44E79" w:rsidRDefault="00F44E79" w:rsidP="00E5323B">
      <w:pPr>
        <w:pStyle w:val="BodyText"/>
        <w:numPr>
          <w:ilvl w:val="0"/>
          <w:numId w:val="39"/>
        </w:numPr>
        <w:tabs>
          <w:tab w:val="left" w:pos="505"/>
        </w:tabs>
        <w:spacing w:after="160" w:line="276" w:lineRule="auto"/>
        <w:ind w:left="400" w:hanging="240"/>
        <w:jc w:val="both"/>
        <w:rPr>
          <w:color w:val="auto"/>
          <w:sz w:val="24"/>
          <w:szCs w:val="24"/>
        </w:rPr>
      </w:pPr>
      <w:bookmarkStart w:id="477" w:name="bookmark3768"/>
      <w:bookmarkEnd w:id="477"/>
      <w:r>
        <w:rPr>
          <w:rStyle w:val="BodyTextChar1"/>
          <w:rFonts w:cs="Georgia"/>
        </w:rPr>
        <w:t>Конструирование ареометра или конструирование лодки и определение её грузоподъёмности.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5. Работа и мощность. Энергия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Механическая работа. Мощность.</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Механическая энергия. Кинетическая и потенциальная энер</w:t>
      </w:r>
      <w:r>
        <w:rPr>
          <w:rStyle w:val="BodyTextChar1"/>
          <w:rFonts w:cs="Georgia"/>
        </w:rPr>
        <w:softHyphen/>
        <w:t>гия. Превращение одного вида механической энергии в другой. Закон сохранения энергии в механике.</w:t>
      </w:r>
    </w:p>
    <w:p w:rsidR="00F44E79" w:rsidRDefault="00F44E79">
      <w:pPr>
        <w:pStyle w:val="BodyText"/>
        <w:spacing w:line="290"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40"/>
        </w:numPr>
        <w:tabs>
          <w:tab w:val="left" w:pos="495"/>
        </w:tabs>
        <w:spacing w:line="276" w:lineRule="auto"/>
        <w:ind w:firstLine="160"/>
        <w:jc w:val="both"/>
        <w:rPr>
          <w:color w:val="auto"/>
          <w:sz w:val="24"/>
          <w:szCs w:val="24"/>
        </w:rPr>
      </w:pPr>
      <w:bookmarkStart w:id="478" w:name="bookmark3769"/>
      <w:bookmarkEnd w:id="478"/>
      <w:r>
        <w:rPr>
          <w:rStyle w:val="BodyTextChar1"/>
          <w:rFonts w:cs="Georgia"/>
        </w:rPr>
        <w:t>Примеры простых механизмов.</w:t>
      </w:r>
    </w:p>
    <w:p w:rsidR="00F44E79" w:rsidRDefault="00F44E79">
      <w:pPr>
        <w:pStyle w:val="BodyText"/>
        <w:spacing w:line="290"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41"/>
        </w:numPr>
        <w:tabs>
          <w:tab w:val="left" w:pos="495"/>
        </w:tabs>
        <w:spacing w:line="276" w:lineRule="auto"/>
        <w:ind w:left="400" w:hanging="240"/>
        <w:jc w:val="both"/>
        <w:rPr>
          <w:color w:val="auto"/>
          <w:sz w:val="24"/>
          <w:szCs w:val="24"/>
        </w:rPr>
      </w:pPr>
      <w:bookmarkStart w:id="479" w:name="bookmark3770"/>
      <w:bookmarkEnd w:id="479"/>
      <w:r>
        <w:rPr>
          <w:rStyle w:val="BodyTextChar1"/>
          <w:rFonts w:cs="Georgia"/>
        </w:rPr>
        <w:t>Определение работы силы трения при равномерном движе</w:t>
      </w:r>
      <w:r>
        <w:rPr>
          <w:rStyle w:val="BodyTextChar1"/>
          <w:rFonts w:cs="Georgia"/>
        </w:rPr>
        <w:softHyphen/>
        <w:t>нии тела по горизонтальной поверхности.</w:t>
      </w:r>
    </w:p>
    <w:p w:rsidR="00F44E79" w:rsidRDefault="00F44E79" w:rsidP="00E5323B">
      <w:pPr>
        <w:pStyle w:val="BodyText"/>
        <w:numPr>
          <w:ilvl w:val="0"/>
          <w:numId w:val="41"/>
        </w:numPr>
        <w:tabs>
          <w:tab w:val="left" w:pos="500"/>
        </w:tabs>
        <w:spacing w:line="276" w:lineRule="auto"/>
        <w:ind w:firstLine="160"/>
        <w:jc w:val="both"/>
        <w:rPr>
          <w:color w:val="auto"/>
          <w:sz w:val="24"/>
          <w:szCs w:val="24"/>
        </w:rPr>
      </w:pPr>
      <w:bookmarkStart w:id="480" w:name="bookmark3771"/>
      <w:bookmarkEnd w:id="480"/>
      <w:r>
        <w:rPr>
          <w:rStyle w:val="BodyTextChar1"/>
          <w:rFonts w:cs="Georgia"/>
        </w:rPr>
        <w:t>Исследование условий равновесия рычага.</w:t>
      </w:r>
    </w:p>
    <w:p w:rsidR="00F44E79" w:rsidRDefault="00F44E79" w:rsidP="00E5323B">
      <w:pPr>
        <w:pStyle w:val="BodyText"/>
        <w:numPr>
          <w:ilvl w:val="0"/>
          <w:numId w:val="41"/>
        </w:numPr>
        <w:tabs>
          <w:tab w:val="left" w:pos="505"/>
        </w:tabs>
        <w:spacing w:line="276" w:lineRule="auto"/>
        <w:ind w:firstLine="160"/>
        <w:jc w:val="both"/>
        <w:rPr>
          <w:color w:val="auto"/>
          <w:sz w:val="24"/>
          <w:szCs w:val="24"/>
        </w:rPr>
      </w:pPr>
      <w:bookmarkStart w:id="481" w:name="bookmark3772"/>
      <w:bookmarkEnd w:id="481"/>
      <w:r>
        <w:rPr>
          <w:rStyle w:val="BodyTextChar1"/>
          <w:rFonts w:cs="Georgia"/>
        </w:rPr>
        <w:t>Измерение КПД наклонной плоскости.</w:t>
      </w:r>
    </w:p>
    <w:p w:rsidR="00F44E79" w:rsidRDefault="00F44E79" w:rsidP="00E5323B">
      <w:pPr>
        <w:pStyle w:val="BodyText"/>
        <w:numPr>
          <w:ilvl w:val="0"/>
          <w:numId w:val="41"/>
        </w:numPr>
        <w:tabs>
          <w:tab w:val="left" w:pos="505"/>
        </w:tabs>
        <w:spacing w:after="240" w:line="276" w:lineRule="auto"/>
        <w:ind w:firstLine="160"/>
        <w:jc w:val="both"/>
        <w:rPr>
          <w:color w:val="auto"/>
          <w:sz w:val="24"/>
          <w:szCs w:val="24"/>
        </w:rPr>
      </w:pPr>
      <w:bookmarkStart w:id="482" w:name="bookmark3773"/>
      <w:bookmarkEnd w:id="482"/>
      <w:r>
        <w:rPr>
          <w:rStyle w:val="BodyTextChar1"/>
          <w:rFonts w:cs="Georgia"/>
        </w:rPr>
        <w:t>Изучение закона сохранения механической энергии.</w:t>
      </w:r>
    </w:p>
    <w:p w:rsidR="00F44E79" w:rsidRDefault="00F44E79">
      <w:pPr>
        <w:pStyle w:val="31"/>
        <w:spacing w:after="40" w:line="288" w:lineRule="auto"/>
        <w:jc w:val="both"/>
        <w:rPr>
          <w:rFonts w:ascii="Courier New" w:hAnsi="Courier New" w:cs="Courier New"/>
          <w:b w:val="0"/>
          <w:bCs w:val="0"/>
          <w:color w:val="auto"/>
          <w:sz w:val="24"/>
          <w:szCs w:val="24"/>
        </w:rPr>
      </w:pPr>
      <w:r>
        <w:rPr>
          <w:rStyle w:val="30"/>
          <w:rFonts w:cs="Arial"/>
          <w:b/>
          <w:sz w:val="18"/>
          <w:szCs w:val="18"/>
        </w:rPr>
        <w:t>8 класс</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6. Тепловые явления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BodyTextChar1"/>
          <w:rFonts w:cs="Georgia"/>
        </w:rPr>
        <w:softHyphen/>
        <w:t>ской теории.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Модели твёрдого, жидкого и газообразного состояний веще</w:t>
      </w:r>
      <w:r>
        <w:rPr>
          <w:rStyle w:val="BodyTextChar1"/>
          <w:rFonts w:cs="Georgia"/>
        </w:rPr>
        <w:softHyphen/>
        <w:t>ства. Кристаллические и аморфные тела. Объяснение свойств газов, жидкостей и твёрдых тел на основе положений молеку</w:t>
      </w:r>
      <w:r>
        <w:rPr>
          <w:rStyle w:val="BodyTextChar1"/>
          <w:rFonts w:cs="Georgia"/>
        </w:rPr>
        <w:softHyphen/>
        <w:t>лярно-кинетической теории. Смачивание и капиллярные явле</w:t>
      </w:r>
      <w:r>
        <w:rPr>
          <w:rStyle w:val="BodyTextChar1"/>
          <w:rFonts w:cs="Georgia"/>
        </w:rPr>
        <w:softHyphen/>
        <w:t>ния. Тепловое расширение и сжатие.</w:t>
      </w:r>
    </w:p>
    <w:p w:rsidR="00F44E79" w:rsidRDefault="00F44E79">
      <w:pPr>
        <w:pStyle w:val="BodyText"/>
        <w:spacing w:after="160" w:line="276" w:lineRule="auto"/>
        <w:jc w:val="both"/>
        <w:rPr>
          <w:rFonts w:ascii="Courier New" w:hAnsi="Courier New" w:cs="Courier New"/>
          <w:color w:val="auto"/>
          <w:sz w:val="24"/>
          <w:szCs w:val="24"/>
        </w:rPr>
      </w:pPr>
      <w:r>
        <w:rPr>
          <w:rStyle w:val="BodyTextChar1"/>
          <w:rFonts w:cs="Georgia"/>
        </w:rPr>
        <w:t>Температура. Связь температуры со скоростью теплового дви</w:t>
      </w:r>
      <w:r>
        <w:rPr>
          <w:rStyle w:val="BodyTextChar1"/>
          <w:rFonts w:cs="Georgia"/>
        </w:rPr>
        <w:softHyphen/>
        <w:t>жения частиц.</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Внутренняя энергия. Способы изменения внутренней энер</w:t>
      </w:r>
      <w:r>
        <w:rPr>
          <w:rStyle w:val="BodyTextChar1"/>
          <w:rFonts w:cs="Georgia"/>
        </w:rPr>
        <w:softHyphen/>
        <w:t>гии: теплопередача и совершение работы. Виды теплопередачи: теплопроводность, конвекция, излучение.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Количество теплоты. Удельная теплоёмкость вещества. Те</w:t>
      </w:r>
      <w:r>
        <w:rPr>
          <w:rStyle w:val="BodyTextChar1"/>
          <w:rFonts w:cs="Georgia"/>
        </w:rPr>
        <w:softHyphen/>
        <w:t>плообмен и тепловое равновесие. Уравнение теплового баланса.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Плавление и отвердевание кристаллических веществ. Удель</w:t>
      </w:r>
      <w:r>
        <w:rPr>
          <w:rStyle w:val="BodyTextChar1"/>
          <w:rFonts w:cs="Georgia"/>
        </w:rPr>
        <w:softHyphen/>
        <w:t>ная теплота плавления. Парообразование и конденсация. Испа</w:t>
      </w:r>
      <w:r>
        <w:rPr>
          <w:rStyle w:val="BodyTextChar1"/>
          <w:rFonts w:cs="Georgia"/>
        </w:rPr>
        <w:softHyphen/>
        <w:t>рение (МС). Кипение. Удельная теплота парообразования. Зави</w:t>
      </w:r>
      <w:r>
        <w:rPr>
          <w:rStyle w:val="BodyTextChar1"/>
          <w:rFonts w:cs="Georgia"/>
        </w:rPr>
        <w:softHyphen/>
        <w:t>симость температуры кипения от атмосферного давления. Влажность воздуха.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Энергия топлива. Удельная теплота сгорания.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Принципы работы тепловых двигателей. КПД теплового двигателя. Тепловые двигатели и защита окружающей среды (МС).</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Закон сохранения и превращения энергии в тепловых про</w:t>
      </w:r>
      <w:r>
        <w:rPr>
          <w:rStyle w:val="BodyTextChar1"/>
          <w:rFonts w:cs="Georgia"/>
        </w:rPr>
        <w:softHyphen/>
        <w:t>цессах (МС).</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42"/>
        </w:numPr>
        <w:tabs>
          <w:tab w:val="left" w:pos="509"/>
        </w:tabs>
        <w:spacing w:line="269" w:lineRule="auto"/>
        <w:ind w:firstLine="160"/>
        <w:jc w:val="both"/>
        <w:rPr>
          <w:color w:val="auto"/>
          <w:sz w:val="24"/>
          <w:szCs w:val="24"/>
        </w:rPr>
      </w:pPr>
      <w:bookmarkStart w:id="483" w:name="bookmark3774"/>
      <w:bookmarkEnd w:id="483"/>
      <w:r>
        <w:rPr>
          <w:rStyle w:val="BodyTextChar1"/>
          <w:rFonts w:cs="Georgia"/>
        </w:rPr>
        <w:t>Наблюдение броуновского движения.</w:t>
      </w:r>
    </w:p>
    <w:p w:rsidR="00F44E79" w:rsidRDefault="00F44E79" w:rsidP="00E5323B">
      <w:pPr>
        <w:pStyle w:val="BodyText"/>
        <w:numPr>
          <w:ilvl w:val="0"/>
          <w:numId w:val="42"/>
        </w:numPr>
        <w:tabs>
          <w:tab w:val="left" w:pos="514"/>
        </w:tabs>
        <w:spacing w:line="269" w:lineRule="auto"/>
        <w:ind w:firstLine="160"/>
        <w:jc w:val="both"/>
        <w:rPr>
          <w:color w:val="auto"/>
          <w:sz w:val="24"/>
          <w:szCs w:val="24"/>
        </w:rPr>
      </w:pPr>
      <w:bookmarkStart w:id="484" w:name="bookmark3775"/>
      <w:bookmarkEnd w:id="484"/>
      <w:r>
        <w:rPr>
          <w:rStyle w:val="BodyTextChar1"/>
          <w:rFonts w:cs="Georgia"/>
        </w:rPr>
        <w:t>Наблюдение диффузии.</w:t>
      </w:r>
    </w:p>
    <w:p w:rsidR="00F44E79" w:rsidRDefault="00F44E79" w:rsidP="00E5323B">
      <w:pPr>
        <w:pStyle w:val="BodyText"/>
        <w:numPr>
          <w:ilvl w:val="0"/>
          <w:numId w:val="42"/>
        </w:numPr>
        <w:tabs>
          <w:tab w:val="left" w:pos="518"/>
        </w:tabs>
        <w:spacing w:line="269" w:lineRule="auto"/>
        <w:ind w:left="400" w:hanging="240"/>
        <w:jc w:val="both"/>
        <w:rPr>
          <w:color w:val="auto"/>
          <w:sz w:val="24"/>
          <w:szCs w:val="24"/>
        </w:rPr>
      </w:pPr>
      <w:bookmarkStart w:id="485" w:name="bookmark3776"/>
      <w:bookmarkEnd w:id="485"/>
      <w:r>
        <w:rPr>
          <w:rStyle w:val="BodyTextChar1"/>
          <w:rFonts w:cs="Georgia"/>
        </w:rPr>
        <w:t>Наблюдение явлений смачивания и капиллярных явле</w:t>
      </w:r>
      <w:r>
        <w:rPr>
          <w:rStyle w:val="BodyTextChar1"/>
          <w:rFonts w:cs="Georgia"/>
        </w:rPr>
        <w:softHyphen/>
        <w:t>ний.</w:t>
      </w:r>
    </w:p>
    <w:p w:rsidR="00F44E79" w:rsidRDefault="00F44E79" w:rsidP="00E5323B">
      <w:pPr>
        <w:pStyle w:val="BodyText"/>
        <w:numPr>
          <w:ilvl w:val="0"/>
          <w:numId w:val="42"/>
        </w:numPr>
        <w:tabs>
          <w:tab w:val="left" w:pos="518"/>
        </w:tabs>
        <w:spacing w:line="269" w:lineRule="auto"/>
        <w:ind w:firstLine="160"/>
        <w:jc w:val="both"/>
        <w:rPr>
          <w:color w:val="auto"/>
          <w:sz w:val="24"/>
          <w:szCs w:val="24"/>
        </w:rPr>
      </w:pPr>
      <w:bookmarkStart w:id="486" w:name="bookmark3777"/>
      <w:bookmarkEnd w:id="486"/>
      <w:r>
        <w:rPr>
          <w:rStyle w:val="BodyTextChar1"/>
          <w:rFonts w:cs="Georgia"/>
        </w:rPr>
        <w:t>Наблюдение теплового расширения тел.</w:t>
      </w:r>
    </w:p>
    <w:p w:rsidR="00F44E79" w:rsidRDefault="00F44E79" w:rsidP="00E5323B">
      <w:pPr>
        <w:pStyle w:val="BodyText"/>
        <w:numPr>
          <w:ilvl w:val="0"/>
          <w:numId w:val="42"/>
        </w:numPr>
        <w:tabs>
          <w:tab w:val="left" w:pos="518"/>
        </w:tabs>
        <w:spacing w:line="269" w:lineRule="auto"/>
        <w:ind w:left="400" w:hanging="240"/>
        <w:jc w:val="both"/>
        <w:rPr>
          <w:color w:val="auto"/>
          <w:sz w:val="24"/>
          <w:szCs w:val="24"/>
        </w:rPr>
      </w:pPr>
      <w:bookmarkStart w:id="487" w:name="bookmark3778"/>
      <w:bookmarkEnd w:id="487"/>
      <w:r>
        <w:rPr>
          <w:rStyle w:val="BodyTextChar1"/>
          <w:rFonts w:cs="Georgia"/>
        </w:rPr>
        <w:t>Изменение давления газа при изменении объёма и нагрева</w:t>
      </w:r>
      <w:r>
        <w:rPr>
          <w:rStyle w:val="BodyTextChar1"/>
          <w:rFonts w:cs="Georgia"/>
        </w:rPr>
        <w:softHyphen/>
        <w:t>нии или охлаждении.</w:t>
      </w:r>
    </w:p>
    <w:p w:rsidR="00F44E79" w:rsidRDefault="00F44E79" w:rsidP="00E5323B">
      <w:pPr>
        <w:pStyle w:val="BodyText"/>
        <w:numPr>
          <w:ilvl w:val="0"/>
          <w:numId w:val="42"/>
        </w:numPr>
        <w:tabs>
          <w:tab w:val="left" w:pos="518"/>
        </w:tabs>
        <w:spacing w:line="269" w:lineRule="auto"/>
        <w:ind w:firstLine="160"/>
        <w:jc w:val="both"/>
        <w:rPr>
          <w:color w:val="auto"/>
          <w:sz w:val="24"/>
          <w:szCs w:val="24"/>
        </w:rPr>
      </w:pPr>
      <w:bookmarkStart w:id="488" w:name="bookmark3779"/>
      <w:bookmarkEnd w:id="488"/>
      <w:r>
        <w:rPr>
          <w:rStyle w:val="BodyTextChar1"/>
          <w:rFonts w:cs="Georgia"/>
        </w:rPr>
        <w:t>Правила измерения температуры.</w:t>
      </w:r>
    </w:p>
    <w:p w:rsidR="00F44E79" w:rsidRDefault="00F44E79" w:rsidP="00E5323B">
      <w:pPr>
        <w:pStyle w:val="BodyText"/>
        <w:numPr>
          <w:ilvl w:val="0"/>
          <w:numId w:val="42"/>
        </w:numPr>
        <w:tabs>
          <w:tab w:val="left" w:pos="518"/>
        </w:tabs>
        <w:spacing w:line="269" w:lineRule="auto"/>
        <w:ind w:firstLine="160"/>
        <w:jc w:val="both"/>
        <w:rPr>
          <w:color w:val="auto"/>
          <w:sz w:val="24"/>
          <w:szCs w:val="24"/>
        </w:rPr>
      </w:pPr>
      <w:bookmarkStart w:id="489" w:name="bookmark3780"/>
      <w:bookmarkEnd w:id="489"/>
      <w:r>
        <w:rPr>
          <w:rStyle w:val="BodyTextChar1"/>
          <w:rFonts w:cs="Georgia"/>
        </w:rPr>
        <w:t>Виды теплопередачи.</w:t>
      </w:r>
    </w:p>
    <w:p w:rsidR="00F44E79" w:rsidRDefault="00F44E79" w:rsidP="00E5323B">
      <w:pPr>
        <w:pStyle w:val="BodyText"/>
        <w:numPr>
          <w:ilvl w:val="0"/>
          <w:numId w:val="42"/>
        </w:numPr>
        <w:tabs>
          <w:tab w:val="left" w:pos="518"/>
        </w:tabs>
        <w:spacing w:line="269" w:lineRule="auto"/>
        <w:ind w:firstLine="160"/>
        <w:jc w:val="both"/>
        <w:rPr>
          <w:color w:val="auto"/>
          <w:sz w:val="24"/>
          <w:szCs w:val="24"/>
        </w:rPr>
      </w:pPr>
      <w:bookmarkStart w:id="490" w:name="bookmark3781"/>
      <w:bookmarkEnd w:id="490"/>
      <w:r>
        <w:rPr>
          <w:rStyle w:val="BodyTextChar1"/>
          <w:rFonts w:cs="Georgia"/>
        </w:rPr>
        <w:t>Охлаждение при совершении работы.</w:t>
      </w:r>
    </w:p>
    <w:p w:rsidR="00F44E79" w:rsidRDefault="00F44E79" w:rsidP="00E5323B">
      <w:pPr>
        <w:pStyle w:val="BodyText"/>
        <w:numPr>
          <w:ilvl w:val="0"/>
          <w:numId w:val="42"/>
        </w:numPr>
        <w:tabs>
          <w:tab w:val="left" w:pos="518"/>
        </w:tabs>
        <w:spacing w:line="269" w:lineRule="auto"/>
        <w:ind w:firstLine="160"/>
        <w:jc w:val="both"/>
        <w:rPr>
          <w:color w:val="auto"/>
          <w:sz w:val="24"/>
          <w:szCs w:val="24"/>
        </w:rPr>
      </w:pPr>
      <w:bookmarkStart w:id="491" w:name="bookmark3782"/>
      <w:bookmarkEnd w:id="491"/>
      <w:r>
        <w:rPr>
          <w:rStyle w:val="BodyTextChar1"/>
          <w:rFonts w:cs="Georgia"/>
        </w:rPr>
        <w:t>Нагревание при совершении работы внешними силами.</w:t>
      </w:r>
    </w:p>
    <w:p w:rsidR="00F44E79" w:rsidRDefault="00F44E79" w:rsidP="00E5323B">
      <w:pPr>
        <w:pStyle w:val="BodyText"/>
        <w:numPr>
          <w:ilvl w:val="0"/>
          <w:numId w:val="42"/>
        </w:numPr>
        <w:tabs>
          <w:tab w:val="left" w:pos="469"/>
        </w:tabs>
        <w:spacing w:line="269" w:lineRule="auto"/>
        <w:ind w:firstLine="0"/>
        <w:jc w:val="both"/>
        <w:rPr>
          <w:color w:val="auto"/>
          <w:sz w:val="24"/>
          <w:szCs w:val="24"/>
        </w:rPr>
      </w:pPr>
      <w:bookmarkStart w:id="492" w:name="bookmark3783"/>
      <w:bookmarkEnd w:id="492"/>
      <w:r>
        <w:rPr>
          <w:rStyle w:val="BodyTextChar1"/>
          <w:rFonts w:cs="Georgia"/>
        </w:rPr>
        <w:t>Сравнение теплоёмкостей различных веществ.</w:t>
      </w:r>
    </w:p>
    <w:p w:rsidR="00F44E79" w:rsidRDefault="00F44E79" w:rsidP="00E5323B">
      <w:pPr>
        <w:pStyle w:val="BodyText"/>
        <w:numPr>
          <w:ilvl w:val="0"/>
          <w:numId w:val="42"/>
        </w:numPr>
        <w:tabs>
          <w:tab w:val="left" w:pos="469"/>
        </w:tabs>
        <w:spacing w:line="269" w:lineRule="auto"/>
        <w:ind w:firstLine="0"/>
        <w:jc w:val="both"/>
        <w:rPr>
          <w:color w:val="auto"/>
          <w:sz w:val="24"/>
          <w:szCs w:val="24"/>
        </w:rPr>
      </w:pPr>
      <w:bookmarkStart w:id="493" w:name="bookmark3784"/>
      <w:bookmarkEnd w:id="493"/>
      <w:r>
        <w:rPr>
          <w:rStyle w:val="BodyTextChar1"/>
          <w:rFonts w:cs="Georgia"/>
        </w:rPr>
        <w:t>Наблюдение кипения.</w:t>
      </w:r>
    </w:p>
    <w:p w:rsidR="00F44E79" w:rsidRDefault="00F44E79" w:rsidP="00E5323B">
      <w:pPr>
        <w:pStyle w:val="BodyText"/>
        <w:numPr>
          <w:ilvl w:val="0"/>
          <w:numId w:val="42"/>
        </w:numPr>
        <w:tabs>
          <w:tab w:val="left" w:pos="469"/>
        </w:tabs>
        <w:spacing w:line="269" w:lineRule="auto"/>
        <w:ind w:firstLine="0"/>
        <w:jc w:val="both"/>
        <w:rPr>
          <w:color w:val="auto"/>
          <w:sz w:val="24"/>
          <w:szCs w:val="24"/>
        </w:rPr>
      </w:pPr>
      <w:bookmarkStart w:id="494" w:name="bookmark3785"/>
      <w:bookmarkEnd w:id="494"/>
      <w:r>
        <w:rPr>
          <w:rStyle w:val="BodyTextChar1"/>
          <w:rFonts w:cs="Georgia"/>
        </w:rPr>
        <w:t>Наблюдение постоянства температуры при плавлении.</w:t>
      </w:r>
    </w:p>
    <w:p w:rsidR="00F44E79" w:rsidRDefault="00F44E79" w:rsidP="00E5323B">
      <w:pPr>
        <w:pStyle w:val="BodyText"/>
        <w:numPr>
          <w:ilvl w:val="0"/>
          <w:numId w:val="42"/>
        </w:numPr>
        <w:tabs>
          <w:tab w:val="left" w:pos="469"/>
        </w:tabs>
        <w:spacing w:line="269" w:lineRule="auto"/>
        <w:ind w:firstLine="0"/>
        <w:jc w:val="both"/>
        <w:rPr>
          <w:color w:val="auto"/>
          <w:sz w:val="24"/>
          <w:szCs w:val="24"/>
        </w:rPr>
      </w:pPr>
      <w:bookmarkStart w:id="495" w:name="bookmark3786"/>
      <w:bookmarkEnd w:id="495"/>
      <w:r>
        <w:rPr>
          <w:rStyle w:val="BodyTextChar1"/>
          <w:rFonts w:cs="Georgia"/>
        </w:rPr>
        <w:t>Модели тепловых двигателей.</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43"/>
        </w:numPr>
        <w:tabs>
          <w:tab w:val="left" w:pos="509"/>
        </w:tabs>
        <w:spacing w:line="269" w:lineRule="auto"/>
        <w:ind w:left="400" w:hanging="240"/>
        <w:jc w:val="both"/>
        <w:rPr>
          <w:color w:val="auto"/>
          <w:sz w:val="24"/>
          <w:szCs w:val="24"/>
        </w:rPr>
      </w:pPr>
      <w:bookmarkStart w:id="496" w:name="bookmark3787"/>
      <w:bookmarkEnd w:id="496"/>
      <w:r>
        <w:rPr>
          <w:rStyle w:val="BodyTextChar1"/>
          <w:rFonts w:cs="Georgia"/>
        </w:rPr>
        <w:t>Опыты по обнаружению действия сил молекулярного при</w:t>
      </w:r>
      <w:r>
        <w:rPr>
          <w:rStyle w:val="BodyTextChar1"/>
          <w:rFonts w:cs="Georgia"/>
        </w:rPr>
        <w:softHyphen/>
        <w:t>тяжения.</w:t>
      </w:r>
    </w:p>
    <w:p w:rsidR="00F44E79" w:rsidRDefault="00F44E79" w:rsidP="00E5323B">
      <w:pPr>
        <w:pStyle w:val="BodyText"/>
        <w:numPr>
          <w:ilvl w:val="0"/>
          <w:numId w:val="43"/>
        </w:numPr>
        <w:tabs>
          <w:tab w:val="left" w:pos="514"/>
        </w:tabs>
        <w:spacing w:line="269" w:lineRule="auto"/>
        <w:ind w:left="400" w:hanging="240"/>
        <w:jc w:val="both"/>
        <w:rPr>
          <w:color w:val="auto"/>
          <w:sz w:val="24"/>
          <w:szCs w:val="24"/>
        </w:rPr>
      </w:pPr>
      <w:bookmarkStart w:id="497" w:name="bookmark3788"/>
      <w:bookmarkEnd w:id="497"/>
      <w:r>
        <w:rPr>
          <w:rStyle w:val="BodyTextChar1"/>
          <w:rFonts w:cs="Georgia"/>
        </w:rPr>
        <w:t>Опыты по выращиванию кристаллов поваренной соли или сахара.</w:t>
      </w:r>
    </w:p>
    <w:p w:rsidR="00F44E79" w:rsidRDefault="00F44E79" w:rsidP="00E5323B">
      <w:pPr>
        <w:pStyle w:val="BodyText"/>
        <w:numPr>
          <w:ilvl w:val="0"/>
          <w:numId w:val="43"/>
        </w:numPr>
        <w:tabs>
          <w:tab w:val="left" w:pos="518"/>
        </w:tabs>
        <w:spacing w:line="269" w:lineRule="auto"/>
        <w:ind w:left="400" w:hanging="240"/>
        <w:jc w:val="both"/>
        <w:rPr>
          <w:color w:val="auto"/>
          <w:sz w:val="24"/>
          <w:szCs w:val="24"/>
        </w:rPr>
      </w:pPr>
      <w:bookmarkStart w:id="498" w:name="bookmark3789"/>
      <w:bookmarkEnd w:id="498"/>
      <w:r>
        <w:rPr>
          <w:rStyle w:val="BodyTextChar1"/>
          <w:rFonts w:cs="Georgia"/>
        </w:rPr>
        <w:t>Опыты по наблюдению теплового расширения газов, жид</w:t>
      </w:r>
      <w:r>
        <w:rPr>
          <w:rStyle w:val="BodyTextChar1"/>
          <w:rFonts w:cs="Georgia"/>
        </w:rPr>
        <w:softHyphen/>
        <w:t>костей и твёрдых тел.</w:t>
      </w:r>
    </w:p>
    <w:p w:rsidR="00F44E79" w:rsidRDefault="00F44E79" w:rsidP="00E5323B">
      <w:pPr>
        <w:pStyle w:val="BodyText"/>
        <w:numPr>
          <w:ilvl w:val="0"/>
          <w:numId w:val="43"/>
        </w:numPr>
        <w:tabs>
          <w:tab w:val="left" w:pos="518"/>
        </w:tabs>
        <w:spacing w:line="269" w:lineRule="auto"/>
        <w:ind w:firstLine="160"/>
        <w:jc w:val="both"/>
        <w:rPr>
          <w:color w:val="auto"/>
          <w:sz w:val="24"/>
          <w:szCs w:val="24"/>
        </w:rPr>
      </w:pPr>
      <w:bookmarkStart w:id="499" w:name="bookmark3790"/>
      <w:bookmarkEnd w:id="499"/>
      <w:r>
        <w:rPr>
          <w:rStyle w:val="BodyTextChar1"/>
          <w:rFonts w:cs="Georgia"/>
        </w:rPr>
        <w:t>Определение давления воздуха в баллоне шприца.</w:t>
      </w:r>
    </w:p>
    <w:p w:rsidR="00F44E79" w:rsidRDefault="00F44E79" w:rsidP="00E5323B">
      <w:pPr>
        <w:pStyle w:val="BodyText"/>
        <w:numPr>
          <w:ilvl w:val="0"/>
          <w:numId w:val="43"/>
        </w:numPr>
        <w:tabs>
          <w:tab w:val="left" w:pos="518"/>
        </w:tabs>
        <w:spacing w:line="269" w:lineRule="auto"/>
        <w:ind w:left="400" w:hanging="240"/>
        <w:jc w:val="both"/>
        <w:rPr>
          <w:color w:val="auto"/>
          <w:sz w:val="24"/>
          <w:szCs w:val="24"/>
        </w:rPr>
      </w:pPr>
      <w:bookmarkStart w:id="500" w:name="bookmark3791"/>
      <w:bookmarkEnd w:id="500"/>
      <w:r>
        <w:rPr>
          <w:rStyle w:val="BodyTextChar1"/>
          <w:rFonts w:cs="Georgia"/>
        </w:rPr>
        <w:t>Опыты, демонстрирующие зависимость давления воздуха от его объёма и нагревания или охлаждения.</w:t>
      </w:r>
    </w:p>
    <w:p w:rsidR="00F44E79" w:rsidRDefault="00F44E79" w:rsidP="00E5323B">
      <w:pPr>
        <w:pStyle w:val="BodyText"/>
        <w:numPr>
          <w:ilvl w:val="0"/>
          <w:numId w:val="43"/>
        </w:numPr>
        <w:tabs>
          <w:tab w:val="left" w:pos="459"/>
        </w:tabs>
        <w:ind w:left="400" w:hanging="240"/>
        <w:jc w:val="both"/>
        <w:rPr>
          <w:color w:val="auto"/>
          <w:sz w:val="24"/>
          <w:szCs w:val="24"/>
        </w:rPr>
      </w:pPr>
      <w:bookmarkStart w:id="501" w:name="bookmark3792"/>
      <w:bookmarkEnd w:id="501"/>
      <w:r>
        <w:rPr>
          <w:rStyle w:val="BodyTextChar1"/>
          <w:rFonts w:cs="Georgia"/>
        </w:rPr>
        <w:t>Проверка гипотезы линейной зависимости длины столбика жидкости в термометрической трубке от температуры.</w:t>
      </w:r>
    </w:p>
    <w:p w:rsidR="00F44E79" w:rsidRDefault="00F44E79" w:rsidP="00E5323B">
      <w:pPr>
        <w:pStyle w:val="BodyText"/>
        <w:numPr>
          <w:ilvl w:val="0"/>
          <w:numId w:val="43"/>
        </w:numPr>
        <w:tabs>
          <w:tab w:val="left" w:pos="459"/>
        </w:tabs>
        <w:ind w:left="400" w:hanging="240"/>
        <w:jc w:val="both"/>
        <w:rPr>
          <w:color w:val="auto"/>
          <w:sz w:val="24"/>
          <w:szCs w:val="24"/>
        </w:rPr>
      </w:pPr>
      <w:bookmarkStart w:id="502" w:name="bookmark3793"/>
      <w:bookmarkEnd w:id="502"/>
      <w:r>
        <w:rPr>
          <w:rStyle w:val="BodyTextChar1"/>
          <w:rFonts w:cs="Georgia"/>
        </w:rPr>
        <w:t>Наблюдение изменения внутренней энергии тела в резуль</w:t>
      </w:r>
      <w:r>
        <w:rPr>
          <w:rStyle w:val="BodyTextChar1"/>
          <w:rFonts w:cs="Georgia"/>
        </w:rPr>
        <w:softHyphen/>
        <w:t>тате теплопередачи и работы внешних сил.</w:t>
      </w:r>
    </w:p>
    <w:p w:rsidR="00F44E79" w:rsidRDefault="00F44E79" w:rsidP="00E5323B">
      <w:pPr>
        <w:pStyle w:val="BodyText"/>
        <w:numPr>
          <w:ilvl w:val="0"/>
          <w:numId w:val="43"/>
        </w:numPr>
        <w:tabs>
          <w:tab w:val="left" w:pos="459"/>
        </w:tabs>
        <w:ind w:left="400" w:hanging="240"/>
        <w:jc w:val="both"/>
        <w:rPr>
          <w:color w:val="auto"/>
          <w:sz w:val="24"/>
          <w:szCs w:val="24"/>
        </w:rPr>
      </w:pPr>
      <w:bookmarkStart w:id="503" w:name="bookmark3794"/>
      <w:bookmarkEnd w:id="503"/>
      <w:r>
        <w:rPr>
          <w:rStyle w:val="BodyTextChar1"/>
          <w:rFonts w:cs="Georgia"/>
        </w:rPr>
        <w:t>Исследование явления теплообмена при смешивании хо</w:t>
      </w:r>
      <w:r>
        <w:rPr>
          <w:rStyle w:val="BodyTextChar1"/>
          <w:rFonts w:cs="Georgia"/>
        </w:rPr>
        <w:softHyphen/>
        <w:t>лодной и горячей воды.</w:t>
      </w:r>
    </w:p>
    <w:p w:rsidR="00F44E79" w:rsidRDefault="00F44E79" w:rsidP="00E5323B">
      <w:pPr>
        <w:pStyle w:val="BodyText"/>
        <w:numPr>
          <w:ilvl w:val="0"/>
          <w:numId w:val="43"/>
        </w:numPr>
        <w:tabs>
          <w:tab w:val="left" w:pos="459"/>
        </w:tabs>
        <w:ind w:left="400" w:hanging="240"/>
        <w:jc w:val="both"/>
        <w:rPr>
          <w:color w:val="auto"/>
          <w:sz w:val="24"/>
          <w:szCs w:val="24"/>
        </w:rPr>
      </w:pPr>
      <w:bookmarkStart w:id="504" w:name="bookmark3795"/>
      <w:bookmarkEnd w:id="504"/>
      <w:r>
        <w:rPr>
          <w:rStyle w:val="BodyTextChar1"/>
          <w:rFonts w:cs="Georgia"/>
        </w:rPr>
        <w:t>Определение количества теплоты, полученного водой при теплообмене с нагретым металлическим цилиндром.</w:t>
      </w:r>
    </w:p>
    <w:p w:rsidR="00F44E79" w:rsidRDefault="00F44E79" w:rsidP="00E5323B">
      <w:pPr>
        <w:pStyle w:val="BodyText"/>
        <w:numPr>
          <w:ilvl w:val="0"/>
          <w:numId w:val="43"/>
        </w:numPr>
        <w:tabs>
          <w:tab w:val="left" w:pos="410"/>
        </w:tabs>
        <w:ind w:firstLine="0"/>
        <w:jc w:val="both"/>
        <w:rPr>
          <w:color w:val="auto"/>
          <w:sz w:val="24"/>
          <w:szCs w:val="24"/>
        </w:rPr>
      </w:pPr>
      <w:bookmarkStart w:id="505" w:name="bookmark3796"/>
      <w:bookmarkEnd w:id="505"/>
      <w:r>
        <w:rPr>
          <w:rStyle w:val="BodyTextChar1"/>
          <w:rFonts w:cs="Georgia"/>
        </w:rPr>
        <w:t>Определение удельной теплоёмкости вещества.</w:t>
      </w:r>
    </w:p>
    <w:p w:rsidR="00F44E79" w:rsidRDefault="00F44E79" w:rsidP="00E5323B">
      <w:pPr>
        <w:pStyle w:val="BodyText"/>
        <w:numPr>
          <w:ilvl w:val="0"/>
          <w:numId w:val="43"/>
        </w:numPr>
        <w:tabs>
          <w:tab w:val="left" w:pos="410"/>
        </w:tabs>
        <w:ind w:firstLine="0"/>
        <w:jc w:val="both"/>
        <w:rPr>
          <w:color w:val="auto"/>
          <w:sz w:val="24"/>
          <w:szCs w:val="24"/>
        </w:rPr>
      </w:pPr>
      <w:bookmarkStart w:id="506" w:name="bookmark3797"/>
      <w:bookmarkEnd w:id="506"/>
      <w:r>
        <w:rPr>
          <w:rStyle w:val="BodyTextChar1"/>
          <w:rFonts w:cs="Georgia"/>
        </w:rPr>
        <w:t>Исследование процесса испарения.</w:t>
      </w:r>
    </w:p>
    <w:p w:rsidR="00F44E79" w:rsidRDefault="00F44E79" w:rsidP="00E5323B">
      <w:pPr>
        <w:pStyle w:val="BodyText"/>
        <w:numPr>
          <w:ilvl w:val="0"/>
          <w:numId w:val="43"/>
        </w:numPr>
        <w:tabs>
          <w:tab w:val="left" w:pos="410"/>
        </w:tabs>
        <w:ind w:firstLine="0"/>
        <w:jc w:val="both"/>
        <w:rPr>
          <w:color w:val="auto"/>
          <w:sz w:val="24"/>
          <w:szCs w:val="24"/>
        </w:rPr>
      </w:pPr>
      <w:bookmarkStart w:id="507" w:name="bookmark3798"/>
      <w:bookmarkEnd w:id="507"/>
      <w:r>
        <w:rPr>
          <w:rStyle w:val="BodyTextChar1"/>
          <w:rFonts w:cs="Georgia"/>
        </w:rPr>
        <w:t>Определение относительной влажности воздуха.</w:t>
      </w:r>
    </w:p>
    <w:p w:rsidR="00F44E79" w:rsidRDefault="00F44E79" w:rsidP="00E5323B">
      <w:pPr>
        <w:pStyle w:val="BodyText"/>
        <w:numPr>
          <w:ilvl w:val="0"/>
          <w:numId w:val="43"/>
        </w:numPr>
        <w:tabs>
          <w:tab w:val="left" w:pos="410"/>
        </w:tabs>
        <w:spacing w:after="100"/>
        <w:ind w:firstLine="0"/>
        <w:jc w:val="both"/>
        <w:rPr>
          <w:color w:val="auto"/>
          <w:sz w:val="24"/>
          <w:szCs w:val="24"/>
        </w:rPr>
      </w:pPr>
      <w:bookmarkStart w:id="508" w:name="bookmark3799"/>
      <w:bookmarkEnd w:id="508"/>
      <w:r>
        <w:rPr>
          <w:rStyle w:val="BodyTextChar1"/>
          <w:rFonts w:cs="Georgia"/>
        </w:rPr>
        <w:t>Определение удельной теплоты плавления льда.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7. Электрические и магнитные явления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Электризация тел. Два рода электрических зарядов. Взаимо</w:t>
      </w:r>
      <w:r>
        <w:rPr>
          <w:rStyle w:val="BodyTextChar1"/>
          <w:rFonts w:cs="Georgia"/>
        </w:rPr>
        <w:softHyphen/>
        <w:t>действие заряженных тел. Закон Кулона (зависимость силы взаимодействия заряженных тел от величины зарядов и рассто</w:t>
      </w:r>
      <w:r>
        <w:rPr>
          <w:rStyle w:val="BodyTextChar1"/>
          <w:rFonts w:cs="Georgia"/>
        </w:rPr>
        <w:softHyphen/>
        <w:t>яния между телами).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Электрическое поле. Напряжённость электрического поля. Принцип суперпозиции электрических полей (на качественном уровне).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Носители электрических зарядов. Элементарный электриче</w:t>
      </w:r>
      <w:r>
        <w:rPr>
          <w:rStyle w:val="BodyTextChar1"/>
          <w:rFonts w:cs="Georgia"/>
        </w:rPr>
        <w:softHyphen/>
        <w:t>ский заряд. Строение атома. Проводники и диэлектрики. Закон сохранения электрического заряда.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Работа и мощность электрического тока. Закон Джоуля— Ленца. Электрические цепи и потребители электрической энер</w:t>
      </w:r>
      <w:r>
        <w:rPr>
          <w:rStyle w:val="BodyTextChar1"/>
          <w:rFonts w:cs="Georgia"/>
        </w:rPr>
        <w:softHyphen/>
        <w:t>гии в быту. Короткое замыкание.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Постоянные магниты. Взаимодействие постоянных магни</w:t>
      </w:r>
      <w:r>
        <w:rPr>
          <w:rStyle w:val="BodyTextChar1"/>
          <w:rFonts w:cs="Georgia"/>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BodyTextChar1"/>
          <w:rFonts w:cs="Georgia"/>
        </w:rPr>
        <w:softHyphen/>
        <w:t>нитного поля на проводник с током. Электродвигатель постоян</w:t>
      </w:r>
      <w:r>
        <w:rPr>
          <w:rStyle w:val="BodyTextChar1"/>
          <w:rFonts w:cs="Georgia"/>
        </w:rPr>
        <w:softHyphen/>
        <w:t>ного тока. Использование электродвигателей в технических устройствах и на транспорте.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Опыты Фарадея. Явление электромагнитной индукции. Пра</w:t>
      </w:r>
      <w:r>
        <w:rPr>
          <w:rStyle w:val="BodyTextChar1"/>
          <w:rFonts w:cs="Georgia"/>
        </w:rPr>
        <w:softHyphen/>
        <w:t>вило Ленца. Электрогенератор. Способы получения электриче</w:t>
      </w:r>
      <w:r>
        <w:rPr>
          <w:rStyle w:val="BodyTextChar1"/>
          <w:rFonts w:cs="Georgia"/>
        </w:rPr>
        <w:softHyphen/>
        <w:t>ской энергии. Электростанции на возобновляемых источниках энергии.</w:t>
      </w:r>
    </w:p>
    <w:p w:rsidR="00F44E79" w:rsidRDefault="00F44E79">
      <w:pPr>
        <w:pStyle w:val="BodyText"/>
        <w:spacing w:line="290"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44"/>
        </w:numPr>
        <w:tabs>
          <w:tab w:val="left" w:pos="509"/>
        </w:tabs>
        <w:spacing w:line="276" w:lineRule="auto"/>
        <w:ind w:firstLine="160"/>
        <w:jc w:val="both"/>
        <w:rPr>
          <w:color w:val="auto"/>
          <w:sz w:val="24"/>
          <w:szCs w:val="24"/>
        </w:rPr>
      </w:pPr>
      <w:bookmarkStart w:id="509" w:name="bookmark3800"/>
      <w:bookmarkEnd w:id="509"/>
      <w:r>
        <w:rPr>
          <w:rStyle w:val="BodyTextChar1"/>
          <w:rFonts w:cs="Georgia"/>
        </w:rPr>
        <w:t>Электризация тел.</w:t>
      </w:r>
    </w:p>
    <w:p w:rsidR="00F44E79" w:rsidRDefault="00F44E79" w:rsidP="00E5323B">
      <w:pPr>
        <w:pStyle w:val="BodyText"/>
        <w:numPr>
          <w:ilvl w:val="0"/>
          <w:numId w:val="44"/>
        </w:numPr>
        <w:tabs>
          <w:tab w:val="left" w:pos="514"/>
        </w:tabs>
        <w:spacing w:line="276" w:lineRule="auto"/>
        <w:ind w:left="400" w:hanging="240"/>
        <w:jc w:val="both"/>
        <w:rPr>
          <w:color w:val="auto"/>
          <w:sz w:val="24"/>
          <w:szCs w:val="24"/>
        </w:rPr>
      </w:pPr>
      <w:bookmarkStart w:id="510" w:name="bookmark3801"/>
      <w:bookmarkEnd w:id="510"/>
      <w:r>
        <w:rPr>
          <w:rStyle w:val="BodyTextChar1"/>
          <w:rFonts w:cs="Georgia"/>
        </w:rPr>
        <w:t>Два рода электрических зарядов и взаимодействие заря</w:t>
      </w:r>
      <w:r>
        <w:rPr>
          <w:rStyle w:val="BodyTextChar1"/>
          <w:rFonts w:cs="Georgia"/>
        </w:rPr>
        <w:softHyphen/>
        <w:t>женных тел.</w:t>
      </w:r>
    </w:p>
    <w:p w:rsidR="00F44E79" w:rsidRDefault="00F44E79" w:rsidP="00E5323B">
      <w:pPr>
        <w:pStyle w:val="BodyText"/>
        <w:numPr>
          <w:ilvl w:val="0"/>
          <w:numId w:val="44"/>
        </w:numPr>
        <w:tabs>
          <w:tab w:val="left" w:pos="518"/>
        </w:tabs>
        <w:spacing w:line="276" w:lineRule="auto"/>
        <w:ind w:firstLine="160"/>
        <w:jc w:val="both"/>
        <w:rPr>
          <w:color w:val="auto"/>
          <w:sz w:val="24"/>
          <w:szCs w:val="24"/>
        </w:rPr>
      </w:pPr>
      <w:bookmarkStart w:id="511" w:name="bookmark3802"/>
      <w:bookmarkEnd w:id="511"/>
      <w:r>
        <w:rPr>
          <w:rStyle w:val="BodyTextChar1"/>
          <w:rFonts w:cs="Georgia"/>
        </w:rPr>
        <w:t>Устройство и действие электроскопа.</w:t>
      </w:r>
    </w:p>
    <w:p w:rsidR="00F44E79" w:rsidRDefault="00F44E79" w:rsidP="00E5323B">
      <w:pPr>
        <w:pStyle w:val="BodyText"/>
        <w:numPr>
          <w:ilvl w:val="0"/>
          <w:numId w:val="44"/>
        </w:numPr>
        <w:tabs>
          <w:tab w:val="left" w:pos="518"/>
        </w:tabs>
        <w:spacing w:line="276" w:lineRule="auto"/>
        <w:ind w:firstLine="160"/>
        <w:jc w:val="both"/>
        <w:rPr>
          <w:color w:val="auto"/>
          <w:sz w:val="24"/>
          <w:szCs w:val="24"/>
        </w:rPr>
      </w:pPr>
      <w:bookmarkStart w:id="512" w:name="bookmark3803"/>
      <w:bookmarkEnd w:id="512"/>
      <w:r>
        <w:rPr>
          <w:rStyle w:val="BodyTextChar1"/>
          <w:rFonts w:cs="Georgia"/>
        </w:rPr>
        <w:t>Электростатическая индукция.</w:t>
      </w:r>
    </w:p>
    <w:p w:rsidR="00F44E79" w:rsidRDefault="00F44E79" w:rsidP="00E5323B">
      <w:pPr>
        <w:pStyle w:val="BodyText"/>
        <w:numPr>
          <w:ilvl w:val="0"/>
          <w:numId w:val="44"/>
        </w:numPr>
        <w:tabs>
          <w:tab w:val="left" w:pos="518"/>
        </w:tabs>
        <w:spacing w:line="276" w:lineRule="auto"/>
        <w:ind w:firstLine="160"/>
        <w:jc w:val="both"/>
        <w:rPr>
          <w:color w:val="auto"/>
          <w:sz w:val="24"/>
          <w:szCs w:val="24"/>
        </w:rPr>
      </w:pPr>
      <w:bookmarkStart w:id="513" w:name="bookmark3804"/>
      <w:bookmarkEnd w:id="513"/>
      <w:r>
        <w:rPr>
          <w:rStyle w:val="BodyTextChar1"/>
          <w:rFonts w:cs="Georgia"/>
        </w:rPr>
        <w:t>Закон сохранения электрических зарядов.</w:t>
      </w:r>
    </w:p>
    <w:p w:rsidR="00F44E79" w:rsidRDefault="00F44E79" w:rsidP="00E5323B">
      <w:pPr>
        <w:pStyle w:val="BodyText"/>
        <w:numPr>
          <w:ilvl w:val="0"/>
          <w:numId w:val="44"/>
        </w:numPr>
        <w:tabs>
          <w:tab w:val="left" w:pos="518"/>
        </w:tabs>
        <w:spacing w:line="276" w:lineRule="auto"/>
        <w:ind w:firstLine="160"/>
        <w:jc w:val="both"/>
        <w:rPr>
          <w:color w:val="auto"/>
          <w:sz w:val="24"/>
          <w:szCs w:val="24"/>
        </w:rPr>
      </w:pPr>
      <w:bookmarkStart w:id="514" w:name="bookmark3805"/>
      <w:bookmarkEnd w:id="514"/>
      <w:r>
        <w:rPr>
          <w:rStyle w:val="BodyTextChar1"/>
          <w:rFonts w:cs="Georgia"/>
        </w:rPr>
        <w:t>Проводники и диэлектрики.</w:t>
      </w:r>
    </w:p>
    <w:p w:rsidR="00F44E79" w:rsidRDefault="00F44E79" w:rsidP="00E5323B">
      <w:pPr>
        <w:pStyle w:val="BodyText"/>
        <w:numPr>
          <w:ilvl w:val="0"/>
          <w:numId w:val="44"/>
        </w:numPr>
        <w:tabs>
          <w:tab w:val="left" w:pos="518"/>
        </w:tabs>
        <w:spacing w:line="276" w:lineRule="auto"/>
        <w:ind w:firstLine="160"/>
        <w:jc w:val="both"/>
        <w:rPr>
          <w:color w:val="auto"/>
          <w:sz w:val="24"/>
          <w:szCs w:val="24"/>
        </w:rPr>
      </w:pPr>
      <w:bookmarkStart w:id="515" w:name="bookmark3806"/>
      <w:bookmarkEnd w:id="515"/>
      <w:r>
        <w:rPr>
          <w:rStyle w:val="BodyTextChar1"/>
          <w:rFonts w:cs="Georgia"/>
        </w:rPr>
        <w:t>Моделирование силовых линий электрического поля.</w:t>
      </w:r>
    </w:p>
    <w:p w:rsidR="00F44E79" w:rsidRDefault="00F44E79" w:rsidP="00E5323B">
      <w:pPr>
        <w:pStyle w:val="BodyText"/>
        <w:numPr>
          <w:ilvl w:val="0"/>
          <w:numId w:val="44"/>
        </w:numPr>
        <w:tabs>
          <w:tab w:val="left" w:pos="518"/>
        </w:tabs>
        <w:spacing w:line="276" w:lineRule="auto"/>
        <w:ind w:firstLine="160"/>
        <w:jc w:val="both"/>
        <w:rPr>
          <w:color w:val="auto"/>
          <w:sz w:val="24"/>
          <w:szCs w:val="24"/>
        </w:rPr>
      </w:pPr>
      <w:bookmarkStart w:id="516" w:name="bookmark3807"/>
      <w:bookmarkEnd w:id="516"/>
      <w:r>
        <w:rPr>
          <w:rStyle w:val="BodyTextChar1"/>
          <w:rFonts w:cs="Georgia"/>
        </w:rPr>
        <w:t>Источники постоянного тока.</w:t>
      </w:r>
    </w:p>
    <w:p w:rsidR="00F44E79" w:rsidRDefault="00F44E79" w:rsidP="00E5323B">
      <w:pPr>
        <w:pStyle w:val="BodyText"/>
        <w:numPr>
          <w:ilvl w:val="0"/>
          <w:numId w:val="44"/>
        </w:numPr>
        <w:tabs>
          <w:tab w:val="left" w:pos="518"/>
        </w:tabs>
        <w:spacing w:line="276" w:lineRule="auto"/>
        <w:ind w:firstLine="160"/>
        <w:jc w:val="both"/>
        <w:rPr>
          <w:color w:val="auto"/>
          <w:sz w:val="24"/>
          <w:szCs w:val="24"/>
        </w:rPr>
      </w:pPr>
      <w:bookmarkStart w:id="517" w:name="bookmark3808"/>
      <w:bookmarkEnd w:id="517"/>
      <w:r>
        <w:rPr>
          <w:rStyle w:val="BodyTextChar1"/>
          <w:rFonts w:cs="Georgia"/>
        </w:rPr>
        <w:t>Действия электрического тока.</w:t>
      </w:r>
    </w:p>
    <w:p w:rsidR="00F44E79" w:rsidRDefault="00F44E79" w:rsidP="00E5323B">
      <w:pPr>
        <w:pStyle w:val="BodyText"/>
        <w:numPr>
          <w:ilvl w:val="0"/>
          <w:numId w:val="44"/>
        </w:numPr>
        <w:tabs>
          <w:tab w:val="left" w:pos="469"/>
        </w:tabs>
        <w:spacing w:line="276" w:lineRule="auto"/>
        <w:ind w:firstLine="0"/>
        <w:jc w:val="both"/>
        <w:rPr>
          <w:color w:val="auto"/>
          <w:sz w:val="24"/>
          <w:szCs w:val="24"/>
        </w:rPr>
      </w:pPr>
      <w:bookmarkStart w:id="518" w:name="bookmark3809"/>
      <w:bookmarkEnd w:id="518"/>
      <w:r>
        <w:rPr>
          <w:rStyle w:val="BodyTextChar1"/>
          <w:rFonts w:cs="Georgia"/>
        </w:rPr>
        <w:t>Электрический ток в жидкости.</w:t>
      </w:r>
    </w:p>
    <w:p w:rsidR="00F44E79" w:rsidRDefault="00F44E79" w:rsidP="00E5323B">
      <w:pPr>
        <w:pStyle w:val="BodyText"/>
        <w:numPr>
          <w:ilvl w:val="0"/>
          <w:numId w:val="44"/>
        </w:numPr>
        <w:tabs>
          <w:tab w:val="left" w:pos="469"/>
        </w:tabs>
        <w:spacing w:line="276" w:lineRule="auto"/>
        <w:ind w:firstLine="0"/>
        <w:jc w:val="both"/>
        <w:rPr>
          <w:color w:val="auto"/>
          <w:sz w:val="24"/>
          <w:szCs w:val="24"/>
        </w:rPr>
      </w:pPr>
      <w:bookmarkStart w:id="519" w:name="bookmark3810"/>
      <w:bookmarkEnd w:id="519"/>
      <w:r>
        <w:rPr>
          <w:rStyle w:val="BodyTextChar1"/>
          <w:rFonts w:cs="Georgia"/>
        </w:rPr>
        <w:t>Газовый разряд.</w:t>
      </w:r>
    </w:p>
    <w:p w:rsidR="00F44E79" w:rsidRDefault="00F44E79" w:rsidP="00E5323B">
      <w:pPr>
        <w:pStyle w:val="BodyText"/>
        <w:numPr>
          <w:ilvl w:val="0"/>
          <w:numId w:val="44"/>
        </w:numPr>
        <w:tabs>
          <w:tab w:val="left" w:pos="469"/>
        </w:tabs>
        <w:spacing w:line="276" w:lineRule="auto"/>
        <w:ind w:firstLine="0"/>
        <w:jc w:val="both"/>
        <w:rPr>
          <w:color w:val="auto"/>
          <w:sz w:val="24"/>
          <w:szCs w:val="24"/>
        </w:rPr>
      </w:pPr>
      <w:bookmarkStart w:id="520" w:name="bookmark3811"/>
      <w:bookmarkEnd w:id="520"/>
      <w:r>
        <w:rPr>
          <w:rStyle w:val="BodyTextChar1"/>
          <w:rFonts w:cs="Georgia"/>
        </w:rPr>
        <w:t>Измерение силы тока амперметром.</w:t>
      </w:r>
    </w:p>
    <w:p w:rsidR="00F44E79" w:rsidRDefault="00F44E79" w:rsidP="00E5323B">
      <w:pPr>
        <w:pStyle w:val="BodyText"/>
        <w:numPr>
          <w:ilvl w:val="0"/>
          <w:numId w:val="44"/>
        </w:numPr>
        <w:tabs>
          <w:tab w:val="left" w:pos="469"/>
        </w:tabs>
        <w:spacing w:line="276" w:lineRule="auto"/>
        <w:ind w:firstLine="0"/>
        <w:jc w:val="both"/>
        <w:rPr>
          <w:color w:val="auto"/>
          <w:sz w:val="24"/>
          <w:szCs w:val="24"/>
        </w:rPr>
      </w:pPr>
      <w:bookmarkStart w:id="521" w:name="bookmark3812"/>
      <w:bookmarkEnd w:id="521"/>
      <w:r>
        <w:rPr>
          <w:rStyle w:val="BodyTextChar1"/>
          <w:rFonts w:cs="Georgia"/>
        </w:rPr>
        <w:t>Измерение электрического напряжения вольтметром.</w:t>
      </w:r>
    </w:p>
    <w:p w:rsidR="00F44E79" w:rsidRDefault="00F44E79" w:rsidP="00E5323B">
      <w:pPr>
        <w:pStyle w:val="BodyText"/>
        <w:numPr>
          <w:ilvl w:val="0"/>
          <w:numId w:val="44"/>
        </w:numPr>
        <w:tabs>
          <w:tab w:val="left" w:pos="469"/>
        </w:tabs>
        <w:spacing w:line="276" w:lineRule="auto"/>
        <w:ind w:firstLine="0"/>
        <w:jc w:val="both"/>
        <w:rPr>
          <w:color w:val="auto"/>
          <w:sz w:val="24"/>
          <w:szCs w:val="24"/>
        </w:rPr>
      </w:pPr>
      <w:bookmarkStart w:id="522" w:name="bookmark3813"/>
      <w:bookmarkEnd w:id="522"/>
      <w:r>
        <w:rPr>
          <w:rStyle w:val="BodyTextChar1"/>
          <w:rFonts w:cs="Georgia"/>
        </w:rPr>
        <w:t>Реостат и магазин сопротивлений.</w:t>
      </w:r>
    </w:p>
    <w:p w:rsidR="00F44E79" w:rsidRDefault="00F44E79" w:rsidP="00E5323B">
      <w:pPr>
        <w:pStyle w:val="BodyText"/>
        <w:numPr>
          <w:ilvl w:val="0"/>
          <w:numId w:val="44"/>
        </w:numPr>
        <w:tabs>
          <w:tab w:val="left" w:pos="469"/>
        </w:tabs>
        <w:spacing w:line="276" w:lineRule="auto"/>
        <w:ind w:firstLine="0"/>
        <w:jc w:val="both"/>
        <w:rPr>
          <w:color w:val="auto"/>
          <w:sz w:val="24"/>
          <w:szCs w:val="24"/>
        </w:rPr>
      </w:pPr>
      <w:bookmarkStart w:id="523" w:name="bookmark3814"/>
      <w:bookmarkEnd w:id="523"/>
      <w:r>
        <w:rPr>
          <w:rStyle w:val="BodyTextChar1"/>
          <w:rFonts w:cs="Georgia"/>
        </w:rPr>
        <w:t>Взаимодействие постоянных магнитов.</w:t>
      </w:r>
    </w:p>
    <w:p w:rsidR="00F44E79" w:rsidRDefault="00F44E79" w:rsidP="00E5323B">
      <w:pPr>
        <w:pStyle w:val="BodyText"/>
        <w:numPr>
          <w:ilvl w:val="0"/>
          <w:numId w:val="44"/>
        </w:numPr>
        <w:tabs>
          <w:tab w:val="left" w:pos="469"/>
        </w:tabs>
        <w:spacing w:line="276" w:lineRule="auto"/>
        <w:ind w:left="400" w:hanging="400"/>
        <w:jc w:val="both"/>
        <w:rPr>
          <w:color w:val="auto"/>
          <w:sz w:val="24"/>
          <w:szCs w:val="24"/>
        </w:rPr>
      </w:pPr>
      <w:bookmarkStart w:id="524" w:name="bookmark3815"/>
      <w:bookmarkEnd w:id="524"/>
      <w:r>
        <w:rPr>
          <w:rStyle w:val="BodyTextChar1"/>
          <w:rFonts w:cs="Georgia"/>
        </w:rPr>
        <w:t>Моделирование невозможности разделения полюсов маг</w:t>
      </w:r>
      <w:r>
        <w:rPr>
          <w:rStyle w:val="BodyTextChar1"/>
          <w:rFonts w:cs="Georgia"/>
        </w:rPr>
        <w:softHyphen/>
        <w:t>нита.</w:t>
      </w:r>
    </w:p>
    <w:p w:rsidR="00F44E79" w:rsidRDefault="00F44E79" w:rsidP="00E5323B">
      <w:pPr>
        <w:pStyle w:val="BodyText"/>
        <w:numPr>
          <w:ilvl w:val="0"/>
          <w:numId w:val="44"/>
        </w:numPr>
        <w:tabs>
          <w:tab w:val="left" w:pos="469"/>
        </w:tabs>
        <w:spacing w:line="276" w:lineRule="auto"/>
        <w:ind w:firstLine="0"/>
        <w:rPr>
          <w:color w:val="auto"/>
          <w:sz w:val="24"/>
          <w:szCs w:val="24"/>
        </w:rPr>
      </w:pPr>
      <w:bookmarkStart w:id="525" w:name="bookmark3816"/>
      <w:bookmarkEnd w:id="525"/>
      <w:r>
        <w:rPr>
          <w:rStyle w:val="BodyTextChar1"/>
          <w:rFonts w:cs="Georgia"/>
        </w:rPr>
        <w:t>Моделирование магнитных полей постоянных магнитов.</w:t>
      </w:r>
    </w:p>
    <w:p w:rsidR="00F44E79" w:rsidRDefault="00F44E79" w:rsidP="00E5323B">
      <w:pPr>
        <w:pStyle w:val="BodyText"/>
        <w:numPr>
          <w:ilvl w:val="0"/>
          <w:numId w:val="44"/>
        </w:numPr>
        <w:tabs>
          <w:tab w:val="left" w:pos="469"/>
        </w:tabs>
        <w:spacing w:line="276" w:lineRule="auto"/>
        <w:ind w:firstLine="0"/>
        <w:rPr>
          <w:color w:val="auto"/>
          <w:sz w:val="24"/>
          <w:szCs w:val="24"/>
        </w:rPr>
      </w:pPr>
      <w:bookmarkStart w:id="526" w:name="bookmark3817"/>
      <w:bookmarkEnd w:id="526"/>
      <w:r>
        <w:rPr>
          <w:rStyle w:val="BodyTextChar1"/>
          <w:rFonts w:cs="Georgia"/>
        </w:rPr>
        <w:t>Опыт Эрстеда.</w:t>
      </w:r>
    </w:p>
    <w:p w:rsidR="00F44E79" w:rsidRDefault="00F44E79" w:rsidP="00E5323B">
      <w:pPr>
        <w:pStyle w:val="BodyText"/>
        <w:numPr>
          <w:ilvl w:val="0"/>
          <w:numId w:val="44"/>
        </w:numPr>
        <w:tabs>
          <w:tab w:val="left" w:pos="469"/>
        </w:tabs>
        <w:spacing w:line="276" w:lineRule="auto"/>
        <w:ind w:firstLine="0"/>
        <w:rPr>
          <w:color w:val="auto"/>
          <w:sz w:val="24"/>
          <w:szCs w:val="24"/>
        </w:rPr>
      </w:pPr>
      <w:bookmarkStart w:id="527" w:name="bookmark3818"/>
      <w:bookmarkEnd w:id="527"/>
      <w:r>
        <w:rPr>
          <w:rStyle w:val="BodyTextChar1"/>
          <w:rFonts w:cs="Georgia"/>
        </w:rPr>
        <w:t>Магнитное поле тока. Электромагнит.</w:t>
      </w:r>
    </w:p>
    <w:p w:rsidR="00F44E79" w:rsidRDefault="00F44E79" w:rsidP="00E5323B">
      <w:pPr>
        <w:pStyle w:val="BodyText"/>
        <w:numPr>
          <w:ilvl w:val="0"/>
          <w:numId w:val="44"/>
        </w:numPr>
        <w:tabs>
          <w:tab w:val="left" w:pos="474"/>
        </w:tabs>
        <w:spacing w:line="276" w:lineRule="auto"/>
        <w:ind w:firstLine="0"/>
        <w:rPr>
          <w:color w:val="auto"/>
          <w:sz w:val="24"/>
          <w:szCs w:val="24"/>
        </w:rPr>
      </w:pPr>
      <w:bookmarkStart w:id="528" w:name="bookmark3819"/>
      <w:bookmarkEnd w:id="528"/>
      <w:r>
        <w:rPr>
          <w:rStyle w:val="BodyTextChar1"/>
          <w:rFonts w:cs="Georgia"/>
        </w:rPr>
        <w:t>Действие магнитного поля на проводник с током.</w:t>
      </w:r>
    </w:p>
    <w:p w:rsidR="00F44E79" w:rsidRDefault="00F44E79" w:rsidP="00E5323B">
      <w:pPr>
        <w:pStyle w:val="BodyText"/>
        <w:numPr>
          <w:ilvl w:val="0"/>
          <w:numId w:val="44"/>
        </w:numPr>
        <w:tabs>
          <w:tab w:val="left" w:pos="474"/>
        </w:tabs>
        <w:spacing w:line="276" w:lineRule="auto"/>
        <w:ind w:firstLine="0"/>
        <w:rPr>
          <w:color w:val="auto"/>
          <w:sz w:val="24"/>
          <w:szCs w:val="24"/>
        </w:rPr>
      </w:pPr>
      <w:bookmarkStart w:id="529" w:name="bookmark3820"/>
      <w:bookmarkEnd w:id="529"/>
      <w:r>
        <w:rPr>
          <w:rStyle w:val="BodyTextChar1"/>
          <w:rFonts w:cs="Georgia"/>
        </w:rPr>
        <w:t>Электродвигатель постоянного тока.</w:t>
      </w:r>
    </w:p>
    <w:p w:rsidR="00F44E79" w:rsidRDefault="00F44E79" w:rsidP="00E5323B">
      <w:pPr>
        <w:pStyle w:val="BodyText"/>
        <w:numPr>
          <w:ilvl w:val="0"/>
          <w:numId w:val="44"/>
        </w:numPr>
        <w:tabs>
          <w:tab w:val="left" w:pos="474"/>
        </w:tabs>
        <w:spacing w:line="276" w:lineRule="auto"/>
        <w:ind w:firstLine="0"/>
        <w:rPr>
          <w:color w:val="auto"/>
          <w:sz w:val="24"/>
          <w:szCs w:val="24"/>
        </w:rPr>
      </w:pPr>
      <w:bookmarkStart w:id="530" w:name="bookmark3821"/>
      <w:bookmarkEnd w:id="530"/>
      <w:r>
        <w:rPr>
          <w:rStyle w:val="BodyTextChar1"/>
          <w:rFonts w:cs="Georgia"/>
        </w:rPr>
        <w:t>Исследование явления электромагнитной индукции</w:t>
      </w:r>
      <w:r>
        <w:rPr>
          <w:rStyle w:val="BodyTextChar1"/>
          <w:rFonts w:cs="Georgia"/>
          <w:i/>
          <w:iCs/>
        </w:rPr>
        <w:t>.</w:t>
      </w:r>
    </w:p>
    <w:p w:rsidR="00F44E79" w:rsidRDefault="00F44E79" w:rsidP="00E5323B">
      <w:pPr>
        <w:pStyle w:val="BodyText"/>
        <w:numPr>
          <w:ilvl w:val="0"/>
          <w:numId w:val="44"/>
        </w:numPr>
        <w:tabs>
          <w:tab w:val="left" w:pos="474"/>
        </w:tabs>
        <w:spacing w:line="276" w:lineRule="auto"/>
        <w:ind w:firstLine="0"/>
        <w:rPr>
          <w:color w:val="auto"/>
          <w:sz w:val="24"/>
          <w:szCs w:val="24"/>
        </w:rPr>
      </w:pPr>
      <w:bookmarkStart w:id="531" w:name="bookmark3822"/>
      <w:bookmarkEnd w:id="531"/>
      <w:r>
        <w:rPr>
          <w:rStyle w:val="BodyTextChar1"/>
          <w:rFonts w:cs="Georgia"/>
        </w:rPr>
        <w:t>Опыты Фарадея.</w:t>
      </w:r>
    </w:p>
    <w:p w:rsidR="00F44E79" w:rsidRDefault="00F44E79" w:rsidP="00E5323B">
      <w:pPr>
        <w:pStyle w:val="BodyText"/>
        <w:numPr>
          <w:ilvl w:val="0"/>
          <w:numId w:val="44"/>
        </w:numPr>
        <w:tabs>
          <w:tab w:val="left" w:pos="474"/>
        </w:tabs>
        <w:spacing w:line="276" w:lineRule="auto"/>
        <w:ind w:left="400" w:hanging="400"/>
        <w:jc w:val="both"/>
        <w:rPr>
          <w:color w:val="auto"/>
          <w:sz w:val="24"/>
          <w:szCs w:val="24"/>
        </w:rPr>
      </w:pPr>
      <w:bookmarkStart w:id="532" w:name="bookmark3823"/>
      <w:bookmarkEnd w:id="532"/>
      <w:r>
        <w:rPr>
          <w:rStyle w:val="BodyTextChar1"/>
          <w:rFonts w:cs="Georgia"/>
        </w:rPr>
        <w:t>Зависимость направления индукционного тока от условий его возникновения.</w:t>
      </w:r>
    </w:p>
    <w:p w:rsidR="00F44E79" w:rsidRDefault="00F44E79" w:rsidP="00E5323B">
      <w:pPr>
        <w:pStyle w:val="BodyText"/>
        <w:numPr>
          <w:ilvl w:val="0"/>
          <w:numId w:val="44"/>
        </w:numPr>
        <w:tabs>
          <w:tab w:val="left" w:pos="474"/>
        </w:tabs>
        <w:spacing w:line="276" w:lineRule="auto"/>
        <w:ind w:firstLine="0"/>
        <w:jc w:val="both"/>
        <w:rPr>
          <w:color w:val="auto"/>
          <w:sz w:val="24"/>
          <w:szCs w:val="24"/>
        </w:rPr>
      </w:pPr>
      <w:bookmarkStart w:id="533" w:name="bookmark3824"/>
      <w:bookmarkEnd w:id="533"/>
      <w:r>
        <w:rPr>
          <w:rStyle w:val="BodyTextChar1"/>
          <w:rFonts w:cs="Georgia"/>
        </w:rPr>
        <w:t>Электрогенератор постоянного тока.</w:t>
      </w:r>
    </w:p>
    <w:p w:rsidR="00F44E79" w:rsidRDefault="00F44E79">
      <w:pPr>
        <w:pStyle w:val="BodyText"/>
        <w:spacing w:line="290"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45"/>
        </w:numPr>
        <w:tabs>
          <w:tab w:val="left" w:pos="509"/>
        </w:tabs>
        <w:spacing w:line="276" w:lineRule="auto"/>
        <w:ind w:left="400" w:hanging="240"/>
        <w:jc w:val="both"/>
        <w:rPr>
          <w:color w:val="auto"/>
          <w:sz w:val="24"/>
          <w:szCs w:val="24"/>
        </w:rPr>
      </w:pPr>
      <w:bookmarkStart w:id="534" w:name="bookmark3825"/>
      <w:bookmarkEnd w:id="534"/>
      <w:r>
        <w:rPr>
          <w:rStyle w:val="BodyTextChar1"/>
          <w:rFonts w:cs="Georgia"/>
        </w:rPr>
        <w:t>Опыты по наблюдению электризации тел индукцией и при соприкосновении.</w:t>
      </w:r>
    </w:p>
    <w:p w:rsidR="00F44E79" w:rsidRDefault="00F44E79" w:rsidP="00E5323B">
      <w:pPr>
        <w:pStyle w:val="BodyText"/>
        <w:numPr>
          <w:ilvl w:val="0"/>
          <w:numId w:val="45"/>
        </w:numPr>
        <w:tabs>
          <w:tab w:val="left" w:pos="514"/>
        </w:tabs>
        <w:spacing w:line="276" w:lineRule="auto"/>
        <w:ind w:left="400" w:hanging="240"/>
        <w:jc w:val="both"/>
        <w:rPr>
          <w:color w:val="auto"/>
          <w:sz w:val="24"/>
          <w:szCs w:val="24"/>
        </w:rPr>
      </w:pPr>
      <w:bookmarkStart w:id="535" w:name="bookmark3826"/>
      <w:bookmarkEnd w:id="535"/>
      <w:r>
        <w:rPr>
          <w:rStyle w:val="BodyTextChar1"/>
          <w:rFonts w:cs="Georgia"/>
        </w:rPr>
        <w:t>Исследование действия электрического поля на проводни</w:t>
      </w:r>
      <w:r>
        <w:rPr>
          <w:rStyle w:val="BodyTextChar1"/>
          <w:rFonts w:cs="Georgia"/>
        </w:rPr>
        <w:softHyphen/>
        <w:t>ки и диэлектрики.</w:t>
      </w:r>
    </w:p>
    <w:p w:rsidR="00F44E79" w:rsidRDefault="00F44E79" w:rsidP="00E5323B">
      <w:pPr>
        <w:pStyle w:val="BodyText"/>
        <w:numPr>
          <w:ilvl w:val="0"/>
          <w:numId w:val="45"/>
        </w:numPr>
        <w:tabs>
          <w:tab w:val="left" w:pos="518"/>
        </w:tabs>
        <w:spacing w:line="276" w:lineRule="auto"/>
        <w:ind w:left="400" w:hanging="240"/>
        <w:jc w:val="both"/>
        <w:rPr>
          <w:color w:val="auto"/>
          <w:sz w:val="24"/>
          <w:szCs w:val="24"/>
        </w:rPr>
      </w:pPr>
      <w:bookmarkStart w:id="536" w:name="bookmark3827"/>
      <w:bookmarkEnd w:id="536"/>
      <w:r>
        <w:rPr>
          <w:rStyle w:val="BodyTextChar1"/>
          <w:rFonts w:cs="Georgia"/>
        </w:rPr>
        <w:t>Сборка и проверка работы электрической цепи постоянного тока.</w:t>
      </w:r>
    </w:p>
    <w:p w:rsidR="00F44E79" w:rsidRDefault="00F44E79" w:rsidP="00E5323B">
      <w:pPr>
        <w:pStyle w:val="BodyText"/>
        <w:numPr>
          <w:ilvl w:val="0"/>
          <w:numId w:val="45"/>
        </w:numPr>
        <w:tabs>
          <w:tab w:val="left" w:pos="518"/>
        </w:tabs>
        <w:spacing w:line="276" w:lineRule="auto"/>
        <w:ind w:firstLine="160"/>
        <w:jc w:val="both"/>
        <w:rPr>
          <w:color w:val="auto"/>
          <w:sz w:val="24"/>
          <w:szCs w:val="24"/>
        </w:rPr>
      </w:pPr>
      <w:bookmarkStart w:id="537" w:name="bookmark3828"/>
      <w:bookmarkEnd w:id="537"/>
      <w:r>
        <w:rPr>
          <w:rStyle w:val="BodyTextChar1"/>
          <w:rFonts w:cs="Georgia"/>
        </w:rPr>
        <w:t>Измерение и регулирование силы тока.</w:t>
      </w:r>
    </w:p>
    <w:p w:rsidR="00F44E79" w:rsidRDefault="00F44E79" w:rsidP="00E5323B">
      <w:pPr>
        <w:pStyle w:val="BodyText"/>
        <w:numPr>
          <w:ilvl w:val="0"/>
          <w:numId w:val="45"/>
        </w:numPr>
        <w:tabs>
          <w:tab w:val="left" w:pos="496"/>
        </w:tabs>
        <w:spacing w:line="276" w:lineRule="auto"/>
        <w:ind w:firstLine="160"/>
        <w:jc w:val="both"/>
        <w:rPr>
          <w:color w:val="auto"/>
          <w:sz w:val="24"/>
          <w:szCs w:val="24"/>
        </w:rPr>
      </w:pPr>
      <w:bookmarkStart w:id="538" w:name="bookmark3829"/>
      <w:bookmarkEnd w:id="538"/>
      <w:r>
        <w:rPr>
          <w:rStyle w:val="BodyTextChar1"/>
          <w:rFonts w:cs="Georgia"/>
        </w:rPr>
        <w:t>Измерение и регулирование напряжения.</w:t>
      </w:r>
    </w:p>
    <w:p w:rsidR="00F44E79" w:rsidRDefault="00F44E79" w:rsidP="00E5323B">
      <w:pPr>
        <w:pStyle w:val="BodyText"/>
        <w:numPr>
          <w:ilvl w:val="0"/>
          <w:numId w:val="45"/>
        </w:numPr>
        <w:tabs>
          <w:tab w:val="left" w:pos="501"/>
        </w:tabs>
        <w:spacing w:line="276" w:lineRule="auto"/>
        <w:ind w:left="400" w:hanging="240"/>
        <w:jc w:val="both"/>
        <w:rPr>
          <w:color w:val="auto"/>
          <w:sz w:val="24"/>
          <w:szCs w:val="24"/>
        </w:rPr>
      </w:pPr>
      <w:bookmarkStart w:id="539" w:name="bookmark3830"/>
      <w:bookmarkEnd w:id="539"/>
      <w:r>
        <w:rPr>
          <w:rStyle w:val="BodyTextChar1"/>
          <w:rFonts w:cs="Georgia"/>
        </w:rPr>
        <w:t>Исследование зависимости силы тока, идущего через ре</w:t>
      </w:r>
      <w:r>
        <w:rPr>
          <w:rStyle w:val="BodyTextChar1"/>
          <w:rFonts w:cs="Georgia"/>
        </w:rPr>
        <w:softHyphen/>
        <w:t>зистор, от сопротивления резистора и напряжения на рези</w:t>
      </w:r>
      <w:r>
        <w:rPr>
          <w:rStyle w:val="BodyTextChar1"/>
          <w:rFonts w:cs="Georgia"/>
        </w:rPr>
        <w:softHyphen/>
        <w:t>сторе.</w:t>
      </w:r>
    </w:p>
    <w:p w:rsidR="00F44E79" w:rsidRDefault="00F44E79" w:rsidP="00E5323B">
      <w:pPr>
        <w:pStyle w:val="BodyText"/>
        <w:numPr>
          <w:ilvl w:val="0"/>
          <w:numId w:val="45"/>
        </w:numPr>
        <w:tabs>
          <w:tab w:val="left" w:pos="501"/>
        </w:tabs>
        <w:spacing w:line="276" w:lineRule="auto"/>
        <w:ind w:left="400" w:hanging="240"/>
        <w:jc w:val="both"/>
        <w:rPr>
          <w:color w:val="auto"/>
          <w:sz w:val="24"/>
          <w:szCs w:val="24"/>
        </w:rPr>
      </w:pPr>
      <w:bookmarkStart w:id="540" w:name="bookmark3831"/>
      <w:bookmarkEnd w:id="540"/>
      <w:r>
        <w:rPr>
          <w:rStyle w:val="BodyTextChar1"/>
          <w:rFonts w:cs="Georgia"/>
        </w:rPr>
        <w:t>Опыты, демонстрирующие зависимость электрического со</w:t>
      </w:r>
      <w:r>
        <w:rPr>
          <w:rStyle w:val="BodyTextChar1"/>
          <w:rFonts w:cs="Georgia"/>
        </w:rPr>
        <w:softHyphen/>
        <w:t>противления проводника от его длины, площади попереч</w:t>
      </w:r>
      <w:r>
        <w:rPr>
          <w:rStyle w:val="BodyTextChar1"/>
          <w:rFonts w:cs="Georgia"/>
        </w:rPr>
        <w:softHyphen/>
        <w:t>ного сечения и материала.</w:t>
      </w:r>
    </w:p>
    <w:p w:rsidR="00F44E79" w:rsidRDefault="00F44E79" w:rsidP="00E5323B">
      <w:pPr>
        <w:pStyle w:val="BodyText"/>
        <w:numPr>
          <w:ilvl w:val="0"/>
          <w:numId w:val="45"/>
        </w:numPr>
        <w:tabs>
          <w:tab w:val="left" w:pos="501"/>
        </w:tabs>
        <w:spacing w:line="276" w:lineRule="auto"/>
        <w:ind w:left="400" w:hanging="240"/>
        <w:jc w:val="both"/>
        <w:rPr>
          <w:color w:val="auto"/>
          <w:sz w:val="24"/>
          <w:szCs w:val="24"/>
        </w:rPr>
      </w:pPr>
      <w:bookmarkStart w:id="541" w:name="bookmark3832"/>
      <w:bookmarkEnd w:id="541"/>
      <w:r>
        <w:rPr>
          <w:rStyle w:val="BodyTextChar1"/>
          <w:rFonts w:cs="Georgia"/>
        </w:rPr>
        <w:t>Проверка правила сложения напряжений при последова</w:t>
      </w:r>
      <w:r>
        <w:rPr>
          <w:rStyle w:val="BodyTextChar1"/>
          <w:rFonts w:cs="Georgia"/>
        </w:rPr>
        <w:softHyphen/>
        <w:t>тельном соединении двух резисторов.</w:t>
      </w:r>
    </w:p>
    <w:p w:rsidR="00F44E79" w:rsidRDefault="00F44E79" w:rsidP="00E5323B">
      <w:pPr>
        <w:pStyle w:val="BodyText"/>
        <w:numPr>
          <w:ilvl w:val="0"/>
          <w:numId w:val="45"/>
        </w:numPr>
        <w:tabs>
          <w:tab w:val="left" w:pos="501"/>
        </w:tabs>
        <w:spacing w:line="276" w:lineRule="auto"/>
        <w:ind w:left="400" w:hanging="240"/>
        <w:jc w:val="both"/>
        <w:rPr>
          <w:color w:val="auto"/>
          <w:sz w:val="24"/>
          <w:szCs w:val="24"/>
        </w:rPr>
      </w:pPr>
      <w:bookmarkStart w:id="542" w:name="bookmark3833"/>
      <w:bookmarkEnd w:id="542"/>
      <w:r>
        <w:rPr>
          <w:rStyle w:val="BodyTextChar1"/>
          <w:rFonts w:cs="Georgia"/>
        </w:rPr>
        <w:t>Проверка правила для силы тока при параллельном соеди</w:t>
      </w:r>
      <w:r>
        <w:rPr>
          <w:rStyle w:val="BodyTextChar1"/>
          <w:rFonts w:cs="Georgia"/>
        </w:rPr>
        <w:softHyphen/>
        <w:t>нении резисторов.</w:t>
      </w:r>
    </w:p>
    <w:p w:rsidR="00F44E79" w:rsidRDefault="00F44E79" w:rsidP="00E5323B">
      <w:pPr>
        <w:pStyle w:val="BodyText"/>
        <w:numPr>
          <w:ilvl w:val="0"/>
          <w:numId w:val="45"/>
        </w:numPr>
        <w:tabs>
          <w:tab w:val="left" w:pos="451"/>
        </w:tabs>
        <w:spacing w:line="276" w:lineRule="auto"/>
        <w:ind w:left="400" w:hanging="400"/>
        <w:jc w:val="both"/>
        <w:rPr>
          <w:color w:val="auto"/>
          <w:sz w:val="24"/>
          <w:szCs w:val="24"/>
        </w:rPr>
      </w:pPr>
      <w:bookmarkStart w:id="543" w:name="bookmark3834"/>
      <w:bookmarkEnd w:id="543"/>
      <w:r>
        <w:rPr>
          <w:rStyle w:val="BodyTextChar1"/>
          <w:rFonts w:cs="Georgia"/>
        </w:rPr>
        <w:t>Определение работы электрического тока, идущего через резистор.</w:t>
      </w:r>
    </w:p>
    <w:p w:rsidR="00F44E79" w:rsidRDefault="00F44E79" w:rsidP="00E5323B">
      <w:pPr>
        <w:pStyle w:val="BodyText"/>
        <w:numPr>
          <w:ilvl w:val="0"/>
          <w:numId w:val="45"/>
        </w:numPr>
        <w:tabs>
          <w:tab w:val="left" w:pos="451"/>
        </w:tabs>
        <w:spacing w:line="276" w:lineRule="auto"/>
        <w:ind w:left="400" w:hanging="400"/>
        <w:jc w:val="both"/>
        <w:rPr>
          <w:color w:val="auto"/>
          <w:sz w:val="24"/>
          <w:szCs w:val="24"/>
        </w:rPr>
      </w:pPr>
      <w:bookmarkStart w:id="544" w:name="bookmark3835"/>
      <w:bookmarkEnd w:id="544"/>
      <w:r>
        <w:rPr>
          <w:rStyle w:val="BodyTextChar1"/>
          <w:rFonts w:cs="Georgia"/>
        </w:rPr>
        <w:t>Определение мощности электрического тока, выделяемой на резисторе.</w:t>
      </w:r>
    </w:p>
    <w:p w:rsidR="00F44E79" w:rsidRDefault="00F44E79" w:rsidP="00E5323B">
      <w:pPr>
        <w:pStyle w:val="BodyText"/>
        <w:numPr>
          <w:ilvl w:val="0"/>
          <w:numId w:val="45"/>
        </w:numPr>
        <w:tabs>
          <w:tab w:val="left" w:pos="451"/>
        </w:tabs>
        <w:spacing w:line="276" w:lineRule="auto"/>
        <w:ind w:left="400" w:hanging="400"/>
        <w:jc w:val="both"/>
        <w:rPr>
          <w:color w:val="auto"/>
          <w:sz w:val="24"/>
          <w:szCs w:val="24"/>
        </w:rPr>
      </w:pPr>
      <w:bookmarkStart w:id="545" w:name="bookmark3836"/>
      <w:bookmarkEnd w:id="545"/>
      <w:r>
        <w:rPr>
          <w:rStyle w:val="BodyTextChar1"/>
          <w:rFonts w:cs="Georgia"/>
        </w:rPr>
        <w:t>Исследование зависимости силы тока, идущего через лам</w:t>
      </w:r>
      <w:r>
        <w:rPr>
          <w:rStyle w:val="BodyTextChar1"/>
          <w:rFonts w:cs="Georgia"/>
        </w:rPr>
        <w:softHyphen/>
        <w:t>почку, от напряжения на ней.</w:t>
      </w:r>
    </w:p>
    <w:p w:rsidR="00F44E79" w:rsidRDefault="00F44E79" w:rsidP="00E5323B">
      <w:pPr>
        <w:pStyle w:val="BodyText"/>
        <w:numPr>
          <w:ilvl w:val="0"/>
          <w:numId w:val="45"/>
        </w:numPr>
        <w:tabs>
          <w:tab w:val="left" w:pos="451"/>
        </w:tabs>
        <w:spacing w:line="276" w:lineRule="auto"/>
        <w:ind w:firstLine="0"/>
        <w:jc w:val="both"/>
        <w:rPr>
          <w:color w:val="auto"/>
          <w:sz w:val="24"/>
          <w:szCs w:val="24"/>
        </w:rPr>
      </w:pPr>
      <w:bookmarkStart w:id="546" w:name="bookmark3837"/>
      <w:bookmarkEnd w:id="546"/>
      <w:r>
        <w:rPr>
          <w:rStyle w:val="BodyTextChar1"/>
          <w:rFonts w:cs="Georgia"/>
        </w:rPr>
        <w:t>Определение КПД нагревателя.</w:t>
      </w:r>
    </w:p>
    <w:p w:rsidR="00F44E79" w:rsidRDefault="00F44E79" w:rsidP="00E5323B">
      <w:pPr>
        <w:pStyle w:val="BodyText"/>
        <w:numPr>
          <w:ilvl w:val="0"/>
          <w:numId w:val="45"/>
        </w:numPr>
        <w:tabs>
          <w:tab w:val="left" w:pos="451"/>
        </w:tabs>
        <w:spacing w:line="276" w:lineRule="auto"/>
        <w:ind w:left="400" w:hanging="400"/>
        <w:jc w:val="both"/>
        <w:rPr>
          <w:color w:val="auto"/>
          <w:sz w:val="24"/>
          <w:szCs w:val="24"/>
        </w:rPr>
      </w:pPr>
      <w:bookmarkStart w:id="547" w:name="bookmark3838"/>
      <w:bookmarkEnd w:id="547"/>
      <w:r>
        <w:rPr>
          <w:rStyle w:val="BodyTextChar1"/>
          <w:rFonts w:cs="Georgia"/>
        </w:rPr>
        <w:t>Исследование магнитного взаимодействия постоянных маг</w:t>
      </w:r>
      <w:r>
        <w:rPr>
          <w:rStyle w:val="BodyTextChar1"/>
          <w:rFonts w:cs="Georgia"/>
        </w:rPr>
        <w:softHyphen/>
        <w:t>нитов.</w:t>
      </w:r>
    </w:p>
    <w:p w:rsidR="00F44E79" w:rsidRDefault="00F44E79" w:rsidP="00E5323B">
      <w:pPr>
        <w:pStyle w:val="BodyText"/>
        <w:numPr>
          <w:ilvl w:val="0"/>
          <w:numId w:val="45"/>
        </w:numPr>
        <w:tabs>
          <w:tab w:val="left" w:pos="451"/>
        </w:tabs>
        <w:spacing w:line="276" w:lineRule="auto"/>
        <w:ind w:left="400" w:hanging="400"/>
        <w:jc w:val="both"/>
        <w:rPr>
          <w:color w:val="auto"/>
          <w:sz w:val="24"/>
          <w:szCs w:val="24"/>
        </w:rPr>
      </w:pPr>
      <w:bookmarkStart w:id="548" w:name="bookmark3839"/>
      <w:bookmarkEnd w:id="548"/>
      <w:r>
        <w:rPr>
          <w:rStyle w:val="BodyTextChar1"/>
          <w:rFonts w:cs="Georgia"/>
        </w:rPr>
        <w:t>Изучение магнитного поля постоянных магнитов при их объединении и разделении.</w:t>
      </w:r>
    </w:p>
    <w:p w:rsidR="00F44E79" w:rsidRDefault="00F44E79" w:rsidP="00E5323B">
      <w:pPr>
        <w:pStyle w:val="BodyText"/>
        <w:numPr>
          <w:ilvl w:val="0"/>
          <w:numId w:val="45"/>
        </w:numPr>
        <w:tabs>
          <w:tab w:val="left" w:pos="451"/>
        </w:tabs>
        <w:spacing w:line="276" w:lineRule="auto"/>
        <w:ind w:left="400" w:hanging="400"/>
        <w:jc w:val="both"/>
        <w:rPr>
          <w:color w:val="auto"/>
          <w:sz w:val="24"/>
          <w:szCs w:val="24"/>
        </w:rPr>
      </w:pPr>
      <w:bookmarkStart w:id="549" w:name="bookmark3840"/>
      <w:bookmarkEnd w:id="549"/>
      <w:r>
        <w:rPr>
          <w:rStyle w:val="BodyTextChar1"/>
          <w:rFonts w:cs="Georgia"/>
        </w:rPr>
        <w:t>Исследование действия электрического тока на магнитную стрелку.</w:t>
      </w:r>
    </w:p>
    <w:p w:rsidR="00F44E79" w:rsidRDefault="00F44E79" w:rsidP="00E5323B">
      <w:pPr>
        <w:pStyle w:val="BodyText"/>
        <w:numPr>
          <w:ilvl w:val="0"/>
          <w:numId w:val="45"/>
        </w:numPr>
        <w:tabs>
          <w:tab w:val="left" w:pos="451"/>
        </w:tabs>
        <w:spacing w:line="276" w:lineRule="auto"/>
        <w:ind w:left="400" w:hanging="400"/>
        <w:jc w:val="both"/>
        <w:rPr>
          <w:color w:val="auto"/>
          <w:sz w:val="24"/>
          <w:szCs w:val="24"/>
        </w:rPr>
      </w:pPr>
      <w:bookmarkStart w:id="550" w:name="bookmark3841"/>
      <w:bookmarkEnd w:id="550"/>
      <w:r>
        <w:rPr>
          <w:rStyle w:val="BodyTextChar1"/>
          <w:rFonts w:cs="Georgia"/>
        </w:rPr>
        <w:t>Опыты, демонстрирующие зависимость силы взаимодей</w:t>
      </w:r>
      <w:r>
        <w:rPr>
          <w:rStyle w:val="BodyTextChar1"/>
          <w:rFonts w:cs="Georgia"/>
        </w:rPr>
        <w:softHyphen/>
        <w:t>ствия катушки с током и магнита от силы тока и направле</w:t>
      </w:r>
      <w:r>
        <w:rPr>
          <w:rStyle w:val="BodyTextChar1"/>
          <w:rFonts w:cs="Georgia"/>
        </w:rPr>
        <w:softHyphen/>
        <w:t>ния тока в катушке.</w:t>
      </w:r>
    </w:p>
    <w:p w:rsidR="00F44E79" w:rsidRDefault="00F44E79" w:rsidP="00E5323B">
      <w:pPr>
        <w:pStyle w:val="BodyText"/>
        <w:numPr>
          <w:ilvl w:val="0"/>
          <w:numId w:val="45"/>
        </w:numPr>
        <w:tabs>
          <w:tab w:val="left" w:pos="451"/>
        </w:tabs>
        <w:spacing w:line="276" w:lineRule="auto"/>
        <w:ind w:firstLine="0"/>
        <w:jc w:val="both"/>
        <w:rPr>
          <w:color w:val="auto"/>
          <w:sz w:val="24"/>
          <w:szCs w:val="24"/>
        </w:rPr>
      </w:pPr>
      <w:bookmarkStart w:id="551" w:name="bookmark3842"/>
      <w:bookmarkEnd w:id="551"/>
      <w:r>
        <w:rPr>
          <w:rStyle w:val="BodyTextChar1"/>
          <w:rFonts w:cs="Georgia"/>
        </w:rPr>
        <w:t>Изучение действия магнитного поля на проводник с током.</w:t>
      </w:r>
    </w:p>
    <w:p w:rsidR="00F44E79" w:rsidRDefault="00F44E79" w:rsidP="00E5323B">
      <w:pPr>
        <w:pStyle w:val="BodyText"/>
        <w:numPr>
          <w:ilvl w:val="0"/>
          <w:numId w:val="45"/>
        </w:numPr>
        <w:tabs>
          <w:tab w:val="left" w:pos="451"/>
        </w:tabs>
        <w:spacing w:line="276" w:lineRule="auto"/>
        <w:ind w:firstLine="0"/>
        <w:jc w:val="both"/>
        <w:rPr>
          <w:color w:val="auto"/>
          <w:sz w:val="24"/>
          <w:szCs w:val="24"/>
        </w:rPr>
      </w:pPr>
      <w:bookmarkStart w:id="552" w:name="bookmark3843"/>
      <w:bookmarkEnd w:id="552"/>
      <w:r>
        <w:rPr>
          <w:rStyle w:val="BodyTextChar1"/>
          <w:rFonts w:cs="Georgia"/>
        </w:rPr>
        <w:t>Конструирование и изучение работы электродвигателя.</w:t>
      </w:r>
    </w:p>
    <w:p w:rsidR="00F44E79" w:rsidRDefault="00F44E79" w:rsidP="00E5323B">
      <w:pPr>
        <w:pStyle w:val="BodyText"/>
        <w:numPr>
          <w:ilvl w:val="0"/>
          <w:numId w:val="45"/>
        </w:numPr>
        <w:tabs>
          <w:tab w:val="left" w:pos="456"/>
        </w:tabs>
        <w:spacing w:line="276" w:lineRule="auto"/>
        <w:ind w:firstLine="0"/>
        <w:jc w:val="both"/>
        <w:rPr>
          <w:color w:val="auto"/>
          <w:sz w:val="24"/>
          <w:szCs w:val="24"/>
        </w:rPr>
      </w:pPr>
      <w:bookmarkStart w:id="553" w:name="bookmark3844"/>
      <w:bookmarkEnd w:id="553"/>
      <w:r>
        <w:rPr>
          <w:rStyle w:val="BodyTextChar1"/>
          <w:rFonts w:cs="Georgia"/>
        </w:rPr>
        <w:t>Измерение КПД электродвигательной установки.</w:t>
      </w:r>
    </w:p>
    <w:p w:rsidR="00F44E79" w:rsidRDefault="00F44E79" w:rsidP="00E5323B">
      <w:pPr>
        <w:pStyle w:val="BodyText"/>
        <w:numPr>
          <w:ilvl w:val="0"/>
          <w:numId w:val="45"/>
        </w:numPr>
        <w:tabs>
          <w:tab w:val="left" w:pos="456"/>
        </w:tabs>
        <w:spacing w:after="180" w:line="276" w:lineRule="auto"/>
        <w:ind w:left="400" w:hanging="400"/>
        <w:jc w:val="both"/>
        <w:rPr>
          <w:color w:val="auto"/>
          <w:sz w:val="24"/>
          <w:szCs w:val="24"/>
        </w:rPr>
      </w:pPr>
      <w:bookmarkStart w:id="554" w:name="bookmark3845"/>
      <w:bookmarkEnd w:id="554"/>
      <w:r>
        <w:rPr>
          <w:rStyle w:val="BodyTextChar1"/>
          <w:rFonts w:cs="Georgia"/>
        </w:rPr>
        <w:t>Опыты по исследованию явления электромагнитной индук</w:t>
      </w:r>
      <w:r>
        <w:rPr>
          <w:rStyle w:val="BodyTextChar1"/>
          <w:rFonts w:cs="Georgia"/>
        </w:rPr>
        <w:softHyphen/>
        <w:t>ции: исследование изменений значения и направления ин</w:t>
      </w:r>
      <w:r>
        <w:rPr>
          <w:rStyle w:val="BodyTextChar1"/>
          <w:rFonts w:cs="Georgia"/>
        </w:rPr>
        <w:softHyphen/>
        <w:t>дукционного тока.</w:t>
      </w:r>
    </w:p>
    <w:p w:rsidR="00F44E79" w:rsidRDefault="00F44E79">
      <w:pPr>
        <w:pStyle w:val="31"/>
        <w:spacing w:after="0" w:line="286" w:lineRule="auto"/>
        <w:jc w:val="both"/>
        <w:rPr>
          <w:rFonts w:ascii="Courier New" w:hAnsi="Courier New" w:cs="Courier New"/>
          <w:b w:val="0"/>
          <w:bCs w:val="0"/>
          <w:color w:val="auto"/>
          <w:sz w:val="24"/>
          <w:szCs w:val="24"/>
        </w:rPr>
      </w:pPr>
      <w:r>
        <w:rPr>
          <w:rStyle w:val="30"/>
          <w:rFonts w:cs="Arial"/>
          <w:b/>
          <w:sz w:val="18"/>
          <w:szCs w:val="18"/>
        </w:rPr>
        <w:t>9 класс</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8. Механические явления</w:t>
      </w:r>
    </w:p>
    <w:p w:rsidR="00F44E79" w:rsidRDefault="00F44E79">
      <w:pPr>
        <w:pStyle w:val="BodyText"/>
        <w:spacing w:after="100" w:line="276" w:lineRule="auto"/>
        <w:jc w:val="both"/>
        <w:rPr>
          <w:rFonts w:ascii="Courier New" w:hAnsi="Courier New" w:cs="Courier New"/>
          <w:color w:val="auto"/>
          <w:sz w:val="24"/>
          <w:szCs w:val="24"/>
        </w:rPr>
      </w:pPr>
      <w:r>
        <w:rPr>
          <w:rStyle w:val="BodyTextChar1"/>
          <w:rFonts w:cs="Georgia"/>
        </w:rPr>
        <w:t>Механическое движение. Материальная точка. Система от</w:t>
      </w:r>
      <w:r>
        <w:rPr>
          <w:rStyle w:val="BodyTextChar1"/>
          <w:rFonts w:cs="Georgia"/>
        </w:rPr>
        <w:softHyphen/>
        <w:t>счёта. Относительность механического движения. Равномерное прямолинейное движение. Неравномерное прямолинейное дви</w:t>
      </w:r>
      <w:r>
        <w:rPr>
          <w:rStyle w:val="BodyTextChar1"/>
          <w:rFonts w:cs="Georgia"/>
        </w:rPr>
        <w:softHyphen/>
        <w:t>жение. Средняя и мгновенная скорость тела при неравномер</w:t>
      </w:r>
      <w:r>
        <w:rPr>
          <w:rStyle w:val="BodyTextChar1"/>
          <w:rFonts w:cs="Georgia"/>
        </w:rPr>
        <w:softHyphen/>
        <w:t>ном движении.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Ускорение. Равноускоренное прямолинейное движение. Сво</w:t>
      </w:r>
      <w:r>
        <w:rPr>
          <w:rStyle w:val="BodyTextChar1"/>
          <w:rFonts w:cs="Georgia"/>
        </w:rPr>
        <w:softHyphen/>
        <w:t>бодное падение. Опыты Галилея.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Равномерное движение по окружности. Период и частота об</w:t>
      </w:r>
      <w:r>
        <w:rPr>
          <w:rStyle w:val="BodyTextChar1"/>
          <w:rFonts w:cs="Georgia"/>
        </w:rPr>
        <w:softHyphen/>
        <w:t>ращения. Линейная и угловая скорости. Центростремительное ускорение.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Первый закон Ньютона. Второй закон Ньютона. Третий за</w:t>
      </w:r>
      <w:r>
        <w:rPr>
          <w:rStyle w:val="BodyTextChar1"/>
          <w:rFonts w:cs="Georgia"/>
        </w:rPr>
        <w:softHyphen/>
        <w:t>кон Ньютона. Принцип суперпозиции сил.</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Сила упругости. Закон Гука. Сила трения: сила трения сколь</w:t>
      </w:r>
      <w:r>
        <w:rPr>
          <w:rStyle w:val="BodyTextChar1"/>
          <w:rFonts w:cs="Georgia"/>
        </w:rPr>
        <w:softHyphen/>
        <w:t>жения, сила трения покоя, другие виды трения.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Сила тяжести и закон всемирного тяготения. Ускорение сво</w:t>
      </w:r>
      <w:r>
        <w:rPr>
          <w:rStyle w:val="BodyTextChar1"/>
          <w:rFonts w:cs="Georgia"/>
        </w:rPr>
        <w:softHyphen/>
        <w:t>бодного падения. Движение планет вокруг Солнца (МС). Первая космическая скорость. Невесомость и перегрузки.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Равновесие материальной точки. Абсолютно твёрдое тело. Равновесие твёрдого тела с закреплённой осью вращения. Мо</w:t>
      </w:r>
      <w:r>
        <w:rPr>
          <w:rStyle w:val="BodyTextChar1"/>
          <w:rFonts w:cs="Georgia"/>
        </w:rPr>
        <w:softHyphen/>
        <w:t>мент силы. Центр тяжести.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Импульс тела. Изменение импульса. Импульс силы. Закон сохранения импульса. Реактивное движение (МС).</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Механическая работа и мощность. Работа сил тяжести, упру</w:t>
      </w:r>
      <w:r>
        <w:rPr>
          <w:rStyle w:val="BodyTextChar1"/>
          <w:rFonts w:cs="Georgia"/>
        </w:rPr>
        <w:softHyphen/>
        <w:t>гости, трения. Связь энергии и работы. Потенциальная энергия тела, поднятого над поверхностью земли. Потенциальная энер</w:t>
      </w:r>
      <w:r>
        <w:rPr>
          <w:rStyle w:val="BodyTextChar1"/>
          <w:rFonts w:cs="Georgia"/>
        </w:rPr>
        <w:softHyphen/>
        <w:t>гия сжатой пружины. Кинетическая энергия. Теорема о кине</w:t>
      </w:r>
      <w:r>
        <w:rPr>
          <w:rStyle w:val="BodyTextChar1"/>
          <w:rFonts w:cs="Georgia"/>
        </w:rPr>
        <w:softHyphen/>
        <w:t>тической энергии. Закон сохранения механической энергии.</w:t>
      </w:r>
    </w:p>
    <w:p w:rsidR="00F44E79" w:rsidRDefault="00F44E79">
      <w:pPr>
        <w:pStyle w:val="BodyText"/>
        <w:spacing w:line="290"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46"/>
        </w:numPr>
        <w:tabs>
          <w:tab w:val="left" w:pos="492"/>
        </w:tabs>
        <w:spacing w:line="276" w:lineRule="auto"/>
        <w:ind w:left="400" w:hanging="240"/>
        <w:jc w:val="both"/>
        <w:rPr>
          <w:color w:val="auto"/>
          <w:sz w:val="24"/>
          <w:szCs w:val="24"/>
        </w:rPr>
      </w:pPr>
      <w:bookmarkStart w:id="555" w:name="bookmark3846"/>
      <w:bookmarkEnd w:id="555"/>
      <w:r>
        <w:rPr>
          <w:rStyle w:val="BodyTextChar1"/>
          <w:rFonts w:cs="Georgia"/>
        </w:rPr>
        <w:t>Наблюдение механического движения тела относительно разных тел отсчёта.</w:t>
      </w:r>
    </w:p>
    <w:p w:rsidR="00F44E79" w:rsidRDefault="00F44E79" w:rsidP="00E5323B">
      <w:pPr>
        <w:pStyle w:val="BodyText"/>
        <w:numPr>
          <w:ilvl w:val="0"/>
          <w:numId w:val="46"/>
        </w:numPr>
        <w:tabs>
          <w:tab w:val="left" w:pos="497"/>
        </w:tabs>
        <w:spacing w:line="276" w:lineRule="auto"/>
        <w:ind w:left="400" w:hanging="240"/>
        <w:jc w:val="both"/>
        <w:rPr>
          <w:color w:val="auto"/>
          <w:sz w:val="24"/>
          <w:szCs w:val="24"/>
        </w:rPr>
      </w:pPr>
      <w:bookmarkStart w:id="556" w:name="bookmark3847"/>
      <w:bookmarkEnd w:id="556"/>
      <w:r>
        <w:rPr>
          <w:rStyle w:val="BodyTextChar1"/>
          <w:rFonts w:cs="Georgia"/>
        </w:rPr>
        <w:t>Сравнение путей и траекторий движения одного и того же тела относительно разных тел отсчёта.</w:t>
      </w:r>
    </w:p>
    <w:p w:rsidR="00F44E79" w:rsidRDefault="00F44E79" w:rsidP="00E5323B">
      <w:pPr>
        <w:pStyle w:val="BodyText"/>
        <w:numPr>
          <w:ilvl w:val="0"/>
          <w:numId w:val="46"/>
        </w:numPr>
        <w:tabs>
          <w:tab w:val="left" w:pos="502"/>
        </w:tabs>
        <w:spacing w:line="276" w:lineRule="auto"/>
        <w:ind w:left="400" w:hanging="240"/>
        <w:jc w:val="both"/>
        <w:rPr>
          <w:color w:val="auto"/>
          <w:sz w:val="24"/>
          <w:szCs w:val="24"/>
        </w:rPr>
      </w:pPr>
      <w:bookmarkStart w:id="557" w:name="bookmark3848"/>
      <w:bookmarkEnd w:id="557"/>
      <w:r>
        <w:rPr>
          <w:rStyle w:val="BodyTextChar1"/>
          <w:rFonts w:cs="Georgia"/>
        </w:rPr>
        <w:t>Измерение скорости и ускорения прямолинейного движе</w:t>
      </w:r>
      <w:r>
        <w:rPr>
          <w:rStyle w:val="BodyTextChar1"/>
          <w:rFonts w:cs="Georgia"/>
        </w:rPr>
        <w:softHyphen/>
        <w:t>ния.</w:t>
      </w:r>
    </w:p>
    <w:p w:rsidR="00F44E79" w:rsidRDefault="00F44E79" w:rsidP="00E5323B">
      <w:pPr>
        <w:pStyle w:val="BodyText"/>
        <w:numPr>
          <w:ilvl w:val="0"/>
          <w:numId w:val="46"/>
        </w:numPr>
        <w:tabs>
          <w:tab w:val="left" w:pos="502"/>
        </w:tabs>
        <w:spacing w:line="276" w:lineRule="auto"/>
        <w:ind w:firstLine="160"/>
        <w:jc w:val="both"/>
        <w:rPr>
          <w:color w:val="auto"/>
          <w:sz w:val="24"/>
          <w:szCs w:val="24"/>
        </w:rPr>
      </w:pPr>
      <w:bookmarkStart w:id="558" w:name="bookmark3849"/>
      <w:bookmarkEnd w:id="558"/>
      <w:r>
        <w:rPr>
          <w:rStyle w:val="BodyTextChar1"/>
          <w:rFonts w:cs="Georgia"/>
        </w:rPr>
        <w:t>Исследование признаков равноускоренного движения.</w:t>
      </w:r>
    </w:p>
    <w:p w:rsidR="00F44E79" w:rsidRDefault="00F44E79" w:rsidP="00E5323B">
      <w:pPr>
        <w:pStyle w:val="BodyText"/>
        <w:numPr>
          <w:ilvl w:val="0"/>
          <w:numId w:val="46"/>
        </w:numPr>
        <w:tabs>
          <w:tab w:val="left" w:pos="502"/>
        </w:tabs>
        <w:spacing w:line="276" w:lineRule="auto"/>
        <w:ind w:firstLine="160"/>
        <w:jc w:val="both"/>
        <w:rPr>
          <w:color w:val="auto"/>
          <w:sz w:val="24"/>
          <w:szCs w:val="24"/>
        </w:rPr>
      </w:pPr>
      <w:bookmarkStart w:id="559" w:name="bookmark3850"/>
      <w:bookmarkEnd w:id="559"/>
      <w:r>
        <w:rPr>
          <w:rStyle w:val="BodyTextChar1"/>
          <w:rFonts w:cs="Georgia"/>
        </w:rPr>
        <w:t>Наблюдение движения тела по окружности.</w:t>
      </w:r>
    </w:p>
    <w:p w:rsidR="00F44E79" w:rsidRDefault="00F44E79" w:rsidP="00E5323B">
      <w:pPr>
        <w:pStyle w:val="BodyText"/>
        <w:numPr>
          <w:ilvl w:val="0"/>
          <w:numId w:val="46"/>
        </w:numPr>
        <w:tabs>
          <w:tab w:val="left" w:pos="502"/>
        </w:tabs>
        <w:spacing w:line="276" w:lineRule="auto"/>
        <w:ind w:left="400" w:hanging="240"/>
        <w:jc w:val="both"/>
        <w:rPr>
          <w:color w:val="auto"/>
          <w:sz w:val="24"/>
          <w:szCs w:val="24"/>
        </w:rPr>
      </w:pPr>
      <w:bookmarkStart w:id="560" w:name="bookmark3851"/>
      <w:bookmarkEnd w:id="560"/>
      <w:r>
        <w:rPr>
          <w:rStyle w:val="BodyTextChar1"/>
          <w:rFonts w:cs="Georgia"/>
        </w:rPr>
        <w:t>Наблюдение механических явлений, происходящих в си</w:t>
      </w:r>
      <w:r>
        <w:rPr>
          <w:rStyle w:val="BodyTextChar1"/>
          <w:rFonts w:cs="Georgia"/>
        </w:rPr>
        <w:softHyphen/>
        <w:t>стеме отсчёта «Тележка» при её равномерном и ускоренном движении относительно кабинета физики.</w:t>
      </w:r>
    </w:p>
    <w:p w:rsidR="00F44E79" w:rsidRDefault="00F44E79" w:rsidP="00E5323B">
      <w:pPr>
        <w:pStyle w:val="BodyText"/>
        <w:numPr>
          <w:ilvl w:val="0"/>
          <w:numId w:val="46"/>
        </w:numPr>
        <w:tabs>
          <w:tab w:val="left" w:pos="502"/>
        </w:tabs>
        <w:spacing w:line="276" w:lineRule="auto"/>
        <w:ind w:left="400" w:hanging="240"/>
        <w:jc w:val="both"/>
        <w:rPr>
          <w:color w:val="auto"/>
          <w:sz w:val="24"/>
          <w:szCs w:val="24"/>
        </w:rPr>
      </w:pPr>
      <w:bookmarkStart w:id="561" w:name="bookmark3852"/>
      <w:bookmarkEnd w:id="561"/>
      <w:r>
        <w:rPr>
          <w:rStyle w:val="BodyTextChar1"/>
          <w:rFonts w:cs="Georgia"/>
        </w:rPr>
        <w:t>Зависимость ускорения тела от массы тела и действующей на него силы.</w:t>
      </w:r>
    </w:p>
    <w:p w:rsidR="00F44E79" w:rsidRDefault="00F44E79" w:rsidP="00E5323B">
      <w:pPr>
        <w:pStyle w:val="BodyText"/>
        <w:numPr>
          <w:ilvl w:val="0"/>
          <w:numId w:val="46"/>
        </w:numPr>
        <w:tabs>
          <w:tab w:val="left" w:pos="502"/>
        </w:tabs>
        <w:spacing w:line="276" w:lineRule="auto"/>
        <w:ind w:firstLine="160"/>
        <w:jc w:val="both"/>
        <w:rPr>
          <w:color w:val="auto"/>
          <w:sz w:val="24"/>
          <w:szCs w:val="24"/>
        </w:rPr>
      </w:pPr>
      <w:bookmarkStart w:id="562" w:name="bookmark3853"/>
      <w:bookmarkEnd w:id="562"/>
      <w:r>
        <w:rPr>
          <w:rStyle w:val="BodyTextChar1"/>
          <w:rFonts w:cs="Georgia"/>
        </w:rPr>
        <w:t>Наблюдение равенства сил при взаимодействии тел.</w:t>
      </w:r>
    </w:p>
    <w:p w:rsidR="00F44E79" w:rsidRDefault="00F44E79" w:rsidP="00E5323B">
      <w:pPr>
        <w:pStyle w:val="BodyText"/>
        <w:numPr>
          <w:ilvl w:val="0"/>
          <w:numId w:val="46"/>
        </w:numPr>
        <w:tabs>
          <w:tab w:val="left" w:pos="502"/>
        </w:tabs>
        <w:spacing w:line="276" w:lineRule="auto"/>
        <w:ind w:firstLine="160"/>
        <w:jc w:val="both"/>
        <w:rPr>
          <w:color w:val="auto"/>
          <w:sz w:val="24"/>
          <w:szCs w:val="24"/>
        </w:rPr>
      </w:pPr>
      <w:bookmarkStart w:id="563" w:name="bookmark3854"/>
      <w:bookmarkEnd w:id="563"/>
      <w:r>
        <w:rPr>
          <w:rStyle w:val="BodyTextChar1"/>
          <w:rFonts w:cs="Georgia"/>
        </w:rPr>
        <w:t>Изменение веса тела при ускоренном движении.</w:t>
      </w:r>
    </w:p>
    <w:p w:rsidR="00F44E79" w:rsidRDefault="00F44E79" w:rsidP="00E5323B">
      <w:pPr>
        <w:pStyle w:val="BodyText"/>
        <w:numPr>
          <w:ilvl w:val="0"/>
          <w:numId w:val="46"/>
        </w:numPr>
        <w:tabs>
          <w:tab w:val="left" w:pos="452"/>
        </w:tabs>
        <w:spacing w:line="276" w:lineRule="auto"/>
        <w:ind w:firstLine="0"/>
        <w:jc w:val="both"/>
        <w:rPr>
          <w:color w:val="auto"/>
          <w:sz w:val="24"/>
          <w:szCs w:val="24"/>
        </w:rPr>
      </w:pPr>
      <w:bookmarkStart w:id="564" w:name="bookmark3855"/>
      <w:bookmarkEnd w:id="564"/>
      <w:r>
        <w:rPr>
          <w:rStyle w:val="BodyTextChar1"/>
          <w:rFonts w:cs="Georgia"/>
        </w:rPr>
        <w:t>Передача импульса при взаимодействии тел.</w:t>
      </w:r>
    </w:p>
    <w:p w:rsidR="00F44E79" w:rsidRDefault="00F44E79" w:rsidP="00E5323B">
      <w:pPr>
        <w:pStyle w:val="BodyText"/>
        <w:numPr>
          <w:ilvl w:val="0"/>
          <w:numId w:val="46"/>
        </w:numPr>
        <w:tabs>
          <w:tab w:val="left" w:pos="452"/>
        </w:tabs>
        <w:spacing w:line="276" w:lineRule="auto"/>
        <w:ind w:firstLine="0"/>
        <w:jc w:val="both"/>
        <w:rPr>
          <w:color w:val="auto"/>
          <w:sz w:val="24"/>
          <w:szCs w:val="24"/>
        </w:rPr>
      </w:pPr>
      <w:bookmarkStart w:id="565" w:name="bookmark3856"/>
      <w:bookmarkEnd w:id="565"/>
      <w:r>
        <w:rPr>
          <w:rStyle w:val="BodyTextChar1"/>
          <w:rFonts w:cs="Georgia"/>
        </w:rPr>
        <w:t>Преобразования энергии при взаимодействии тел.</w:t>
      </w:r>
    </w:p>
    <w:p w:rsidR="00F44E79" w:rsidRDefault="00F44E79" w:rsidP="00E5323B">
      <w:pPr>
        <w:pStyle w:val="BodyText"/>
        <w:numPr>
          <w:ilvl w:val="0"/>
          <w:numId w:val="46"/>
        </w:numPr>
        <w:tabs>
          <w:tab w:val="left" w:pos="452"/>
        </w:tabs>
        <w:spacing w:line="276" w:lineRule="auto"/>
        <w:ind w:firstLine="0"/>
        <w:jc w:val="both"/>
        <w:rPr>
          <w:color w:val="auto"/>
          <w:sz w:val="24"/>
          <w:szCs w:val="24"/>
        </w:rPr>
      </w:pPr>
      <w:bookmarkStart w:id="566" w:name="bookmark3857"/>
      <w:bookmarkEnd w:id="566"/>
      <w:r>
        <w:rPr>
          <w:rStyle w:val="BodyTextChar1"/>
          <w:rFonts w:cs="Georgia"/>
        </w:rPr>
        <w:t>Сохранение импульса при неупругом взаимодействии.</w:t>
      </w:r>
    </w:p>
    <w:p w:rsidR="00F44E79" w:rsidRDefault="00F44E79" w:rsidP="00E5323B">
      <w:pPr>
        <w:pStyle w:val="BodyText"/>
        <w:numPr>
          <w:ilvl w:val="0"/>
          <w:numId w:val="46"/>
        </w:numPr>
        <w:tabs>
          <w:tab w:val="left" w:pos="458"/>
        </w:tabs>
        <w:spacing w:line="276" w:lineRule="auto"/>
        <w:ind w:left="400" w:hanging="400"/>
        <w:jc w:val="both"/>
        <w:rPr>
          <w:color w:val="auto"/>
          <w:sz w:val="24"/>
          <w:szCs w:val="24"/>
        </w:rPr>
      </w:pPr>
      <w:bookmarkStart w:id="567" w:name="bookmark3858"/>
      <w:bookmarkEnd w:id="567"/>
      <w:r>
        <w:rPr>
          <w:rStyle w:val="BodyTextChar1"/>
          <w:rFonts w:cs="Georgia"/>
        </w:rPr>
        <w:t>Сохранение импульса при абсолютно упругом взаимодей</w:t>
      </w:r>
      <w:r>
        <w:rPr>
          <w:rStyle w:val="BodyTextChar1"/>
          <w:rFonts w:cs="Georgia"/>
        </w:rPr>
        <w:softHyphen/>
        <w:t>ствии.</w:t>
      </w:r>
    </w:p>
    <w:p w:rsidR="00F44E79" w:rsidRDefault="00F44E79" w:rsidP="00E5323B">
      <w:pPr>
        <w:pStyle w:val="BodyText"/>
        <w:numPr>
          <w:ilvl w:val="0"/>
          <w:numId w:val="46"/>
        </w:numPr>
        <w:tabs>
          <w:tab w:val="left" w:pos="458"/>
        </w:tabs>
        <w:spacing w:line="276" w:lineRule="auto"/>
        <w:ind w:firstLine="0"/>
        <w:jc w:val="both"/>
        <w:rPr>
          <w:color w:val="auto"/>
          <w:sz w:val="24"/>
          <w:szCs w:val="24"/>
        </w:rPr>
      </w:pPr>
      <w:bookmarkStart w:id="568" w:name="bookmark3859"/>
      <w:bookmarkEnd w:id="568"/>
      <w:r>
        <w:rPr>
          <w:rStyle w:val="BodyTextChar1"/>
          <w:rFonts w:cs="Georgia"/>
        </w:rPr>
        <w:t>Наблюдение реактивного движения.</w:t>
      </w:r>
    </w:p>
    <w:p w:rsidR="00F44E79" w:rsidRDefault="00F44E79" w:rsidP="00E5323B">
      <w:pPr>
        <w:pStyle w:val="BodyText"/>
        <w:numPr>
          <w:ilvl w:val="0"/>
          <w:numId w:val="46"/>
        </w:numPr>
        <w:tabs>
          <w:tab w:val="left" w:pos="458"/>
        </w:tabs>
        <w:spacing w:line="276" w:lineRule="auto"/>
        <w:ind w:firstLine="0"/>
        <w:jc w:val="both"/>
        <w:rPr>
          <w:color w:val="auto"/>
          <w:sz w:val="24"/>
          <w:szCs w:val="24"/>
        </w:rPr>
      </w:pPr>
      <w:bookmarkStart w:id="569" w:name="bookmark3860"/>
      <w:bookmarkEnd w:id="569"/>
      <w:r>
        <w:rPr>
          <w:rStyle w:val="BodyTextChar1"/>
          <w:rFonts w:cs="Georgia"/>
        </w:rPr>
        <w:t>Сохранение механической энергии при свободном падении.</w:t>
      </w:r>
    </w:p>
    <w:p w:rsidR="00F44E79" w:rsidRDefault="00F44E79" w:rsidP="00E5323B">
      <w:pPr>
        <w:pStyle w:val="BodyText"/>
        <w:numPr>
          <w:ilvl w:val="0"/>
          <w:numId w:val="46"/>
        </w:numPr>
        <w:tabs>
          <w:tab w:val="left" w:pos="458"/>
        </w:tabs>
        <w:spacing w:line="276" w:lineRule="auto"/>
        <w:ind w:left="400" w:hanging="400"/>
        <w:jc w:val="both"/>
        <w:rPr>
          <w:color w:val="auto"/>
          <w:sz w:val="24"/>
          <w:szCs w:val="24"/>
        </w:rPr>
      </w:pPr>
      <w:bookmarkStart w:id="570" w:name="bookmark3861"/>
      <w:bookmarkEnd w:id="570"/>
      <w:r>
        <w:rPr>
          <w:rStyle w:val="BodyTextChar1"/>
          <w:rFonts w:cs="Georgia"/>
        </w:rPr>
        <w:t>Сохранение механической энергии при движении тела под действием пружины.</w:t>
      </w:r>
    </w:p>
    <w:p w:rsidR="00F44E79" w:rsidRDefault="00F44E79">
      <w:pPr>
        <w:pStyle w:val="BodyText"/>
        <w:spacing w:line="293"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47"/>
        </w:numPr>
        <w:tabs>
          <w:tab w:val="left" w:pos="498"/>
        </w:tabs>
        <w:spacing w:line="276" w:lineRule="auto"/>
        <w:ind w:left="400" w:hanging="240"/>
        <w:jc w:val="both"/>
        <w:rPr>
          <w:color w:val="auto"/>
          <w:sz w:val="24"/>
          <w:szCs w:val="24"/>
        </w:rPr>
      </w:pPr>
      <w:bookmarkStart w:id="571" w:name="bookmark3862"/>
      <w:bookmarkEnd w:id="571"/>
      <w:r>
        <w:rPr>
          <w:rStyle w:val="BodyTextChar1"/>
          <w:rFonts w:cs="Georgia"/>
        </w:rPr>
        <w:t>Конструирование тракта для разгона и дальнейшего равно</w:t>
      </w:r>
      <w:r>
        <w:rPr>
          <w:rStyle w:val="BodyTextChar1"/>
          <w:rFonts w:cs="Georgia"/>
        </w:rPr>
        <w:softHyphen/>
        <w:t>мерного движения шарика или тележки.</w:t>
      </w:r>
    </w:p>
    <w:p w:rsidR="00F44E79" w:rsidRDefault="00F44E79" w:rsidP="00E5323B">
      <w:pPr>
        <w:pStyle w:val="BodyText"/>
        <w:numPr>
          <w:ilvl w:val="0"/>
          <w:numId w:val="47"/>
        </w:numPr>
        <w:tabs>
          <w:tab w:val="left" w:pos="502"/>
        </w:tabs>
        <w:spacing w:line="276" w:lineRule="auto"/>
        <w:ind w:left="400" w:hanging="240"/>
        <w:jc w:val="both"/>
        <w:rPr>
          <w:color w:val="auto"/>
          <w:sz w:val="24"/>
          <w:szCs w:val="24"/>
        </w:rPr>
      </w:pPr>
      <w:bookmarkStart w:id="572" w:name="bookmark3863"/>
      <w:bookmarkEnd w:id="572"/>
      <w:r>
        <w:rPr>
          <w:rStyle w:val="BodyTextChar1"/>
          <w:rFonts w:cs="Georgia"/>
        </w:rPr>
        <w:t>Определение средней скорости скольжения бруска или дви</w:t>
      </w:r>
      <w:r>
        <w:rPr>
          <w:rStyle w:val="BodyTextChar1"/>
          <w:rFonts w:cs="Georgia"/>
        </w:rPr>
        <w:softHyphen/>
        <w:t>жения шарика по наклонной плоскости.</w:t>
      </w:r>
    </w:p>
    <w:p w:rsidR="00F44E79" w:rsidRDefault="00F44E79" w:rsidP="00E5323B">
      <w:pPr>
        <w:pStyle w:val="BodyText"/>
        <w:numPr>
          <w:ilvl w:val="0"/>
          <w:numId w:val="47"/>
        </w:numPr>
        <w:tabs>
          <w:tab w:val="left" w:pos="507"/>
        </w:tabs>
        <w:spacing w:line="276" w:lineRule="auto"/>
        <w:ind w:left="400" w:hanging="240"/>
        <w:jc w:val="both"/>
        <w:rPr>
          <w:color w:val="auto"/>
          <w:sz w:val="24"/>
          <w:szCs w:val="24"/>
        </w:rPr>
      </w:pPr>
      <w:bookmarkStart w:id="573" w:name="bookmark3864"/>
      <w:bookmarkEnd w:id="573"/>
      <w:r>
        <w:rPr>
          <w:rStyle w:val="BodyTextChar1"/>
          <w:rFonts w:cs="Georgia"/>
        </w:rPr>
        <w:t>Определение ускорения тела при равноускоренном движе</w:t>
      </w:r>
      <w:r>
        <w:rPr>
          <w:rStyle w:val="BodyTextChar1"/>
          <w:rFonts w:cs="Georgia"/>
        </w:rPr>
        <w:softHyphen/>
        <w:t>нии по наклонной плоскости.</w:t>
      </w:r>
    </w:p>
    <w:p w:rsidR="00F44E79" w:rsidRDefault="00F44E79" w:rsidP="00E5323B">
      <w:pPr>
        <w:pStyle w:val="BodyText"/>
        <w:numPr>
          <w:ilvl w:val="0"/>
          <w:numId w:val="47"/>
        </w:numPr>
        <w:tabs>
          <w:tab w:val="left" w:pos="507"/>
        </w:tabs>
        <w:spacing w:line="276" w:lineRule="auto"/>
        <w:ind w:left="400" w:hanging="240"/>
        <w:jc w:val="both"/>
        <w:rPr>
          <w:color w:val="auto"/>
          <w:sz w:val="24"/>
          <w:szCs w:val="24"/>
        </w:rPr>
      </w:pPr>
      <w:bookmarkStart w:id="574" w:name="bookmark3865"/>
      <w:bookmarkEnd w:id="574"/>
      <w:r>
        <w:rPr>
          <w:rStyle w:val="BodyTextChar1"/>
          <w:rFonts w:cs="Georgia"/>
        </w:rPr>
        <w:t>Исследование зависимости пути от времени при равноуско</w:t>
      </w:r>
      <w:r>
        <w:rPr>
          <w:rStyle w:val="BodyTextChar1"/>
          <w:rFonts w:cs="Georgia"/>
        </w:rPr>
        <w:softHyphen/>
        <w:t>ренном движении без начальной скорости.</w:t>
      </w:r>
    </w:p>
    <w:p w:rsidR="00F44E79" w:rsidRDefault="00F44E79" w:rsidP="00E5323B">
      <w:pPr>
        <w:pStyle w:val="BodyText"/>
        <w:numPr>
          <w:ilvl w:val="0"/>
          <w:numId w:val="47"/>
        </w:numPr>
        <w:tabs>
          <w:tab w:val="left" w:pos="507"/>
        </w:tabs>
        <w:spacing w:line="276" w:lineRule="auto"/>
        <w:ind w:left="400" w:hanging="240"/>
        <w:jc w:val="both"/>
        <w:rPr>
          <w:color w:val="auto"/>
          <w:sz w:val="24"/>
          <w:szCs w:val="24"/>
        </w:rPr>
      </w:pPr>
      <w:bookmarkStart w:id="575" w:name="bookmark3866"/>
      <w:bookmarkEnd w:id="575"/>
      <w:r>
        <w:rPr>
          <w:rStyle w:val="BodyTextChar1"/>
          <w:rFonts w:cs="Georgia"/>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BodyTextChar1"/>
          <w:rFonts w:cs="Georgia"/>
        </w:rPr>
        <w:softHyphen/>
        <w:t>ковы.</w:t>
      </w:r>
    </w:p>
    <w:p w:rsidR="00F44E79" w:rsidRDefault="00F44E79" w:rsidP="00E5323B">
      <w:pPr>
        <w:pStyle w:val="BodyText"/>
        <w:numPr>
          <w:ilvl w:val="0"/>
          <w:numId w:val="47"/>
        </w:numPr>
        <w:tabs>
          <w:tab w:val="left" w:pos="507"/>
        </w:tabs>
        <w:spacing w:line="276" w:lineRule="auto"/>
        <w:ind w:left="400" w:hanging="240"/>
        <w:jc w:val="both"/>
        <w:rPr>
          <w:color w:val="auto"/>
          <w:sz w:val="24"/>
          <w:szCs w:val="24"/>
        </w:rPr>
      </w:pPr>
      <w:bookmarkStart w:id="576" w:name="bookmark3867"/>
      <w:bookmarkEnd w:id="576"/>
      <w:r>
        <w:rPr>
          <w:rStyle w:val="BodyTextChar1"/>
          <w:rFonts w:cs="Georgia"/>
        </w:rPr>
        <w:t>Исследование зависимости силы трения скольжения от си</w:t>
      </w:r>
      <w:r>
        <w:rPr>
          <w:rStyle w:val="BodyTextChar1"/>
          <w:rFonts w:cs="Georgia"/>
        </w:rPr>
        <w:softHyphen/>
        <w:t>лы нормального давления.</w:t>
      </w:r>
    </w:p>
    <w:p w:rsidR="00F44E79" w:rsidRDefault="00F44E79" w:rsidP="00E5323B">
      <w:pPr>
        <w:pStyle w:val="BodyText"/>
        <w:numPr>
          <w:ilvl w:val="0"/>
          <w:numId w:val="47"/>
        </w:numPr>
        <w:tabs>
          <w:tab w:val="left" w:pos="507"/>
        </w:tabs>
        <w:spacing w:line="276" w:lineRule="auto"/>
        <w:ind w:firstLine="160"/>
        <w:jc w:val="both"/>
        <w:rPr>
          <w:color w:val="auto"/>
          <w:sz w:val="24"/>
          <w:szCs w:val="24"/>
        </w:rPr>
      </w:pPr>
      <w:bookmarkStart w:id="577" w:name="bookmark3868"/>
      <w:bookmarkEnd w:id="577"/>
      <w:r>
        <w:rPr>
          <w:rStyle w:val="BodyTextChar1"/>
          <w:rFonts w:cs="Georgia"/>
        </w:rPr>
        <w:t>Определение коэффициента трения скольжения.</w:t>
      </w:r>
    </w:p>
    <w:p w:rsidR="00F44E79" w:rsidRDefault="00F44E79" w:rsidP="00E5323B">
      <w:pPr>
        <w:pStyle w:val="BodyText"/>
        <w:numPr>
          <w:ilvl w:val="0"/>
          <w:numId w:val="47"/>
        </w:numPr>
        <w:tabs>
          <w:tab w:val="left" w:pos="507"/>
        </w:tabs>
        <w:spacing w:line="276" w:lineRule="auto"/>
        <w:ind w:firstLine="160"/>
        <w:jc w:val="both"/>
        <w:rPr>
          <w:color w:val="auto"/>
          <w:sz w:val="24"/>
          <w:szCs w:val="24"/>
        </w:rPr>
      </w:pPr>
      <w:bookmarkStart w:id="578" w:name="bookmark3869"/>
      <w:bookmarkEnd w:id="578"/>
      <w:r>
        <w:rPr>
          <w:rStyle w:val="BodyTextChar1"/>
          <w:rFonts w:cs="Georgia"/>
        </w:rPr>
        <w:t>Определение жёсткости пружины.</w:t>
      </w:r>
    </w:p>
    <w:p w:rsidR="00F44E79" w:rsidRDefault="00F44E79" w:rsidP="00E5323B">
      <w:pPr>
        <w:pStyle w:val="BodyText"/>
        <w:numPr>
          <w:ilvl w:val="0"/>
          <w:numId w:val="47"/>
        </w:numPr>
        <w:tabs>
          <w:tab w:val="left" w:pos="507"/>
        </w:tabs>
        <w:spacing w:line="276" w:lineRule="auto"/>
        <w:ind w:left="400" w:hanging="240"/>
        <w:jc w:val="both"/>
        <w:rPr>
          <w:color w:val="auto"/>
          <w:sz w:val="24"/>
          <w:szCs w:val="24"/>
        </w:rPr>
      </w:pPr>
      <w:bookmarkStart w:id="579" w:name="bookmark3870"/>
      <w:bookmarkEnd w:id="579"/>
      <w:r>
        <w:rPr>
          <w:rStyle w:val="BodyTextChar1"/>
          <w:rFonts w:cs="Georgia"/>
        </w:rPr>
        <w:t>Определение работы силы трения при равномерном движе</w:t>
      </w:r>
      <w:r>
        <w:rPr>
          <w:rStyle w:val="BodyTextChar1"/>
          <w:rFonts w:cs="Georgia"/>
        </w:rPr>
        <w:softHyphen/>
        <w:t>нии тела по горизонтальной поверхности.</w:t>
      </w:r>
    </w:p>
    <w:p w:rsidR="00F44E79" w:rsidRDefault="00F44E79" w:rsidP="00E5323B">
      <w:pPr>
        <w:pStyle w:val="BodyText"/>
        <w:numPr>
          <w:ilvl w:val="0"/>
          <w:numId w:val="47"/>
        </w:numPr>
        <w:tabs>
          <w:tab w:val="left" w:pos="458"/>
        </w:tabs>
        <w:spacing w:line="276" w:lineRule="auto"/>
        <w:ind w:left="400" w:hanging="400"/>
        <w:jc w:val="both"/>
        <w:rPr>
          <w:color w:val="auto"/>
          <w:sz w:val="24"/>
          <w:szCs w:val="24"/>
        </w:rPr>
      </w:pPr>
      <w:bookmarkStart w:id="580" w:name="bookmark3871"/>
      <w:bookmarkEnd w:id="580"/>
      <w:r>
        <w:rPr>
          <w:rStyle w:val="BodyTextChar1"/>
          <w:rFonts w:cs="Georgia"/>
        </w:rPr>
        <w:t>Определение работы силы упругости при подъёме груза с использованием неподвижного и подвижного блоков.</w:t>
      </w:r>
    </w:p>
    <w:p w:rsidR="00F44E79" w:rsidRDefault="00F44E79" w:rsidP="00E5323B">
      <w:pPr>
        <w:pStyle w:val="BodyText"/>
        <w:numPr>
          <w:ilvl w:val="0"/>
          <w:numId w:val="47"/>
        </w:numPr>
        <w:tabs>
          <w:tab w:val="left" w:pos="458"/>
        </w:tabs>
        <w:spacing w:after="160" w:line="276" w:lineRule="auto"/>
        <w:ind w:firstLine="0"/>
        <w:jc w:val="both"/>
        <w:rPr>
          <w:color w:val="auto"/>
          <w:sz w:val="24"/>
          <w:szCs w:val="24"/>
        </w:rPr>
      </w:pPr>
      <w:bookmarkStart w:id="581" w:name="bookmark3872"/>
      <w:bookmarkEnd w:id="581"/>
      <w:r>
        <w:rPr>
          <w:rStyle w:val="BodyTextChar1"/>
          <w:rFonts w:cs="Georgia"/>
        </w:rPr>
        <w:t>Изучение закона сохранения энергии.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Раздел 9. Механические колебания и волны</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Колебательное движение. Основные характеристики колеба</w:t>
      </w:r>
      <w:r>
        <w:rPr>
          <w:rStyle w:val="BodyTextChar1"/>
          <w:rFonts w:cs="Georgia"/>
        </w:rPr>
        <w:softHyphen/>
        <w:t>ний: период, частота, амплитуда. Математический и пружин</w:t>
      </w:r>
      <w:r>
        <w:rPr>
          <w:rStyle w:val="BodyTextChar1"/>
          <w:rFonts w:cs="Georgia"/>
        </w:rPr>
        <w:softHyphen/>
        <w:t>ный маятники. Превращение энергии при колебательном дви</w:t>
      </w:r>
      <w:r>
        <w:rPr>
          <w:rStyle w:val="BodyTextChar1"/>
          <w:rFonts w:cs="Georgia"/>
        </w:rPr>
        <w:softHyphen/>
        <w:t>жении.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Затухающие колебания. Вынужденные колебания. Резонанс.</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Механические волны. Свойства механических волн. Про</w:t>
      </w:r>
      <w:r>
        <w:rPr>
          <w:rStyle w:val="BodyTextChar1"/>
          <w:rFonts w:cs="Georgia"/>
        </w:rPr>
        <w:softHyphen/>
        <w:t>дольные и поперечные волны. Длина волны и скорость её рас</w:t>
      </w:r>
      <w:r>
        <w:rPr>
          <w:rStyle w:val="BodyTextChar1"/>
          <w:rFonts w:cs="Georgia"/>
        </w:rPr>
        <w:softHyphen/>
        <w:t>пространения. Механические волны в твёрдом теле, сейсмиче</w:t>
      </w:r>
      <w:r>
        <w:rPr>
          <w:rStyle w:val="BodyTextChar1"/>
          <w:rFonts w:cs="Georgia"/>
        </w:rPr>
        <w:softHyphen/>
        <w:t>ские волны (МС).</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Звук. Громкость звука и высота тона. Отражение звука. Ин</w:t>
      </w:r>
      <w:r>
        <w:rPr>
          <w:rStyle w:val="BodyTextChar1"/>
          <w:rFonts w:cs="Georgia"/>
        </w:rPr>
        <w:softHyphen/>
        <w:t>фразвук и ультразвук.</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48"/>
        </w:numPr>
        <w:tabs>
          <w:tab w:val="left" w:pos="509"/>
        </w:tabs>
        <w:spacing w:line="269" w:lineRule="auto"/>
        <w:ind w:left="400" w:hanging="240"/>
        <w:jc w:val="both"/>
        <w:rPr>
          <w:color w:val="auto"/>
          <w:sz w:val="24"/>
          <w:szCs w:val="24"/>
        </w:rPr>
      </w:pPr>
      <w:bookmarkStart w:id="582" w:name="bookmark3873"/>
      <w:bookmarkEnd w:id="582"/>
      <w:r>
        <w:rPr>
          <w:rStyle w:val="BodyTextChar1"/>
          <w:rFonts w:cs="Georgia"/>
        </w:rPr>
        <w:t>Наблюдение колебаний тел под действием силы тяжести и силы упругости.</w:t>
      </w:r>
    </w:p>
    <w:p w:rsidR="00F44E79" w:rsidRDefault="00F44E79" w:rsidP="00E5323B">
      <w:pPr>
        <w:pStyle w:val="BodyText"/>
        <w:numPr>
          <w:ilvl w:val="0"/>
          <w:numId w:val="48"/>
        </w:numPr>
        <w:tabs>
          <w:tab w:val="left" w:pos="514"/>
        </w:tabs>
        <w:spacing w:line="269" w:lineRule="auto"/>
        <w:ind w:firstLine="160"/>
        <w:jc w:val="both"/>
        <w:rPr>
          <w:color w:val="auto"/>
          <w:sz w:val="24"/>
          <w:szCs w:val="24"/>
        </w:rPr>
      </w:pPr>
      <w:bookmarkStart w:id="583" w:name="bookmark3874"/>
      <w:bookmarkEnd w:id="583"/>
      <w:r>
        <w:rPr>
          <w:rStyle w:val="BodyTextChar1"/>
          <w:rFonts w:cs="Georgia"/>
        </w:rPr>
        <w:t>Наблюдение колебаний груза на нити и на пружине.</w:t>
      </w:r>
    </w:p>
    <w:p w:rsidR="00F44E79" w:rsidRDefault="00F44E79" w:rsidP="00E5323B">
      <w:pPr>
        <w:pStyle w:val="BodyText"/>
        <w:numPr>
          <w:ilvl w:val="0"/>
          <w:numId w:val="48"/>
        </w:numPr>
        <w:tabs>
          <w:tab w:val="left" w:pos="518"/>
        </w:tabs>
        <w:spacing w:line="269" w:lineRule="auto"/>
        <w:ind w:firstLine="160"/>
        <w:jc w:val="both"/>
        <w:rPr>
          <w:color w:val="auto"/>
          <w:sz w:val="24"/>
          <w:szCs w:val="24"/>
        </w:rPr>
      </w:pPr>
      <w:bookmarkStart w:id="584" w:name="bookmark3875"/>
      <w:bookmarkEnd w:id="584"/>
      <w:r>
        <w:rPr>
          <w:rStyle w:val="BodyTextChar1"/>
          <w:rFonts w:cs="Georgia"/>
        </w:rPr>
        <w:t>Наблюдение вынужденных колебаний и резонанса.</w:t>
      </w:r>
    </w:p>
    <w:p w:rsidR="00F44E79" w:rsidRDefault="00F44E79" w:rsidP="00E5323B">
      <w:pPr>
        <w:pStyle w:val="BodyText"/>
        <w:numPr>
          <w:ilvl w:val="0"/>
          <w:numId w:val="48"/>
        </w:numPr>
        <w:tabs>
          <w:tab w:val="left" w:pos="518"/>
        </w:tabs>
        <w:spacing w:line="269" w:lineRule="auto"/>
        <w:ind w:left="400" w:hanging="240"/>
        <w:jc w:val="both"/>
        <w:rPr>
          <w:color w:val="auto"/>
          <w:sz w:val="24"/>
          <w:szCs w:val="24"/>
        </w:rPr>
      </w:pPr>
      <w:bookmarkStart w:id="585" w:name="bookmark3876"/>
      <w:bookmarkEnd w:id="585"/>
      <w:r>
        <w:rPr>
          <w:rStyle w:val="BodyTextChar1"/>
          <w:rFonts w:cs="Georgia"/>
        </w:rPr>
        <w:t>Распространение продольных и поперечных волн (на моде</w:t>
      </w:r>
      <w:r>
        <w:rPr>
          <w:rStyle w:val="BodyTextChar1"/>
          <w:rFonts w:cs="Georgia"/>
        </w:rPr>
        <w:softHyphen/>
        <w:t>ли).</w:t>
      </w:r>
    </w:p>
    <w:p w:rsidR="00F44E79" w:rsidRDefault="00F44E79" w:rsidP="00E5323B">
      <w:pPr>
        <w:pStyle w:val="BodyText"/>
        <w:numPr>
          <w:ilvl w:val="0"/>
          <w:numId w:val="48"/>
        </w:numPr>
        <w:tabs>
          <w:tab w:val="left" w:pos="518"/>
        </w:tabs>
        <w:spacing w:line="269" w:lineRule="auto"/>
        <w:ind w:firstLine="160"/>
        <w:jc w:val="both"/>
        <w:rPr>
          <w:color w:val="auto"/>
          <w:sz w:val="24"/>
          <w:szCs w:val="24"/>
        </w:rPr>
      </w:pPr>
      <w:bookmarkStart w:id="586" w:name="bookmark3877"/>
      <w:bookmarkEnd w:id="586"/>
      <w:r>
        <w:rPr>
          <w:rStyle w:val="BodyTextChar1"/>
          <w:rFonts w:cs="Georgia"/>
        </w:rPr>
        <w:t>Наблюдение зависимости высоты звука от частоты.</w:t>
      </w:r>
    </w:p>
    <w:p w:rsidR="00F44E79" w:rsidRDefault="00F44E79" w:rsidP="00E5323B">
      <w:pPr>
        <w:pStyle w:val="BodyText"/>
        <w:numPr>
          <w:ilvl w:val="0"/>
          <w:numId w:val="48"/>
        </w:numPr>
        <w:tabs>
          <w:tab w:val="left" w:pos="518"/>
        </w:tabs>
        <w:spacing w:line="269" w:lineRule="auto"/>
        <w:ind w:firstLine="160"/>
        <w:jc w:val="both"/>
        <w:rPr>
          <w:color w:val="auto"/>
          <w:sz w:val="24"/>
          <w:szCs w:val="24"/>
        </w:rPr>
      </w:pPr>
      <w:bookmarkStart w:id="587" w:name="bookmark3878"/>
      <w:bookmarkEnd w:id="587"/>
      <w:r>
        <w:rPr>
          <w:rStyle w:val="BodyTextChar1"/>
          <w:rFonts w:cs="Georgia"/>
        </w:rPr>
        <w:t>Акустический резонанс.</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49"/>
        </w:numPr>
        <w:tabs>
          <w:tab w:val="left" w:pos="509"/>
        </w:tabs>
        <w:spacing w:line="269" w:lineRule="auto"/>
        <w:ind w:left="400" w:hanging="240"/>
        <w:jc w:val="both"/>
        <w:rPr>
          <w:color w:val="auto"/>
          <w:sz w:val="24"/>
          <w:szCs w:val="24"/>
        </w:rPr>
      </w:pPr>
      <w:bookmarkStart w:id="588" w:name="bookmark3879"/>
      <w:bookmarkEnd w:id="588"/>
      <w:r>
        <w:rPr>
          <w:rStyle w:val="BodyTextChar1"/>
          <w:rFonts w:cs="Georgia"/>
        </w:rPr>
        <w:t>Определение частоты и периода колебаний математическо</w:t>
      </w:r>
      <w:r>
        <w:rPr>
          <w:rStyle w:val="BodyTextChar1"/>
          <w:rFonts w:cs="Georgia"/>
        </w:rPr>
        <w:softHyphen/>
        <w:t>го маятника.</w:t>
      </w:r>
    </w:p>
    <w:p w:rsidR="00F44E79" w:rsidRDefault="00F44E79" w:rsidP="00E5323B">
      <w:pPr>
        <w:pStyle w:val="BodyText"/>
        <w:numPr>
          <w:ilvl w:val="0"/>
          <w:numId w:val="49"/>
        </w:numPr>
        <w:tabs>
          <w:tab w:val="left" w:pos="514"/>
        </w:tabs>
        <w:spacing w:line="269" w:lineRule="auto"/>
        <w:ind w:left="400" w:hanging="240"/>
        <w:jc w:val="both"/>
        <w:rPr>
          <w:color w:val="auto"/>
          <w:sz w:val="24"/>
          <w:szCs w:val="24"/>
        </w:rPr>
      </w:pPr>
      <w:bookmarkStart w:id="589" w:name="bookmark3880"/>
      <w:bookmarkEnd w:id="589"/>
      <w:r>
        <w:rPr>
          <w:rStyle w:val="BodyTextChar1"/>
          <w:rFonts w:cs="Georgia"/>
        </w:rPr>
        <w:t>Определение частоты и периода колебаний пружинного ма</w:t>
      </w:r>
      <w:r>
        <w:rPr>
          <w:rStyle w:val="BodyTextChar1"/>
          <w:rFonts w:cs="Georgia"/>
        </w:rPr>
        <w:softHyphen/>
        <w:t>ятника.</w:t>
      </w:r>
    </w:p>
    <w:p w:rsidR="00F44E79" w:rsidRDefault="00F44E79" w:rsidP="00E5323B">
      <w:pPr>
        <w:pStyle w:val="BodyText"/>
        <w:numPr>
          <w:ilvl w:val="0"/>
          <w:numId w:val="49"/>
        </w:numPr>
        <w:tabs>
          <w:tab w:val="left" w:pos="518"/>
        </w:tabs>
        <w:spacing w:line="269" w:lineRule="auto"/>
        <w:ind w:left="400" w:hanging="240"/>
        <w:jc w:val="both"/>
        <w:rPr>
          <w:color w:val="auto"/>
          <w:sz w:val="24"/>
          <w:szCs w:val="24"/>
        </w:rPr>
      </w:pPr>
      <w:bookmarkStart w:id="590" w:name="bookmark3881"/>
      <w:bookmarkEnd w:id="590"/>
      <w:r>
        <w:rPr>
          <w:rStyle w:val="BodyTextChar1"/>
          <w:rFonts w:cs="Georgia"/>
        </w:rPr>
        <w:t>Исследование зависимости периода колебаний подвешенно</w:t>
      </w:r>
      <w:r>
        <w:rPr>
          <w:rStyle w:val="BodyTextChar1"/>
          <w:rFonts w:cs="Georgia"/>
        </w:rPr>
        <w:softHyphen/>
        <w:t>го к нити груза от длины нити.</w:t>
      </w:r>
    </w:p>
    <w:p w:rsidR="00F44E79" w:rsidRDefault="00F44E79" w:rsidP="00E5323B">
      <w:pPr>
        <w:pStyle w:val="BodyText"/>
        <w:numPr>
          <w:ilvl w:val="0"/>
          <w:numId w:val="49"/>
        </w:numPr>
        <w:tabs>
          <w:tab w:val="left" w:pos="518"/>
        </w:tabs>
        <w:spacing w:line="269" w:lineRule="auto"/>
        <w:ind w:left="400" w:hanging="240"/>
        <w:jc w:val="both"/>
        <w:rPr>
          <w:color w:val="auto"/>
          <w:sz w:val="24"/>
          <w:szCs w:val="24"/>
        </w:rPr>
      </w:pPr>
      <w:bookmarkStart w:id="591" w:name="bookmark3882"/>
      <w:bookmarkEnd w:id="591"/>
      <w:r>
        <w:rPr>
          <w:rStyle w:val="BodyTextChar1"/>
          <w:rFonts w:cs="Georgia"/>
        </w:rPr>
        <w:t>Исследование зависимости периода колебаний пружинного маятника от массы груза.</w:t>
      </w:r>
    </w:p>
    <w:p w:rsidR="00F44E79" w:rsidRDefault="00F44E79" w:rsidP="00E5323B">
      <w:pPr>
        <w:pStyle w:val="BodyText"/>
        <w:numPr>
          <w:ilvl w:val="0"/>
          <w:numId w:val="49"/>
        </w:numPr>
        <w:tabs>
          <w:tab w:val="left" w:pos="518"/>
        </w:tabs>
        <w:spacing w:line="269" w:lineRule="auto"/>
        <w:ind w:left="400" w:hanging="240"/>
        <w:jc w:val="both"/>
        <w:rPr>
          <w:color w:val="auto"/>
          <w:sz w:val="24"/>
          <w:szCs w:val="24"/>
        </w:rPr>
      </w:pPr>
      <w:bookmarkStart w:id="592" w:name="bookmark3883"/>
      <w:bookmarkEnd w:id="592"/>
      <w:r>
        <w:rPr>
          <w:rStyle w:val="BodyTextChar1"/>
          <w:rFonts w:cs="Georgia"/>
        </w:rPr>
        <w:t>Проверка независимости периода колебаний груза, подве</w:t>
      </w:r>
      <w:r>
        <w:rPr>
          <w:rStyle w:val="BodyTextChar1"/>
          <w:rFonts w:cs="Georgia"/>
        </w:rPr>
        <w:softHyphen/>
        <w:t>шенного к нити, от массы груза.</w:t>
      </w:r>
    </w:p>
    <w:p w:rsidR="00F44E79" w:rsidRDefault="00F44E79" w:rsidP="00E5323B">
      <w:pPr>
        <w:pStyle w:val="BodyText"/>
        <w:numPr>
          <w:ilvl w:val="0"/>
          <w:numId w:val="49"/>
        </w:numPr>
        <w:tabs>
          <w:tab w:val="left" w:pos="518"/>
        </w:tabs>
        <w:spacing w:line="269" w:lineRule="auto"/>
        <w:ind w:left="400" w:hanging="240"/>
        <w:jc w:val="both"/>
        <w:rPr>
          <w:color w:val="auto"/>
          <w:sz w:val="24"/>
          <w:szCs w:val="24"/>
        </w:rPr>
      </w:pPr>
      <w:bookmarkStart w:id="593" w:name="bookmark3884"/>
      <w:bookmarkEnd w:id="593"/>
      <w:r>
        <w:rPr>
          <w:rStyle w:val="BodyTextChar1"/>
          <w:rFonts w:cs="Georgia"/>
        </w:rPr>
        <w:t>Опыты, демонстрирующие зависимость периода колебаний пружинного маятника от массы груза и жёсткости пру</w:t>
      </w:r>
      <w:r>
        <w:rPr>
          <w:rStyle w:val="BodyTextChar1"/>
          <w:rFonts w:cs="Georgia"/>
        </w:rPr>
        <w:softHyphen/>
        <w:t>жины.</w:t>
      </w:r>
    </w:p>
    <w:p w:rsidR="00F44E79" w:rsidRDefault="00F44E79" w:rsidP="00E5323B">
      <w:pPr>
        <w:pStyle w:val="BodyText"/>
        <w:numPr>
          <w:ilvl w:val="0"/>
          <w:numId w:val="49"/>
        </w:numPr>
        <w:tabs>
          <w:tab w:val="left" w:pos="518"/>
        </w:tabs>
        <w:spacing w:after="100" w:line="269" w:lineRule="auto"/>
        <w:ind w:firstLine="160"/>
        <w:jc w:val="both"/>
        <w:rPr>
          <w:color w:val="auto"/>
          <w:sz w:val="24"/>
          <w:szCs w:val="24"/>
        </w:rPr>
      </w:pPr>
      <w:bookmarkStart w:id="594" w:name="bookmark3885"/>
      <w:bookmarkEnd w:id="594"/>
      <w:r>
        <w:rPr>
          <w:rStyle w:val="BodyTextChar1"/>
          <w:rFonts w:cs="Georgia"/>
        </w:rPr>
        <w:t>Измерение ускорения свободного падения.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b/>
          <w:bCs/>
        </w:rPr>
        <w:t>Раздел 10. Электромагнитное поле и электромагнитные волны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Электромагнитное поле. Электромагнитные волны. Свойства электромагнитных волн. Шкала электромагнитных волн. Ис</w:t>
      </w:r>
      <w:r>
        <w:rPr>
          <w:rStyle w:val="BodyTextChar1"/>
          <w:rFonts w:cs="Georgia"/>
        </w:rPr>
        <w:softHyphen/>
        <w:t>пользование электромагнитных волн для сотовой связи.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Электромагнитная природа света. Скорость света. Волновые свойства света.</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50"/>
        </w:numPr>
        <w:tabs>
          <w:tab w:val="left" w:pos="509"/>
        </w:tabs>
        <w:spacing w:line="269" w:lineRule="auto"/>
        <w:ind w:firstLine="160"/>
        <w:jc w:val="both"/>
        <w:rPr>
          <w:color w:val="auto"/>
          <w:sz w:val="24"/>
          <w:szCs w:val="24"/>
        </w:rPr>
      </w:pPr>
      <w:bookmarkStart w:id="595" w:name="bookmark3886"/>
      <w:bookmarkEnd w:id="595"/>
      <w:r>
        <w:rPr>
          <w:rStyle w:val="BodyTextChar1"/>
          <w:rFonts w:cs="Georgia"/>
        </w:rPr>
        <w:t>Свойства электромагнитных волн.</w:t>
      </w:r>
    </w:p>
    <w:p w:rsidR="00F44E79" w:rsidRDefault="00F44E79" w:rsidP="00E5323B">
      <w:pPr>
        <w:pStyle w:val="BodyText"/>
        <w:numPr>
          <w:ilvl w:val="0"/>
          <w:numId w:val="50"/>
        </w:numPr>
        <w:tabs>
          <w:tab w:val="left" w:pos="514"/>
        </w:tabs>
        <w:spacing w:line="269" w:lineRule="auto"/>
        <w:ind w:firstLine="160"/>
        <w:jc w:val="both"/>
        <w:rPr>
          <w:color w:val="auto"/>
          <w:sz w:val="24"/>
          <w:szCs w:val="24"/>
        </w:rPr>
      </w:pPr>
      <w:bookmarkStart w:id="596" w:name="bookmark3887"/>
      <w:bookmarkEnd w:id="596"/>
      <w:r>
        <w:rPr>
          <w:rStyle w:val="BodyTextChar1"/>
          <w:rFonts w:cs="Georgia"/>
        </w:rPr>
        <w:t>Волновые свойства света.</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51"/>
        </w:numPr>
        <w:tabs>
          <w:tab w:val="left" w:pos="509"/>
        </w:tabs>
        <w:spacing w:after="100" w:line="269" w:lineRule="auto"/>
        <w:ind w:left="400" w:hanging="240"/>
        <w:jc w:val="both"/>
        <w:rPr>
          <w:color w:val="auto"/>
          <w:sz w:val="24"/>
          <w:szCs w:val="24"/>
        </w:rPr>
      </w:pPr>
      <w:bookmarkStart w:id="597" w:name="bookmark3888"/>
      <w:bookmarkEnd w:id="597"/>
      <w:r>
        <w:rPr>
          <w:rStyle w:val="BodyTextChar1"/>
          <w:rFonts w:cs="Georgia"/>
        </w:rPr>
        <w:t>Изучение свойств электромагнитных волн с помощью мо</w:t>
      </w:r>
      <w:r>
        <w:rPr>
          <w:rStyle w:val="BodyTextChar1"/>
          <w:rFonts w:cs="Georgia"/>
        </w:rPr>
        <w:softHyphen/>
        <w:t>бильного телефона.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b/>
          <w:bCs/>
        </w:rPr>
        <w:t>Раздел 11. Световые явления</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Лучевая модель света. Источники света. Прямолинейное рас</w:t>
      </w:r>
      <w:r>
        <w:rPr>
          <w:rStyle w:val="BodyTextChar1"/>
          <w:rFonts w:cs="Georgia"/>
        </w:rPr>
        <w:softHyphen/>
        <w:t>пространение света. Затмения Солнца и Луны. Отражение све</w:t>
      </w:r>
      <w:r>
        <w:rPr>
          <w:rStyle w:val="BodyTextChar1"/>
          <w:rFonts w:cs="Georgia"/>
        </w:rPr>
        <w:softHyphen/>
        <w:t>та. Плоское зеркало. Закон отражения света.</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Преломление света. Закон преломления света. Полное вну</w:t>
      </w:r>
      <w:r>
        <w:rPr>
          <w:rStyle w:val="BodyTextChar1"/>
          <w:rFonts w:cs="Georgia"/>
        </w:rPr>
        <w:softHyphen/>
        <w:t>треннее отражение света. Использование полного внутреннего отражения в оптических световодах.</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Линза. Ход лучей в линзе. Оптическая система фотоаппара</w:t>
      </w:r>
      <w:r>
        <w:rPr>
          <w:rStyle w:val="BodyTextChar1"/>
          <w:rFonts w:cs="Georgia"/>
        </w:rPr>
        <w:softHyphen/>
        <w:t>та, микроскопа и телескопа (МС). Глаз как оптическая система. Близорукость и дальнозоркость.</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Разложение белого света в спектр. Опыты Ньютона. Сложе</w:t>
      </w:r>
      <w:r>
        <w:rPr>
          <w:rStyle w:val="BodyTextChar1"/>
          <w:rFonts w:cs="Georgia"/>
        </w:rPr>
        <w:softHyphen/>
        <w:t>ние спектральных цветов. Дисперсия света.</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52"/>
        </w:numPr>
        <w:tabs>
          <w:tab w:val="left" w:pos="509"/>
        </w:tabs>
        <w:spacing w:line="266" w:lineRule="auto"/>
        <w:ind w:firstLine="160"/>
        <w:jc w:val="both"/>
        <w:rPr>
          <w:color w:val="auto"/>
          <w:sz w:val="24"/>
          <w:szCs w:val="24"/>
        </w:rPr>
      </w:pPr>
      <w:bookmarkStart w:id="598" w:name="bookmark3889"/>
      <w:bookmarkEnd w:id="598"/>
      <w:r>
        <w:rPr>
          <w:rStyle w:val="BodyTextChar1"/>
          <w:rFonts w:cs="Georgia"/>
        </w:rPr>
        <w:t>Прямолинейное распространение света.</w:t>
      </w:r>
    </w:p>
    <w:p w:rsidR="00F44E79" w:rsidRDefault="00F44E79" w:rsidP="00E5323B">
      <w:pPr>
        <w:pStyle w:val="BodyText"/>
        <w:numPr>
          <w:ilvl w:val="0"/>
          <w:numId w:val="52"/>
        </w:numPr>
        <w:tabs>
          <w:tab w:val="left" w:pos="514"/>
        </w:tabs>
        <w:spacing w:line="266" w:lineRule="auto"/>
        <w:ind w:firstLine="160"/>
        <w:jc w:val="both"/>
        <w:rPr>
          <w:color w:val="auto"/>
          <w:sz w:val="24"/>
          <w:szCs w:val="24"/>
        </w:rPr>
      </w:pPr>
      <w:bookmarkStart w:id="599" w:name="bookmark3890"/>
      <w:bookmarkEnd w:id="599"/>
      <w:r>
        <w:rPr>
          <w:rStyle w:val="BodyTextChar1"/>
          <w:rFonts w:cs="Georgia"/>
        </w:rPr>
        <w:t>Отражение света.</w:t>
      </w:r>
    </w:p>
    <w:p w:rsidR="00F44E79" w:rsidRDefault="00F44E79" w:rsidP="00E5323B">
      <w:pPr>
        <w:pStyle w:val="BodyText"/>
        <w:numPr>
          <w:ilvl w:val="0"/>
          <w:numId w:val="52"/>
        </w:numPr>
        <w:tabs>
          <w:tab w:val="left" w:pos="518"/>
        </w:tabs>
        <w:spacing w:line="266" w:lineRule="auto"/>
        <w:ind w:left="400" w:hanging="240"/>
        <w:jc w:val="both"/>
        <w:rPr>
          <w:color w:val="auto"/>
          <w:sz w:val="24"/>
          <w:szCs w:val="24"/>
        </w:rPr>
      </w:pPr>
      <w:bookmarkStart w:id="600" w:name="bookmark3891"/>
      <w:bookmarkEnd w:id="600"/>
      <w:r>
        <w:rPr>
          <w:rStyle w:val="BodyTextChar1"/>
          <w:rFonts w:cs="Georgia"/>
        </w:rPr>
        <w:t>Получение изображений в плоском, вогнутом и выпуклом зеркалах.</w:t>
      </w:r>
    </w:p>
    <w:p w:rsidR="00F44E79" w:rsidRDefault="00F44E79" w:rsidP="00E5323B">
      <w:pPr>
        <w:pStyle w:val="BodyText"/>
        <w:numPr>
          <w:ilvl w:val="0"/>
          <w:numId w:val="52"/>
        </w:numPr>
        <w:tabs>
          <w:tab w:val="left" w:pos="518"/>
        </w:tabs>
        <w:spacing w:line="266" w:lineRule="auto"/>
        <w:ind w:firstLine="160"/>
        <w:jc w:val="both"/>
        <w:rPr>
          <w:color w:val="auto"/>
          <w:sz w:val="24"/>
          <w:szCs w:val="24"/>
        </w:rPr>
      </w:pPr>
      <w:bookmarkStart w:id="601" w:name="bookmark3892"/>
      <w:bookmarkEnd w:id="601"/>
      <w:r>
        <w:rPr>
          <w:rStyle w:val="BodyTextChar1"/>
          <w:rFonts w:cs="Georgia"/>
        </w:rPr>
        <w:t>Преломление света.</w:t>
      </w:r>
    </w:p>
    <w:p w:rsidR="00F44E79" w:rsidRDefault="00F44E79" w:rsidP="00E5323B">
      <w:pPr>
        <w:pStyle w:val="BodyText"/>
        <w:numPr>
          <w:ilvl w:val="0"/>
          <w:numId w:val="52"/>
        </w:numPr>
        <w:tabs>
          <w:tab w:val="left" w:pos="518"/>
        </w:tabs>
        <w:spacing w:line="266" w:lineRule="auto"/>
        <w:ind w:firstLine="160"/>
        <w:jc w:val="both"/>
        <w:rPr>
          <w:color w:val="auto"/>
          <w:sz w:val="24"/>
          <w:szCs w:val="24"/>
        </w:rPr>
      </w:pPr>
      <w:bookmarkStart w:id="602" w:name="bookmark3893"/>
      <w:bookmarkEnd w:id="602"/>
      <w:r>
        <w:rPr>
          <w:rStyle w:val="BodyTextChar1"/>
          <w:rFonts w:cs="Georgia"/>
        </w:rPr>
        <w:t>Оптический световод.</w:t>
      </w:r>
    </w:p>
    <w:p w:rsidR="00F44E79" w:rsidRDefault="00F44E79" w:rsidP="00E5323B">
      <w:pPr>
        <w:pStyle w:val="BodyText"/>
        <w:numPr>
          <w:ilvl w:val="0"/>
          <w:numId w:val="52"/>
        </w:numPr>
        <w:tabs>
          <w:tab w:val="left" w:pos="518"/>
        </w:tabs>
        <w:spacing w:line="266" w:lineRule="auto"/>
        <w:ind w:firstLine="160"/>
        <w:jc w:val="both"/>
        <w:rPr>
          <w:color w:val="auto"/>
          <w:sz w:val="24"/>
          <w:szCs w:val="24"/>
        </w:rPr>
      </w:pPr>
      <w:bookmarkStart w:id="603" w:name="bookmark3894"/>
      <w:bookmarkEnd w:id="603"/>
      <w:r>
        <w:rPr>
          <w:rStyle w:val="BodyTextChar1"/>
          <w:rFonts w:cs="Georgia"/>
        </w:rPr>
        <w:t>Ход лучей в собирающей линзе.</w:t>
      </w:r>
    </w:p>
    <w:p w:rsidR="00F44E79" w:rsidRDefault="00F44E79" w:rsidP="00E5323B">
      <w:pPr>
        <w:pStyle w:val="BodyText"/>
        <w:numPr>
          <w:ilvl w:val="0"/>
          <w:numId w:val="52"/>
        </w:numPr>
        <w:tabs>
          <w:tab w:val="left" w:pos="518"/>
        </w:tabs>
        <w:spacing w:line="266" w:lineRule="auto"/>
        <w:ind w:firstLine="160"/>
        <w:jc w:val="both"/>
        <w:rPr>
          <w:color w:val="auto"/>
          <w:sz w:val="24"/>
          <w:szCs w:val="24"/>
        </w:rPr>
      </w:pPr>
      <w:bookmarkStart w:id="604" w:name="bookmark3895"/>
      <w:bookmarkEnd w:id="604"/>
      <w:r>
        <w:rPr>
          <w:rStyle w:val="BodyTextChar1"/>
          <w:rFonts w:cs="Georgia"/>
        </w:rPr>
        <w:t>Ход лучей в рассеивающей линзе.</w:t>
      </w:r>
    </w:p>
    <w:p w:rsidR="00F44E79" w:rsidRDefault="00F44E79" w:rsidP="00E5323B">
      <w:pPr>
        <w:pStyle w:val="BodyText"/>
        <w:numPr>
          <w:ilvl w:val="0"/>
          <w:numId w:val="52"/>
        </w:numPr>
        <w:tabs>
          <w:tab w:val="left" w:pos="518"/>
        </w:tabs>
        <w:spacing w:line="266" w:lineRule="auto"/>
        <w:ind w:firstLine="160"/>
        <w:jc w:val="both"/>
        <w:rPr>
          <w:color w:val="auto"/>
          <w:sz w:val="24"/>
          <w:szCs w:val="24"/>
        </w:rPr>
      </w:pPr>
      <w:bookmarkStart w:id="605" w:name="bookmark3896"/>
      <w:bookmarkEnd w:id="605"/>
      <w:r>
        <w:rPr>
          <w:rStyle w:val="BodyTextChar1"/>
          <w:rFonts w:cs="Georgia"/>
        </w:rPr>
        <w:t>Получение изображений с помощью линз.</w:t>
      </w:r>
    </w:p>
    <w:p w:rsidR="00F44E79" w:rsidRDefault="00F44E79" w:rsidP="00E5323B">
      <w:pPr>
        <w:pStyle w:val="BodyText"/>
        <w:numPr>
          <w:ilvl w:val="0"/>
          <w:numId w:val="52"/>
        </w:numPr>
        <w:tabs>
          <w:tab w:val="left" w:pos="518"/>
        </w:tabs>
        <w:spacing w:line="266" w:lineRule="auto"/>
        <w:ind w:left="400" w:hanging="240"/>
        <w:jc w:val="both"/>
        <w:rPr>
          <w:color w:val="auto"/>
          <w:sz w:val="24"/>
          <w:szCs w:val="24"/>
        </w:rPr>
      </w:pPr>
      <w:bookmarkStart w:id="606" w:name="bookmark3897"/>
      <w:bookmarkEnd w:id="606"/>
      <w:r>
        <w:rPr>
          <w:rStyle w:val="BodyTextChar1"/>
          <w:rFonts w:cs="Georgia"/>
        </w:rPr>
        <w:t>Принцип действия фотоаппарата, микроскопа и телеско</w:t>
      </w:r>
      <w:r>
        <w:rPr>
          <w:rStyle w:val="BodyTextChar1"/>
          <w:rFonts w:cs="Georgia"/>
        </w:rPr>
        <w:softHyphen/>
        <w:t>па.</w:t>
      </w:r>
    </w:p>
    <w:p w:rsidR="00F44E79" w:rsidRDefault="00F44E79" w:rsidP="00E5323B">
      <w:pPr>
        <w:pStyle w:val="BodyText"/>
        <w:numPr>
          <w:ilvl w:val="0"/>
          <w:numId w:val="52"/>
        </w:numPr>
        <w:tabs>
          <w:tab w:val="left" w:pos="469"/>
        </w:tabs>
        <w:spacing w:line="266" w:lineRule="auto"/>
        <w:ind w:firstLine="0"/>
        <w:jc w:val="both"/>
        <w:rPr>
          <w:color w:val="auto"/>
          <w:sz w:val="24"/>
          <w:szCs w:val="24"/>
        </w:rPr>
      </w:pPr>
      <w:bookmarkStart w:id="607" w:name="bookmark3898"/>
      <w:bookmarkEnd w:id="607"/>
      <w:r>
        <w:rPr>
          <w:rStyle w:val="BodyTextChar1"/>
          <w:rFonts w:cs="Georgia"/>
        </w:rPr>
        <w:t>Модель глаза.</w:t>
      </w:r>
    </w:p>
    <w:p w:rsidR="00F44E79" w:rsidRDefault="00F44E79" w:rsidP="00E5323B">
      <w:pPr>
        <w:pStyle w:val="BodyText"/>
        <w:numPr>
          <w:ilvl w:val="0"/>
          <w:numId w:val="52"/>
        </w:numPr>
        <w:tabs>
          <w:tab w:val="left" w:pos="469"/>
        </w:tabs>
        <w:spacing w:line="266" w:lineRule="auto"/>
        <w:ind w:firstLine="0"/>
        <w:jc w:val="both"/>
        <w:rPr>
          <w:color w:val="auto"/>
          <w:sz w:val="24"/>
          <w:szCs w:val="24"/>
        </w:rPr>
      </w:pPr>
      <w:bookmarkStart w:id="608" w:name="bookmark3899"/>
      <w:bookmarkEnd w:id="608"/>
      <w:r>
        <w:rPr>
          <w:rStyle w:val="BodyTextChar1"/>
          <w:rFonts w:cs="Georgia"/>
        </w:rPr>
        <w:t>Разложение белого света в спектр.</w:t>
      </w:r>
    </w:p>
    <w:p w:rsidR="00F44E79" w:rsidRDefault="00F44E79" w:rsidP="00E5323B">
      <w:pPr>
        <w:pStyle w:val="BodyText"/>
        <w:numPr>
          <w:ilvl w:val="0"/>
          <w:numId w:val="52"/>
        </w:numPr>
        <w:tabs>
          <w:tab w:val="left" w:pos="469"/>
        </w:tabs>
        <w:spacing w:line="266" w:lineRule="auto"/>
        <w:ind w:firstLine="0"/>
        <w:jc w:val="both"/>
        <w:rPr>
          <w:color w:val="auto"/>
          <w:sz w:val="24"/>
          <w:szCs w:val="24"/>
        </w:rPr>
      </w:pPr>
      <w:bookmarkStart w:id="609" w:name="bookmark3900"/>
      <w:bookmarkEnd w:id="609"/>
      <w:r>
        <w:rPr>
          <w:rStyle w:val="BodyTextChar1"/>
          <w:rFonts w:cs="Georgia"/>
        </w:rPr>
        <w:t>Получение белого света при сложении света разных цветов.</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53"/>
        </w:numPr>
        <w:tabs>
          <w:tab w:val="left" w:pos="509"/>
        </w:tabs>
        <w:spacing w:line="266" w:lineRule="auto"/>
        <w:ind w:left="400" w:hanging="240"/>
        <w:jc w:val="both"/>
        <w:rPr>
          <w:color w:val="auto"/>
          <w:sz w:val="24"/>
          <w:szCs w:val="24"/>
        </w:rPr>
      </w:pPr>
      <w:bookmarkStart w:id="610" w:name="bookmark3901"/>
      <w:bookmarkEnd w:id="610"/>
      <w:r>
        <w:rPr>
          <w:rStyle w:val="BodyTextChar1"/>
          <w:rFonts w:cs="Georgia"/>
        </w:rPr>
        <w:t>Исследование зависимости угла отражения светового луча от угла падения.</w:t>
      </w:r>
    </w:p>
    <w:p w:rsidR="00F44E79" w:rsidRDefault="00F44E79" w:rsidP="00E5323B">
      <w:pPr>
        <w:pStyle w:val="BodyText"/>
        <w:numPr>
          <w:ilvl w:val="0"/>
          <w:numId w:val="53"/>
        </w:numPr>
        <w:tabs>
          <w:tab w:val="left" w:pos="514"/>
        </w:tabs>
        <w:spacing w:line="266" w:lineRule="auto"/>
        <w:ind w:left="400" w:hanging="240"/>
        <w:jc w:val="both"/>
        <w:rPr>
          <w:color w:val="auto"/>
          <w:sz w:val="24"/>
          <w:szCs w:val="24"/>
        </w:rPr>
      </w:pPr>
      <w:bookmarkStart w:id="611" w:name="bookmark3902"/>
      <w:bookmarkEnd w:id="611"/>
      <w:r>
        <w:rPr>
          <w:rStyle w:val="BodyTextChar1"/>
          <w:rFonts w:cs="Georgia"/>
        </w:rPr>
        <w:t>Изучение характеристик изображения предмета в плоском зеркале.</w:t>
      </w:r>
    </w:p>
    <w:p w:rsidR="00F44E79" w:rsidRDefault="00F44E79" w:rsidP="00E5323B">
      <w:pPr>
        <w:pStyle w:val="BodyText"/>
        <w:numPr>
          <w:ilvl w:val="0"/>
          <w:numId w:val="53"/>
        </w:numPr>
        <w:tabs>
          <w:tab w:val="left" w:pos="518"/>
        </w:tabs>
        <w:spacing w:line="266" w:lineRule="auto"/>
        <w:ind w:left="400" w:hanging="240"/>
        <w:jc w:val="both"/>
        <w:rPr>
          <w:color w:val="auto"/>
          <w:sz w:val="24"/>
          <w:szCs w:val="24"/>
        </w:rPr>
      </w:pPr>
      <w:bookmarkStart w:id="612" w:name="bookmark3903"/>
      <w:bookmarkEnd w:id="612"/>
      <w:r>
        <w:rPr>
          <w:rStyle w:val="BodyTextChar1"/>
          <w:rFonts w:cs="Georgia"/>
        </w:rPr>
        <w:t>Исследование зависимости угла преломления светового лу</w:t>
      </w:r>
      <w:r>
        <w:rPr>
          <w:rStyle w:val="BodyTextChar1"/>
          <w:rFonts w:cs="Georgia"/>
        </w:rPr>
        <w:softHyphen/>
        <w:t>ча от угла падения на границе «воздух—стекло».</w:t>
      </w:r>
    </w:p>
    <w:p w:rsidR="00F44E79" w:rsidRDefault="00F44E79" w:rsidP="00E5323B">
      <w:pPr>
        <w:pStyle w:val="BodyText"/>
        <w:numPr>
          <w:ilvl w:val="0"/>
          <w:numId w:val="53"/>
        </w:numPr>
        <w:tabs>
          <w:tab w:val="left" w:pos="518"/>
        </w:tabs>
        <w:spacing w:line="266" w:lineRule="auto"/>
        <w:ind w:firstLine="160"/>
        <w:jc w:val="both"/>
        <w:rPr>
          <w:color w:val="auto"/>
          <w:sz w:val="24"/>
          <w:szCs w:val="24"/>
        </w:rPr>
      </w:pPr>
      <w:bookmarkStart w:id="613" w:name="bookmark3904"/>
      <w:bookmarkEnd w:id="613"/>
      <w:r>
        <w:rPr>
          <w:rStyle w:val="BodyTextChar1"/>
          <w:rFonts w:cs="Georgia"/>
        </w:rPr>
        <w:t>Получение изображений с помощью собирающей линзы.</w:t>
      </w:r>
    </w:p>
    <w:p w:rsidR="00F44E79" w:rsidRDefault="00F44E79" w:rsidP="00E5323B">
      <w:pPr>
        <w:pStyle w:val="BodyText"/>
        <w:numPr>
          <w:ilvl w:val="0"/>
          <w:numId w:val="53"/>
        </w:numPr>
        <w:tabs>
          <w:tab w:val="left" w:pos="518"/>
        </w:tabs>
        <w:spacing w:line="266" w:lineRule="auto"/>
        <w:ind w:left="400" w:hanging="240"/>
        <w:jc w:val="both"/>
        <w:rPr>
          <w:color w:val="auto"/>
          <w:sz w:val="24"/>
          <w:szCs w:val="24"/>
        </w:rPr>
      </w:pPr>
      <w:bookmarkStart w:id="614" w:name="bookmark3905"/>
      <w:bookmarkEnd w:id="614"/>
      <w:r>
        <w:rPr>
          <w:rStyle w:val="BodyTextChar1"/>
          <w:rFonts w:cs="Georgia"/>
        </w:rPr>
        <w:t>Определение фокусного расстояния и оптической силы со</w:t>
      </w:r>
      <w:r>
        <w:rPr>
          <w:rStyle w:val="BodyTextChar1"/>
          <w:rFonts w:cs="Georgia"/>
        </w:rPr>
        <w:softHyphen/>
        <w:t>бирающей линзы.</w:t>
      </w:r>
    </w:p>
    <w:p w:rsidR="00F44E79" w:rsidRDefault="00F44E79" w:rsidP="00E5323B">
      <w:pPr>
        <w:pStyle w:val="BodyText"/>
        <w:numPr>
          <w:ilvl w:val="0"/>
          <w:numId w:val="53"/>
        </w:numPr>
        <w:tabs>
          <w:tab w:val="left" w:pos="518"/>
        </w:tabs>
        <w:spacing w:line="266" w:lineRule="auto"/>
        <w:ind w:firstLine="160"/>
        <w:jc w:val="both"/>
        <w:rPr>
          <w:color w:val="auto"/>
          <w:sz w:val="24"/>
          <w:szCs w:val="24"/>
        </w:rPr>
      </w:pPr>
      <w:bookmarkStart w:id="615" w:name="bookmark3906"/>
      <w:bookmarkEnd w:id="615"/>
      <w:r>
        <w:rPr>
          <w:rStyle w:val="BodyTextChar1"/>
          <w:rFonts w:cs="Georgia"/>
        </w:rPr>
        <w:t>Опыты по разложению белого света в спектр.</w:t>
      </w:r>
    </w:p>
    <w:p w:rsidR="00F44E79" w:rsidRDefault="00F44E79" w:rsidP="00E5323B">
      <w:pPr>
        <w:pStyle w:val="BodyText"/>
        <w:numPr>
          <w:ilvl w:val="0"/>
          <w:numId w:val="53"/>
        </w:numPr>
        <w:tabs>
          <w:tab w:val="left" w:pos="518"/>
        </w:tabs>
        <w:spacing w:after="100" w:line="266" w:lineRule="auto"/>
        <w:ind w:left="400" w:hanging="240"/>
        <w:jc w:val="both"/>
        <w:rPr>
          <w:color w:val="auto"/>
          <w:sz w:val="24"/>
          <w:szCs w:val="24"/>
        </w:rPr>
      </w:pPr>
      <w:bookmarkStart w:id="616" w:name="bookmark3907"/>
      <w:bookmarkEnd w:id="616"/>
      <w:r>
        <w:rPr>
          <w:rStyle w:val="BodyTextChar1"/>
          <w:rFonts w:cs="Georgia"/>
        </w:rPr>
        <w:t>Опыты по восприятию цвета предметов при их наблюдении через цветовые фильтры.</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b/>
          <w:bCs/>
        </w:rPr>
        <w:t>Раздел 12. Квантовые явления</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Опыты Резерфорда и планетарная модель атома. Модель ато</w:t>
      </w:r>
      <w:r>
        <w:rPr>
          <w:rStyle w:val="BodyTextChar1"/>
          <w:rFonts w:cs="Georgia"/>
        </w:rPr>
        <w:softHyphen/>
        <w:t>ма Бора. Испускание и поглощение света атомом. Кванты. Ли</w:t>
      </w:r>
      <w:r>
        <w:rPr>
          <w:rStyle w:val="BodyTextChar1"/>
          <w:rFonts w:cs="Georgia"/>
        </w:rPr>
        <w:softHyphen/>
        <w:t>нейчатые спектры.</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Радиоактивность. Альфа-, бета- и гамма-излучения. Строе</w:t>
      </w:r>
      <w:r>
        <w:rPr>
          <w:rStyle w:val="BodyTextChar1"/>
          <w:rFonts w:cs="Georgia"/>
        </w:rPr>
        <w:softHyphen/>
        <w:t>ние атомного ядра. Нуклонная модель атомного ядра. Изотопы.</w:t>
      </w:r>
    </w:p>
    <w:p w:rsidR="00F44E79" w:rsidRDefault="00F44E79">
      <w:pPr>
        <w:pStyle w:val="BodyText"/>
        <w:spacing w:line="276" w:lineRule="auto"/>
        <w:ind w:firstLine="0"/>
        <w:jc w:val="both"/>
        <w:rPr>
          <w:rFonts w:ascii="Courier New" w:hAnsi="Courier New" w:cs="Courier New"/>
          <w:color w:val="auto"/>
          <w:sz w:val="24"/>
          <w:szCs w:val="24"/>
        </w:rPr>
      </w:pPr>
      <w:r>
        <w:rPr>
          <w:rStyle w:val="BodyTextChar1"/>
          <w:rFonts w:cs="Georgia"/>
        </w:rPr>
        <w:t>Радиоактивные превращения. Период полураспада атомных ядер.</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Ядерные реакции. Законы сохранения зарядового и массово</w:t>
      </w:r>
      <w:r>
        <w:rPr>
          <w:rStyle w:val="BodyTextChar1"/>
          <w:rFonts w:cs="Georgia"/>
        </w:rPr>
        <w:softHyphen/>
        <w:t>го чисел. Энергия связи атомных ядер. Связь массы и энергии. Реакции синтеза и деления ядер. Источники энергии Солнца и звёзд (МС).</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Ядерная энергетика. Действия радиоактивных излучений на живые организмы (МС).</w:t>
      </w:r>
    </w:p>
    <w:p w:rsidR="00F44E79" w:rsidRDefault="00F44E79">
      <w:pPr>
        <w:pStyle w:val="BodyText"/>
        <w:spacing w:line="293" w:lineRule="auto"/>
        <w:jc w:val="both"/>
        <w:rPr>
          <w:rFonts w:ascii="Courier New" w:hAnsi="Courier New" w:cs="Courier New"/>
          <w:color w:val="auto"/>
          <w:sz w:val="24"/>
          <w:szCs w:val="24"/>
        </w:rPr>
      </w:pPr>
      <w:r>
        <w:rPr>
          <w:rStyle w:val="BodyTextChar1"/>
          <w:rFonts w:cs="Georgia"/>
          <w:b/>
          <w:bCs/>
          <w:i/>
          <w:iCs/>
          <w:sz w:val="18"/>
          <w:szCs w:val="18"/>
        </w:rPr>
        <w:t>Демонстрации</w:t>
      </w:r>
    </w:p>
    <w:p w:rsidR="00F44E79" w:rsidRDefault="00F44E79" w:rsidP="00E5323B">
      <w:pPr>
        <w:pStyle w:val="BodyText"/>
        <w:numPr>
          <w:ilvl w:val="0"/>
          <w:numId w:val="54"/>
        </w:numPr>
        <w:tabs>
          <w:tab w:val="left" w:pos="470"/>
        </w:tabs>
        <w:spacing w:line="276" w:lineRule="auto"/>
        <w:ind w:firstLine="160"/>
        <w:jc w:val="both"/>
        <w:rPr>
          <w:color w:val="auto"/>
          <w:sz w:val="24"/>
          <w:szCs w:val="24"/>
        </w:rPr>
      </w:pPr>
      <w:bookmarkStart w:id="617" w:name="bookmark3908"/>
      <w:bookmarkEnd w:id="617"/>
      <w:r>
        <w:rPr>
          <w:rStyle w:val="BodyTextChar1"/>
          <w:rFonts w:cs="Georgia"/>
        </w:rPr>
        <w:t>Спектры излучения и поглощения.</w:t>
      </w:r>
    </w:p>
    <w:p w:rsidR="00F44E79" w:rsidRDefault="00F44E79" w:rsidP="00E5323B">
      <w:pPr>
        <w:pStyle w:val="BodyText"/>
        <w:numPr>
          <w:ilvl w:val="0"/>
          <w:numId w:val="54"/>
        </w:numPr>
        <w:tabs>
          <w:tab w:val="left" w:pos="475"/>
        </w:tabs>
        <w:spacing w:line="276" w:lineRule="auto"/>
        <w:ind w:firstLine="160"/>
        <w:jc w:val="both"/>
        <w:rPr>
          <w:color w:val="auto"/>
          <w:sz w:val="24"/>
          <w:szCs w:val="24"/>
        </w:rPr>
      </w:pPr>
      <w:bookmarkStart w:id="618" w:name="bookmark3909"/>
      <w:bookmarkEnd w:id="618"/>
      <w:r>
        <w:rPr>
          <w:rStyle w:val="BodyTextChar1"/>
          <w:rFonts w:cs="Georgia"/>
        </w:rPr>
        <w:t>Спектры различных газов.</w:t>
      </w:r>
    </w:p>
    <w:p w:rsidR="00F44E79" w:rsidRDefault="00F44E79" w:rsidP="00E5323B">
      <w:pPr>
        <w:pStyle w:val="BodyText"/>
        <w:numPr>
          <w:ilvl w:val="0"/>
          <w:numId w:val="54"/>
        </w:numPr>
        <w:tabs>
          <w:tab w:val="left" w:pos="480"/>
        </w:tabs>
        <w:spacing w:line="276" w:lineRule="auto"/>
        <w:ind w:firstLine="160"/>
        <w:jc w:val="both"/>
        <w:rPr>
          <w:color w:val="auto"/>
          <w:sz w:val="24"/>
          <w:szCs w:val="24"/>
        </w:rPr>
      </w:pPr>
      <w:bookmarkStart w:id="619" w:name="bookmark3910"/>
      <w:bookmarkEnd w:id="619"/>
      <w:r>
        <w:rPr>
          <w:rStyle w:val="BodyTextChar1"/>
          <w:rFonts w:cs="Georgia"/>
        </w:rPr>
        <w:t>Спектр водорода.</w:t>
      </w:r>
    </w:p>
    <w:p w:rsidR="00F44E79" w:rsidRDefault="00F44E79" w:rsidP="00E5323B">
      <w:pPr>
        <w:pStyle w:val="BodyText"/>
        <w:numPr>
          <w:ilvl w:val="0"/>
          <w:numId w:val="54"/>
        </w:numPr>
        <w:tabs>
          <w:tab w:val="left" w:pos="480"/>
        </w:tabs>
        <w:spacing w:line="276" w:lineRule="auto"/>
        <w:ind w:firstLine="160"/>
        <w:jc w:val="both"/>
        <w:rPr>
          <w:color w:val="auto"/>
          <w:sz w:val="24"/>
          <w:szCs w:val="24"/>
        </w:rPr>
      </w:pPr>
      <w:bookmarkStart w:id="620" w:name="bookmark3911"/>
      <w:bookmarkEnd w:id="620"/>
      <w:r>
        <w:rPr>
          <w:rStyle w:val="BodyTextChar1"/>
          <w:rFonts w:cs="Georgia"/>
        </w:rPr>
        <w:t>Наблюдение треков в камере Вильсона.</w:t>
      </w:r>
    </w:p>
    <w:p w:rsidR="00F44E79" w:rsidRDefault="00F44E79" w:rsidP="00E5323B">
      <w:pPr>
        <w:pStyle w:val="BodyText"/>
        <w:numPr>
          <w:ilvl w:val="0"/>
          <w:numId w:val="54"/>
        </w:numPr>
        <w:tabs>
          <w:tab w:val="left" w:pos="480"/>
        </w:tabs>
        <w:spacing w:line="276" w:lineRule="auto"/>
        <w:ind w:firstLine="160"/>
        <w:jc w:val="both"/>
        <w:rPr>
          <w:color w:val="auto"/>
          <w:sz w:val="24"/>
          <w:szCs w:val="24"/>
        </w:rPr>
      </w:pPr>
      <w:bookmarkStart w:id="621" w:name="bookmark3912"/>
      <w:bookmarkEnd w:id="621"/>
      <w:r>
        <w:rPr>
          <w:rStyle w:val="BodyTextChar1"/>
          <w:rFonts w:cs="Georgia"/>
        </w:rPr>
        <w:t>Работа счётчика ионизирующих излучений.</w:t>
      </w:r>
    </w:p>
    <w:p w:rsidR="00F44E79" w:rsidRDefault="00F44E79" w:rsidP="00E5323B">
      <w:pPr>
        <w:pStyle w:val="BodyText"/>
        <w:numPr>
          <w:ilvl w:val="0"/>
          <w:numId w:val="54"/>
        </w:numPr>
        <w:tabs>
          <w:tab w:val="left" w:pos="480"/>
        </w:tabs>
        <w:spacing w:line="276" w:lineRule="auto"/>
        <w:ind w:left="400" w:hanging="240"/>
        <w:jc w:val="both"/>
        <w:rPr>
          <w:color w:val="auto"/>
          <w:sz w:val="24"/>
          <w:szCs w:val="24"/>
        </w:rPr>
      </w:pPr>
      <w:bookmarkStart w:id="622" w:name="bookmark3913"/>
      <w:bookmarkEnd w:id="622"/>
      <w:r>
        <w:rPr>
          <w:rStyle w:val="BodyTextChar1"/>
          <w:rFonts w:cs="Georgia"/>
        </w:rPr>
        <w:t>Регистрация излучения природных минералов и продук</w:t>
      </w:r>
      <w:r>
        <w:rPr>
          <w:rStyle w:val="BodyTextChar1"/>
          <w:rFonts w:cs="Georgia"/>
        </w:rPr>
        <w:softHyphen/>
        <w:t>тов.</w:t>
      </w:r>
    </w:p>
    <w:p w:rsidR="00F44E79" w:rsidRDefault="00F44E79">
      <w:pPr>
        <w:pStyle w:val="BodyText"/>
        <w:spacing w:line="293" w:lineRule="auto"/>
        <w:jc w:val="both"/>
        <w:rPr>
          <w:rFonts w:ascii="Courier New" w:hAnsi="Courier New" w:cs="Courier New"/>
          <w:color w:val="auto"/>
          <w:sz w:val="24"/>
          <w:szCs w:val="24"/>
        </w:rPr>
      </w:pPr>
      <w:r>
        <w:rPr>
          <w:rStyle w:val="BodyTextChar1"/>
          <w:rFonts w:cs="Georgia"/>
          <w:b/>
          <w:bCs/>
          <w:i/>
          <w:iCs/>
          <w:sz w:val="18"/>
          <w:szCs w:val="18"/>
        </w:rPr>
        <w:t>Лабораторные работы и опыты</w:t>
      </w:r>
    </w:p>
    <w:p w:rsidR="00F44E79" w:rsidRDefault="00F44E79" w:rsidP="00E5323B">
      <w:pPr>
        <w:pStyle w:val="BodyText"/>
        <w:numPr>
          <w:ilvl w:val="0"/>
          <w:numId w:val="55"/>
        </w:numPr>
        <w:tabs>
          <w:tab w:val="left" w:pos="470"/>
        </w:tabs>
        <w:spacing w:line="276" w:lineRule="auto"/>
        <w:ind w:left="400" w:hanging="240"/>
        <w:jc w:val="both"/>
        <w:rPr>
          <w:color w:val="auto"/>
          <w:sz w:val="24"/>
          <w:szCs w:val="24"/>
        </w:rPr>
      </w:pPr>
      <w:bookmarkStart w:id="623" w:name="bookmark3914"/>
      <w:bookmarkEnd w:id="623"/>
      <w:r>
        <w:rPr>
          <w:rStyle w:val="BodyTextChar1"/>
          <w:rFonts w:cs="Georgia"/>
        </w:rPr>
        <w:t>Наблюдение сплошных и линейчатых спектров излуче</w:t>
      </w:r>
      <w:r>
        <w:rPr>
          <w:rStyle w:val="BodyTextChar1"/>
          <w:rFonts w:cs="Georgia"/>
        </w:rPr>
        <w:softHyphen/>
        <w:t>ния.</w:t>
      </w:r>
    </w:p>
    <w:p w:rsidR="00F44E79" w:rsidRDefault="00F44E79" w:rsidP="00E5323B">
      <w:pPr>
        <w:pStyle w:val="BodyText"/>
        <w:numPr>
          <w:ilvl w:val="0"/>
          <w:numId w:val="55"/>
        </w:numPr>
        <w:tabs>
          <w:tab w:val="left" w:pos="475"/>
        </w:tabs>
        <w:spacing w:line="276" w:lineRule="auto"/>
        <w:ind w:left="400" w:hanging="240"/>
        <w:jc w:val="both"/>
        <w:rPr>
          <w:color w:val="auto"/>
          <w:sz w:val="24"/>
          <w:szCs w:val="24"/>
        </w:rPr>
      </w:pPr>
      <w:bookmarkStart w:id="624" w:name="bookmark3915"/>
      <w:bookmarkEnd w:id="624"/>
      <w:r>
        <w:rPr>
          <w:rStyle w:val="BodyTextChar1"/>
          <w:rFonts w:cs="Georgia"/>
        </w:rPr>
        <w:t>Исследование треков: измерение энергии частицы по тор</w:t>
      </w:r>
      <w:r>
        <w:rPr>
          <w:rStyle w:val="BodyTextChar1"/>
          <w:rFonts w:cs="Georgia"/>
        </w:rPr>
        <w:softHyphen/>
        <w:t>мозному пути (по фотографиям).</w:t>
      </w:r>
    </w:p>
    <w:p w:rsidR="00F44E79" w:rsidRDefault="00F44E79" w:rsidP="00E5323B">
      <w:pPr>
        <w:pStyle w:val="BodyText"/>
        <w:numPr>
          <w:ilvl w:val="0"/>
          <w:numId w:val="55"/>
        </w:numPr>
        <w:tabs>
          <w:tab w:val="left" w:pos="480"/>
        </w:tabs>
        <w:spacing w:after="100" w:line="276" w:lineRule="auto"/>
        <w:ind w:firstLine="160"/>
        <w:jc w:val="both"/>
        <w:rPr>
          <w:color w:val="auto"/>
          <w:sz w:val="24"/>
          <w:szCs w:val="24"/>
        </w:rPr>
      </w:pPr>
      <w:bookmarkStart w:id="625" w:name="bookmark3916"/>
      <w:bookmarkEnd w:id="625"/>
      <w:r>
        <w:rPr>
          <w:rStyle w:val="BodyTextChar1"/>
          <w:rFonts w:cs="Georgia"/>
        </w:rPr>
        <w:t>Измерение радиоактивного фона.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rPr>
        <w:t>Повторительно-обобщающий модуль</w:t>
      </w:r>
    </w:p>
    <w:p w:rsidR="00F44E79" w:rsidRDefault="00F44E79">
      <w:pPr>
        <w:pStyle w:val="BodyText"/>
        <w:spacing w:after="100" w:line="276" w:lineRule="auto"/>
        <w:jc w:val="both"/>
        <w:rPr>
          <w:rFonts w:ascii="Courier New" w:hAnsi="Courier New" w:cs="Courier New"/>
          <w:color w:val="auto"/>
          <w:sz w:val="24"/>
          <w:szCs w:val="24"/>
        </w:rPr>
      </w:pPr>
      <w:r>
        <w:rPr>
          <w:rStyle w:val="BodyTextChar1"/>
          <w:rFonts w:cs="Georgia"/>
        </w:rPr>
        <w:t>Повторительно-обобщающий модуль предназначен для си</w:t>
      </w:r>
      <w:r>
        <w:rPr>
          <w:rStyle w:val="BodyTextChar1"/>
          <w:rFonts w:cs="Georgia"/>
        </w:rPr>
        <w:softHyphen/>
        <w:t>стематизации и обобщения предметного содержания и опыта деятельности, приобретённого при изучении всего курса физи</w:t>
      </w:r>
      <w:r>
        <w:rPr>
          <w:rStyle w:val="BodyTextChar1"/>
          <w:rFonts w:cs="Georgia"/>
        </w:rPr>
        <w:softHyphen/>
        <w:t>ки, а также для подготовки к Основному государственному эк</w:t>
      </w:r>
      <w:r>
        <w:rPr>
          <w:rStyle w:val="BodyTextChar1"/>
          <w:rFonts w:cs="Georgia"/>
        </w:rPr>
        <w:softHyphen/>
        <w:t>замену по физике для обучающихся, выбравших этот учебный предмет.</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При изучении данного модуля реализуются и систематизи</w:t>
      </w:r>
      <w:r>
        <w:rPr>
          <w:rStyle w:val="BodyTextChar1"/>
          <w:rFonts w:cs="Georgia"/>
        </w:rPr>
        <w:softHyphen/>
        <w:t>руются виды деятельности, на основе которых обеспечивается достижение предметных и метапредметных планируемых ре</w:t>
      </w:r>
      <w:r>
        <w:rPr>
          <w:rStyle w:val="BodyTextChar1"/>
          <w:rFonts w:cs="Georgia"/>
        </w:rPr>
        <w:softHyphen/>
        <w:t>зультатов обучения, формируется естественно-научная грамот</w:t>
      </w:r>
      <w:r>
        <w:rPr>
          <w:rStyle w:val="BodyTextChar1"/>
          <w:rFonts w:cs="Georgia"/>
        </w:rPr>
        <w:softHyphen/>
        <w:t>ность: освоение научных методов исследования явлений приро</w:t>
      </w:r>
      <w:r>
        <w:rPr>
          <w:rStyle w:val="BodyTextChar1"/>
          <w:rFonts w:cs="Georgia"/>
        </w:rPr>
        <w:softHyphen/>
        <w:t>ды и техники, овладение умениями объяснять физические яв</w:t>
      </w:r>
      <w:r>
        <w:rPr>
          <w:rStyle w:val="BodyTextChar1"/>
          <w:rFonts w:cs="Georgia"/>
        </w:rPr>
        <w:softHyphen/>
        <w:t>ления, применяя полученные знания, решать задачи, в том числе качественные и экспериментальные.</w:t>
      </w:r>
    </w:p>
    <w:p w:rsidR="00F44E79" w:rsidRDefault="00F44E79">
      <w:pPr>
        <w:pStyle w:val="BodyText"/>
        <w:spacing w:after="100" w:line="276" w:lineRule="auto"/>
        <w:jc w:val="both"/>
        <w:rPr>
          <w:rFonts w:ascii="Courier New" w:hAnsi="Courier New" w:cs="Courier New"/>
          <w:color w:val="auto"/>
          <w:sz w:val="24"/>
          <w:szCs w:val="24"/>
        </w:rPr>
      </w:pPr>
      <w:r>
        <w:rPr>
          <w:rStyle w:val="BodyTextChar1"/>
          <w:rFonts w:cs="Georgia"/>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F44E79" w:rsidRDefault="00F44E79" w:rsidP="00E5323B">
      <w:pPr>
        <w:pStyle w:val="BodyText"/>
        <w:numPr>
          <w:ilvl w:val="0"/>
          <w:numId w:val="56"/>
        </w:numPr>
        <w:tabs>
          <w:tab w:val="left" w:pos="207"/>
        </w:tabs>
        <w:spacing w:line="276" w:lineRule="auto"/>
        <w:ind w:left="240" w:hanging="240"/>
        <w:jc w:val="both"/>
        <w:rPr>
          <w:color w:val="auto"/>
          <w:sz w:val="24"/>
          <w:szCs w:val="24"/>
        </w:rPr>
      </w:pPr>
      <w:bookmarkStart w:id="626" w:name="bookmark3917"/>
      <w:bookmarkEnd w:id="626"/>
      <w:r>
        <w:rPr>
          <w:rStyle w:val="BodyTextChar1"/>
          <w:rFonts w:cs="Georgia"/>
        </w:rPr>
        <w:t>на основе полученных знаний распознавать и научно объяс</w:t>
      </w:r>
      <w:r>
        <w:rPr>
          <w:rStyle w:val="BodyTextChar1"/>
          <w:rFonts w:cs="Georgia"/>
        </w:rPr>
        <w:softHyphen/>
        <w:t>нять физические явления в окружающей природе и повсед</w:t>
      </w:r>
      <w:r>
        <w:rPr>
          <w:rStyle w:val="BodyTextChar1"/>
          <w:rFonts w:cs="Georgia"/>
        </w:rPr>
        <w:softHyphen/>
        <w:t>невной жизни;</w:t>
      </w:r>
    </w:p>
    <w:p w:rsidR="00F44E79" w:rsidRDefault="00F44E79" w:rsidP="00E5323B">
      <w:pPr>
        <w:pStyle w:val="BodyText"/>
        <w:numPr>
          <w:ilvl w:val="0"/>
          <w:numId w:val="56"/>
        </w:numPr>
        <w:tabs>
          <w:tab w:val="left" w:pos="207"/>
        </w:tabs>
        <w:spacing w:line="276" w:lineRule="auto"/>
        <w:ind w:left="240" w:hanging="240"/>
        <w:jc w:val="both"/>
        <w:rPr>
          <w:color w:val="auto"/>
          <w:sz w:val="24"/>
          <w:szCs w:val="24"/>
        </w:rPr>
      </w:pPr>
      <w:bookmarkStart w:id="627" w:name="bookmark3918"/>
      <w:bookmarkEnd w:id="627"/>
      <w:r>
        <w:rPr>
          <w:rStyle w:val="BodyTextChar1"/>
          <w:rFonts w:cs="Georgia"/>
        </w:rPr>
        <w:t>использовать научные методы исследования физических яв</w:t>
      </w:r>
      <w:r>
        <w:rPr>
          <w:rStyle w:val="BodyTextChar1"/>
          <w:rFonts w:cs="Georgia"/>
        </w:rPr>
        <w:softHyphen/>
        <w:t>лений, в том числе для проверки гипотез и получения теоре</w:t>
      </w:r>
      <w:r>
        <w:rPr>
          <w:rStyle w:val="BodyTextChar1"/>
          <w:rFonts w:cs="Georgia"/>
        </w:rPr>
        <w:softHyphen/>
        <w:t>тических выводов;</w:t>
      </w:r>
    </w:p>
    <w:p w:rsidR="00F44E79" w:rsidRDefault="00F44E79" w:rsidP="00E5323B">
      <w:pPr>
        <w:pStyle w:val="BodyText"/>
        <w:numPr>
          <w:ilvl w:val="0"/>
          <w:numId w:val="56"/>
        </w:numPr>
        <w:tabs>
          <w:tab w:val="left" w:pos="207"/>
        </w:tabs>
        <w:spacing w:line="276" w:lineRule="auto"/>
        <w:ind w:left="240" w:hanging="240"/>
        <w:jc w:val="both"/>
        <w:rPr>
          <w:color w:val="auto"/>
          <w:sz w:val="24"/>
          <w:szCs w:val="24"/>
        </w:rPr>
      </w:pPr>
      <w:bookmarkStart w:id="628" w:name="bookmark3919"/>
      <w:bookmarkEnd w:id="628"/>
      <w:r>
        <w:rPr>
          <w:rStyle w:val="BodyTextChar1"/>
          <w:rFonts w:cs="Georgia"/>
        </w:rPr>
        <w:t>объяснять научные основы наиболее важных достижений со</w:t>
      </w:r>
      <w:r>
        <w:rPr>
          <w:rStyle w:val="BodyTextChar1"/>
          <w:rFonts w:cs="Georgia"/>
        </w:rPr>
        <w:softHyphen/>
        <w:t>временных технологий, например, практического использо</w:t>
      </w:r>
      <w:r>
        <w:rPr>
          <w:rStyle w:val="BodyTextChar1"/>
          <w:rFonts w:cs="Georgia"/>
        </w:rPr>
        <w:softHyphen/>
        <w:t>вания различных источников энергии на основе закона пре</w:t>
      </w:r>
      <w:r>
        <w:rPr>
          <w:rStyle w:val="BodyTextChar1"/>
          <w:rFonts w:cs="Georgia"/>
        </w:rPr>
        <w:softHyphen/>
        <w:t>вращения и сохранения всех известных видов энергии.</w:t>
      </w:r>
    </w:p>
    <w:p w:rsidR="00F44E79" w:rsidRDefault="00F44E79">
      <w:pPr>
        <w:pStyle w:val="BodyText"/>
        <w:spacing w:line="276" w:lineRule="auto"/>
        <w:jc w:val="both"/>
        <w:rPr>
          <w:rFonts w:ascii="Courier New" w:hAnsi="Courier New" w:cs="Courier New"/>
          <w:color w:val="auto"/>
          <w:sz w:val="24"/>
          <w:szCs w:val="24"/>
        </w:rPr>
        <w:sectPr w:rsidR="00F44E79">
          <w:footnotePr>
            <w:numFmt w:val="upperRoman"/>
          </w:footnotePr>
          <w:pgSz w:w="7824" w:h="12019"/>
          <w:pgMar w:top="576" w:right="711" w:bottom="971" w:left="715" w:header="0" w:footer="3" w:gutter="0"/>
          <w:cols w:space="720"/>
          <w:noEndnote/>
          <w:docGrid w:linePitch="360"/>
        </w:sectPr>
      </w:pPr>
      <w:r>
        <w:rPr>
          <w:rStyle w:val="BodyTextChar1"/>
          <w:rFonts w:cs="Georgia"/>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BodyTextChar1"/>
          <w:rFonts w:cs="Georgia"/>
        </w:rPr>
        <w:softHyphen/>
        <w:t>новной школы.</w:t>
      </w:r>
    </w:p>
    <w:p w:rsidR="00F44E79" w:rsidRDefault="00F44E79">
      <w:pPr>
        <w:pStyle w:val="31"/>
        <w:spacing w:before="140" w:after="0" w:line="259" w:lineRule="auto"/>
        <w:jc w:val="both"/>
        <w:rPr>
          <w:rFonts w:ascii="Courier New" w:hAnsi="Courier New" w:cs="Courier New"/>
          <w:b w:val="0"/>
          <w:bCs w:val="0"/>
          <w:color w:val="auto"/>
          <w:sz w:val="24"/>
          <w:szCs w:val="24"/>
        </w:rPr>
      </w:pPr>
      <w:r>
        <w:rPr>
          <w:rStyle w:val="30"/>
          <w:rFonts w:cs="Arial"/>
          <w:b/>
        </w:rPr>
        <w:t>ПЛАНИРУЕМЫЕ РЕЗУЛЬТАТЫ ОСВОЕНИЯ</w:t>
      </w:r>
    </w:p>
    <w:p w:rsidR="00F44E79" w:rsidRDefault="00F44E79">
      <w:pPr>
        <w:pStyle w:val="31"/>
        <w:spacing w:after="0" w:line="259" w:lineRule="auto"/>
        <w:jc w:val="both"/>
        <w:rPr>
          <w:rFonts w:ascii="Courier New" w:hAnsi="Courier New" w:cs="Courier New"/>
          <w:b w:val="0"/>
          <w:bCs w:val="0"/>
          <w:color w:val="auto"/>
          <w:sz w:val="24"/>
          <w:szCs w:val="24"/>
        </w:rPr>
      </w:pPr>
      <w:r>
        <w:rPr>
          <w:rStyle w:val="30"/>
          <w:rFonts w:cs="Arial"/>
          <w:b/>
        </w:rPr>
        <w:t>УЧЕБНОГО ПРЕДМЕТА «ФИЗИКА»</w:t>
      </w:r>
    </w:p>
    <w:p w:rsidR="00F44E79" w:rsidRDefault="00F44E79">
      <w:pPr>
        <w:pStyle w:val="33"/>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629" w:name="bookmark3920"/>
      <w:bookmarkStart w:id="630" w:name="bookmark3921"/>
      <w:bookmarkStart w:id="631" w:name="bookmark3922"/>
      <w:r>
        <w:rPr>
          <w:rStyle w:val="32"/>
          <w:rFonts w:cs="Arial"/>
          <w:b/>
          <w:sz w:val="19"/>
          <w:szCs w:val="19"/>
        </w:rPr>
        <w:t>НА УРОВНЕ ОСНОВНОГО ОБЩЕГО ОБРАЗОВАНИЯ</w:t>
      </w:r>
      <w:bookmarkEnd w:id="629"/>
      <w:bookmarkEnd w:id="630"/>
      <w:bookmarkEnd w:id="631"/>
    </w:p>
    <w:p w:rsidR="00F44E79" w:rsidRDefault="00F44E79">
      <w:pPr>
        <w:pStyle w:val="BodyText"/>
        <w:spacing w:after="140" w:line="262" w:lineRule="auto"/>
        <w:jc w:val="both"/>
        <w:rPr>
          <w:rFonts w:ascii="Courier New" w:hAnsi="Courier New" w:cs="Courier New"/>
          <w:color w:val="auto"/>
          <w:sz w:val="24"/>
          <w:szCs w:val="24"/>
        </w:rPr>
      </w:pPr>
      <w:r>
        <w:rPr>
          <w:rStyle w:val="BodyTextChar1"/>
          <w:rFonts w:cs="Georgia"/>
        </w:rPr>
        <w:t>Изучение учебного предмета «Физика» на уровне основного общего образования должно обеспечивать достижение следую</w:t>
      </w:r>
      <w:r>
        <w:rPr>
          <w:rStyle w:val="BodyTextChar1"/>
          <w:rFonts w:cs="Georgia"/>
        </w:rPr>
        <w:softHyphen/>
        <w:t>щих личностных, метапредметных и предметных образователь</w:t>
      </w:r>
      <w:r>
        <w:rPr>
          <w:rStyle w:val="BodyTextChar1"/>
          <w:rFonts w:cs="Georgia"/>
        </w:rPr>
        <w:softHyphen/>
        <w:t>ных результатов.</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ЛИЧНОСТНЫЕ РЕЗУЛЬТАТЫ</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Патриотическое воспитание</w:t>
      </w:r>
      <w:r>
        <w:rPr>
          <w:rStyle w:val="BodyTextChar1"/>
          <w:rFonts w:cs="Georgia"/>
          <w:b/>
          <w:bCs/>
          <w:i/>
          <w:iCs/>
        </w:rPr>
        <w:t>:</w:t>
      </w:r>
    </w:p>
    <w:p w:rsidR="00F44E79" w:rsidRDefault="00F44E79" w:rsidP="00E5323B">
      <w:pPr>
        <w:pStyle w:val="BodyText"/>
        <w:numPr>
          <w:ilvl w:val="0"/>
          <w:numId w:val="57"/>
        </w:numPr>
        <w:tabs>
          <w:tab w:val="left" w:pos="382"/>
        </w:tabs>
        <w:spacing w:line="262" w:lineRule="auto"/>
        <w:ind w:left="240" w:hanging="240"/>
        <w:jc w:val="both"/>
        <w:rPr>
          <w:color w:val="auto"/>
          <w:sz w:val="24"/>
          <w:szCs w:val="24"/>
        </w:rPr>
      </w:pPr>
      <w:bookmarkStart w:id="632" w:name="bookmark3923"/>
      <w:bookmarkEnd w:id="632"/>
      <w:r>
        <w:rPr>
          <w:rStyle w:val="BodyTextChar1"/>
          <w:rFonts w:cs="Georgia"/>
        </w:rPr>
        <w:t>проявление интереса к истории и современному состоянию российской физической науки;</w:t>
      </w:r>
    </w:p>
    <w:p w:rsidR="00F44E79" w:rsidRDefault="00F44E79" w:rsidP="00E5323B">
      <w:pPr>
        <w:pStyle w:val="BodyText"/>
        <w:numPr>
          <w:ilvl w:val="0"/>
          <w:numId w:val="57"/>
        </w:numPr>
        <w:tabs>
          <w:tab w:val="left" w:pos="382"/>
        </w:tabs>
        <w:spacing w:line="262" w:lineRule="auto"/>
        <w:ind w:left="240" w:hanging="240"/>
        <w:jc w:val="both"/>
        <w:rPr>
          <w:color w:val="auto"/>
          <w:sz w:val="24"/>
          <w:szCs w:val="24"/>
        </w:rPr>
      </w:pPr>
      <w:bookmarkStart w:id="633" w:name="bookmark3924"/>
      <w:bookmarkEnd w:id="633"/>
      <w:r>
        <w:rPr>
          <w:rStyle w:val="BodyTextChar1"/>
          <w:rFonts w:cs="Georgia"/>
        </w:rPr>
        <w:t>ценностное отношение к достижениям российских учё</w:t>
      </w:r>
      <w:r>
        <w:rPr>
          <w:rStyle w:val="BodyTextChar1"/>
          <w:rFonts w:cs="Georgia"/>
        </w:rPr>
        <w:softHyphen/>
        <w:t>ных-физиков.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Гражданское и духовно-нравственное воспитание</w:t>
      </w:r>
      <w:r>
        <w:rPr>
          <w:rStyle w:val="BodyTextChar1"/>
          <w:rFonts w:cs="Georgia"/>
          <w:b/>
          <w:bCs/>
          <w:i/>
          <w:iCs/>
        </w:rPr>
        <w:t>:</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—готовность к активному участию в обсуждении общественно</w:t>
      </w:r>
      <w:r>
        <w:rPr>
          <w:rStyle w:val="BodyTextChar1"/>
          <w:rFonts w:cs="Georgia"/>
        </w:rPr>
        <w:softHyphen/>
        <w:t>значимых и этических проблем, связанных с практическим применением достижений физики;</w:t>
      </w:r>
    </w:p>
    <w:p w:rsidR="00F44E79" w:rsidRDefault="00F44E79" w:rsidP="00E5323B">
      <w:pPr>
        <w:pStyle w:val="BodyText"/>
        <w:numPr>
          <w:ilvl w:val="0"/>
          <w:numId w:val="57"/>
        </w:numPr>
        <w:tabs>
          <w:tab w:val="left" w:pos="382"/>
        </w:tabs>
        <w:spacing w:line="262" w:lineRule="auto"/>
        <w:ind w:left="240" w:hanging="240"/>
        <w:jc w:val="both"/>
        <w:rPr>
          <w:color w:val="auto"/>
          <w:sz w:val="24"/>
          <w:szCs w:val="24"/>
        </w:rPr>
      </w:pPr>
      <w:bookmarkStart w:id="634" w:name="bookmark3925"/>
      <w:bookmarkEnd w:id="634"/>
      <w:r>
        <w:rPr>
          <w:rStyle w:val="BodyTextChar1"/>
          <w:rFonts w:cs="Georgia"/>
        </w:rPr>
        <w:t>осознание важности морально-этических принципов в дея</w:t>
      </w:r>
      <w:r>
        <w:rPr>
          <w:rStyle w:val="BodyTextChar1"/>
          <w:rFonts w:cs="Georgia"/>
        </w:rPr>
        <w:softHyphen/>
        <w:t>тельности учёного.</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Эстетическое воспитание</w:t>
      </w:r>
      <w:r>
        <w:rPr>
          <w:rStyle w:val="BodyTextChar1"/>
          <w:rFonts w:cs="Georgia"/>
          <w:b/>
          <w:bCs/>
          <w:i/>
          <w:iCs/>
        </w:rPr>
        <w:t>:</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—восприятие эстетических качеств физической науки: её гар</w:t>
      </w:r>
      <w:r>
        <w:rPr>
          <w:rStyle w:val="BodyTextChar1"/>
          <w:rFonts w:cs="Georgia"/>
        </w:rPr>
        <w:softHyphen/>
        <w:t>моничного построения, строгости, точности, лаконичности.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Ценности научного познания</w:t>
      </w:r>
      <w:r>
        <w:rPr>
          <w:rStyle w:val="BodyTextChar1"/>
          <w:rFonts w:cs="Georgia"/>
          <w:b/>
          <w:bCs/>
          <w:i/>
          <w:iCs/>
        </w:rPr>
        <w:t>:</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—осознание ценности физической науки как мощного инстру</w:t>
      </w:r>
      <w:r>
        <w:rPr>
          <w:rStyle w:val="BodyTextChar1"/>
          <w:rFonts w:cs="Georgia"/>
        </w:rPr>
        <w:softHyphen/>
        <w:t>мента познания мира, основы развития технологий, важней</w:t>
      </w:r>
      <w:r>
        <w:rPr>
          <w:rStyle w:val="BodyTextChar1"/>
          <w:rFonts w:cs="Georgia"/>
        </w:rPr>
        <w:softHyphen/>
        <w:t>шей составляющей культуры;</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—развитие научной любознательности, интереса к исследова</w:t>
      </w:r>
      <w:r>
        <w:rPr>
          <w:rStyle w:val="BodyTextChar1"/>
          <w:rFonts w:cs="Georgia"/>
        </w:rPr>
        <w:softHyphen/>
        <w:t>тельской деятельности.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Формирование культуры здоровья и эмоционального благополучия</w:t>
      </w:r>
      <w:r>
        <w:rPr>
          <w:rStyle w:val="BodyTextChar1"/>
          <w:rFonts w:cs="Georgia"/>
          <w:b/>
          <w:bCs/>
          <w:i/>
          <w:iCs/>
        </w:rPr>
        <w:t>:</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—осознание ценности безопасного образа жизни в современном технологическом мире, важности правил безопасного поведе</w:t>
      </w:r>
      <w:r>
        <w:rPr>
          <w:rStyle w:val="BodyTextChar1"/>
          <w:rFonts w:cs="Georgia"/>
        </w:rPr>
        <w:softHyphen/>
        <w:t>ния на транспорте, на дорогах, с электрическим и тепловым оборудованием в домашних условиях;</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—сформированность навыка рефлексии, признание своего пра</w:t>
      </w:r>
      <w:r>
        <w:rPr>
          <w:rStyle w:val="BodyTextChar1"/>
          <w:rFonts w:cs="Georgia"/>
        </w:rPr>
        <w:softHyphen/>
        <w:t>ва на ошибку и такого же права у другого человека.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Трудовое воспитание</w:t>
      </w:r>
      <w:r>
        <w:rPr>
          <w:rStyle w:val="BodyTextChar1"/>
          <w:rFonts w:cs="Georgia"/>
          <w:b/>
          <w:bCs/>
          <w:i/>
          <w:iCs/>
        </w:rPr>
        <w:t>:</w:t>
      </w:r>
    </w:p>
    <w:p w:rsidR="00F44E79" w:rsidRDefault="00F44E79">
      <w:pPr>
        <w:pStyle w:val="BodyText"/>
        <w:spacing w:after="140" w:line="262" w:lineRule="auto"/>
        <w:ind w:left="240" w:hanging="240"/>
        <w:jc w:val="both"/>
        <w:rPr>
          <w:rFonts w:ascii="Courier New" w:hAnsi="Courier New" w:cs="Courier New"/>
          <w:color w:val="auto"/>
          <w:sz w:val="24"/>
          <w:szCs w:val="24"/>
        </w:rPr>
      </w:pPr>
      <w:r>
        <w:rPr>
          <w:rStyle w:val="BodyTextChar1"/>
          <w:rFonts w:cs="Georgia"/>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BodyTextChar1"/>
          <w:rFonts w:cs="Georgia"/>
        </w:rPr>
        <w:softHyphen/>
        <w:t>ний;</w:t>
      </w:r>
    </w:p>
    <w:p w:rsidR="00F44E79" w:rsidRDefault="00F44E79" w:rsidP="00E5323B">
      <w:pPr>
        <w:pStyle w:val="BodyText"/>
        <w:numPr>
          <w:ilvl w:val="0"/>
          <w:numId w:val="57"/>
        </w:numPr>
        <w:tabs>
          <w:tab w:val="left" w:pos="357"/>
        </w:tabs>
        <w:spacing w:line="266" w:lineRule="auto"/>
        <w:ind w:left="240" w:hanging="240"/>
        <w:jc w:val="both"/>
        <w:rPr>
          <w:color w:val="auto"/>
          <w:sz w:val="24"/>
          <w:szCs w:val="24"/>
        </w:rPr>
      </w:pPr>
      <w:bookmarkStart w:id="635" w:name="bookmark3926"/>
      <w:bookmarkEnd w:id="635"/>
      <w:r>
        <w:rPr>
          <w:rStyle w:val="BodyTextChar1"/>
          <w:rFonts w:cs="Georgia"/>
        </w:rPr>
        <w:t>интерес к практическому изучению профессий, связанных с физикой.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Экологическое воспитание</w:t>
      </w:r>
      <w:r>
        <w:rPr>
          <w:rStyle w:val="BodyTextChar1"/>
          <w:rFonts w:cs="Georgia"/>
          <w:b/>
          <w:bCs/>
          <w:i/>
          <w:iCs/>
        </w:rPr>
        <w:t>:</w:t>
      </w:r>
    </w:p>
    <w:p w:rsidR="00F44E79" w:rsidRDefault="00F44E79" w:rsidP="00E5323B">
      <w:pPr>
        <w:pStyle w:val="BodyText"/>
        <w:numPr>
          <w:ilvl w:val="0"/>
          <w:numId w:val="57"/>
        </w:numPr>
        <w:tabs>
          <w:tab w:val="left" w:pos="357"/>
        </w:tabs>
        <w:spacing w:line="266" w:lineRule="auto"/>
        <w:ind w:left="240" w:hanging="240"/>
        <w:jc w:val="both"/>
        <w:rPr>
          <w:color w:val="auto"/>
          <w:sz w:val="24"/>
          <w:szCs w:val="24"/>
        </w:rPr>
      </w:pPr>
      <w:bookmarkStart w:id="636" w:name="bookmark3927"/>
      <w:bookmarkEnd w:id="636"/>
      <w:r>
        <w:rPr>
          <w:rStyle w:val="BodyTextChar1"/>
          <w:rFonts w:cs="Georgia"/>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—осознание глобального характера экологических проблем и путей их решения.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Адаптация обучающегося к изменяющимся услови</w:t>
      </w:r>
      <w:r>
        <w:rPr>
          <w:rStyle w:val="BodyTextChar1"/>
          <w:rFonts w:cs="Georgia"/>
          <w:b/>
          <w:bCs/>
          <w:i/>
          <w:iCs/>
          <w:sz w:val="18"/>
          <w:szCs w:val="18"/>
        </w:rPr>
        <w:softHyphen/>
        <w:t>ям социальной и природной среды</w:t>
      </w:r>
      <w:r>
        <w:rPr>
          <w:rStyle w:val="BodyTextChar1"/>
          <w:rFonts w:cs="Georgia"/>
          <w:b/>
          <w:bCs/>
          <w:i/>
          <w:iCs/>
        </w:rPr>
        <w:t>:</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—потребность во взаимодействии при выполнении исследова</w:t>
      </w:r>
      <w:r>
        <w:rPr>
          <w:rStyle w:val="BodyTextChar1"/>
          <w:rFonts w:cs="Georgia"/>
        </w:rPr>
        <w:softHyphen/>
        <w:t>ний и проектов физической направленности, открытость опыту и знаниям других;</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—повышение уровня своей компетентности через практиче</w:t>
      </w:r>
      <w:r>
        <w:rPr>
          <w:rStyle w:val="BodyTextChar1"/>
          <w:rFonts w:cs="Georgia"/>
        </w:rPr>
        <w:softHyphen/>
        <w:t>скую деятельность;</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—потребность в формировании новых знаний, в том числе фор</w:t>
      </w:r>
      <w:r>
        <w:rPr>
          <w:rStyle w:val="BodyTextChar1"/>
          <w:rFonts w:cs="Georgia"/>
        </w:rPr>
        <w:softHyphen/>
        <w:t>мулировать идеи, понятия, гипотезы о физических объектах и явлениях;</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—осознание дефицитов собственных знаний и компетентностей в области физики;</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—планирование своего развития в приобретении новых физи</w:t>
      </w:r>
      <w:r>
        <w:rPr>
          <w:rStyle w:val="BodyTextChar1"/>
          <w:rFonts w:cs="Georgia"/>
        </w:rPr>
        <w:softHyphen/>
        <w:t>ческих знаний;</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—стремление анализировать и выявлять взаимосвязи приро</w:t>
      </w:r>
      <w:r>
        <w:rPr>
          <w:rStyle w:val="BodyTextChar1"/>
          <w:rFonts w:cs="Georgia"/>
        </w:rPr>
        <w:softHyphen/>
        <w:t>ды, общества и экономики, в том числе с использованием фи</w:t>
      </w:r>
      <w:r>
        <w:rPr>
          <w:rStyle w:val="BodyTextChar1"/>
          <w:rFonts w:cs="Georgia"/>
        </w:rPr>
        <w:softHyphen/>
        <w:t>зических знаний;</w:t>
      </w:r>
    </w:p>
    <w:p w:rsidR="00F44E79" w:rsidRDefault="00F44E79" w:rsidP="00E5323B">
      <w:pPr>
        <w:pStyle w:val="BodyText"/>
        <w:numPr>
          <w:ilvl w:val="0"/>
          <w:numId w:val="57"/>
        </w:numPr>
        <w:tabs>
          <w:tab w:val="left" w:pos="357"/>
        </w:tabs>
        <w:spacing w:after="180" w:line="266" w:lineRule="auto"/>
        <w:ind w:left="240" w:hanging="240"/>
        <w:jc w:val="both"/>
        <w:rPr>
          <w:color w:val="auto"/>
          <w:sz w:val="24"/>
          <w:szCs w:val="24"/>
        </w:rPr>
      </w:pPr>
      <w:bookmarkStart w:id="637" w:name="bookmark3928"/>
      <w:bookmarkEnd w:id="637"/>
      <w:r>
        <w:rPr>
          <w:rStyle w:val="BodyTextChar1"/>
          <w:rFonts w:cs="Georgia"/>
        </w:rPr>
        <w:t>оценка своих действий с учётом влияния на окружающую среду, возможных глобальных последствий.</w:t>
      </w:r>
    </w:p>
    <w:p w:rsidR="00F44E79" w:rsidRDefault="00F44E79">
      <w:pPr>
        <w:pStyle w:val="22"/>
        <w:spacing w:after="120"/>
        <w:jc w:val="both"/>
        <w:rPr>
          <w:rFonts w:ascii="Courier New" w:hAnsi="Courier New" w:cs="Courier New"/>
          <w:b w:val="0"/>
          <w:bCs w:val="0"/>
          <w:color w:val="auto"/>
          <w:w w:val="100"/>
          <w:sz w:val="24"/>
          <w:szCs w:val="24"/>
        </w:rPr>
      </w:pPr>
      <w:r>
        <w:rPr>
          <w:rStyle w:val="21"/>
          <w:rFonts w:cs="Tahoma"/>
          <w:b/>
        </w:rPr>
        <w:t>МЕТАПРЕДМЕТНЫЕ РЕЗУЛЬТАТЫ</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Универсальные познавательные действия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Базовые логические действия</w:t>
      </w:r>
      <w:r>
        <w:rPr>
          <w:rStyle w:val="BodyTextChar1"/>
          <w:rFonts w:cs="Georgia"/>
          <w:b/>
          <w:bCs/>
          <w:i/>
          <w:iCs/>
        </w:rPr>
        <w:t>:</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—выявлять и характеризовать существенные признаки объек</w:t>
      </w:r>
      <w:r>
        <w:rPr>
          <w:rStyle w:val="BodyTextChar1"/>
          <w:rFonts w:cs="Georgia"/>
        </w:rPr>
        <w:softHyphen/>
        <w:t>тов (явлений);</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—устанавливать существенный признак классификации, осно</w:t>
      </w:r>
      <w:r>
        <w:rPr>
          <w:rStyle w:val="BodyTextChar1"/>
          <w:rFonts w:cs="Georgia"/>
        </w:rPr>
        <w:softHyphen/>
        <w:t>вания для обобщения и сравнения;</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—выявлять закономерности и противоречия в рассматривае</w:t>
      </w:r>
      <w:r>
        <w:rPr>
          <w:rStyle w:val="BodyTextChar1"/>
          <w:rFonts w:cs="Georgia"/>
        </w:rPr>
        <w:softHyphen/>
        <w:t>мых фактах, данных и наблюдениях, относящихся к физиче</w:t>
      </w:r>
      <w:r>
        <w:rPr>
          <w:rStyle w:val="BodyTextChar1"/>
          <w:rFonts w:cs="Georgia"/>
        </w:rPr>
        <w:softHyphen/>
        <w:t>ским явлениям;</w:t>
      </w:r>
    </w:p>
    <w:p w:rsidR="00F44E79" w:rsidRDefault="00F44E79">
      <w:pPr>
        <w:pStyle w:val="BodyText"/>
        <w:spacing w:after="120" w:line="262" w:lineRule="auto"/>
        <w:ind w:left="240" w:hanging="240"/>
        <w:jc w:val="both"/>
        <w:rPr>
          <w:rFonts w:ascii="Courier New" w:hAnsi="Courier New" w:cs="Courier New"/>
          <w:color w:val="auto"/>
          <w:sz w:val="24"/>
          <w:szCs w:val="24"/>
        </w:rPr>
      </w:pPr>
      <w:r>
        <w:rPr>
          <w:rStyle w:val="BodyTextChar1"/>
          <w:rFonts w:cs="Georgia"/>
        </w:rPr>
        <w:t>—выявлять причинно-следственные связи при изучении физи</w:t>
      </w:r>
      <w:r>
        <w:rPr>
          <w:rStyle w:val="BodyTextChar1"/>
          <w:rFonts w:cs="Georgia"/>
        </w:rPr>
        <w:softHyphen/>
        <w:t>ческих явлений и процессов; делать выводы с использовани</w:t>
      </w:r>
      <w:r>
        <w:rPr>
          <w:rStyle w:val="BodyTextChar1"/>
          <w:rFonts w:cs="Georgia"/>
        </w:rPr>
        <w:softHyphen/>
        <w:t>ем дедуктивных и индуктивных умозаключений, выдвигать гипотезы о взаимосвязях физических величин;</w:t>
      </w:r>
    </w:p>
    <w:p w:rsidR="00F44E79" w:rsidRDefault="00F44E79" w:rsidP="00E5323B">
      <w:pPr>
        <w:pStyle w:val="BodyText"/>
        <w:numPr>
          <w:ilvl w:val="0"/>
          <w:numId w:val="57"/>
        </w:numPr>
        <w:tabs>
          <w:tab w:val="left" w:pos="352"/>
        </w:tabs>
        <w:spacing w:line="262" w:lineRule="auto"/>
        <w:ind w:left="240" w:hanging="240"/>
        <w:jc w:val="both"/>
        <w:rPr>
          <w:color w:val="auto"/>
          <w:sz w:val="24"/>
          <w:szCs w:val="24"/>
        </w:rPr>
      </w:pPr>
      <w:bookmarkStart w:id="638" w:name="bookmark3929"/>
      <w:bookmarkEnd w:id="638"/>
      <w:r>
        <w:rPr>
          <w:rStyle w:val="BodyTextChar1"/>
          <w:rFonts w:cs="Georgia"/>
        </w:rPr>
        <w:t>самостоятельно выбирать способ решения учебной физиче</w:t>
      </w:r>
      <w:r>
        <w:rPr>
          <w:rStyle w:val="BodyTextChar1"/>
          <w:rFonts w:cs="Georgia"/>
        </w:rPr>
        <w:softHyphen/>
        <w:t>ской задачи (сравнение нескольких вариантов решения, вы</w:t>
      </w:r>
      <w:r>
        <w:rPr>
          <w:rStyle w:val="BodyTextChar1"/>
          <w:rFonts w:cs="Georgia"/>
        </w:rPr>
        <w:softHyphen/>
        <w:t>бор наиболее подходящего с учётом самостоятельно выделен</w:t>
      </w:r>
      <w:r>
        <w:rPr>
          <w:rStyle w:val="BodyTextChar1"/>
          <w:rFonts w:cs="Georgia"/>
        </w:rPr>
        <w:softHyphen/>
        <w:t>ных критериев).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Базовые исследовательские действия</w:t>
      </w:r>
      <w:r>
        <w:rPr>
          <w:rStyle w:val="BodyTextChar1"/>
          <w:rFonts w:cs="Georgia"/>
          <w:b/>
          <w:bCs/>
          <w:i/>
          <w:iCs/>
        </w:rPr>
        <w:t>:</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—использовать вопросы как исследовательский инструмент познания;</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—проводить по самостоятельно составленному плану опыт, не</w:t>
      </w:r>
      <w:r>
        <w:rPr>
          <w:rStyle w:val="BodyTextChar1"/>
          <w:rFonts w:cs="Georgia"/>
        </w:rPr>
        <w:softHyphen/>
        <w:t>сложный физический эксперимент, небольшое исследование физического явления;</w:t>
      </w:r>
    </w:p>
    <w:p w:rsidR="00F44E79" w:rsidRDefault="00F44E79" w:rsidP="00E5323B">
      <w:pPr>
        <w:pStyle w:val="BodyText"/>
        <w:numPr>
          <w:ilvl w:val="0"/>
          <w:numId w:val="57"/>
        </w:numPr>
        <w:tabs>
          <w:tab w:val="left" w:pos="352"/>
        </w:tabs>
        <w:spacing w:line="262" w:lineRule="auto"/>
        <w:ind w:left="240" w:hanging="240"/>
        <w:jc w:val="both"/>
        <w:rPr>
          <w:color w:val="auto"/>
          <w:sz w:val="24"/>
          <w:szCs w:val="24"/>
        </w:rPr>
      </w:pPr>
      <w:bookmarkStart w:id="639" w:name="bookmark3930"/>
      <w:bookmarkEnd w:id="639"/>
      <w:r>
        <w:rPr>
          <w:rStyle w:val="BodyTextChar1"/>
          <w:rFonts w:cs="Georgia"/>
        </w:rPr>
        <w:t>оценивать на применимость и достоверность информацию, полученную в ходе исследования или эксперимента;</w:t>
      </w:r>
    </w:p>
    <w:p w:rsidR="00F44E79" w:rsidRDefault="00F44E79" w:rsidP="00E5323B">
      <w:pPr>
        <w:pStyle w:val="BodyText"/>
        <w:numPr>
          <w:ilvl w:val="0"/>
          <w:numId w:val="57"/>
        </w:numPr>
        <w:tabs>
          <w:tab w:val="left" w:pos="352"/>
        </w:tabs>
        <w:spacing w:line="262" w:lineRule="auto"/>
        <w:ind w:left="240" w:hanging="240"/>
        <w:jc w:val="both"/>
        <w:rPr>
          <w:color w:val="auto"/>
          <w:sz w:val="24"/>
          <w:szCs w:val="24"/>
        </w:rPr>
      </w:pPr>
      <w:bookmarkStart w:id="640" w:name="bookmark3931"/>
      <w:bookmarkEnd w:id="640"/>
      <w:r>
        <w:rPr>
          <w:rStyle w:val="BodyTextChar1"/>
          <w:rFonts w:cs="Georgia"/>
        </w:rPr>
        <w:t>самостоятельно формулировать обобщения и выводы по ре</w:t>
      </w:r>
      <w:r>
        <w:rPr>
          <w:rStyle w:val="BodyTextChar1"/>
          <w:rFonts w:cs="Georgia"/>
        </w:rPr>
        <w:softHyphen/>
        <w:t>зультатам проведённого наблюдения, опыта, исследования;</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Работа с информацией</w:t>
      </w:r>
      <w:r>
        <w:rPr>
          <w:rStyle w:val="BodyTextChar1"/>
          <w:rFonts w:cs="Georgia"/>
          <w:b/>
          <w:bCs/>
          <w:i/>
          <w:iCs/>
        </w:rPr>
        <w:t>:</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—применять различные методы, инструменты и запросы при поиске и отборе информации или данных с учётом предло</w:t>
      </w:r>
      <w:r>
        <w:rPr>
          <w:rStyle w:val="BodyTextChar1"/>
          <w:rFonts w:cs="Georgia"/>
        </w:rPr>
        <w:softHyphen/>
        <w:t>женной учебной физической задачи;</w:t>
      </w:r>
    </w:p>
    <w:p w:rsidR="00F44E79" w:rsidRDefault="00F44E79">
      <w:pPr>
        <w:pStyle w:val="BodyText"/>
        <w:spacing w:line="262" w:lineRule="auto"/>
        <w:ind w:left="240" w:hanging="240"/>
        <w:jc w:val="both"/>
        <w:rPr>
          <w:rFonts w:ascii="Courier New" w:hAnsi="Courier New" w:cs="Courier New"/>
          <w:color w:val="auto"/>
          <w:sz w:val="24"/>
          <w:szCs w:val="24"/>
        </w:rPr>
      </w:pPr>
      <w:r>
        <w:rPr>
          <w:rStyle w:val="BodyTextChar1"/>
          <w:rFonts w:cs="Georgia"/>
        </w:rPr>
        <w:t>—анализировать, систематизировать и интерпретировать ин</w:t>
      </w:r>
      <w:r>
        <w:rPr>
          <w:rStyle w:val="BodyTextChar1"/>
          <w:rFonts w:cs="Georgia"/>
        </w:rPr>
        <w:softHyphen/>
        <w:t>формацию различных видов и форм представления;</w:t>
      </w:r>
    </w:p>
    <w:p w:rsidR="00F44E79" w:rsidRDefault="00F44E79">
      <w:pPr>
        <w:pStyle w:val="BodyText"/>
        <w:spacing w:after="160" w:line="262" w:lineRule="auto"/>
        <w:ind w:left="240" w:hanging="240"/>
        <w:jc w:val="both"/>
        <w:rPr>
          <w:rFonts w:ascii="Courier New" w:hAnsi="Courier New" w:cs="Courier New"/>
          <w:color w:val="auto"/>
          <w:sz w:val="24"/>
          <w:szCs w:val="24"/>
        </w:rPr>
      </w:pPr>
      <w:r>
        <w:rPr>
          <w:rStyle w:val="BodyTextChar1"/>
          <w:rFonts w:cs="Georgia"/>
        </w:rPr>
        <w:t>—самостоятельно выбирать оптимальную форму представле</w:t>
      </w:r>
      <w:r>
        <w:rPr>
          <w:rStyle w:val="BodyTextChar1"/>
          <w:rFonts w:cs="Georgia"/>
        </w:rPr>
        <w:softHyphen/>
        <w:t>ния информации и иллюстрировать решаемые задачи не</w:t>
      </w:r>
      <w:r>
        <w:rPr>
          <w:rStyle w:val="BodyTextChar1"/>
          <w:rFonts w:cs="Georgia"/>
        </w:rPr>
        <w:softHyphen/>
        <w:t>сложными схемами, диаграммами, иной графикой и их ком</w:t>
      </w:r>
      <w:r>
        <w:rPr>
          <w:rStyle w:val="BodyTextChar1"/>
          <w:rFonts w:cs="Georgia"/>
        </w:rPr>
        <w:softHyphen/>
        <w:t>бинациями.</w:t>
      </w:r>
    </w:p>
    <w:p w:rsidR="00F44E79" w:rsidRDefault="00F44E79">
      <w:pPr>
        <w:pStyle w:val="90"/>
        <w:jc w:val="both"/>
        <w:rPr>
          <w:rFonts w:ascii="Courier New" w:hAnsi="Courier New" w:cs="Courier New"/>
          <w:b w:val="0"/>
          <w:bCs w:val="0"/>
          <w:color w:val="auto"/>
          <w:sz w:val="24"/>
          <w:szCs w:val="24"/>
        </w:rPr>
      </w:pPr>
      <w:r>
        <w:rPr>
          <w:rStyle w:val="9"/>
          <w:rFonts w:cs="Trebuchet MS"/>
          <w:b/>
        </w:rPr>
        <w:t>Универсальные коммуникативные действия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Общение</w:t>
      </w:r>
      <w:r>
        <w:rPr>
          <w:rStyle w:val="BodyTextChar1"/>
          <w:rFonts w:cs="Georgia"/>
          <w:b/>
          <w:bCs/>
          <w:i/>
          <w:iCs/>
        </w:rPr>
        <w:t>:</w:t>
      </w:r>
    </w:p>
    <w:p w:rsidR="00F44E79" w:rsidRDefault="00F44E79" w:rsidP="00E5323B">
      <w:pPr>
        <w:pStyle w:val="BodyText"/>
        <w:numPr>
          <w:ilvl w:val="0"/>
          <w:numId w:val="57"/>
        </w:numPr>
        <w:tabs>
          <w:tab w:val="left" w:pos="352"/>
        </w:tabs>
        <w:spacing w:line="266" w:lineRule="auto"/>
        <w:ind w:left="240" w:hanging="240"/>
        <w:jc w:val="both"/>
        <w:rPr>
          <w:color w:val="auto"/>
          <w:sz w:val="24"/>
          <w:szCs w:val="24"/>
        </w:rPr>
      </w:pPr>
      <w:bookmarkStart w:id="641" w:name="bookmark3932"/>
      <w:bookmarkEnd w:id="641"/>
      <w:r>
        <w:rPr>
          <w:rStyle w:val="BodyTextChar1"/>
          <w:rFonts w:cs="Georgia"/>
        </w:rPr>
        <w:t>в ходе обсуждения учебного материала, результатов лабора</w:t>
      </w:r>
      <w:r>
        <w:rPr>
          <w:rStyle w:val="BodyTextChar1"/>
          <w:rFonts w:cs="Georgia"/>
        </w:rPr>
        <w:softHyphen/>
        <w:t>торных работ и проектов задавать вопросы по существу об</w:t>
      </w:r>
      <w:r>
        <w:rPr>
          <w:rStyle w:val="BodyTextChar1"/>
          <w:rFonts w:cs="Georgia"/>
        </w:rPr>
        <w:softHyphen/>
        <w:t>суждаемой темы и высказывать идеи, нацеленные на реше</w:t>
      </w:r>
      <w:r>
        <w:rPr>
          <w:rStyle w:val="BodyTextChar1"/>
          <w:rFonts w:cs="Georgia"/>
        </w:rPr>
        <w:softHyphen/>
        <w:t>ние задачи и поддержание благожелательности общения;</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—сопоставлять свои суждения с суждениями других участни</w:t>
      </w:r>
      <w:r>
        <w:rPr>
          <w:rStyle w:val="BodyTextChar1"/>
          <w:rFonts w:cs="Georgia"/>
        </w:rPr>
        <w:softHyphen/>
        <w:t>ков диалога, обнаруживать различие и сходство позиций;</w:t>
      </w:r>
    </w:p>
    <w:p w:rsidR="00F44E79" w:rsidRDefault="00F44E79" w:rsidP="00E5323B">
      <w:pPr>
        <w:pStyle w:val="BodyText"/>
        <w:numPr>
          <w:ilvl w:val="0"/>
          <w:numId w:val="57"/>
        </w:numPr>
        <w:tabs>
          <w:tab w:val="left" w:pos="352"/>
        </w:tabs>
        <w:spacing w:after="60" w:line="266" w:lineRule="auto"/>
        <w:ind w:firstLine="0"/>
        <w:jc w:val="both"/>
        <w:rPr>
          <w:color w:val="auto"/>
          <w:sz w:val="24"/>
          <w:szCs w:val="24"/>
        </w:rPr>
      </w:pPr>
      <w:bookmarkStart w:id="642" w:name="bookmark3933"/>
      <w:bookmarkEnd w:id="642"/>
      <w:r>
        <w:rPr>
          <w:rStyle w:val="BodyTextChar1"/>
          <w:rFonts w:cs="Georgia"/>
        </w:rPr>
        <w:t>выражать свою точку зрения в устных и письменных текстах;</w:t>
      </w:r>
    </w:p>
    <w:p w:rsidR="00F44E79" w:rsidRDefault="00F44E79" w:rsidP="00E5323B">
      <w:pPr>
        <w:pStyle w:val="BodyText"/>
        <w:numPr>
          <w:ilvl w:val="0"/>
          <w:numId w:val="57"/>
        </w:numPr>
        <w:tabs>
          <w:tab w:val="left" w:pos="352"/>
        </w:tabs>
        <w:spacing w:line="266" w:lineRule="auto"/>
        <w:ind w:left="240" w:hanging="240"/>
        <w:jc w:val="both"/>
        <w:rPr>
          <w:color w:val="auto"/>
          <w:sz w:val="24"/>
          <w:szCs w:val="24"/>
        </w:rPr>
      </w:pPr>
      <w:bookmarkStart w:id="643" w:name="bookmark3934"/>
      <w:bookmarkEnd w:id="643"/>
      <w:r>
        <w:rPr>
          <w:rStyle w:val="BodyTextChar1"/>
          <w:rFonts w:cs="Georgia"/>
        </w:rPr>
        <w:t>публично представлять результаты выполненного физическо</w:t>
      </w:r>
      <w:r>
        <w:rPr>
          <w:rStyle w:val="BodyTextChar1"/>
          <w:rFonts w:cs="Georgia"/>
        </w:rPr>
        <w:softHyphen/>
        <w:t>го опыта (эксперимента, исследования, проекта).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 xml:space="preserve">Совместная деятельность </w:t>
      </w:r>
      <w:r>
        <w:rPr>
          <w:rStyle w:val="BodyTextChar1"/>
          <w:rFonts w:cs="Georgia"/>
          <w:b/>
          <w:bCs/>
          <w:i/>
          <w:iCs/>
        </w:rPr>
        <w:t>(</w:t>
      </w:r>
      <w:r>
        <w:rPr>
          <w:rStyle w:val="BodyTextChar1"/>
          <w:rFonts w:cs="Georgia"/>
          <w:b/>
          <w:bCs/>
          <w:i/>
          <w:iCs/>
          <w:sz w:val="18"/>
          <w:szCs w:val="18"/>
        </w:rPr>
        <w:t>сотрудничество</w:t>
      </w:r>
      <w:r>
        <w:rPr>
          <w:rStyle w:val="BodyTextChar1"/>
          <w:rFonts w:cs="Georgia"/>
          <w:b/>
          <w:bCs/>
          <w:i/>
          <w:iCs/>
        </w:rPr>
        <w:t>):</w:t>
      </w:r>
    </w:p>
    <w:p w:rsidR="00F44E79" w:rsidRDefault="00F44E79" w:rsidP="00E5323B">
      <w:pPr>
        <w:pStyle w:val="BodyText"/>
        <w:numPr>
          <w:ilvl w:val="0"/>
          <w:numId w:val="57"/>
        </w:numPr>
        <w:tabs>
          <w:tab w:val="left" w:pos="352"/>
        </w:tabs>
        <w:spacing w:after="120" w:line="266" w:lineRule="auto"/>
        <w:ind w:left="240" w:hanging="240"/>
        <w:jc w:val="both"/>
        <w:rPr>
          <w:color w:val="auto"/>
          <w:sz w:val="24"/>
          <w:szCs w:val="24"/>
        </w:rPr>
      </w:pPr>
      <w:bookmarkStart w:id="644" w:name="bookmark3935"/>
      <w:bookmarkEnd w:id="644"/>
      <w:r>
        <w:rPr>
          <w:rStyle w:val="BodyTextChar1"/>
          <w:rFonts w:cs="Georgia"/>
        </w:rPr>
        <w:t>понимать и использовать преимущества командной и инди</w:t>
      </w:r>
      <w:r>
        <w:rPr>
          <w:rStyle w:val="BodyTextChar1"/>
          <w:rFonts w:cs="Georgia"/>
        </w:rPr>
        <w:softHyphen/>
        <w:t>видуальной работы при решении конкретной физической проблемы;</w:t>
      </w:r>
    </w:p>
    <w:p w:rsidR="00F44E79" w:rsidRDefault="00F44E79" w:rsidP="00E5323B">
      <w:pPr>
        <w:pStyle w:val="BodyText"/>
        <w:numPr>
          <w:ilvl w:val="0"/>
          <w:numId w:val="57"/>
        </w:numPr>
        <w:tabs>
          <w:tab w:val="left" w:pos="349"/>
        </w:tabs>
        <w:spacing w:line="269" w:lineRule="auto"/>
        <w:ind w:left="240" w:hanging="240"/>
        <w:jc w:val="both"/>
        <w:rPr>
          <w:color w:val="auto"/>
          <w:sz w:val="24"/>
          <w:szCs w:val="24"/>
        </w:rPr>
      </w:pPr>
      <w:bookmarkStart w:id="645" w:name="bookmark3936"/>
      <w:bookmarkEnd w:id="645"/>
      <w:r>
        <w:rPr>
          <w:rStyle w:val="BodyTextChar1"/>
          <w:rFonts w:cs="Georgia"/>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44E79" w:rsidRDefault="00F44E79" w:rsidP="00E5323B">
      <w:pPr>
        <w:pStyle w:val="BodyText"/>
        <w:numPr>
          <w:ilvl w:val="0"/>
          <w:numId w:val="57"/>
        </w:numPr>
        <w:tabs>
          <w:tab w:val="left" w:pos="349"/>
        </w:tabs>
        <w:spacing w:line="269" w:lineRule="auto"/>
        <w:ind w:left="240" w:hanging="240"/>
        <w:jc w:val="both"/>
        <w:rPr>
          <w:color w:val="auto"/>
          <w:sz w:val="24"/>
          <w:szCs w:val="24"/>
        </w:rPr>
      </w:pPr>
      <w:bookmarkStart w:id="646" w:name="bookmark3937"/>
      <w:bookmarkEnd w:id="646"/>
      <w:r>
        <w:rPr>
          <w:rStyle w:val="BodyTextChar1"/>
          <w:rFonts w:cs="Georgia"/>
        </w:rPr>
        <w:t>выполнять свою часть работы, достигая качественного ре</w:t>
      </w:r>
      <w:r>
        <w:rPr>
          <w:rStyle w:val="BodyTextChar1"/>
          <w:rFonts w:cs="Georgia"/>
        </w:rPr>
        <w:softHyphen/>
        <w:t>зультата по своему направлению и координируя свои дей</w:t>
      </w:r>
      <w:r>
        <w:rPr>
          <w:rStyle w:val="BodyTextChar1"/>
          <w:rFonts w:cs="Georgia"/>
        </w:rPr>
        <w:softHyphen/>
        <w:t>ствия с другими членами команды;</w:t>
      </w:r>
    </w:p>
    <w:p w:rsidR="00F44E79" w:rsidRDefault="00F44E79">
      <w:pPr>
        <w:pStyle w:val="BodyText"/>
        <w:spacing w:after="160" w:line="269" w:lineRule="auto"/>
        <w:ind w:left="240" w:hanging="240"/>
        <w:jc w:val="both"/>
        <w:rPr>
          <w:rFonts w:ascii="Courier New" w:hAnsi="Courier New" w:cs="Courier New"/>
          <w:color w:val="auto"/>
          <w:sz w:val="24"/>
          <w:szCs w:val="24"/>
        </w:rPr>
      </w:pPr>
      <w:r>
        <w:rPr>
          <w:rStyle w:val="BodyTextChar1"/>
          <w:rFonts w:cs="Georgia"/>
        </w:rPr>
        <w:t>—оценивать качество своего вклада в общий продукт по крите</w:t>
      </w:r>
      <w:r>
        <w:rPr>
          <w:rStyle w:val="BodyTextChar1"/>
          <w:rFonts w:cs="Georgia"/>
        </w:rPr>
        <w:softHyphen/>
        <w:t>риям, самостоятельно сформулированным участниками вза</w:t>
      </w:r>
      <w:r>
        <w:rPr>
          <w:rStyle w:val="BodyTextChar1"/>
          <w:rFonts w:cs="Georgia"/>
        </w:rPr>
        <w:softHyphen/>
        <w:t>имодействия.</w:t>
      </w:r>
    </w:p>
    <w:p w:rsidR="00F44E79" w:rsidRDefault="00F44E79">
      <w:pPr>
        <w:pStyle w:val="90"/>
        <w:jc w:val="both"/>
        <w:rPr>
          <w:rFonts w:ascii="Courier New" w:hAnsi="Courier New" w:cs="Courier New"/>
          <w:b w:val="0"/>
          <w:bCs w:val="0"/>
          <w:color w:val="auto"/>
          <w:sz w:val="24"/>
          <w:szCs w:val="24"/>
        </w:rPr>
      </w:pPr>
      <w:r>
        <w:rPr>
          <w:rStyle w:val="9"/>
          <w:rFonts w:cs="Trebuchet MS"/>
          <w:b/>
        </w:rPr>
        <w:t>Универсальные регулятивные действия</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Самоорганизация:</w:t>
      </w:r>
    </w:p>
    <w:p w:rsidR="00F44E79" w:rsidRDefault="00F44E79" w:rsidP="00E5323B">
      <w:pPr>
        <w:pStyle w:val="BodyText"/>
        <w:numPr>
          <w:ilvl w:val="0"/>
          <w:numId w:val="57"/>
        </w:numPr>
        <w:tabs>
          <w:tab w:val="left" w:pos="349"/>
        </w:tabs>
        <w:spacing w:line="269" w:lineRule="auto"/>
        <w:ind w:left="240" w:hanging="240"/>
        <w:jc w:val="both"/>
        <w:rPr>
          <w:color w:val="auto"/>
          <w:sz w:val="24"/>
          <w:szCs w:val="24"/>
        </w:rPr>
      </w:pPr>
      <w:bookmarkStart w:id="647" w:name="bookmark3938"/>
      <w:bookmarkEnd w:id="647"/>
      <w:r>
        <w:rPr>
          <w:rStyle w:val="BodyTextChar1"/>
          <w:rFonts w:cs="Georgia"/>
        </w:rPr>
        <w:t>выявлять проблемы в жизненных и учебных ситуациях, тре</w:t>
      </w:r>
      <w:r>
        <w:rPr>
          <w:rStyle w:val="BodyTextChar1"/>
          <w:rFonts w:cs="Georgia"/>
        </w:rPr>
        <w:softHyphen/>
        <w:t>бующих для решения физических знаний;</w:t>
      </w:r>
    </w:p>
    <w:p w:rsidR="00F44E79" w:rsidRDefault="00F44E79" w:rsidP="00E5323B">
      <w:pPr>
        <w:pStyle w:val="BodyText"/>
        <w:numPr>
          <w:ilvl w:val="0"/>
          <w:numId w:val="57"/>
        </w:numPr>
        <w:tabs>
          <w:tab w:val="left" w:pos="349"/>
        </w:tabs>
        <w:spacing w:line="269" w:lineRule="auto"/>
        <w:ind w:left="240" w:hanging="240"/>
        <w:jc w:val="both"/>
        <w:rPr>
          <w:color w:val="auto"/>
          <w:sz w:val="24"/>
          <w:szCs w:val="24"/>
        </w:rPr>
      </w:pPr>
      <w:bookmarkStart w:id="648" w:name="bookmark3939"/>
      <w:bookmarkEnd w:id="648"/>
      <w:r>
        <w:rPr>
          <w:rStyle w:val="BodyTextChar1"/>
          <w:rFonts w:cs="Georgia"/>
        </w:rPr>
        <w:t>ориентироваться в различных подходах принятия решений (индивидуальное, принятие решения в группе, принятие ре</w:t>
      </w:r>
      <w:r>
        <w:rPr>
          <w:rStyle w:val="BodyTextChar1"/>
          <w:rFonts w:cs="Georgia"/>
        </w:rPr>
        <w:softHyphen/>
        <w:t>шений группой);</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—самостоятельно составлять алгоритм решения физической задачи или плана исследования с учётом имеющихся ресур</w:t>
      </w:r>
      <w:r>
        <w:rPr>
          <w:rStyle w:val="BodyTextChar1"/>
          <w:rFonts w:cs="Georgia"/>
        </w:rPr>
        <w:softHyphen/>
        <w:t>сов и собственных возможностей, аргументировать предлага</w:t>
      </w:r>
      <w:r>
        <w:rPr>
          <w:rStyle w:val="BodyTextChar1"/>
          <w:rFonts w:cs="Georgia"/>
        </w:rPr>
        <w:softHyphen/>
        <w:t>емые варианты решений;</w:t>
      </w:r>
    </w:p>
    <w:p w:rsidR="00F44E79" w:rsidRDefault="00F44E79">
      <w:pPr>
        <w:pStyle w:val="BodyText"/>
        <w:spacing w:line="269" w:lineRule="auto"/>
        <w:ind w:firstLine="0"/>
        <w:jc w:val="both"/>
        <w:rPr>
          <w:rFonts w:ascii="Courier New" w:hAnsi="Courier New" w:cs="Courier New"/>
          <w:color w:val="auto"/>
          <w:sz w:val="24"/>
          <w:szCs w:val="24"/>
        </w:rPr>
      </w:pPr>
      <w:r>
        <w:rPr>
          <w:rStyle w:val="BodyTextChar1"/>
          <w:rFonts w:cs="Georgia"/>
        </w:rPr>
        <w:t>—делать выбор и брать ответственность за решение.</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 xml:space="preserve">Самоконтроль </w:t>
      </w:r>
      <w:r>
        <w:rPr>
          <w:rStyle w:val="BodyTextChar1"/>
          <w:rFonts w:cs="Georgia"/>
          <w:b/>
          <w:bCs/>
          <w:i/>
          <w:iCs/>
        </w:rPr>
        <w:t>(</w:t>
      </w:r>
      <w:r>
        <w:rPr>
          <w:rStyle w:val="BodyTextChar1"/>
          <w:rFonts w:cs="Georgia"/>
          <w:b/>
          <w:bCs/>
          <w:i/>
          <w:iCs/>
          <w:sz w:val="18"/>
          <w:szCs w:val="18"/>
        </w:rPr>
        <w:t>рефлексия</w:t>
      </w:r>
      <w:r>
        <w:rPr>
          <w:rStyle w:val="BodyTextChar1"/>
          <w:rFonts w:cs="Georgia"/>
          <w:b/>
          <w:bCs/>
          <w:i/>
          <w:iCs/>
        </w:rPr>
        <w:t>):</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—давать адекватную оценку ситуации и предлагать план её из</w:t>
      </w:r>
      <w:r>
        <w:rPr>
          <w:rStyle w:val="BodyTextChar1"/>
          <w:rFonts w:cs="Georgia"/>
        </w:rPr>
        <w:softHyphen/>
        <w:t>менения;</w:t>
      </w:r>
    </w:p>
    <w:p w:rsidR="00F44E79" w:rsidRDefault="00F44E79" w:rsidP="00E5323B">
      <w:pPr>
        <w:pStyle w:val="BodyText"/>
        <w:numPr>
          <w:ilvl w:val="0"/>
          <w:numId w:val="57"/>
        </w:numPr>
        <w:tabs>
          <w:tab w:val="left" w:pos="349"/>
        </w:tabs>
        <w:spacing w:line="269" w:lineRule="auto"/>
        <w:ind w:left="240" w:hanging="240"/>
        <w:jc w:val="both"/>
        <w:rPr>
          <w:color w:val="auto"/>
          <w:sz w:val="24"/>
          <w:szCs w:val="24"/>
        </w:rPr>
      </w:pPr>
      <w:bookmarkStart w:id="649" w:name="bookmark3940"/>
      <w:bookmarkEnd w:id="649"/>
      <w:r>
        <w:rPr>
          <w:rStyle w:val="BodyTextChar1"/>
          <w:rFonts w:cs="Georgia"/>
        </w:rPr>
        <w:t>объяснять причины достижения (недостижения) результатов деятельности, давать оценку приобретённому опыту;</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—вносить коррективы в деятельность (в том числе в ход выпол</w:t>
      </w:r>
      <w:r>
        <w:rPr>
          <w:rStyle w:val="BodyTextChar1"/>
          <w:rFonts w:cs="Georgia"/>
        </w:rPr>
        <w:softHyphen/>
        <w:t>нения физического исследования или проекта) на основе но</w:t>
      </w:r>
      <w:r>
        <w:rPr>
          <w:rStyle w:val="BodyTextChar1"/>
          <w:rFonts w:cs="Georgia"/>
        </w:rPr>
        <w:softHyphen/>
        <w:t>вых обстоятельств, изменившихся ситуаций, установленных ошибок, возникших трудностей;</w:t>
      </w:r>
    </w:p>
    <w:p w:rsidR="00F44E79" w:rsidRDefault="00F44E79">
      <w:pPr>
        <w:pStyle w:val="BodyText"/>
        <w:spacing w:after="60" w:line="269" w:lineRule="auto"/>
        <w:ind w:firstLine="0"/>
        <w:jc w:val="both"/>
        <w:rPr>
          <w:rFonts w:ascii="Courier New" w:hAnsi="Courier New" w:cs="Courier New"/>
          <w:color w:val="auto"/>
          <w:sz w:val="24"/>
          <w:szCs w:val="24"/>
        </w:rPr>
      </w:pPr>
      <w:r>
        <w:rPr>
          <w:rStyle w:val="BodyTextChar1"/>
          <w:rFonts w:cs="Georgia"/>
        </w:rPr>
        <w:t>—оценивать соответствие результата цели и условиям.</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Эмоциональный интеллект</w:t>
      </w:r>
      <w:r>
        <w:rPr>
          <w:rStyle w:val="BodyTextChar1"/>
          <w:rFonts w:cs="Georgia"/>
          <w:b/>
          <w:bCs/>
          <w:i/>
          <w:iCs/>
        </w:rPr>
        <w:t>:</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—ставить себя на место другого человека в ходе спора или дис</w:t>
      </w:r>
      <w:r>
        <w:rPr>
          <w:rStyle w:val="BodyTextChar1"/>
          <w:rFonts w:cs="Georgia"/>
        </w:rPr>
        <w:softHyphen/>
        <w:t>куссии на научную тему, понимать мотивы, намерения и ло</w:t>
      </w:r>
      <w:r>
        <w:rPr>
          <w:rStyle w:val="BodyTextChar1"/>
          <w:rFonts w:cs="Georgia"/>
        </w:rPr>
        <w:softHyphen/>
        <w:t>гику другого.</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Принятие себя и других</w:t>
      </w:r>
      <w:r>
        <w:rPr>
          <w:rStyle w:val="BodyTextChar1"/>
          <w:rFonts w:cs="Georgia"/>
          <w:b/>
          <w:bCs/>
          <w:i/>
          <w:iCs/>
        </w:rPr>
        <w:t>:</w:t>
      </w:r>
    </w:p>
    <w:p w:rsidR="00F44E79" w:rsidRDefault="00F44E79">
      <w:pPr>
        <w:pStyle w:val="BodyText"/>
        <w:spacing w:after="120" w:line="269" w:lineRule="auto"/>
        <w:ind w:left="240" w:hanging="240"/>
        <w:jc w:val="both"/>
        <w:rPr>
          <w:rFonts w:ascii="Courier New" w:hAnsi="Courier New" w:cs="Courier New"/>
          <w:color w:val="auto"/>
          <w:sz w:val="24"/>
          <w:szCs w:val="24"/>
        </w:rPr>
      </w:pPr>
      <w:r>
        <w:rPr>
          <w:rStyle w:val="BodyTextChar1"/>
          <w:rFonts w:cs="Georgia"/>
        </w:rPr>
        <w:t>—признавать своё право на ошибку при решении физических задач или в утверждениях на научные темы и такое же право другого.</w:t>
      </w:r>
    </w:p>
    <w:p w:rsidR="00F44E79" w:rsidRDefault="00F44E79">
      <w:pPr>
        <w:pStyle w:val="22"/>
        <w:spacing w:after="100"/>
        <w:jc w:val="both"/>
        <w:rPr>
          <w:rFonts w:ascii="Courier New" w:hAnsi="Courier New" w:cs="Courier New"/>
          <w:b w:val="0"/>
          <w:bCs w:val="0"/>
          <w:color w:val="auto"/>
          <w:w w:val="100"/>
          <w:sz w:val="24"/>
          <w:szCs w:val="24"/>
        </w:rPr>
      </w:pPr>
      <w:r>
        <w:rPr>
          <w:rStyle w:val="21"/>
          <w:rFonts w:cs="Tahoma"/>
          <w:b/>
        </w:rPr>
        <w:t>ПРЕДМЕТНЫЕ РЕЗУЛЬТАТЫ</w:t>
      </w:r>
    </w:p>
    <w:p w:rsidR="00F44E79" w:rsidRDefault="00F44E79">
      <w:pPr>
        <w:pStyle w:val="aa"/>
        <w:spacing w:after="100" w:line="240" w:lineRule="auto"/>
        <w:ind w:firstLine="0"/>
        <w:jc w:val="both"/>
        <w:rPr>
          <w:rFonts w:ascii="Courier New" w:hAnsi="Courier New" w:cs="Courier New"/>
          <w:color w:val="auto"/>
          <w:sz w:val="24"/>
          <w:szCs w:val="24"/>
        </w:rPr>
      </w:pPr>
      <w:r>
        <w:rPr>
          <w:rStyle w:val="a9"/>
          <w:rFonts w:ascii="Tahoma" w:hAnsi="Tahoma" w:cs="Tahoma"/>
          <w:b/>
          <w:bCs/>
          <w:sz w:val="16"/>
          <w:szCs w:val="16"/>
        </w:rPr>
        <w:t>7 класс</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Предметные результаты на базовом уровне должны отражать сформированность у обучающихся умений:</w:t>
      </w:r>
    </w:p>
    <w:p w:rsidR="00F44E79" w:rsidRDefault="00F44E79" w:rsidP="00E5323B">
      <w:pPr>
        <w:pStyle w:val="BodyText"/>
        <w:numPr>
          <w:ilvl w:val="0"/>
          <w:numId w:val="57"/>
        </w:numPr>
        <w:tabs>
          <w:tab w:val="left" w:pos="327"/>
        </w:tabs>
        <w:spacing w:line="266" w:lineRule="auto"/>
        <w:ind w:left="240" w:hanging="240"/>
        <w:jc w:val="both"/>
        <w:rPr>
          <w:color w:val="auto"/>
          <w:sz w:val="24"/>
          <w:szCs w:val="24"/>
        </w:rPr>
      </w:pPr>
      <w:bookmarkStart w:id="650" w:name="bookmark3941"/>
      <w:bookmarkEnd w:id="650"/>
      <w:r>
        <w:rPr>
          <w:rStyle w:val="BodyTextChar1"/>
          <w:rFonts w:cs="Georgia"/>
        </w:rPr>
        <w:t>использовать понятия: физические и химические явления; наблюдение, эксперимент, модель, гипотеза; единицы физи</w:t>
      </w:r>
      <w:r>
        <w:rPr>
          <w:rStyle w:val="BodyTextChar1"/>
          <w:rFonts w:cs="Georgia"/>
        </w:rPr>
        <w:softHyphen/>
        <w:t>ческих величин; атом, молекула, агрегатные состояния веще</w:t>
      </w:r>
      <w:r>
        <w:rPr>
          <w:rStyle w:val="BodyTextChar1"/>
          <w:rFonts w:cs="Georgia"/>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44E79" w:rsidRDefault="00F44E79" w:rsidP="00E5323B">
      <w:pPr>
        <w:pStyle w:val="BodyText"/>
        <w:numPr>
          <w:ilvl w:val="0"/>
          <w:numId w:val="57"/>
        </w:numPr>
        <w:tabs>
          <w:tab w:val="left" w:pos="327"/>
        </w:tabs>
        <w:spacing w:line="266" w:lineRule="auto"/>
        <w:ind w:left="240" w:hanging="240"/>
        <w:jc w:val="both"/>
        <w:rPr>
          <w:color w:val="auto"/>
          <w:sz w:val="24"/>
          <w:szCs w:val="24"/>
        </w:rPr>
      </w:pPr>
      <w:bookmarkStart w:id="651" w:name="bookmark3942"/>
      <w:bookmarkEnd w:id="651"/>
      <w:r>
        <w:rPr>
          <w:rStyle w:val="BodyTextChar1"/>
          <w:rFonts w:cs="Georgia"/>
        </w:rPr>
        <w:t>различать явления (диффузия; тепловое движение частиц ве</w:t>
      </w:r>
      <w:r>
        <w:rPr>
          <w:rStyle w:val="BodyTextChar1"/>
          <w:rFonts w:cs="Georgia"/>
        </w:rPr>
        <w:softHyphen/>
        <w:t>щества; равномерное движение; неравномерное движение; инерция; взаимодействие тел; равновесие твёрдых тел с за</w:t>
      </w:r>
      <w:r>
        <w:rPr>
          <w:rStyle w:val="BodyTextChar1"/>
          <w:rFonts w:cs="Georgia"/>
        </w:rPr>
        <w:softHyphen/>
        <w:t>креплённой осью вращения; передача давления твёрдыми те</w:t>
      </w:r>
      <w:r>
        <w:rPr>
          <w:rStyle w:val="BodyTextChar1"/>
          <w:rFonts w:cs="Georgia"/>
        </w:rPr>
        <w:softHyphen/>
        <w:t>лами, жидкостями и газами; атмосферное давление; плава</w:t>
      </w:r>
      <w:r>
        <w:rPr>
          <w:rStyle w:val="BodyTextChar1"/>
          <w:rFonts w:cs="Georgia"/>
        </w:rPr>
        <w:softHyphen/>
        <w:t>ние тел; превращения механической энергии) по описанию их характерных свойств и на основе опытов, демонстрирую</w:t>
      </w:r>
      <w:r>
        <w:rPr>
          <w:rStyle w:val="BodyTextChar1"/>
          <w:rFonts w:cs="Georgia"/>
        </w:rPr>
        <w:softHyphen/>
        <w:t>щих данное физическое явление;</w:t>
      </w:r>
    </w:p>
    <w:p w:rsidR="00F44E79" w:rsidRDefault="00F44E79" w:rsidP="00E5323B">
      <w:pPr>
        <w:pStyle w:val="BodyText"/>
        <w:numPr>
          <w:ilvl w:val="0"/>
          <w:numId w:val="57"/>
        </w:numPr>
        <w:tabs>
          <w:tab w:val="left" w:pos="327"/>
        </w:tabs>
        <w:spacing w:line="266" w:lineRule="auto"/>
        <w:ind w:left="240" w:hanging="240"/>
        <w:jc w:val="both"/>
        <w:rPr>
          <w:color w:val="auto"/>
          <w:sz w:val="24"/>
          <w:szCs w:val="24"/>
        </w:rPr>
      </w:pPr>
      <w:bookmarkStart w:id="652" w:name="bookmark3943"/>
      <w:bookmarkEnd w:id="652"/>
      <w:r>
        <w:rPr>
          <w:rStyle w:val="BodyTextChar1"/>
          <w:rFonts w:cs="Georgia"/>
        </w:rPr>
        <w:t>распознавать проявление изученных физических явлений в окружающем мире, в том числе физические явления в при</w:t>
      </w:r>
      <w:r>
        <w:rPr>
          <w:rStyle w:val="BodyTextChar1"/>
          <w:rFonts w:cs="Georgia"/>
        </w:rPr>
        <w:softHyphen/>
        <w:t>роде: примеры движения с различными скоростями в живой и неживой природе; действие силы трения в природе и техни</w:t>
      </w:r>
      <w:r>
        <w:rPr>
          <w:rStyle w:val="BodyTextChar1"/>
          <w:rFonts w:cs="Georgia"/>
        </w:rPr>
        <w:softHyphen/>
        <w:t>ке; влияние атмосферного давления на живой организм; пла</w:t>
      </w:r>
      <w:r>
        <w:rPr>
          <w:rStyle w:val="BodyTextChar1"/>
          <w:rFonts w:cs="Georgia"/>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—описывать изученные свойства тел и физические явления, ис</w:t>
      </w:r>
      <w:r>
        <w:rPr>
          <w:rStyle w:val="BodyTextChar1"/>
          <w:rFonts w:cs="Georgia"/>
        </w:rPr>
        <w:softHyphen/>
        <w:t>пользуя физические величины (масса, объём, плотность ве</w:t>
      </w:r>
      <w:r>
        <w:rPr>
          <w:rStyle w:val="BodyTextChar1"/>
          <w:rFonts w:cs="Georgia"/>
        </w:rPr>
        <w:softHyphen/>
        <w:t>щества, время, путь, скорость, средняя скорость, сила упру</w:t>
      </w:r>
      <w:r>
        <w:rPr>
          <w:rStyle w:val="BodyTextChar1"/>
          <w:rFonts w:cs="Georgia"/>
        </w:rPr>
        <w:softHyphen/>
        <w:t>гости, сила тяжести, вес тела, сила трения, давление (твёрдо</w:t>
      </w:r>
      <w:r>
        <w:rPr>
          <w:rStyle w:val="BodyTextChar1"/>
          <w:rFonts w:cs="Georgia"/>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BodyTextChar1"/>
          <w:rFonts w:cs="Georgia"/>
        </w:rPr>
        <w:softHyphen/>
        <w:t>альная энергия); при описании правильно трактовать физи</w:t>
      </w:r>
      <w:r>
        <w:rPr>
          <w:rStyle w:val="BodyTextChar1"/>
          <w:rFonts w:cs="Georgia"/>
        </w:rPr>
        <w:softHyphen/>
        <w:t>ческий смысл используемых величин, их обозначения и еди</w:t>
      </w:r>
      <w:r>
        <w:rPr>
          <w:rStyle w:val="BodyTextChar1"/>
          <w:rFonts w:cs="Georgia"/>
        </w:rPr>
        <w:softHyphen/>
        <w:t>ницы физических величин, находить формулы, связываю</w:t>
      </w:r>
      <w:r>
        <w:rPr>
          <w:rStyle w:val="BodyTextChar1"/>
          <w:rFonts w:cs="Georgia"/>
        </w:rPr>
        <w:softHyphen/>
        <w:t>щие данную физическую величину с другими величинами, строить графики изученных зависимостей физических вели</w:t>
      </w:r>
      <w:r>
        <w:rPr>
          <w:rStyle w:val="BodyTextChar1"/>
          <w:rFonts w:cs="Georgia"/>
        </w:rPr>
        <w:softHyphen/>
        <w:t>чин;</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—характеризовать свойства тел, физические явления и процес</w:t>
      </w:r>
      <w:r>
        <w:rPr>
          <w:rStyle w:val="BodyTextChar1"/>
          <w:rFonts w:cs="Georgia"/>
        </w:rPr>
        <w:softHyphen/>
        <w:t>сы, используя правила сложения сил (вдоль одной прямой), закон Гука, закон Паскаля, закон Архимеда, правило равно</w:t>
      </w:r>
      <w:r>
        <w:rPr>
          <w:rStyle w:val="BodyTextChar1"/>
          <w:rFonts w:cs="Georgia"/>
        </w:rPr>
        <w:softHyphen/>
        <w:t>весия рычага (блока), «золотое правило» механики, закон со</w:t>
      </w:r>
      <w:r>
        <w:rPr>
          <w:rStyle w:val="BodyTextChar1"/>
          <w:rFonts w:cs="Georgia"/>
        </w:rPr>
        <w:softHyphen/>
        <w:t>хранения механической энергии; при этом давать словесную формулировку закона и записывать его математическое вы</w:t>
      </w:r>
      <w:r>
        <w:rPr>
          <w:rStyle w:val="BodyTextChar1"/>
          <w:rFonts w:cs="Georgia"/>
        </w:rPr>
        <w:softHyphen/>
        <w:t>ражение;</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53" w:name="bookmark3944"/>
      <w:bookmarkEnd w:id="653"/>
      <w:r>
        <w:rPr>
          <w:rStyle w:val="BodyTextChar1"/>
          <w:rFonts w:cs="Georgia"/>
        </w:rPr>
        <w:t>объяснять физические явления, процессы и свойства тел, в том числе и в контексте ситуаций практико-ориентирован</w:t>
      </w:r>
      <w:r>
        <w:rPr>
          <w:rStyle w:val="BodyTextChar1"/>
          <w:rFonts w:cs="Georgia"/>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54" w:name="bookmark3945"/>
      <w:bookmarkEnd w:id="654"/>
      <w:r>
        <w:rPr>
          <w:rStyle w:val="BodyTextChar1"/>
          <w:rFonts w:cs="Georgia"/>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BodyTextChar1"/>
          <w:rFonts w:cs="Georgia"/>
        </w:rPr>
        <w:softHyphen/>
        <w:t>ставлять физические величины в формулы и проводить рас</w:t>
      </w:r>
      <w:r>
        <w:rPr>
          <w:rStyle w:val="BodyTextChar1"/>
          <w:rFonts w:cs="Georgia"/>
        </w:rPr>
        <w:softHyphen/>
        <w:t>чёты, находить справочные данные, необходимые для реше</w:t>
      </w:r>
      <w:r>
        <w:rPr>
          <w:rStyle w:val="BodyTextChar1"/>
          <w:rFonts w:cs="Georgia"/>
        </w:rPr>
        <w:softHyphen/>
        <w:t>ния задач, оценивать реалистичность полученной физиче</w:t>
      </w:r>
      <w:r>
        <w:rPr>
          <w:rStyle w:val="BodyTextChar1"/>
          <w:rFonts w:cs="Georgia"/>
        </w:rPr>
        <w:softHyphen/>
        <w:t>ской величины;</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—распознавать проблемы, которые можно решить при помощи физических методов; в описании исследования выделять про</w:t>
      </w:r>
      <w:r>
        <w:rPr>
          <w:rStyle w:val="BodyTextChar1"/>
          <w:rFonts w:cs="Georgia"/>
        </w:rPr>
        <w:softHyphen/>
        <w:t>веряемое предположение (гипотезу), различать и интерпре</w:t>
      </w:r>
      <w:r>
        <w:rPr>
          <w:rStyle w:val="BodyTextChar1"/>
          <w:rFonts w:cs="Georgia"/>
        </w:rPr>
        <w:softHyphen/>
        <w:t>тировать полученный результат, находить ошибки в ходе опыта, делать выводы по его результатам;</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—проводить опыты по наблюдению физических явлений или физических свойств тел: формулировать проверяемые пред</w:t>
      </w:r>
      <w:r>
        <w:rPr>
          <w:rStyle w:val="BodyTextChar1"/>
          <w:rFonts w:cs="Georgia"/>
        </w:rPr>
        <w:softHyphen/>
        <w:t>положения, собирать установку из предложенного оборудова</w:t>
      </w:r>
      <w:r>
        <w:rPr>
          <w:rStyle w:val="BodyTextChar1"/>
          <w:rFonts w:cs="Georgia"/>
        </w:rPr>
        <w:softHyphen/>
        <w:t>ния, записывать ход опыта и формулировать выводы;</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—выполнять прямые измерения расстояния, времени, массы тела, объёма, силы и температуры с использованием аналого</w:t>
      </w:r>
      <w:r>
        <w:rPr>
          <w:rStyle w:val="BodyTextChar1"/>
          <w:rFonts w:cs="Georgia"/>
        </w:rPr>
        <w:softHyphen/>
        <w:t>вых и цифровых приборов; записывать показания приборов с учётом заданной абсолютной погрешности измерений;</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—проводить исследование зависимости одной физической ве</w:t>
      </w:r>
      <w:r>
        <w:rPr>
          <w:rStyle w:val="BodyTextChar1"/>
          <w:rFonts w:cs="Georgia"/>
        </w:rPr>
        <w:softHyphen/>
        <w:t>личины от другой с использованием прямых измерений (за</w:t>
      </w:r>
      <w:r>
        <w:rPr>
          <w:rStyle w:val="BodyTextChar1"/>
          <w:rFonts w:cs="Georgia"/>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BodyTextChar1"/>
          <w:rFonts w:cs="Georgia"/>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BodyTextChar1"/>
          <w:rFonts w:cs="Georgia"/>
        </w:rPr>
        <w:softHyphen/>
        <w:t>рать установку и выполнять измерения, следуя предложен</w:t>
      </w:r>
      <w:r>
        <w:rPr>
          <w:rStyle w:val="BodyTextChar1"/>
          <w:rFonts w:cs="Georgia"/>
        </w:rPr>
        <w:softHyphen/>
        <w:t>ному плану, фиксировать результаты полученной зависимо</w:t>
      </w:r>
      <w:r>
        <w:rPr>
          <w:rStyle w:val="BodyTextChar1"/>
          <w:rFonts w:cs="Georgia"/>
        </w:rPr>
        <w:softHyphen/>
        <w:t>сти физических величин в виде предложенных таблиц и гра</w:t>
      </w:r>
      <w:r>
        <w:rPr>
          <w:rStyle w:val="BodyTextChar1"/>
          <w:rFonts w:cs="Georgia"/>
        </w:rPr>
        <w:softHyphen/>
        <w:t>фиков, делать выводы по результатам исследования;</w:t>
      </w:r>
    </w:p>
    <w:p w:rsidR="00F44E79" w:rsidRDefault="00F44E79" w:rsidP="00E5323B">
      <w:pPr>
        <w:pStyle w:val="BodyText"/>
        <w:numPr>
          <w:ilvl w:val="0"/>
          <w:numId w:val="57"/>
        </w:numPr>
        <w:tabs>
          <w:tab w:val="left" w:pos="327"/>
        </w:tabs>
        <w:ind w:left="240" w:hanging="240"/>
        <w:jc w:val="both"/>
        <w:rPr>
          <w:color w:val="auto"/>
          <w:sz w:val="24"/>
          <w:szCs w:val="24"/>
        </w:rPr>
      </w:pPr>
      <w:bookmarkStart w:id="655" w:name="bookmark3946"/>
      <w:bookmarkEnd w:id="655"/>
      <w:r>
        <w:rPr>
          <w:rStyle w:val="BodyTextChar1"/>
          <w:rFonts w:cs="Georgia"/>
        </w:rPr>
        <w:t>проводить косвенные измерения физических величин (плот</w:t>
      </w:r>
      <w:r>
        <w:rPr>
          <w:rStyle w:val="BodyTextChar1"/>
          <w:rFonts w:cs="Georgia"/>
        </w:rPr>
        <w:softHyphen/>
        <w:t>ность вещества жидкости и твёрдого тела; сила трения сколь</w:t>
      </w:r>
      <w:r>
        <w:rPr>
          <w:rStyle w:val="BodyTextChar1"/>
          <w:rFonts w:cs="Georgia"/>
        </w:rPr>
        <w:softHyphen/>
        <w:t>жения; давление воздуха; выталкивающая сила, действую</w:t>
      </w:r>
      <w:r>
        <w:rPr>
          <w:rStyle w:val="BodyTextChar1"/>
          <w:rFonts w:cs="Georgia"/>
        </w:rPr>
        <w:softHyphen/>
        <w:t>щая на погружённое в жидкость тело; коэффициент полезно</w:t>
      </w:r>
      <w:r>
        <w:rPr>
          <w:rStyle w:val="BodyTextChar1"/>
          <w:rFonts w:cs="Georgia"/>
        </w:rPr>
        <w:softHyphen/>
        <w:t>го действия простых механизмов), следуя предложенной инструкции: при выполнении измерений собирать экспери</w:t>
      </w:r>
      <w:r>
        <w:rPr>
          <w:rStyle w:val="BodyTextChar1"/>
          <w:rFonts w:cs="Georgia"/>
        </w:rPr>
        <w:softHyphen/>
        <w:t>ментальную установку и вычислять значение искомой вели</w:t>
      </w:r>
      <w:r>
        <w:rPr>
          <w:rStyle w:val="BodyTextChar1"/>
          <w:rFonts w:cs="Georgia"/>
        </w:rPr>
        <w:softHyphen/>
        <w:t>чины;</w:t>
      </w:r>
    </w:p>
    <w:p w:rsidR="00F44E79" w:rsidRDefault="00F44E79" w:rsidP="00E5323B">
      <w:pPr>
        <w:pStyle w:val="BodyText"/>
        <w:numPr>
          <w:ilvl w:val="0"/>
          <w:numId w:val="57"/>
        </w:numPr>
        <w:tabs>
          <w:tab w:val="left" w:pos="327"/>
        </w:tabs>
        <w:ind w:left="240" w:hanging="240"/>
        <w:jc w:val="both"/>
        <w:rPr>
          <w:color w:val="auto"/>
          <w:sz w:val="24"/>
          <w:szCs w:val="24"/>
        </w:rPr>
      </w:pPr>
      <w:bookmarkStart w:id="656" w:name="bookmark3947"/>
      <w:bookmarkEnd w:id="656"/>
      <w:r>
        <w:rPr>
          <w:rStyle w:val="BodyTextChar1"/>
          <w:rFonts w:cs="Georgia"/>
        </w:rPr>
        <w:t>соблюдать правила техники безопасности при работе с лабо</w:t>
      </w:r>
      <w:r>
        <w:rPr>
          <w:rStyle w:val="BodyTextChar1"/>
          <w:rFonts w:cs="Georgia"/>
        </w:rPr>
        <w:softHyphen/>
        <w:t>раторным оборудованием;</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—указывать принципы действия приборов и технических устройств: весы, термометр, динамометр, сообщающиеся со</w:t>
      </w:r>
      <w:r>
        <w:rPr>
          <w:rStyle w:val="BodyTextChar1"/>
          <w:rFonts w:cs="Georgia"/>
        </w:rPr>
        <w:softHyphen/>
        <w:t>суды, барометр, рычаг, подвижный и неподвижный блок, на</w:t>
      </w:r>
      <w:r>
        <w:rPr>
          <w:rStyle w:val="BodyTextChar1"/>
          <w:rFonts w:cs="Georgia"/>
        </w:rPr>
        <w:softHyphen/>
        <w:t>клонная плоскость;</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—характеризовать принципы действия изученных приборов и технических устройств с опорой на их описания (в том чис</w:t>
      </w:r>
      <w:r>
        <w:rPr>
          <w:rStyle w:val="BodyTextChar1"/>
          <w:rFonts w:cs="Georgia"/>
        </w:rPr>
        <w:softHyphen/>
        <w:t>ле: подшипники, устройство водопровода, гидравлический пресс, манометр, высотомер, поршневой насос, ареометр), ис</w:t>
      </w:r>
      <w:r>
        <w:rPr>
          <w:rStyle w:val="BodyTextChar1"/>
          <w:rFonts w:cs="Georgia"/>
        </w:rPr>
        <w:softHyphen/>
        <w:t>пользуя знания о свойствах физических явлений и необходи</w:t>
      </w:r>
      <w:r>
        <w:rPr>
          <w:rStyle w:val="BodyTextChar1"/>
          <w:rFonts w:cs="Georgia"/>
        </w:rPr>
        <w:softHyphen/>
        <w:t>мые физические законы и закономерности;</w:t>
      </w:r>
    </w:p>
    <w:p w:rsidR="00F44E79" w:rsidRDefault="00F44E79" w:rsidP="00E5323B">
      <w:pPr>
        <w:pStyle w:val="BodyText"/>
        <w:numPr>
          <w:ilvl w:val="0"/>
          <w:numId w:val="57"/>
        </w:numPr>
        <w:tabs>
          <w:tab w:val="left" w:pos="327"/>
        </w:tabs>
        <w:ind w:left="240" w:hanging="240"/>
        <w:jc w:val="both"/>
        <w:rPr>
          <w:color w:val="auto"/>
          <w:sz w:val="24"/>
          <w:szCs w:val="24"/>
        </w:rPr>
      </w:pPr>
      <w:bookmarkStart w:id="657" w:name="bookmark3948"/>
      <w:bookmarkEnd w:id="657"/>
      <w:r>
        <w:rPr>
          <w:rStyle w:val="BodyTextChar1"/>
          <w:rFonts w:cs="Georgia"/>
        </w:rPr>
        <w:t>приводить примеры / находить информацию о примерах практического использования физических знаний в повсед</w:t>
      </w:r>
      <w:r>
        <w:rPr>
          <w:rStyle w:val="BodyTextChar1"/>
          <w:rFonts w:cs="Georgia"/>
        </w:rPr>
        <w:softHyphen/>
        <w:t>невной жизни для обеспечения безопасности при обращении с приборами и техническими устройствами, сохранения здо</w:t>
      </w:r>
      <w:r>
        <w:rPr>
          <w:rStyle w:val="BodyTextChar1"/>
          <w:rFonts w:cs="Georgia"/>
        </w:rPr>
        <w:softHyphen/>
        <w:t>ровья и соблюдения норм экологического поведения в окру</w:t>
      </w:r>
      <w:r>
        <w:rPr>
          <w:rStyle w:val="BodyTextChar1"/>
          <w:rFonts w:cs="Georgia"/>
        </w:rPr>
        <w:softHyphen/>
        <w:t>жающей среде;</w:t>
      </w:r>
    </w:p>
    <w:p w:rsidR="00F44E79" w:rsidRDefault="00F44E79" w:rsidP="00E5323B">
      <w:pPr>
        <w:pStyle w:val="BodyText"/>
        <w:numPr>
          <w:ilvl w:val="0"/>
          <w:numId w:val="57"/>
        </w:numPr>
        <w:tabs>
          <w:tab w:val="left" w:pos="327"/>
        </w:tabs>
        <w:ind w:left="240" w:hanging="240"/>
        <w:jc w:val="both"/>
        <w:rPr>
          <w:color w:val="auto"/>
          <w:sz w:val="24"/>
          <w:szCs w:val="24"/>
        </w:rPr>
      </w:pPr>
      <w:bookmarkStart w:id="658" w:name="bookmark3949"/>
      <w:bookmarkEnd w:id="658"/>
      <w:r>
        <w:rPr>
          <w:rStyle w:val="BodyTextChar1"/>
          <w:rFonts w:cs="Georgia"/>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BodyTextChar1"/>
          <w:rFonts w:cs="Georgia"/>
        </w:rPr>
        <w:softHyphen/>
        <w:t>ков выделять информацию, которая является противоречи</w:t>
      </w:r>
      <w:r>
        <w:rPr>
          <w:rStyle w:val="BodyTextChar1"/>
          <w:rFonts w:cs="Georgia"/>
        </w:rPr>
        <w:softHyphen/>
        <w:t>вой или может быть недостоверной;</w:t>
      </w:r>
    </w:p>
    <w:p w:rsidR="00F44E79" w:rsidRDefault="00F44E79" w:rsidP="00E5323B">
      <w:pPr>
        <w:pStyle w:val="BodyText"/>
        <w:numPr>
          <w:ilvl w:val="0"/>
          <w:numId w:val="57"/>
        </w:numPr>
        <w:tabs>
          <w:tab w:val="left" w:pos="327"/>
        </w:tabs>
        <w:ind w:left="240" w:hanging="240"/>
        <w:jc w:val="both"/>
        <w:rPr>
          <w:color w:val="auto"/>
          <w:sz w:val="24"/>
          <w:szCs w:val="24"/>
        </w:rPr>
      </w:pPr>
      <w:bookmarkStart w:id="659" w:name="bookmark3950"/>
      <w:bookmarkEnd w:id="659"/>
      <w:r>
        <w:rPr>
          <w:rStyle w:val="BodyTextChar1"/>
          <w:rFonts w:cs="Georgia"/>
        </w:rPr>
        <w:t>использовать при выполнении учебных заданий научно-по</w:t>
      </w:r>
      <w:r>
        <w:rPr>
          <w:rStyle w:val="BodyTextChar1"/>
          <w:rFonts w:cs="Georgia"/>
        </w:rPr>
        <w:softHyphen/>
        <w:t>пулярную литературу физического содержания, справочные материалы, ресурсы сети Интернет; владеть приёмами кон</w:t>
      </w:r>
      <w:r>
        <w:rPr>
          <w:rStyle w:val="BodyTextChar1"/>
          <w:rFonts w:cs="Georgia"/>
        </w:rPr>
        <w:softHyphen/>
        <w:t>спектирования текста, преобразования информации из одной знаковой системы в другую;</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—создавать собственные краткие письменные и устные сообще</w:t>
      </w:r>
      <w:r>
        <w:rPr>
          <w:rStyle w:val="BodyTextChar1"/>
          <w:rFonts w:cs="Georgia"/>
        </w:rPr>
        <w:softHyphen/>
        <w:t>ния на основе 2—3 источников информации физического со</w:t>
      </w:r>
      <w:r>
        <w:rPr>
          <w:rStyle w:val="BodyTextChar1"/>
          <w:rFonts w:cs="Georgia"/>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BodyTextChar1"/>
          <w:rFonts w:cs="Georgia"/>
        </w:rPr>
        <w:softHyphen/>
        <w:t>са физики, сопровождать выступление презентацией;</w:t>
      </w:r>
    </w:p>
    <w:p w:rsidR="00F44E79" w:rsidRDefault="00F44E79" w:rsidP="00E5323B">
      <w:pPr>
        <w:pStyle w:val="BodyText"/>
        <w:numPr>
          <w:ilvl w:val="0"/>
          <w:numId w:val="57"/>
        </w:numPr>
        <w:tabs>
          <w:tab w:val="left" w:pos="327"/>
        </w:tabs>
        <w:spacing w:after="140" w:line="269" w:lineRule="auto"/>
        <w:ind w:left="240" w:hanging="240"/>
        <w:jc w:val="both"/>
        <w:rPr>
          <w:color w:val="auto"/>
          <w:sz w:val="24"/>
          <w:szCs w:val="24"/>
        </w:rPr>
      </w:pPr>
      <w:bookmarkStart w:id="660" w:name="bookmark3951"/>
      <w:bookmarkEnd w:id="660"/>
      <w:r>
        <w:rPr>
          <w:rStyle w:val="BodyTextChar1"/>
          <w:rFonts w:cs="Georgia"/>
        </w:rPr>
        <w:t>при выполнении учебных проектов и исследований распреде</w:t>
      </w:r>
      <w:r>
        <w:rPr>
          <w:rStyle w:val="BodyTextChar1"/>
          <w:rFonts w:cs="Georgia"/>
        </w:rPr>
        <w:softHyphen/>
        <w:t>лять обязанности в группе в соответствии с поставленными задачами, следить за выполнением плана действий, адекват</w:t>
      </w:r>
      <w:r>
        <w:rPr>
          <w:rStyle w:val="BodyTextChar1"/>
          <w:rFonts w:cs="Georgia"/>
        </w:rPr>
        <w:softHyphen/>
        <w:t>но оценивать собственный вклад в деятельность группы; вы</w:t>
      </w:r>
      <w:r>
        <w:rPr>
          <w:rStyle w:val="BodyTextChar1"/>
          <w:rFonts w:cs="Georgia"/>
        </w:rPr>
        <w:softHyphen/>
        <w:t>страивать коммуникативное взаимодействие, учитывая мне</w:t>
      </w:r>
      <w:r>
        <w:rPr>
          <w:rStyle w:val="BodyTextChar1"/>
          <w:rFonts w:cs="Georgia"/>
        </w:rPr>
        <w:softHyphen/>
        <w:t>ние окружающих.</w:t>
      </w:r>
    </w:p>
    <w:p w:rsidR="00F44E79" w:rsidRDefault="00F44E79">
      <w:pPr>
        <w:pStyle w:val="33"/>
        <w:keepNext/>
        <w:keepLines/>
        <w:spacing w:after="40"/>
        <w:jc w:val="both"/>
        <w:rPr>
          <w:rFonts w:ascii="Courier New" w:hAnsi="Courier New" w:cs="Courier New"/>
          <w:b w:val="0"/>
          <w:bCs w:val="0"/>
          <w:color w:val="auto"/>
          <w:sz w:val="24"/>
          <w:szCs w:val="24"/>
        </w:rPr>
      </w:pPr>
      <w:bookmarkStart w:id="661" w:name="bookmark3952"/>
      <w:bookmarkStart w:id="662" w:name="bookmark3953"/>
      <w:bookmarkStart w:id="663" w:name="bookmark3954"/>
      <w:r>
        <w:rPr>
          <w:rStyle w:val="32"/>
          <w:rFonts w:cs="Arial"/>
          <w:b/>
        </w:rPr>
        <w:t>8 класс</w:t>
      </w:r>
      <w:bookmarkEnd w:id="661"/>
      <w:bookmarkEnd w:id="662"/>
      <w:bookmarkEnd w:id="663"/>
    </w:p>
    <w:p w:rsidR="00F44E79" w:rsidRDefault="00F44E79">
      <w:pPr>
        <w:pStyle w:val="BodyText"/>
        <w:jc w:val="both"/>
        <w:rPr>
          <w:rFonts w:ascii="Courier New" w:hAnsi="Courier New" w:cs="Courier New"/>
          <w:color w:val="auto"/>
          <w:sz w:val="24"/>
          <w:szCs w:val="24"/>
        </w:rPr>
      </w:pPr>
      <w:r>
        <w:rPr>
          <w:rStyle w:val="BodyTextChar1"/>
          <w:rFonts w:cs="Georgia"/>
        </w:rPr>
        <w:t>Предметные результаты на базовом уровне должны отражать сформированность у обучающихся умений:</w:t>
      </w:r>
    </w:p>
    <w:p w:rsidR="00F44E79" w:rsidRDefault="00F44E79" w:rsidP="00E5323B">
      <w:pPr>
        <w:pStyle w:val="BodyText"/>
        <w:numPr>
          <w:ilvl w:val="0"/>
          <w:numId w:val="57"/>
        </w:numPr>
        <w:tabs>
          <w:tab w:val="left" w:pos="327"/>
        </w:tabs>
        <w:ind w:left="240" w:hanging="240"/>
        <w:jc w:val="both"/>
        <w:rPr>
          <w:color w:val="auto"/>
          <w:sz w:val="24"/>
          <w:szCs w:val="24"/>
        </w:rPr>
      </w:pPr>
      <w:bookmarkStart w:id="664" w:name="bookmark3955"/>
      <w:bookmarkEnd w:id="664"/>
      <w:r>
        <w:rPr>
          <w:rStyle w:val="BodyTextChar1"/>
          <w:rFonts w:cs="Georgia"/>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BodyTextChar1"/>
          <w:rFonts w:cs="Georgia"/>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BodyTextChar1"/>
          <w:rFonts w:cs="Georgia"/>
        </w:rPr>
        <w:softHyphen/>
        <w:t>стоянный электрический ток, магнитное поле;</w:t>
      </w:r>
    </w:p>
    <w:p w:rsidR="00F44E79" w:rsidRDefault="00F44E79" w:rsidP="00E5323B">
      <w:pPr>
        <w:pStyle w:val="BodyText"/>
        <w:numPr>
          <w:ilvl w:val="0"/>
          <w:numId w:val="57"/>
        </w:numPr>
        <w:tabs>
          <w:tab w:val="left" w:pos="327"/>
        </w:tabs>
        <w:ind w:left="240" w:hanging="240"/>
        <w:jc w:val="both"/>
        <w:rPr>
          <w:color w:val="auto"/>
          <w:sz w:val="24"/>
          <w:szCs w:val="24"/>
        </w:rPr>
      </w:pPr>
      <w:bookmarkStart w:id="665" w:name="bookmark3956"/>
      <w:bookmarkEnd w:id="665"/>
      <w:r>
        <w:rPr>
          <w:rStyle w:val="BodyTextChar1"/>
          <w:rFonts w:cs="Georgia"/>
        </w:rPr>
        <w:t>различать явления (тепловое расширение/сжатие, теплопе</w:t>
      </w:r>
      <w:r>
        <w:rPr>
          <w:rStyle w:val="BodyTextChar1"/>
          <w:rFonts w:cs="Georgia"/>
        </w:rPr>
        <w:softHyphen/>
        <w:t>редача, тепловое равновесие, смачивание, капиллярные яв</w:t>
      </w:r>
      <w:r>
        <w:rPr>
          <w:rStyle w:val="BodyTextChar1"/>
          <w:rFonts w:cs="Georgia"/>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BodyTextChar1"/>
          <w:rFonts w:cs="Georgia"/>
        </w:rPr>
        <w:softHyphen/>
        <w:t>ние, взаимодействие магнитов, действие магнитного поля на проводник с током, электромагнитная индукция) по опи</w:t>
      </w:r>
      <w:r>
        <w:rPr>
          <w:rStyle w:val="BodyTextChar1"/>
          <w:rFonts w:cs="Georgia"/>
        </w:rPr>
        <w:softHyphen/>
        <w:t>санию их характерных свойств и на основе опытов, демон</w:t>
      </w:r>
      <w:r>
        <w:rPr>
          <w:rStyle w:val="BodyTextChar1"/>
          <w:rFonts w:cs="Georgia"/>
        </w:rPr>
        <w:softHyphen/>
        <w:t>стрирующих данное физическое явление;</w:t>
      </w:r>
    </w:p>
    <w:p w:rsidR="00F44E79" w:rsidRDefault="00F44E79">
      <w:pPr>
        <w:pStyle w:val="BodyText"/>
        <w:spacing w:after="80"/>
        <w:ind w:left="240" w:hanging="240"/>
        <w:jc w:val="both"/>
        <w:rPr>
          <w:rFonts w:ascii="Courier New" w:hAnsi="Courier New" w:cs="Courier New"/>
          <w:color w:val="auto"/>
          <w:sz w:val="24"/>
          <w:szCs w:val="24"/>
        </w:rPr>
      </w:pPr>
      <w:r>
        <w:rPr>
          <w:rStyle w:val="BodyTextChar1"/>
          <w:rFonts w:cs="Georgia"/>
        </w:rPr>
        <w:t>—распознавать проявление изученных физических явлений в окружающем мире, в том числе физические явления в при</w:t>
      </w:r>
      <w:r>
        <w:rPr>
          <w:rStyle w:val="BodyTextChar1"/>
          <w:rFonts w:cs="Georgia"/>
        </w:rPr>
        <w:softHyphen/>
        <w:t>роде: поверхностное натяжение и капиллярные явления в природе, кристаллы в природе, излучение Солнца, замерза</w:t>
      </w:r>
      <w:r>
        <w:rPr>
          <w:rStyle w:val="BodyTextChar1"/>
          <w:rFonts w:cs="Georgia"/>
        </w:rPr>
        <w:softHyphen/>
        <w:t>ние водоёмов, морские бризы, образование росы, тумана, инея, снега; электрические явления в атмосфере, электриче</w:t>
      </w:r>
      <w:r>
        <w:rPr>
          <w:rStyle w:val="BodyTextChar1"/>
          <w:rFonts w:cs="Georgia"/>
        </w:rPr>
        <w:softHyphen/>
        <w:t>ство живых организмов; магнитное поле Земли, дрейф полю</w:t>
      </w:r>
      <w:r>
        <w:rPr>
          <w:rStyle w:val="BodyTextChar1"/>
          <w:rFonts w:cs="Georgia"/>
        </w:rPr>
        <w:softHyphen/>
        <w:t>сов, роль магнитного поля для жизни на Земле, полярное си</w:t>
      </w:r>
      <w:r>
        <w:rPr>
          <w:rStyle w:val="BodyTextChar1"/>
          <w:rFonts w:cs="Georgia"/>
        </w:rPr>
        <w:softHyphen/>
        <w:t>яние; при этом переводить практическую задачу в учебную, выделять существенные свойства/признаки физических яв</w:t>
      </w:r>
      <w:r>
        <w:rPr>
          <w:rStyle w:val="BodyTextChar1"/>
          <w:rFonts w:cs="Georgia"/>
        </w:rPr>
        <w:softHyphen/>
        <w:t>лений;</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66" w:name="bookmark3957"/>
      <w:bookmarkEnd w:id="666"/>
      <w:r>
        <w:rPr>
          <w:rStyle w:val="BodyTextChar1"/>
          <w:rFonts w:cs="Georgia"/>
        </w:rPr>
        <w:t>описывать изученные свойства тел и физические явления, ис</w:t>
      </w:r>
      <w:r>
        <w:rPr>
          <w:rStyle w:val="BodyTextChar1"/>
          <w:rFonts w:cs="Georgia"/>
        </w:rPr>
        <w:softHyphen/>
        <w:t>пользуя физические величины (температура, внутренняя энергия, количество теплоты, удельная теплоёмкость веще</w:t>
      </w:r>
      <w:r>
        <w:rPr>
          <w:rStyle w:val="BodyTextChar1"/>
          <w:rFonts w:cs="Georgia"/>
        </w:rPr>
        <w:softHyphen/>
        <w:t>ства, удельная теплота плавления, удельная теплота парооб</w:t>
      </w:r>
      <w:r>
        <w:rPr>
          <w:rStyle w:val="BodyTextChar1"/>
          <w:rFonts w:cs="Georgia"/>
        </w:rPr>
        <w:softHyphen/>
        <w:t>разования, удельная теплота сгорания топлива, коэффици</w:t>
      </w:r>
      <w:r>
        <w:rPr>
          <w:rStyle w:val="BodyTextChar1"/>
          <w:rFonts w:cs="Georgia"/>
        </w:rPr>
        <w:softHyphen/>
        <w:t>ент полезного действия тепловой машины, относительная влажность воздуха, электрический заряд, сила тока, элек</w:t>
      </w:r>
      <w:r>
        <w:rPr>
          <w:rStyle w:val="BodyTextChar1"/>
          <w:rFonts w:cs="Georgia"/>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BodyTextChar1"/>
          <w:rFonts w:cs="Georgia"/>
        </w:rPr>
        <w:softHyphen/>
        <w:t>ческих величин, находить формулы, связывающие данную физическую величину с другими величинами, строить графи</w:t>
      </w:r>
      <w:r>
        <w:rPr>
          <w:rStyle w:val="BodyTextChar1"/>
          <w:rFonts w:cs="Georgia"/>
        </w:rPr>
        <w:softHyphen/>
        <w:t>ки изученных зависимостей физических величин;</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—характеризовать свойства тел, физические явления и про</w:t>
      </w:r>
      <w:r>
        <w:rPr>
          <w:rStyle w:val="BodyTextChar1"/>
          <w:rFonts w:cs="Georgia"/>
        </w:rPr>
        <w:softHyphen/>
        <w:t>цессы, используя основные положения молекулярно-кинети</w:t>
      </w:r>
      <w:r>
        <w:rPr>
          <w:rStyle w:val="BodyTextChar1"/>
          <w:rFonts w:cs="Georgia"/>
        </w:rPr>
        <w:softHyphen/>
        <w:t>ческой теории строения вещества, принцип суперпозиции по</w:t>
      </w:r>
      <w:r>
        <w:rPr>
          <w:rStyle w:val="BodyTextChar1"/>
          <w:rFonts w:cs="Georgia"/>
        </w:rPr>
        <w:softHyphen/>
        <w:t>лей (на качественном уровне), закон сохранения заряда, за</w:t>
      </w:r>
      <w:r>
        <w:rPr>
          <w:rStyle w:val="BodyTextChar1"/>
          <w:rFonts w:cs="Georgia"/>
        </w:rPr>
        <w:softHyphen/>
        <w:t>кон Ома для участка цепи, закон Джоуля—Ленца, закон сохранения энергии; при этом давать словесную формулиров</w:t>
      </w:r>
      <w:r>
        <w:rPr>
          <w:rStyle w:val="BodyTextChar1"/>
          <w:rFonts w:cs="Georgia"/>
        </w:rPr>
        <w:softHyphen/>
        <w:t>ку закона и записывать его математическое выражение;</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67" w:name="bookmark3958"/>
      <w:bookmarkEnd w:id="667"/>
      <w:r>
        <w:rPr>
          <w:rStyle w:val="BodyTextChar1"/>
          <w:rFonts w:cs="Georgia"/>
        </w:rPr>
        <w:t>объяснять физические процессы и свойства тел, в том числе и в контексте ситуаций практико-ориентированного характе</w:t>
      </w:r>
      <w:r>
        <w:rPr>
          <w:rStyle w:val="BodyTextChar1"/>
          <w:rFonts w:cs="Georgia"/>
        </w:rPr>
        <w:softHyphen/>
        <w:t>ра: выявлять причинно-следственные связи, строить объяс</w:t>
      </w:r>
      <w:r>
        <w:rPr>
          <w:rStyle w:val="BodyTextChar1"/>
          <w:rFonts w:cs="Georgia"/>
        </w:rPr>
        <w:softHyphen/>
        <w:t>нение из 1—2 логических шагов с опорой на 1—2 изученных свойства физических явлений, физических законов или зако</w:t>
      </w:r>
      <w:r>
        <w:rPr>
          <w:rStyle w:val="BodyTextChar1"/>
          <w:rFonts w:cs="Georgia"/>
        </w:rPr>
        <w:softHyphen/>
        <w:t>номерностей;</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68" w:name="bookmark3959"/>
      <w:bookmarkEnd w:id="668"/>
      <w:r>
        <w:rPr>
          <w:rStyle w:val="BodyTextChar1"/>
          <w:rFonts w:cs="Georgia"/>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BodyTextChar1"/>
          <w:rFonts w:cs="Georgia"/>
        </w:rPr>
        <w:softHyphen/>
        <w:t>лять недостаток данных для решения задачи, выбирать зако</w:t>
      </w:r>
      <w:r>
        <w:rPr>
          <w:rStyle w:val="BodyTextChar1"/>
          <w:rFonts w:cs="Georgia"/>
        </w:rPr>
        <w:softHyphen/>
        <w:t>ны и формулы, необходимые для её решения, проводить рас</w:t>
      </w:r>
      <w:r>
        <w:rPr>
          <w:rStyle w:val="BodyTextChar1"/>
          <w:rFonts w:cs="Georgia"/>
        </w:rPr>
        <w:softHyphen/>
        <w:t>чёты и сравнивать полученное значение физической величи</w:t>
      </w:r>
      <w:r>
        <w:rPr>
          <w:rStyle w:val="BodyTextChar1"/>
          <w:rFonts w:cs="Georgia"/>
        </w:rPr>
        <w:softHyphen/>
        <w:t>ны с известными данными;</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—распознавать проблемы, которые можно решить при помощи физических методов; используя описание исследования, вы</w:t>
      </w:r>
      <w:r>
        <w:rPr>
          <w:rStyle w:val="BodyTextChar1"/>
          <w:rFonts w:cs="Georgia"/>
        </w:rPr>
        <w:softHyphen/>
        <w:t>делять проверяемое предположение, оценивать правильность порядка проведения исследования, делать выводы;</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BodyTextChar1"/>
          <w:rFonts w:cs="Georgia"/>
        </w:rPr>
        <w:softHyphen/>
        <w:t>цесса остывания/нагревания при излучении от цвета излу- чающей/поглощающей поверхности; скорость испарения во</w:t>
      </w:r>
      <w:r>
        <w:rPr>
          <w:rStyle w:val="BodyTextChar1"/>
          <w:rFonts w:cs="Georgia"/>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BodyTextChar1"/>
          <w:rFonts w:cs="Georgia"/>
        </w:rPr>
        <w:softHyphen/>
        <w:t>нитных полей постоянных магнитов; действия магнитного поля на проводник с током, свойства электромагнита, свой</w:t>
      </w:r>
      <w:r>
        <w:rPr>
          <w:rStyle w:val="BodyTextChar1"/>
          <w:rFonts w:cs="Georgia"/>
        </w:rPr>
        <w:softHyphen/>
        <w:t>ства электродвигателя постоянного тока): формулировать проверяемые предположения, собирать установку из предло</w:t>
      </w:r>
      <w:r>
        <w:rPr>
          <w:rStyle w:val="BodyTextChar1"/>
          <w:rFonts w:cs="Georgia"/>
        </w:rPr>
        <w:softHyphen/>
        <w:t>женного оборудования; описывать ход опыта и формулиро</w:t>
      </w:r>
      <w:r>
        <w:rPr>
          <w:rStyle w:val="BodyTextChar1"/>
          <w:rFonts w:cs="Georgia"/>
        </w:rPr>
        <w:softHyphen/>
        <w:t>вать выводы;</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69" w:name="bookmark3960"/>
      <w:bookmarkEnd w:id="669"/>
      <w:r>
        <w:rPr>
          <w:rStyle w:val="BodyTextChar1"/>
          <w:rFonts w:cs="Georgia"/>
        </w:rPr>
        <w:t>выполнять прямые измерения температуры, относительной влажности воздуха, силы тока, напряжения с использовани</w:t>
      </w:r>
      <w:r>
        <w:rPr>
          <w:rStyle w:val="BodyTextChar1"/>
          <w:rFonts w:cs="Georgia"/>
        </w:rPr>
        <w:softHyphen/>
        <w:t>ем аналоговых приборов и датчиков физических величин; сравнивать результаты измерений с учётом заданной абсо</w:t>
      </w:r>
      <w:r>
        <w:rPr>
          <w:rStyle w:val="BodyTextChar1"/>
          <w:rFonts w:cs="Georgia"/>
        </w:rPr>
        <w:softHyphen/>
        <w:t>лютной погрешности;</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—проводить исследование зависимости одной физической ве</w:t>
      </w:r>
      <w:r>
        <w:rPr>
          <w:rStyle w:val="BodyTextChar1"/>
          <w:rFonts w:cs="Georgia"/>
        </w:rPr>
        <w:softHyphen/>
        <w:t>личины от другой с использованием прямых измерений (за</w:t>
      </w:r>
      <w:r>
        <w:rPr>
          <w:rStyle w:val="BodyTextChar1"/>
          <w:rFonts w:cs="Georgia"/>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BodyTextChar1"/>
          <w:rFonts w:cs="Georgia"/>
        </w:rPr>
        <w:softHyphen/>
        <w:t>жения на проводнике; исследование последовательного и па</w:t>
      </w:r>
      <w:r>
        <w:rPr>
          <w:rStyle w:val="BodyTextChar1"/>
          <w:rFonts w:cs="Georgia"/>
        </w:rPr>
        <w:softHyphen/>
        <w:t>раллельного соединений проводников): планировать исследо</w:t>
      </w:r>
      <w:r>
        <w:rPr>
          <w:rStyle w:val="BodyTextChar1"/>
          <w:rFonts w:cs="Georgia"/>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BodyTextChar1"/>
          <w:rFonts w:cs="Georgia"/>
        </w:rPr>
        <w:softHyphen/>
        <w:t>зультатам исследования;</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70" w:name="bookmark3961"/>
      <w:bookmarkEnd w:id="670"/>
      <w:r>
        <w:rPr>
          <w:rStyle w:val="BodyTextChar1"/>
          <w:rFonts w:cs="Georgia"/>
        </w:rPr>
        <w:t>проводить косвенные измерения физических величин (удель</w:t>
      </w:r>
      <w:r>
        <w:rPr>
          <w:rStyle w:val="BodyTextChar1"/>
          <w:rFonts w:cs="Georgia"/>
        </w:rPr>
        <w:softHyphen/>
        <w:t>ная теплоёмкость вещества, сопротивление проводника, ра</w:t>
      </w:r>
      <w:r>
        <w:rPr>
          <w:rStyle w:val="BodyTextChar1"/>
          <w:rFonts w:cs="Georgia"/>
        </w:rPr>
        <w:softHyphen/>
        <w:t>бота и мощность электрического тока): планировать измере</w:t>
      </w:r>
      <w:r>
        <w:rPr>
          <w:rStyle w:val="BodyTextChar1"/>
          <w:rFonts w:cs="Georgia"/>
        </w:rPr>
        <w:softHyphen/>
        <w:t>ния, собирать экспериментальную установку, следуя предло</w:t>
      </w:r>
      <w:r>
        <w:rPr>
          <w:rStyle w:val="BodyTextChar1"/>
          <w:rFonts w:cs="Georgia"/>
        </w:rPr>
        <w:softHyphen/>
        <w:t>женной инструкции, и вычислять значение величины;</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—соблюдать правила техники безопасности при работе с лабо</w:t>
      </w:r>
      <w:r>
        <w:rPr>
          <w:rStyle w:val="BodyTextChar1"/>
          <w:rFonts w:cs="Georgia"/>
        </w:rPr>
        <w:softHyphen/>
        <w:t>раторным оборудованием;</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—характеризовать принципы действия изученных приборов и технических устройств с опорой на их описания (в том чис</w:t>
      </w:r>
      <w:r>
        <w:rPr>
          <w:rStyle w:val="BodyTextChar1"/>
          <w:rFonts w:cs="Georgia"/>
        </w:rPr>
        <w:softHyphen/>
        <w:t>ле: система отопления домов, гигрометр, паровая турбина, амперметр, вольтметр, счётчик электрической энергии, элек</w:t>
      </w:r>
      <w:r>
        <w:rPr>
          <w:rStyle w:val="BodyTextChar1"/>
          <w:rFonts w:cs="Georgia"/>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71" w:name="bookmark3962"/>
      <w:bookmarkEnd w:id="671"/>
      <w:r>
        <w:rPr>
          <w:rStyle w:val="BodyTextChar1"/>
          <w:rFonts w:cs="Georgia"/>
        </w:rPr>
        <w:t>распознавать простые технические устройства и измеритель</w:t>
      </w:r>
      <w:r>
        <w:rPr>
          <w:rStyle w:val="BodyTextChar1"/>
          <w:rFonts w:cs="Georgia"/>
        </w:rPr>
        <w:softHyphen/>
        <w:t>ные приборы по схемам и схематичным рисункам (жидкост</w:t>
      </w:r>
      <w:r>
        <w:rPr>
          <w:rStyle w:val="BodyTextChar1"/>
          <w:rFonts w:cs="Georgia"/>
        </w:rPr>
        <w:softHyphen/>
        <w:t>ный термометр, термос, психрометр, гигрометр, двигатель внутреннего сгорания, электроскоп, реостат); составлять схе</w:t>
      </w:r>
      <w:r>
        <w:rPr>
          <w:rStyle w:val="BodyTextChar1"/>
          <w:rFonts w:cs="Georgia"/>
        </w:rPr>
        <w:softHyphen/>
        <w:t>мы электрических цепей с последовательным и параллель</w:t>
      </w:r>
      <w:r>
        <w:rPr>
          <w:rStyle w:val="BodyTextChar1"/>
          <w:rFonts w:cs="Georgia"/>
        </w:rPr>
        <w:softHyphen/>
        <w:t>ным соединением элементов, различая условные обозначения элементов электрических цепей;</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72" w:name="bookmark3963"/>
      <w:bookmarkEnd w:id="672"/>
      <w:r>
        <w:rPr>
          <w:rStyle w:val="BodyTextChar1"/>
          <w:rFonts w:cs="Georgia"/>
        </w:rPr>
        <w:t>приводить примеры/находить информацию о примерах прак</w:t>
      </w:r>
      <w:r>
        <w:rPr>
          <w:rStyle w:val="BodyTextChar1"/>
          <w:rFonts w:cs="Georgia"/>
        </w:rPr>
        <w:softHyphen/>
        <w:t>тического использования физических знаний в повседневной жизни для обеспечения безопасности при обращении с прибо</w:t>
      </w:r>
      <w:r>
        <w:rPr>
          <w:rStyle w:val="BodyTextChar1"/>
          <w:rFonts w:cs="Georgia"/>
        </w:rPr>
        <w:softHyphen/>
        <w:t>рами и техническими устройствами, сохранения здоровья и соблюдения норм экологического поведения в окружающей среде;</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73" w:name="bookmark3964"/>
      <w:bookmarkEnd w:id="673"/>
      <w:r>
        <w:rPr>
          <w:rStyle w:val="BodyTextChar1"/>
          <w:rFonts w:cs="Georgia"/>
        </w:rPr>
        <w:t>осуществлять поиск информации физического содержания в сети Интернет, на основе имеющихся знаний и путём срав</w:t>
      </w:r>
      <w:r>
        <w:rPr>
          <w:rStyle w:val="BodyTextChar1"/>
          <w:rFonts w:cs="Georgia"/>
        </w:rPr>
        <w:softHyphen/>
        <w:t>нения дополнительных источников выделять информацию, которая является противоречивой или может быть недосто</w:t>
      </w:r>
      <w:r>
        <w:rPr>
          <w:rStyle w:val="BodyTextChar1"/>
          <w:rFonts w:cs="Georgia"/>
        </w:rPr>
        <w:softHyphen/>
        <w:t>верной;</w:t>
      </w:r>
    </w:p>
    <w:p w:rsidR="00F44E79" w:rsidRDefault="00F44E79" w:rsidP="00E5323B">
      <w:pPr>
        <w:pStyle w:val="BodyText"/>
        <w:numPr>
          <w:ilvl w:val="0"/>
          <w:numId w:val="57"/>
        </w:numPr>
        <w:tabs>
          <w:tab w:val="left" w:pos="327"/>
        </w:tabs>
        <w:spacing w:line="276" w:lineRule="auto"/>
        <w:ind w:left="240" w:hanging="240"/>
        <w:jc w:val="both"/>
        <w:rPr>
          <w:color w:val="auto"/>
          <w:sz w:val="24"/>
          <w:szCs w:val="24"/>
        </w:rPr>
      </w:pPr>
      <w:bookmarkStart w:id="674" w:name="bookmark3965"/>
      <w:bookmarkEnd w:id="674"/>
      <w:r>
        <w:rPr>
          <w:rStyle w:val="BodyTextChar1"/>
          <w:rFonts w:cs="Georgia"/>
        </w:rPr>
        <w:t>использовать при выполнении учебных заданий научно-по</w:t>
      </w:r>
      <w:r>
        <w:rPr>
          <w:rStyle w:val="BodyTextChar1"/>
          <w:rFonts w:cs="Georgia"/>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—создавать собственные письменные и краткие устные сообще</w:t>
      </w:r>
      <w:r>
        <w:rPr>
          <w:rStyle w:val="BodyTextChar1"/>
          <w:rFonts w:cs="Georgia"/>
        </w:rPr>
        <w:softHyphen/>
        <w:t>ния, обобщая информацию из нескольких источников физи</w:t>
      </w:r>
      <w:r>
        <w:rPr>
          <w:rStyle w:val="BodyTextChar1"/>
          <w:rFonts w:cs="Georgia"/>
        </w:rPr>
        <w:softHyphen/>
        <w:t>ческого содержания, в том числе публично представлять ре</w:t>
      </w:r>
      <w:r>
        <w:rPr>
          <w:rStyle w:val="BodyTextChar1"/>
          <w:rFonts w:cs="Georgia"/>
        </w:rPr>
        <w:softHyphen/>
        <w:t>зультаты проектной или исследовательской деятельности; при этом грамотно использовать изученный понятийный ап</w:t>
      </w:r>
      <w:r>
        <w:rPr>
          <w:rStyle w:val="BodyTextChar1"/>
          <w:rFonts w:cs="Georgia"/>
        </w:rPr>
        <w:softHyphen/>
        <w:t>парат курса физики, сопровождать выступление презента</w:t>
      </w:r>
      <w:r>
        <w:rPr>
          <w:rStyle w:val="BodyTextChar1"/>
          <w:rFonts w:cs="Georgia"/>
        </w:rPr>
        <w:softHyphen/>
        <w:t>цией;</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—при выполнении учебных проектов и исследований физиче</w:t>
      </w:r>
      <w:r>
        <w:rPr>
          <w:rStyle w:val="BodyTextChar1"/>
          <w:rFonts w:cs="Georgia"/>
        </w:rPr>
        <w:softHyphen/>
        <w:t>ских процессов распределять обязанности в группе в соответ</w:t>
      </w:r>
      <w:r>
        <w:rPr>
          <w:rStyle w:val="BodyTextChar1"/>
          <w:rFonts w:cs="Georgia"/>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BodyTextChar1"/>
          <w:rFonts w:cs="Georgia"/>
        </w:rPr>
        <w:softHyphen/>
        <w:t>муникативное взаимодействие, проявляя готовность разре</w:t>
      </w:r>
      <w:r>
        <w:rPr>
          <w:rStyle w:val="BodyTextChar1"/>
          <w:rFonts w:cs="Georgia"/>
        </w:rPr>
        <w:softHyphen/>
        <w:t>шать конфликты.</w:t>
      </w:r>
    </w:p>
    <w:p w:rsidR="00F44E79" w:rsidRDefault="00F44E79">
      <w:pPr>
        <w:pStyle w:val="33"/>
        <w:keepNext/>
        <w:keepLines/>
        <w:spacing w:after="40"/>
        <w:jc w:val="both"/>
        <w:rPr>
          <w:rFonts w:ascii="Courier New" w:hAnsi="Courier New" w:cs="Courier New"/>
          <w:b w:val="0"/>
          <w:bCs w:val="0"/>
          <w:color w:val="auto"/>
          <w:sz w:val="24"/>
          <w:szCs w:val="24"/>
        </w:rPr>
      </w:pPr>
      <w:bookmarkStart w:id="675" w:name="bookmark3966"/>
      <w:bookmarkStart w:id="676" w:name="bookmark3967"/>
      <w:bookmarkStart w:id="677" w:name="bookmark3968"/>
      <w:r>
        <w:rPr>
          <w:rStyle w:val="32"/>
          <w:rFonts w:cs="Arial"/>
          <w:b/>
        </w:rPr>
        <w:t>9 класс</w:t>
      </w:r>
      <w:bookmarkEnd w:id="675"/>
      <w:bookmarkEnd w:id="676"/>
      <w:bookmarkEnd w:id="677"/>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Предметные результаты на базовом уровне должны отражать сформированность у обучающихся умений:</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 использовать понятия: система отсчёта, материальная точка, траектория, относительность механического движения, де</w:t>
      </w:r>
      <w:r>
        <w:rPr>
          <w:rStyle w:val="BodyTextChar1"/>
          <w:rFonts w:cs="Georgia"/>
        </w:rPr>
        <w:softHyphen/>
        <w:t>формация (упругая, пластическая), трение, центростреми</w:t>
      </w:r>
      <w:r>
        <w:rPr>
          <w:rStyle w:val="BodyTextChar1"/>
          <w:rFonts w:cs="Georgia"/>
        </w:rPr>
        <w:softHyphen/>
        <w:t>тельное ускорение, невесомость и перегрузки; центр тяже</w:t>
      </w:r>
      <w:r>
        <w:rPr>
          <w:rStyle w:val="BodyTextChar1"/>
          <w:rFonts w:cs="Georgia"/>
        </w:rPr>
        <w:softHyphen/>
        <w:t>сти; абсолютно твёрдое тело, центр тяжести твёрдого тела, равновесие; механические колебания и волны, звук, инфраз</w:t>
      </w:r>
      <w:r>
        <w:rPr>
          <w:rStyle w:val="BodyTextChar1"/>
          <w:rFonts w:cs="Georgia"/>
        </w:rPr>
        <w:softHyphen/>
        <w:t>вук и ультразвук; электромагнитные волны, шкала электро</w:t>
      </w:r>
      <w:r>
        <w:rPr>
          <w:rStyle w:val="BodyTextChar1"/>
          <w:rFonts w:cs="Georgia"/>
        </w:rPr>
        <w:softHyphen/>
        <w:t>магнитных волн, свет, близорукость и дальнозоркость, спек</w:t>
      </w:r>
      <w:r>
        <w:rPr>
          <w:rStyle w:val="BodyTextChar1"/>
          <w:rFonts w:cs="Georgia"/>
        </w:rPr>
        <w:softHyphen/>
        <w:t>тры испускания и поглощения; альфа-, бета- и гамма-излуче</w:t>
      </w:r>
      <w:r>
        <w:rPr>
          <w:rStyle w:val="BodyTextChar1"/>
          <w:rFonts w:cs="Georgia"/>
        </w:rPr>
        <w:softHyphen/>
        <w:t>ния, изотопы, ядерная энергетика;</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—различать явления (равномерное и неравномерное прямоли</w:t>
      </w:r>
      <w:r>
        <w:rPr>
          <w:rStyle w:val="BodyTextChar1"/>
          <w:rFonts w:cs="Georgia"/>
        </w:rPr>
        <w:softHyphen/>
        <w:t>нейное движение, равноускоренное прямолинейное движе</w:t>
      </w:r>
      <w:r>
        <w:rPr>
          <w:rStyle w:val="BodyTextChar1"/>
          <w:rFonts w:cs="Georgia"/>
        </w:rPr>
        <w:softHyphen/>
        <w:t>ние, свободное падение тел, равномерное движение по окруж</w:t>
      </w:r>
      <w:r>
        <w:rPr>
          <w:rStyle w:val="BodyTextChar1"/>
          <w:rFonts w:cs="Georgia"/>
        </w:rPr>
        <w:softHyphen/>
        <w:t>ности, взаимодействие тел, реактивное движение, колеба</w:t>
      </w:r>
      <w:r>
        <w:rPr>
          <w:rStyle w:val="BodyTextChar1"/>
          <w:rFonts w:cs="Georgia"/>
        </w:rPr>
        <w:softHyphen/>
        <w:t>тельное движение (затухающие и вынужденные колебания), резонанс, волновое движение, отражение звука, прямолиней</w:t>
      </w:r>
      <w:r>
        <w:rPr>
          <w:rStyle w:val="BodyTextChar1"/>
          <w:rFonts w:cs="Georgia"/>
        </w:rPr>
        <w:softHyphen/>
        <w:t>ное распространение, отражение и преломление света, пол</w:t>
      </w:r>
      <w:r>
        <w:rPr>
          <w:rStyle w:val="BodyTextChar1"/>
          <w:rFonts w:cs="Georgia"/>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BodyTextChar1"/>
          <w:rFonts w:cs="Georgia"/>
        </w:rPr>
        <w:softHyphen/>
        <w:t>ление;</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—распознавать проявление изученных физических явлений в окружающем мире (в том числе физические явления в при</w:t>
      </w:r>
      <w:r>
        <w:rPr>
          <w:rStyle w:val="BodyTextChar1"/>
          <w:rFonts w:cs="Georgia"/>
        </w:rPr>
        <w:softHyphen/>
        <w:t>роде: приливы и отливы, движение планет Солнечной систе</w:t>
      </w:r>
      <w:r>
        <w:rPr>
          <w:rStyle w:val="BodyTextChar1"/>
          <w:rFonts w:cs="Georgia"/>
        </w:rPr>
        <w:softHyphen/>
        <w:t>мы, реактивное движение живых организмов, восприятие звуков животными, землетрясение, сейсмические волны, цу</w:t>
      </w:r>
      <w:r>
        <w:rPr>
          <w:rStyle w:val="BodyTextChar1"/>
          <w:rFonts w:cs="Georgia"/>
        </w:rPr>
        <w:softHyphen/>
        <w:t>нами, эхо, цвета тел, оптические явления в природе, биоло</w:t>
      </w:r>
      <w:r>
        <w:rPr>
          <w:rStyle w:val="BodyTextChar1"/>
          <w:rFonts w:cs="Georgia"/>
        </w:rPr>
        <w:softHyphen/>
        <w:t>гическое действие видимого, ультрафиолетового и рент</w:t>
      </w:r>
      <w:r>
        <w:rPr>
          <w:rStyle w:val="BodyTextChar1"/>
          <w:rFonts w:cs="Georgia"/>
        </w:rPr>
        <w:softHyphen/>
        <w:t>геновского излучений; естественный радиоактивный фон, космические лучи, радиоактивное излучение природных ми</w:t>
      </w:r>
      <w:r>
        <w:rPr>
          <w:rStyle w:val="BodyTextChar1"/>
          <w:rFonts w:cs="Georgia"/>
        </w:rPr>
        <w:softHyphen/>
        <w:t>нералов; действие радиоактивных излучений на организм че</w:t>
      </w:r>
      <w:r>
        <w:rPr>
          <w:rStyle w:val="BodyTextChar1"/>
          <w:rFonts w:cs="Georgia"/>
        </w:rPr>
        <w:softHyphen/>
        <w:t>ловека), при этом переводить практическую задачу в учеб</w:t>
      </w:r>
      <w:r>
        <w:rPr>
          <w:rStyle w:val="BodyTextChar1"/>
          <w:rFonts w:cs="Georgia"/>
        </w:rPr>
        <w:softHyphen/>
        <w:t>ную, выделять существенные свойства/признаки физиче</w:t>
      </w:r>
      <w:r>
        <w:rPr>
          <w:rStyle w:val="BodyTextChar1"/>
          <w:rFonts w:cs="Georgia"/>
        </w:rPr>
        <w:softHyphen/>
        <w:t>ских явлений;</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—описывать изученные свойства тел и физические явления, ис</w:t>
      </w:r>
      <w:r>
        <w:rPr>
          <w:rStyle w:val="BodyTextChar1"/>
          <w:rFonts w:cs="Georgia"/>
        </w:rPr>
        <w:softHyphen/>
        <w:t>пользуя физические величины (средняя и мгновенная ско</w:t>
      </w:r>
      <w:r>
        <w:rPr>
          <w:rStyle w:val="BodyTextChar1"/>
          <w:rFonts w:cs="Georgia"/>
        </w:rPr>
        <w:softHyphen/>
        <w:t>рость тела при неравномерном движении, ускорение, переме</w:t>
      </w:r>
      <w:r>
        <w:rPr>
          <w:rStyle w:val="BodyTextChar1"/>
          <w:rFonts w:cs="Georgia"/>
        </w:rPr>
        <w:softHyphen/>
        <w:t>щение, путь, угловая скорость, сила трения, сила упругости, сила тяжести, ускорение свободного падения, вес тела, им</w:t>
      </w:r>
      <w:r>
        <w:rPr>
          <w:rStyle w:val="BodyTextChar1"/>
          <w:rFonts w:cs="Georgia"/>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BodyTextChar1"/>
          <w:rFonts w:cs="Georgia"/>
        </w:rPr>
        <w:softHyphen/>
        <w:t>ская энергия, полная механическая энергия, период и частота колебаний, длина волны, громкость звука и высота тона, ско</w:t>
      </w:r>
      <w:r>
        <w:rPr>
          <w:rStyle w:val="BodyTextChar1"/>
          <w:rFonts w:cs="Georgia"/>
        </w:rPr>
        <w:softHyphen/>
        <w:t>рость света, показатель преломления среды); при описании правильно трактовать физический смысл используемых вели</w:t>
      </w:r>
      <w:r>
        <w:rPr>
          <w:rStyle w:val="BodyTextChar1"/>
          <w:rFonts w:cs="Georgia"/>
        </w:rPr>
        <w:softHyphen/>
        <w:t>чин, обозначения и единицы физических величин, находить формулы, связывающие данную физическую величину с дру</w:t>
      </w:r>
      <w:r>
        <w:rPr>
          <w:rStyle w:val="BodyTextChar1"/>
          <w:rFonts w:cs="Georgia"/>
        </w:rPr>
        <w:softHyphen/>
        <w:t>гими величинами, строить графики изученных зависимостей физических величин;</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78" w:name="bookmark3969"/>
      <w:bookmarkEnd w:id="678"/>
      <w:r>
        <w:rPr>
          <w:rStyle w:val="BodyTextChar1"/>
          <w:rFonts w:cs="Georgia"/>
        </w:rPr>
        <w:t>характеризовать свойства тел, физические явления и процес</w:t>
      </w:r>
      <w:r>
        <w:rPr>
          <w:rStyle w:val="BodyTextChar1"/>
          <w:rFonts w:cs="Georgia"/>
        </w:rPr>
        <w:softHyphen/>
        <w:t>сы, используя закон сохранения энергии, закон всемирного тяготения, принцип суперпозиции сил, принцип относитель</w:t>
      </w:r>
      <w:r>
        <w:rPr>
          <w:rStyle w:val="BodyTextChar1"/>
          <w:rFonts w:cs="Georgia"/>
        </w:rPr>
        <w:softHyphen/>
        <w:t>ности Галилея, законы Ньютона, закон сохранения импуль</w:t>
      </w:r>
      <w:r>
        <w:rPr>
          <w:rStyle w:val="BodyTextChar1"/>
          <w:rFonts w:cs="Georgia"/>
        </w:rPr>
        <w:softHyphen/>
        <w:t>са, законы отражения и преломления света, законы сохране</w:t>
      </w:r>
      <w:r>
        <w:rPr>
          <w:rStyle w:val="BodyTextChar1"/>
          <w:rFonts w:cs="Georgia"/>
        </w:rPr>
        <w:softHyphen/>
        <w:t>ния зарядового и массового чисел при ядерных реакциях; при этом давать словесную формулировку закона и записы</w:t>
      </w:r>
      <w:r>
        <w:rPr>
          <w:rStyle w:val="BodyTextChar1"/>
          <w:rFonts w:cs="Georgia"/>
        </w:rPr>
        <w:softHyphen/>
        <w:t>вать его математическое выражение;</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79" w:name="bookmark3970"/>
      <w:bookmarkEnd w:id="679"/>
      <w:r>
        <w:rPr>
          <w:rStyle w:val="BodyTextChar1"/>
          <w:rFonts w:cs="Georgia"/>
        </w:rPr>
        <w:t>объяснять физические процессы и свойства тел, в том числе и в контексте ситуаций практико-ориентированного характе</w:t>
      </w:r>
      <w:r>
        <w:rPr>
          <w:rStyle w:val="BodyTextChar1"/>
          <w:rFonts w:cs="Georgia"/>
        </w:rPr>
        <w:softHyphen/>
        <w:t>ра: выявлять причинно-следственные связи, строить объяс</w:t>
      </w:r>
      <w:r>
        <w:rPr>
          <w:rStyle w:val="BodyTextChar1"/>
          <w:rFonts w:cs="Georgia"/>
        </w:rPr>
        <w:softHyphen/>
        <w:t>нение из 2—3 логических шагов с опорой на 2—3 изученных свойства физических явлений, физических законов или зако</w:t>
      </w:r>
      <w:r>
        <w:rPr>
          <w:rStyle w:val="BodyTextChar1"/>
          <w:rFonts w:cs="Georgia"/>
        </w:rPr>
        <w:softHyphen/>
        <w:t>номерностей;</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80" w:name="bookmark3971"/>
      <w:bookmarkEnd w:id="680"/>
      <w:r>
        <w:rPr>
          <w:rStyle w:val="BodyTextChar1"/>
          <w:rFonts w:cs="Georgia"/>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BodyTextChar1"/>
          <w:rFonts w:cs="Georgia"/>
        </w:rPr>
        <w:softHyphen/>
        <w:t>писывать краткое условие, выявлять недостающие или избы</w:t>
      </w:r>
      <w:r>
        <w:rPr>
          <w:rStyle w:val="BodyTextChar1"/>
          <w:rFonts w:cs="Georgia"/>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—распознавать проблемы, которые можно решить при помощи физических методов; используя описание исследования, вы</w:t>
      </w:r>
      <w:r>
        <w:rPr>
          <w:rStyle w:val="BodyTextChar1"/>
          <w:rFonts w:cs="Georgia"/>
        </w:rPr>
        <w:softHyphen/>
        <w:t>делять проверяемое предположение, оценивать правильность порядка проведения исследования, делать выводы, интерпре</w:t>
      </w:r>
      <w:r>
        <w:rPr>
          <w:rStyle w:val="BodyTextChar1"/>
          <w:rFonts w:cs="Georgia"/>
        </w:rPr>
        <w:softHyphen/>
        <w:t>тировать результаты наблюдений и опытов;</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BodyTextChar1"/>
          <w:rFonts w:cs="Georgia"/>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BodyTextChar1"/>
          <w:rFonts w:cs="Georgia"/>
        </w:rPr>
        <w:softHyphen/>
        <w:t>блюдение сплошных и линейчатых спектров излучения): са</w:t>
      </w:r>
      <w:r>
        <w:rPr>
          <w:rStyle w:val="BodyTextChar1"/>
          <w:rFonts w:cs="Georgia"/>
        </w:rPr>
        <w:softHyphen/>
        <w:t>мостоятельно собирать установку из избыточного набора обо</w:t>
      </w:r>
      <w:r>
        <w:rPr>
          <w:rStyle w:val="BodyTextChar1"/>
          <w:rFonts w:cs="Georgia"/>
        </w:rPr>
        <w:softHyphen/>
        <w:t>рудования; описывать ход опыта и его результаты, формули</w:t>
      </w:r>
      <w:r>
        <w:rPr>
          <w:rStyle w:val="BodyTextChar1"/>
          <w:rFonts w:cs="Georgia"/>
        </w:rPr>
        <w:softHyphen/>
        <w:t>ровать выводы;</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BodyTextChar1"/>
          <w:rFonts w:cs="Georgia"/>
        </w:rPr>
        <w:softHyphen/>
        <w:t>рости; периода колебаний математического маятника от дли</w:t>
      </w:r>
      <w:r>
        <w:rPr>
          <w:rStyle w:val="BodyTextChar1"/>
          <w:rFonts w:cs="Georgia"/>
        </w:rPr>
        <w:softHyphen/>
        <w:t>ны нити; зависимости угла отражения света от угла падения и угла преломления от угла падения): планировать исследо</w:t>
      </w:r>
      <w:r>
        <w:rPr>
          <w:rStyle w:val="BodyTextChar1"/>
          <w:rFonts w:cs="Georgia"/>
        </w:rPr>
        <w:softHyphen/>
        <w:t>вание, самостоятельно собирать установку, фиксировать ре</w:t>
      </w:r>
      <w:r>
        <w:rPr>
          <w:rStyle w:val="BodyTextChar1"/>
          <w:rFonts w:cs="Georgia"/>
        </w:rPr>
        <w:softHyphen/>
        <w:t>зультаты полученной зависимости физических величин с учётом заданной погрешности измерений в виде таблиц и гра</w:t>
      </w:r>
      <w:r>
        <w:rPr>
          <w:rStyle w:val="BodyTextChar1"/>
          <w:rFonts w:cs="Georgia"/>
        </w:rPr>
        <w:softHyphen/>
        <w:t>фиков, делать выводы по результатам исследования;</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—проводить косвенные измерения физических величин (сред</w:t>
      </w:r>
      <w:r>
        <w:rPr>
          <w:rStyle w:val="BodyTextChar1"/>
          <w:rFonts w:cs="Georgia"/>
        </w:rPr>
        <w:softHyphen/>
        <w:t>няя скорость и ускорение тела при равноускоренном дви</w:t>
      </w:r>
      <w:r>
        <w:rPr>
          <w:rStyle w:val="BodyTextChar1"/>
          <w:rFonts w:cs="Georgia"/>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BodyTextChar1"/>
          <w:rFonts w:cs="Georgia"/>
        </w:rPr>
        <w:softHyphen/>
        <w:t>зы, радиоактивный фон): планировать измерения; собирать экспериментальную установку и выполнять измерения, сле</w:t>
      </w:r>
      <w:r>
        <w:rPr>
          <w:rStyle w:val="BodyTextChar1"/>
          <w:rFonts w:cs="Georgia"/>
        </w:rPr>
        <w:softHyphen/>
        <w:t>дуя предложенной инструкции; вычислять значение величи</w:t>
      </w:r>
      <w:r>
        <w:rPr>
          <w:rStyle w:val="BodyTextChar1"/>
          <w:rFonts w:cs="Georgia"/>
        </w:rPr>
        <w:softHyphen/>
        <w:t>ны и анализировать полученные результаты;</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—соблюдать правила техники безопасности при работе с лабо</w:t>
      </w:r>
      <w:r>
        <w:rPr>
          <w:rStyle w:val="BodyTextChar1"/>
          <w:rFonts w:cs="Georgia"/>
        </w:rPr>
        <w:softHyphen/>
        <w:t>раторным оборудованием;</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—различать основные признаки изученных физических моде</w:t>
      </w:r>
      <w:r>
        <w:rPr>
          <w:rStyle w:val="BodyTextChar1"/>
          <w:rFonts w:cs="Georgia"/>
        </w:rPr>
        <w:softHyphen/>
        <w:t>лей: материальная точка, абсолютно твёрдое тело, точечный источник света, луч, тонкая линза, планетарная модель ато</w:t>
      </w:r>
      <w:r>
        <w:rPr>
          <w:rStyle w:val="BodyTextChar1"/>
          <w:rFonts w:cs="Georgia"/>
        </w:rPr>
        <w:softHyphen/>
        <w:t>ма, нуклонная модель атомного ядра;</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—характеризовать принципы действия изученных приборов и технических устройств с опорой на их описания (в том чис</w:t>
      </w:r>
      <w:r>
        <w:rPr>
          <w:rStyle w:val="BodyTextChar1"/>
          <w:rFonts w:cs="Georgia"/>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BodyTextChar1"/>
          <w:rFonts w:cs="Georgia"/>
        </w:rPr>
        <w:softHyphen/>
        <w:t>пользуя знания о свойствах физических явлений и необходи</w:t>
      </w:r>
      <w:r>
        <w:rPr>
          <w:rStyle w:val="BodyTextChar1"/>
          <w:rFonts w:cs="Georgia"/>
        </w:rPr>
        <w:softHyphen/>
        <w:t>мые физические закономерности;</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81" w:name="bookmark3972"/>
      <w:bookmarkEnd w:id="681"/>
      <w:r>
        <w:rPr>
          <w:rStyle w:val="BodyTextChar1"/>
          <w:rFonts w:cs="Georgia"/>
        </w:rPr>
        <w:t>использовать схемы и схематичные рисунки изученных тех</w:t>
      </w:r>
      <w:r>
        <w:rPr>
          <w:rStyle w:val="BodyTextChar1"/>
          <w:rFonts w:cs="Georgia"/>
        </w:rPr>
        <w:softHyphen/>
        <w:t>нических устройств, измерительных приборов и технологи</w:t>
      </w:r>
      <w:r>
        <w:rPr>
          <w:rStyle w:val="BodyTextChar1"/>
          <w:rFonts w:cs="Georgia"/>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82" w:name="bookmark3973"/>
      <w:bookmarkEnd w:id="682"/>
      <w:r>
        <w:rPr>
          <w:rStyle w:val="BodyTextChar1"/>
          <w:rFonts w:cs="Georgia"/>
        </w:rPr>
        <w:t>приводить примеры/находить информацию о примерах прак</w:t>
      </w:r>
      <w:r>
        <w:rPr>
          <w:rStyle w:val="BodyTextChar1"/>
          <w:rFonts w:cs="Georgia"/>
        </w:rPr>
        <w:softHyphen/>
        <w:t>тического использования физических знаний в повседневной жизни для обеспечения безопасности при обращении с прибо</w:t>
      </w:r>
      <w:r>
        <w:rPr>
          <w:rStyle w:val="BodyTextChar1"/>
          <w:rFonts w:cs="Georgia"/>
        </w:rPr>
        <w:softHyphen/>
        <w:t>рами и техническими устройствами, сохранения здоровья и соблюдения норм экологического поведения в окружающей среде;</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83" w:name="bookmark3974"/>
      <w:bookmarkEnd w:id="683"/>
      <w:r>
        <w:rPr>
          <w:rStyle w:val="BodyTextChar1"/>
          <w:rFonts w:cs="Georgia"/>
        </w:rPr>
        <w:t>осуществлять поиск информации физического содержания в сети Интернет, самостоятельно формулируя поисковый за</w:t>
      </w:r>
      <w:r>
        <w:rPr>
          <w:rStyle w:val="BodyTextChar1"/>
          <w:rFonts w:cs="Georgia"/>
        </w:rPr>
        <w:softHyphen/>
        <w:t>прос, находить пути определения достоверности полученной информации на основе имеющихся знаний и дополнитель</w:t>
      </w:r>
      <w:r>
        <w:rPr>
          <w:rStyle w:val="BodyTextChar1"/>
          <w:rFonts w:cs="Georgia"/>
        </w:rPr>
        <w:softHyphen/>
        <w:t>ных источников;</w:t>
      </w:r>
    </w:p>
    <w:p w:rsidR="00F44E79" w:rsidRDefault="00F44E79" w:rsidP="00E5323B">
      <w:pPr>
        <w:pStyle w:val="BodyText"/>
        <w:numPr>
          <w:ilvl w:val="0"/>
          <w:numId w:val="57"/>
        </w:numPr>
        <w:tabs>
          <w:tab w:val="left" w:pos="327"/>
        </w:tabs>
        <w:spacing w:line="269" w:lineRule="auto"/>
        <w:ind w:left="240" w:hanging="240"/>
        <w:jc w:val="both"/>
        <w:rPr>
          <w:color w:val="auto"/>
          <w:sz w:val="24"/>
          <w:szCs w:val="24"/>
        </w:rPr>
      </w:pPr>
      <w:bookmarkStart w:id="684" w:name="bookmark3975"/>
      <w:bookmarkEnd w:id="684"/>
      <w:r>
        <w:rPr>
          <w:rStyle w:val="BodyTextChar1"/>
          <w:rFonts w:cs="Georgia"/>
        </w:rPr>
        <w:t>использовать при выполнении учебных заданий научно-по</w:t>
      </w:r>
      <w:r>
        <w:rPr>
          <w:rStyle w:val="BodyTextChar1"/>
          <w:rFonts w:cs="Georgia"/>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44E79" w:rsidRDefault="00F44E79">
      <w:pPr>
        <w:pStyle w:val="BodyText"/>
        <w:spacing w:line="269" w:lineRule="auto"/>
        <w:ind w:left="240" w:hanging="240"/>
        <w:jc w:val="both"/>
        <w:rPr>
          <w:rStyle w:val="BodyTextChar1"/>
          <w:rFonts w:cs="Georgia"/>
        </w:rPr>
      </w:pPr>
      <w:r>
        <w:rPr>
          <w:rStyle w:val="BodyTextChar1"/>
          <w:rFonts w:cs="Georgia"/>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BodyTextChar1"/>
          <w:rFonts w:cs="Georgia"/>
        </w:rPr>
        <w:softHyphen/>
        <w:t>пользовать изученный понятийный аппарат изучаемого раз</w:t>
      </w:r>
      <w:r>
        <w:rPr>
          <w:rStyle w:val="BodyTextChar1"/>
          <w:rFonts w:cs="Georgia"/>
        </w:rPr>
        <w:softHyphen/>
        <w:t>дела физики и сопровождать выступление презентацией с учётом особенностей аудитории сверстников.</w:t>
      </w:r>
    </w:p>
    <w:p w:rsidR="00F44E79" w:rsidRDefault="00F44E79">
      <w:pPr>
        <w:pStyle w:val="BodyText"/>
        <w:spacing w:line="269" w:lineRule="auto"/>
        <w:ind w:left="240" w:hanging="240"/>
        <w:jc w:val="both"/>
        <w:rPr>
          <w:rFonts w:ascii="Courier New" w:hAnsi="Courier New" w:cs="Courier New"/>
          <w:color w:val="auto"/>
          <w:sz w:val="24"/>
          <w:szCs w:val="24"/>
        </w:rPr>
      </w:pPr>
    </w:p>
    <w:p w:rsidR="00F44E79" w:rsidRDefault="00F44E79" w:rsidP="001C7BA4">
      <w:pPr>
        <w:pStyle w:val="33"/>
        <w:keepNext/>
        <w:keepLines/>
        <w:numPr>
          <w:ilvl w:val="2"/>
          <w:numId w:val="131"/>
        </w:numPr>
        <w:pBdr>
          <w:bottom w:val="single" w:sz="4" w:space="0" w:color="auto"/>
        </w:pBdr>
        <w:tabs>
          <w:tab w:val="left" w:pos="763"/>
        </w:tabs>
        <w:spacing w:after="220" w:line="240" w:lineRule="auto"/>
        <w:rPr>
          <w:b w:val="0"/>
          <w:bCs w:val="0"/>
          <w:color w:val="auto"/>
          <w:sz w:val="24"/>
          <w:szCs w:val="24"/>
        </w:rPr>
      </w:pPr>
      <w:bookmarkStart w:id="685" w:name="bookmark3978"/>
      <w:bookmarkStart w:id="686" w:name="bookmark3976"/>
      <w:bookmarkStart w:id="687" w:name="bookmark3977"/>
      <w:bookmarkStart w:id="688" w:name="bookmark3979"/>
      <w:bookmarkEnd w:id="685"/>
      <w:r>
        <w:rPr>
          <w:rStyle w:val="32"/>
          <w:rFonts w:cs="Arial"/>
          <w:b/>
          <w:sz w:val="19"/>
          <w:szCs w:val="19"/>
        </w:rPr>
        <w:t>БИОЛОГИЯ</w:t>
      </w:r>
      <w:bookmarkEnd w:id="686"/>
      <w:bookmarkEnd w:id="687"/>
      <w:bookmarkEnd w:id="688"/>
    </w:p>
    <w:p w:rsidR="00F44E79" w:rsidRPr="008F10C3" w:rsidRDefault="00F44E79" w:rsidP="008F10C3">
      <w:pPr>
        <w:pStyle w:val="BodyText"/>
        <w:spacing w:after="260" w:line="266" w:lineRule="auto"/>
        <w:jc w:val="both"/>
      </w:pPr>
      <w:r>
        <w:rPr>
          <w:rStyle w:val="BodyTextChar1"/>
          <w:rFonts w:cs="Georgia"/>
        </w:rPr>
        <w:t>Примерная рабочая программа по биологии на уровне основ</w:t>
      </w:r>
      <w:r>
        <w:rPr>
          <w:rStyle w:val="BodyTextChar1"/>
          <w:rFonts w:cs="Georgia"/>
        </w:rPr>
        <w:softHyphen/>
        <w:t>ного общего образования составлена на основе Требований к ре</w:t>
      </w:r>
      <w:r>
        <w:rPr>
          <w:rStyle w:val="BodyTextChar1"/>
          <w:rFonts w:cs="Georgia"/>
        </w:rPr>
        <w:softHyphen/>
        <w:t>зультатам освоения основной образовательной программы основ</w:t>
      </w:r>
      <w:r>
        <w:rPr>
          <w:rStyle w:val="BodyTextChar1"/>
          <w:rFonts w:cs="Georgia"/>
        </w:rPr>
        <w:softHyphen/>
        <w:t>ного общего образования, представленных в Федеральном госу</w:t>
      </w:r>
      <w:r>
        <w:rPr>
          <w:rStyle w:val="BodyTextChar1"/>
          <w:rFonts w:cs="Georgia"/>
        </w:rPr>
        <w:softHyphen/>
        <w:t>дарственном образовательном стандарте основного общего образования, а также Программы воспитания.</w:t>
      </w:r>
    </w:p>
    <w:p w:rsidR="00F44E79" w:rsidRDefault="00F44E79" w:rsidP="003E3DF3">
      <w:pPr>
        <w:shd w:val="clear" w:color="auto" w:fill="FFFFFF"/>
        <w:jc w:val="center"/>
        <w:rPr>
          <w:rFonts w:ascii="Times New Roman" w:hAnsi="Times New Roman" w:cs="Times New Roman"/>
          <w:b/>
          <w:bCs/>
          <w:i/>
          <w:iCs/>
        </w:rPr>
      </w:pP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Основное содержание учебного курса «Биология 5 - 9 классы»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rPr>
        <w:t>Содержание обучения в 5 и 6 классах </w:t>
      </w:r>
      <w:r w:rsidRPr="004A4D28">
        <w:rPr>
          <w:rFonts w:ascii="Times New Roman" w:hAnsi="Times New Roman" w:cs="Times New Roman"/>
        </w:rPr>
        <w:t>нацелено на формирование у обучающихся знаний признаков и процессов жизнедеятельности (питание, дыхание, рост, развитие, размножение), присущих всем живым организмам, взаимосвязи строения и функций, разных форм регуляции процессов жизнедеятельности. Завершается курс рассмотрением организма как единого целого, согласованности протекающих в нём процессов и взаимодействия с окружающей средой.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rPr>
        <w:t>В курсе биологии 7 класса </w:t>
      </w:r>
      <w:r w:rsidRPr="004A4D28">
        <w:rPr>
          <w:rFonts w:ascii="Times New Roman" w:hAnsi="Times New Roman" w:cs="Times New Roman"/>
        </w:rPr>
        <w:t>расширяются знания о разнообразии живых организмов, учащиеся осознают значимость видового богатства в природе и жизни человека, знакомятся с эволюцией растений и животных, изучают взаимоотношения организмов в природных сообществах, влияние факторов среды на жизнедеятельность организмов.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rPr>
        <w:t>Содержание курса биологии 8 класса </w:t>
      </w:r>
      <w:r w:rsidRPr="004A4D28">
        <w:rPr>
          <w:rFonts w:ascii="Times New Roman" w:hAnsi="Times New Roman" w:cs="Times New Roman"/>
        </w:rPr>
        <w:t>направлено на формирование знаний и умений в области основ анатомии, физиологии и гигиены человека, реализацию установок на здоровый образ жизни. Содержание курса ориентировано на углубление и расширение знаний о проявлении в организме человека основных жизненных свойств, первоначальные представления о которых были получены в 5-7 классах, приобретение азов оказания первой медицинской помощи.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rPr>
        <w:t>Содержание курса биологии 9 класса </w:t>
      </w:r>
      <w:r w:rsidRPr="004A4D28">
        <w:rPr>
          <w:rFonts w:ascii="Times New Roman" w:hAnsi="Times New Roman" w:cs="Times New Roman"/>
        </w:rPr>
        <w:t>посвящено основам общей биологии. Оно направлено на обобщение обширных фактических знаний и специальных практических умений, сформированных в предыдущих классах; тесно связано с развитием биологической науки в целом и характеризует современный уровень развития биологии.</w:t>
      </w:r>
    </w:p>
    <w:p w:rsidR="00F44E79" w:rsidRDefault="00F44E79" w:rsidP="003E3DF3">
      <w:pPr>
        <w:shd w:val="clear" w:color="auto" w:fill="FFFFFF"/>
        <w:jc w:val="center"/>
        <w:rPr>
          <w:rFonts w:ascii="Times New Roman" w:hAnsi="Times New Roman" w:cs="Times New Roman"/>
          <w:b/>
          <w:bCs/>
          <w:i/>
          <w:iCs/>
        </w:rPr>
      </w:pP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Содержание курса биологии в 5 классе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Биология как наука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Биология — наука о живой природе. Роль биологии в практической деятельности людей. Разнообразие организмов. Отличительные признаки представителей разных царств живой природы. Методы исследования в биологии: наблюдение, измерение, эксперимент. Клеточное строение организмов. Правила работы в кабинете биологии, правила работы с биологическими приборами и инструментами.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Экскурсии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Многообразие живых организмов, осенние явления в жизни растений и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Клетка – основа строения и жизнедеятельности организмов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Устройство увеличительных приборов (лупа, световой микроскоп). Правила работы с микроскопом. Методы изучения клетки. Химический состав клетки. Клетка и ее строение: оболочка, цитоплазма, ядро, вакуоли, пластиды. Жизнедеятельность клетки: поступление веществ в клетку (дыхание, питание), рост, раздражимость, развитие и деление клетки. Понятие «ткань».</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Демонстрации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Микропрепараты различных растительных тканей.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Движение цитоплазмы в клетках листа элодеи.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Лабораторные и практические работы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Устройство увеличительных приборов, рассматривание клеточного строения растения с помощью лупы.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Устройство светового микроскопа и приемы работы с ним.</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Многообразие организмов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Многообразие организмов и их классификация. Отличительные признаки представителей разных царств живой природы.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Строение и жизнедеятельность бактерий. Размножение бактерий. Бактерии, их роль в круговороте веществ в природе и жизни человека. Разнообразие бактерий, их распространение в природе.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Грибы. Общая характеристика грибов, их строение и жизнедеятельность. Многообразие грибов. Съедобные и ядовитые грибы. Правила сбора съедобных грибов и их охрана. Профилактика отравления грибами. Роль грибов в природе и жизни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Растения. Общая характеристика растительного царства. Многообразие растений, одноклеточные и многоклеточные растения, низшие и высшие растения. Места обитания растений.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Водоросли. Многообразие водорослей – одноклеточные и многоклеточные. Строение одноклеточных и многоклеточных водорослей. Роль водорослей в природе и жизни человека, использование.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Лишайники – симбиотические организмы, многообразие и распространение лишайников.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Высшие споровые растения. Мхи, папоротники, хвощи, плауны, их отличительные особенности, многообразие и распространение.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Семенные растения. Голосеменные, особенности строения. Их многообразие, значение в природе и использование человеком.</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Покрытосемянные растения, особенности строения и многообразие. Значение в природе и жизни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Общая характеристика царства Животные. Разнообразие животных – одноклеточные и многоклеточные. Охрана животного мира. Особенности строения одноклеточных животных и их многообразие. Роль одноклеточных животных в природе и жизни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Беспозвоночные животные, особенности их строения. Многообразие беспозвоночных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Позвоночные животные, особенности их строения. Многообразие позвоночных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Многообразие и охрана живой природы.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Демонстрация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Муляжи плодовых тел шляпочных грибов. Натуральные объекты (трутовик, ржавчина, головня, спорынья). Гербарные экземпляры растений (мха, спороносящего хвоща, папоротника, хвои и шишек хвойных).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Отпечатки ископаемых растений.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Лабораторные и практические работы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Особенности строения мукора и дрожжей.</w:t>
      </w:r>
    </w:p>
    <w:p w:rsidR="00F44E79" w:rsidRDefault="00F44E79" w:rsidP="003E3DF3">
      <w:pPr>
        <w:shd w:val="clear" w:color="auto" w:fill="FFFFFF"/>
        <w:jc w:val="both"/>
        <w:rPr>
          <w:rFonts w:ascii="Times New Roman" w:hAnsi="Times New Roman" w:cs="Times New Roman"/>
        </w:rPr>
      </w:pPr>
      <w:r w:rsidRPr="004A4D28">
        <w:rPr>
          <w:rFonts w:ascii="Times New Roman" w:hAnsi="Times New Roman" w:cs="Times New Roman"/>
        </w:rPr>
        <w:t>Внешнее строение цветкового растения.</w:t>
      </w:r>
    </w:p>
    <w:tbl>
      <w:tblPr>
        <w:tblW w:w="10173" w:type="dxa"/>
        <w:tblCellMar>
          <w:top w:w="15" w:type="dxa"/>
          <w:left w:w="15" w:type="dxa"/>
          <w:bottom w:w="15" w:type="dxa"/>
          <w:right w:w="15" w:type="dxa"/>
        </w:tblCellMar>
        <w:tblLook w:val="00A0"/>
      </w:tblPr>
      <w:tblGrid>
        <w:gridCol w:w="2330"/>
        <w:gridCol w:w="1288"/>
        <w:gridCol w:w="1288"/>
        <w:gridCol w:w="1288"/>
        <w:gridCol w:w="1288"/>
        <w:gridCol w:w="1288"/>
        <w:gridCol w:w="1403"/>
      </w:tblGrid>
      <w:tr w:rsidR="00F44E79" w:rsidRPr="004A4D28" w:rsidTr="003E3DF3">
        <w:trPr>
          <w:trHeight w:val="518"/>
        </w:trPr>
        <w:tc>
          <w:tcPr>
            <w:tcW w:w="23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Предмет</w:t>
            </w:r>
          </w:p>
        </w:tc>
        <w:tc>
          <w:tcPr>
            <w:tcW w:w="644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Количество часов по классам</w:t>
            </w:r>
          </w:p>
        </w:tc>
        <w:tc>
          <w:tcPr>
            <w:tcW w:w="140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Всего часов</w:t>
            </w:r>
          </w:p>
        </w:tc>
      </w:tr>
      <w:tr w:rsidR="00F44E79" w:rsidRPr="004A4D28" w:rsidTr="003E3DF3">
        <w:trPr>
          <w:trHeight w:val="302"/>
        </w:trPr>
        <w:tc>
          <w:tcPr>
            <w:tcW w:w="0" w:type="auto"/>
            <w:vMerge/>
            <w:tcBorders>
              <w:top w:val="single" w:sz="8" w:space="0" w:color="000000"/>
              <w:left w:val="single" w:sz="8" w:space="0" w:color="000000"/>
              <w:bottom w:val="single" w:sz="8" w:space="0" w:color="000000"/>
              <w:right w:val="single" w:sz="8" w:space="0" w:color="000000"/>
            </w:tcBorders>
            <w:vAlign w:val="center"/>
          </w:tcPr>
          <w:p w:rsidR="00F44E79" w:rsidRPr="004A4D28" w:rsidRDefault="00F44E79" w:rsidP="003E3DF3">
            <w:pPr>
              <w:rPr>
                <w:rFonts w:ascii="Calibri" w:hAnsi="Calibri" w:cs="Times New Roman"/>
              </w:rPr>
            </w:pP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5</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6</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7</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8</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9</w:t>
            </w:r>
          </w:p>
        </w:tc>
        <w:tc>
          <w:tcPr>
            <w:tcW w:w="1403" w:type="dxa"/>
            <w:vMerge/>
            <w:tcBorders>
              <w:top w:val="single" w:sz="8" w:space="0" w:color="000000"/>
              <w:left w:val="single" w:sz="8" w:space="0" w:color="000000"/>
              <w:bottom w:val="single" w:sz="8" w:space="0" w:color="000000"/>
              <w:right w:val="single" w:sz="8" w:space="0" w:color="000000"/>
            </w:tcBorders>
            <w:vAlign w:val="center"/>
          </w:tcPr>
          <w:p w:rsidR="00F44E79" w:rsidRPr="004A4D28" w:rsidRDefault="00F44E79" w:rsidP="003E3DF3">
            <w:pPr>
              <w:rPr>
                <w:rFonts w:ascii="Calibri" w:hAnsi="Calibri" w:cs="Times New Roman"/>
              </w:rPr>
            </w:pPr>
          </w:p>
        </w:tc>
      </w:tr>
      <w:tr w:rsidR="00F44E79" w:rsidRPr="004A4D28" w:rsidTr="003E3DF3">
        <w:tc>
          <w:tcPr>
            <w:tcW w:w="23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both"/>
              <w:rPr>
                <w:rFonts w:ascii="Calibri" w:hAnsi="Calibri" w:cs="Times New Roman"/>
              </w:rPr>
            </w:pPr>
            <w:r w:rsidRPr="004A4D28">
              <w:rPr>
                <w:rFonts w:ascii="Times New Roman" w:hAnsi="Times New Roman" w:cs="Times New Roman"/>
              </w:rPr>
              <w:t>Биология</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34</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34</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68</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68</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68</w:t>
            </w:r>
          </w:p>
        </w:tc>
        <w:tc>
          <w:tcPr>
            <w:tcW w:w="1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272</w:t>
            </w:r>
          </w:p>
        </w:tc>
      </w:tr>
    </w:tbl>
    <w:p w:rsidR="00F44E79" w:rsidRDefault="00F44E79" w:rsidP="003E3DF3">
      <w:pPr>
        <w:shd w:val="clear" w:color="auto" w:fill="FFFFFF"/>
        <w:jc w:val="both"/>
        <w:rPr>
          <w:rFonts w:ascii="Times New Roman" w:hAnsi="Times New Roman" w:cs="Times New Roman"/>
        </w:rPr>
      </w:pPr>
    </w:p>
    <w:p w:rsidR="00F44E79" w:rsidRPr="004A4D28" w:rsidRDefault="00F44E79" w:rsidP="003E3DF3">
      <w:pPr>
        <w:shd w:val="clear" w:color="auto" w:fill="FFFFFF"/>
        <w:jc w:val="both"/>
        <w:rPr>
          <w:rFonts w:ascii="Calibri" w:hAnsi="Calibri" w:cs="Arial"/>
        </w:rPr>
      </w:pP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Учебно-тематическое планирование по биологии в 5 классе (34 часа)</w:t>
      </w:r>
    </w:p>
    <w:tbl>
      <w:tblPr>
        <w:tblW w:w="10173" w:type="dxa"/>
        <w:tblCellMar>
          <w:top w:w="15" w:type="dxa"/>
          <w:left w:w="15" w:type="dxa"/>
          <w:bottom w:w="15" w:type="dxa"/>
          <w:right w:w="15" w:type="dxa"/>
        </w:tblCellMar>
        <w:tblLook w:val="00A0"/>
      </w:tblPr>
      <w:tblGrid>
        <w:gridCol w:w="749"/>
        <w:gridCol w:w="5306"/>
        <w:gridCol w:w="1177"/>
        <w:gridCol w:w="2941"/>
      </w:tblGrid>
      <w:tr w:rsidR="00F44E79" w:rsidRPr="004A4D28" w:rsidTr="003E3DF3">
        <w:trPr>
          <w:trHeight w:val="262"/>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w:t>
            </w: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Тема</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Кол-во часов</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Система контроля</w:t>
            </w:r>
          </w:p>
        </w:tc>
      </w:tr>
      <w:tr w:rsidR="00F44E79" w:rsidRPr="004A4D28" w:rsidTr="003E3DF3">
        <w:trPr>
          <w:trHeight w:val="256"/>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32"/>
              </w:numPr>
              <w:spacing w:before="100" w:beforeAutospacing="1" w:after="100" w:afterAutospacing="1"/>
              <w:ind w:firstLine="900"/>
              <w:jc w:val="both"/>
              <w:rPr>
                <w:rFonts w:ascii="Calibri" w:hAnsi="Calibri" w:cs="Times New Roman"/>
              </w:rPr>
            </w:pP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Биология как наука</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6</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Фронтальный опрос</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33"/>
              </w:numPr>
              <w:spacing w:before="100" w:beforeAutospacing="1" w:after="100" w:afterAutospacing="1"/>
              <w:ind w:firstLine="900"/>
              <w:jc w:val="both"/>
              <w:rPr>
                <w:rFonts w:ascii="Calibri" w:hAnsi="Calibri" w:cs="Times New Roman"/>
              </w:rPr>
            </w:pP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Клетка – основа строения и жизнедеятельности организмов</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6</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№1</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34"/>
              </w:numPr>
              <w:spacing w:before="100" w:beforeAutospacing="1" w:after="100" w:afterAutospacing="1"/>
              <w:ind w:firstLine="900"/>
              <w:jc w:val="both"/>
              <w:rPr>
                <w:rFonts w:ascii="Calibri" w:hAnsi="Calibri" w:cs="Times New Roman"/>
              </w:rPr>
            </w:pP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Многообразие организмов</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22</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№2</w:t>
            </w:r>
          </w:p>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№3</w:t>
            </w:r>
          </w:p>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№4</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Итого</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34</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r>
    </w:tbl>
    <w:p w:rsidR="00F44E79" w:rsidRDefault="00F44E79" w:rsidP="003E3DF3">
      <w:pPr>
        <w:shd w:val="clear" w:color="auto" w:fill="FFFFFF"/>
        <w:jc w:val="center"/>
        <w:rPr>
          <w:rFonts w:ascii="Times New Roman" w:hAnsi="Times New Roman" w:cs="Times New Roman"/>
          <w:b/>
          <w:bCs/>
          <w:i/>
          <w:iCs/>
        </w:rPr>
      </w:pP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Содержание курса биологии в 6 классе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Жизнедеятельность организмов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Обмен веществ — главный признак жизни. Питание — важный компонент обмена веществ. Пища — основной источник энергии и строительного материала в организме.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Способы питания организмов. Питание растений. Почвенное (корневое) и воздушное (фотосинтез) питание. Удобрения, нормы и сроки их внесения. Фотосинтез. Хлоропласты, хлорофилл, их роль в фотосинтезе. Приспособленность растений к использованию энергии света, воды, углекислого газа. Роль растений в природе. Питание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Способы питания. Растительноядные, хищные, всеядные животные. Удаление из организма непереваренных остатков. Питание грибов и бактерий.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Дыхание, его роль в жизни организмов. Использование организмом энергии, освобождаемой в процессе дыхания. Дыхание растений и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Передвижение веществ в организмах, его значение. Передвижение веществ в растении. Передвижение веществ в организме животного. Кровь, ее значение. Кровеносная система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Выделение — процесс выведения из организма продуктов жизнедеятельности, его значение.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Демонстрации:</w:t>
      </w:r>
      <w:r w:rsidRPr="004A4D28">
        <w:rPr>
          <w:rFonts w:ascii="Times New Roman" w:hAnsi="Times New Roman" w:cs="Times New Roman"/>
        </w:rPr>
        <w:t> модели, коллекции, влажные препараты, иллюстрирующие различные процессы жизнедеятельности живых организмов; опыты, доказывающие выделение растениями на свету кислорода, образование крахмала в листьях, дыхание растений, передвижение минеральных и органических веществ в растительном организме.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Лабораторная работа №1.</w:t>
      </w:r>
      <w:r w:rsidRPr="004A4D28">
        <w:rPr>
          <w:rFonts w:ascii="Times New Roman" w:hAnsi="Times New Roman" w:cs="Times New Roman"/>
        </w:rPr>
        <w:t> «Поглощение воды корнем»</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Лабораторная работа №2.</w:t>
      </w:r>
      <w:r w:rsidRPr="004A4D28">
        <w:rPr>
          <w:rFonts w:ascii="Times New Roman" w:hAnsi="Times New Roman" w:cs="Times New Roman"/>
        </w:rPr>
        <w:t> «Выделение углекислого газа при дыхании»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Лабораторная работа №3.</w:t>
      </w:r>
      <w:r w:rsidRPr="004A4D28">
        <w:rPr>
          <w:rFonts w:ascii="Times New Roman" w:hAnsi="Times New Roman" w:cs="Times New Roman"/>
        </w:rPr>
        <w:t> «Передвижение веществ по побегу растения».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Размножение, рост и развитие организмов. Размножение как важнейшее свойство организмов, его роль в преемственности поколений, расселении организмов. Способы размножения организмов. Бесполое размножение растений и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Вегетативное размножение организмов. Черенкование, способы вегетативного размножения комнатных растений.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Половые клетки. Оплодотворение. Цветок - орган полового размножения растений, его строение и функции. Опыление. Усложнение полового размножения в процессе исторического развития. Значение полового размножения для потомства и эволюции органического мира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Развитие животных с превращением и без превращения. Развитие человека и влияние вредных привычек на его развитие. Агротехнические приёмы, ускоряющие рост растений, их значение.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Рост и развитие - свойства живых организмов. Причины роста организмов. Взаимосвязи процессов роста и развития организмов. Продолжительность роста растений и животных. Особенности роста растений.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Демонстрации:</w:t>
      </w:r>
      <w:r w:rsidRPr="004A4D28">
        <w:rPr>
          <w:rFonts w:ascii="Times New Roman" w:hAnsi="Times New Roman" w:cs="Times New Roman"/>
        </w:rPr>
        <w:t> коллекции, иллюстрирующие различные способы распространения плодов и семян; различные способы размножения растений; опыты, доказывающие рост корня и побега верхушкой, необходимость условий для прорастания семян и роста проростка.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Лабораторная работа №4.</w:t>
      </w:r>
      <w:r w:rsidRPr="004A4D28">
        <w:rPr>
          <w:rFonts w:ascii="Times New Roman" w:hAnsi="Times New Roman" w:cs="Times New Roman"/>
        </w:rPr>
        <w:t> «Вегетативное размножение комнатных растений»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Лабораторная работа №5</w:t>
      </w:r>
      <w:r w:rsidRPr="004A4D28">
        <w:rPr>
          <w:rFonts w:ascii="Times New Roman" w:hAnsi="Times New Roman" w:cs="Times New Roman"/>
        </w:rPr>
        <w:t>. «Определение возраста деревьев по спилу».</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Регуляция жизнедеятельности организмов. Раздражимость - свойство живых организмов. Реакция растений и животных на изменения в окружающей среде. Биоритмы в жизнедеятельности в любом живом организме.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rPr>
        <w:t>Строение и многообразие покрытосеменных растений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Строение и функции семени. Разнообразие семян. Условия прорастания семян. Виды корней и их видоизменения. Типы корневых систем. Побег и почки. Строение почек и их разнообразие. Строение стебля и его функции. Внешнее и клеточное строение листа. Функции листьев. Видоизменения листьев. Видоизменения побегов и их адаптивное значение. Цветок, его строение и функции. Разнообразие цветков. Соцветия. Значение соцветий и их значение в жизни растения. Плоды, их функции и строение. Классификация плодов. Размножение покрытосеменных растений. Двойное оплодотворение цветковых. Классификация покрытосеменных растений. Класс Двудольные, его характерные признаки и семейства.  Класс Однодольные, его характерные признаки и семейства. Многообразие живой природы. Охрана природы.</w:t>
      </w: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Учебно-тематическое планирование по биологии в 6 классе (34 часа)</w:t>
      </w:r>
    </w:p>
    <w:tbl>
      <w:tblPr>
        <w:tblW w:w="10173" w:type="dxa"/>
        <w:tblCellMar>
          <w:top w:w="15" w:type="dxa"/>
          <w:left w:w="15" w:type="dxa"/>
          <w:bottom w:w="15" w:type="dxa"/>
          <w:right w:w="15" w:type="dxa"/>
        </w:tblCellMar>
        <w:tblLook w:val="00A0"/>
      </w:tblPr>
      <w:tblGrid>
        <w:gridCol w:w="749"/>
        <w:gridCol w:w="5306"/>
        <w:gridCol w:w="1177"/>
        <w:gridCol w:w="2941"/>
      </w:tblGrid>
      <w:tr w:rsidR="00F44E79" w:rsidRPr="004A4D28" w:rsidTr="003E3DF3">
        <w:trPr>
          <w:trHeight w:val="262"/>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i/>
                <w:iCs/>
              </w:rPr>
              <w:t>№</w:t>
            </w: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i/>
                <w:iCs/>
              </w:rPr>
              <w:t>Тема</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i/>
                <w:iCs/>
              </w:rPr>
              <w:t>Кол-во часов</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i/>
                <w:iCs/>
              </w:rPr>
              <w:t>Система контроля</w:t>
            </w:r>
          </w:p>
        </w:tc>
      </w:tr>
      <w:tr w:rsidR="00F44E79" w:rsidRPr="004A4D28" w:rsidTr="003E3DF3">
        <w:trPr>
          <w:trHeight w:val="256"/>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35"/>
              </w:numPr>
              <w:spacing w:before="100" w:beforeAutospacing="1" w:after="100" w:afterAutospacing="1"/>
              <w:ind w:left="502"/>
              <w:jc w:val="both"/>
              <w:rPr>
                <w:rFonts w:ascii="Calibri" w:hAnsi="Calibri" w:cs="Times New Roman"/>
              </w:rPr>
            </w:pP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Введение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2</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rPr>
                <w:rFonts w:ascii="Times New Roman" w:hAnsi="Times New Roman" w:cs="Times New Roman"/>
              </w:rPr>
            </w:pP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36"/>
              </w:numPr>
              <w:spacing w:before="100" w:beforeAutospacing="1" w:after="100" w:afterAutospacing="1"/>
              <w:ind w:left="502"/>
              <w:jc w:val="both"/>
              <w:rPr>
                <w:rFonts w:ascii="Calibri" w:hAnsi="Calibri" w:cs="Times New Roman"/>
              </w:rPr>
            </w:pP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Жизнедеятельность организмов</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12</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№1</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37"/>
              </w:numPr>
              <w:spacing w:before="100" w:beforeAutospacing="1" w:after="100" w:afterAutospacing="1"/>
              <w:ind w:left="502"/>
              <w:jc w:val="both"/>
              <w:rPr>
                <w:rFonts w:ascii="Calibri" w:hAnsi="Calibri" w:cs="Times New Roman"/>
              </w:rPr>
            </w:pP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Строение и многообразие покрытосеменных растений</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20</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№2</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Итого</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34</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r>
    </w:tbl>
    <w:p w:rsidR="00F44E79" w:rsidRDefault="00F44E79" w:rsidP="003E3DF3">
      <w:pPr>
        <w:shd w:val="clear" w:color="auto" w:fill="FFFFFF"/>
        <w:jc w:val="center"/>
        <w:rPr>
          <w:rFonts w:ascii="Times New Roman" w:hAnsi="Times New Roman" w:cs="Times New Roman"/>
          <w:b/>
          <w:bCs/>
          <w:i/>
          <w:iCs/>
        </w:rPr>
      </w:pP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Содержание курса биологии в 7 класс (34 часа)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shd w:val="clear" w:color="auto" w:fill="FFFFFF"/>
        </w:rPr>
        <w:t>Введение. </w:t>
      </w:r>
      <w:r w:rsidRPr="004A4D28">
        <w:rPr>
          <w:rFonts w:ascii="Times New Roman" w:hAnsi="Times New Roman" w:cs="Times New Roman"/>
          <w:i/>
          <w:iCs/>
        </w:rPr>
        <w:t>Многообразие животного мира. </w:t>
      </w:r>
      <w:r w:rsidRPr="004A4D28">
        <w:rPr>
          <w:rFonts w:ascii="Times New Roman" w:hAnsi="Times New Roman" w:cs="Times New Roman"/>
        </w:rPr>
        <w:t>Общие сведения о животном мире. Основные отличия животных от растений, черты их сходства. Систематика животных. Охрана животного мира.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shd w:val="clear" w:color="auto" w:fill="FFFFFF"/>
        </w:rPr>
        <w:t>Одноклеточные животные.</w:t>
      </w:r>
      <w:r w:rsidRPr="004A4D28">
        <w:rPr>
          <w:rFonts w:ascii="Times New Roman" w:hAnsi="Times New Roman" w:cs="Times New Roman"/>
        </w:rPr>
        <w:t> Особенности строения и жизнедеятельности, многообразие одноклеточных. Паразитические одноклеточные. Меры предупреждения заболеваний, вызываемых одноклеточными. Роль одноклеточных в природе и жизни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shd w:val="clear" w:color="auto" w:fill="FFFFFF"/>
        </w:rPr>
        <w:t>Многоклеточные животные.</w:t>
      </w:r>
      <w:r w:rsidRPr="004A4D28">
        <w:rPr>
          <w:rFonts w:ascii="Times New Roman" w:hAnsi="Times New Roman" w:cs="Times New Roman"/>
        </w:rPr>
        <w:t> Особенности строения и жизнедеятельности. Специализация клеток. Ткани, органы, системы органов организма животного, их взаимосвязь.</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Кишечнополостные. Особенности строения и жизнедеятельности кишечнополостных. Рефлекс. Многообразие кишечнополостных, их роль в природе и жизни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Черви. Особенности строения и жизнедеятельности червей. Многообразие червей. Паразитические черви. Меры предупреждения заражения паразитическими червями. Роль червей в природе и жизни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Моллюски. Особенности строения и жизнедеятельности моллюсков. Многообразие моллюсков. Промысловое значение моллюсков. Роль моллюсков в природе и жизни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Членистоногие. Особенности строения и жизнедеятельности членистоногих. Многообразие членистоногих. Инстинкты.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Членистоногие — возбудители и переносчики возбудителей болезней человека и животных, вредители сельскохозяйственных растений. Меры предупреждения заболеваний. Медоносные пчелы. Пчеловодство. Роль членистоногих в природе, их практическое значение и охрана.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Хордовые. Общая характеристика. Рыбы. Особенности строения и жизнедеятельности рыб. Многообразие рыб. Рыболовство и рыбоводство. Роль в природе, практическое значение и охрана рыб.</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Земноводные и пресмыкающиеся. Особенности строения и жизнедеятельности, многообразие земноводных и пресмыкающихся. Предохранение от укусов и первая помощь при укусе ядовитой змеи. Роль в природе, практическое значение и охрана земноводных и пресмыкающихся.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Птицы. Особенности строения и процессов жизнедеятельности, многообразие птиц. Забота о потомстве у птиц. Птицеводство. Породы птиц. Роль в природе, практическое значение, охрана птиц.</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Млекопитающие. Особенности строения и процессов жизнедеятельности, многообразие млекопитающих. Забота о потомстве. Животноводство. Породы млекопитающих. Роль в природе, практическое значение и охрана млекопитающих.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Эволюция растений и животных, их охрана. Этапы эволюции органического мира. Эволюция беспозвоночных и позвоночных животных.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shd w:val="clear" w:color="auto" w:fill="FFFFFF"/>
        </w:rPr>
        <w:t>Демонстрации:</w:t>
      </w:r>
      <w:r w:rsidRPr="004A4D28">
        <w:rPr>
          <w:rFonts w:ascii="Times New Roman" w:hAnsi="Times New Roman" w:cs="Times New Roman"/>
        </w:rPr>
        <w:t> 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 отпечатки животных, палеонтологические доказательства эволюции.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shd w:val="clear" w:color="auto" w:fill="FFFFFF"/>
        </w:rPr>
        <w:t>Экосистемы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shd w:val="clear" w:color="auto" w:fill="FFFFFF"/>
        </w:rPr>
        <w:t>Демонстрации:</w:t>
      </w:r>
      <w:r w:rsidRPr="004A4D28">
        <w:rPr>
          <w:rFonts w:ascii="Times New Roman" w:hAnsi="Times New Roman" w:cs="Times New Roman"/>
        </w:rPr>
        <w:t> 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Контроль уровня достижений планируемых результатов.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i/>
          <w:iCs/>
          <w:shd w:val="clear" w:color="auto" w:fill="FFFFFF"/>
        </w:rPr>
        <w:t>Лабораторные работы:</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многообразия одноклеточных животных.</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строения клеток и тканей многоклеточных животных.</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многообразия кишечнополостных, внешнего строения пресноводной гидры.</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внешнего строения дождевого червя, наблюдение за его передвижением и реакциями на раздражения.</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плоских и круглых червей по влажным препаратам.</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внешнего строения моллюсков по влажным препаратам.</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Наблюдение за поведением улитки (прудовика, слизня).</w:t>
      </w:r>
    </w:p>
    <w:p w:rsidR="00F44E79" w:rsidRPr="004A4D28" w:rsidRDefault="00F44E79" w:rsidP="001C7BA4">
      <w:pPr>
        <w:widowControl/>
        <w:numPr>
          <w:ilvl w:val="0"/>
          <w:numId w:val="138"/>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внешнего строения и многообразия членистоногих по коллекциям.</w:t>
      </w: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Учебно-тематическое планирование по биологии в 7 классе (34 часа)</w:t>
      </w:r>
    </w:p>
    <w:tbl>
      <w:tblPr>
        <w:tblW w:w="10173" w:type="dxa"/>
        <w:tblCellMar>
          <w:top w:w="15" w:type="dxa"/>
          <w:left w:w="15" w:type="dxa"/>
          <w:bottom w:w="15" w:type="dxa"/>
          <w:right w:w="15" w:type="dxa"/>
        </w:tblCellMar>
        <w:tblLook w:val="00A0"/>
      </w:tblPr>
      <w:tblGrid>
        <w:gridCol w:w="749"/>
        <w:gridCol w:w="5306"/>
        <w:gridCol w:w="1177"/>
        <w:gridCol w:w="2941"/>
      </w:tblGrid>
      <w:tr w:rsidR="00F44E79" w:rsidRPr="004A4D28" w:rsidTr="003E3DF3">
        <w:trPr>
          <w:trHeight w:val="262"/>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w:t>
            </w: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Тема</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Кол-во часов</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Система контроля</w:t>
            </w:r>
          </w:p>
        </w:tc>
      </w:tr>
      <w:tr w:rsidR="00F44E79" w:rsidRPr="004A4D28" w:rsidTr="003E3DF3">
        <w:trPr>
          <w:trHeight w:val="256"/>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ind w:left="142"/>
              <w:jc w:val="both"/>
              <w:rPr>
                <w:rFonts w:ascii="Calibri" w:hAnsi="Calibri" w:cs="Times New Roman"/>
              </w:rPr>
            </w:pPr>
            <w:r w:rsidRPr="004A4D28">
              <w:rPr>
                <w:rFonts w:ascii="Times New Roman" w:hAnsi="Times New Roman" w:cs="Times New Roman"/>
              </w:rPr>
              <w:t>1</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Введение. Общие сведения о животном мире.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1</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Фронтальный опрос</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ind w:left="142"/>
              <w:jc w:val="both"/>
              <w:rPr>
                <w:rFonts w:ascii="Calibri" w:hAnsi="Calibri" w:cs="Times New Roman"/>
              </w:rPr>
            </w:pPr>
            <w:r w:rsidRPr="004A4D28">
              <w:rPr>
                <w:rFonts w:ascii="Times New Roman" w:hAnsi="Times New Roman" w:cs="Times New Roman"/>
              </w:rPr>
              <w:t>2</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Одноклеточные животные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4</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№1</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ind w:left="142"/>
              <w:jc w:val="both"/>
              <w:rPr>
                <w:rFonts w:ascii="Calibri" w:hAnsi="Calibri" w:cs="Times New Roman"/>
              </w:rPr>
            </w:pPr>
            <w:r w:rsidRPr="004A4D28">
              <w:rPr>
                <w:rFonts w:ascii="Times New Roman" w:hAnsi="Times New Roman" w:cs="Times New Roman"/>
              </w:rPr>
              <w:t>3</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Многоклеточные беспозвоночные животные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12</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№2</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ind w:left="142"/>
              <w:jc w:val="both"/>
              <w:rPr>
                <w:rFonts w:ascii="Calibri" w:hAnsi="Calibri" w:cs="Times New Roman"/>
              </w:rPr>
            </w:pPr>
            <w:r w:rsidRPr="004A4D28">
              <w:rPr>
                <w:rFonts w:ascii="Times New Roman" w:hAnsi="Times New Roman" w:cs="Times New Roman"/>
              </w:rPr>
              <w:t>4</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Многоклеточные позвоночные животные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12</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№3</w:t>
            </w:r>
          </w:p>
        </w:tc>
      </w:tr>
      <w:tr w:rsidR="00F44E79" w:rsidRPr="004A4D28" w:rsidTr="003E3DF3">
        <w:trPr>
          <w:trHeight w:val="248"/>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ind w:left="142"/>
              <w:jc w:val="both"/>
              <w:rPr>
                <w:rFonts w:ascii="Calibri" w:hAnsi="Calibri" w:cs="Times New Roman"/>
              </w:rPr>
            </w:pPr>
            <w:r w:rsidRPr="004A4D28">
              <w:rPr>
                <w:rFonts w:ascii="Times New Roman" w:hAnsi="Times New Roman" w:cs="Times New Roman"/>
              </w:rPr>
              <w:t>5</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Экосистемы</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5</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both"/>
              <w:rPr>
                <w:rFonts w:ascii="Calibri" w:hAnsi="Calibri" w:cs="Times New Roman"/>
              </w:rPr>
            </w:pPr>
            <w:r w:rsidRPr="004A4D28">
              <w:rPr>
                <w:rFonts w:ascii="Times New Roman" w:hAnsi="Times New Roman" w:cs="Times New Roman"/>
              </w:rPr>
              <w:t>Проверка знаний по теме №4</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Итого</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both"/>
              <w:rPr>
                <w:rFonts w:ascii="Calibri" w:hAnsi="Calibri" w:cs="Times New Roman"/>
              </w:rPr>
            </w:pPr>
            <w:r w:rsidRPr="004A4D28">
              <w:rPr>
                <w:rFonts w:ascii="Times New Roman" w:hAnsi="Times New Roman" w:cs="Times New Roman"/>
              </w:rPr>
              <w:t>34</w:t>
            </w:r>
          </w:p>
        </w:tc>
        <w:tc>
          <w:tcPr>
            <w:tcW w:w="2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r>
    </w:tbl>
    <w:p w:rsidR="00F44E79" w:rsidRDefault="00F44E79" w:rsidP="003E3DF3">
      <w:pPr>
        <w:shd w:val="clear" w:color="auto" w:fill="FFFFFF"/>
        <w:jc w:val="center"/>
        <w:rPr>
          <w:rFonts w:ascii="Times New Roman" w:hAnsi="Times New Roman" w:cs="Times New Roman"/>
          <w:b/>
          <w:bCs/>
          <w:i/>
          <w:iCs/>
        </w:rPr>
      </w:pP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Содержание курса биологии в 8 классе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Человек и окружающая среда. Природная и социальная среда обитания человека. Защита среды обитания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Опора и движение. Опорно-двигательная система человека. Профилактика травматизма. Значение физических упражнений и культуры труда для формирования скелета и мускулатуры. Первая помощь при травмах ОДС.</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Транспорт веществ. Внутренняя среда человека, значение её постоянства. Кровеносная и лимфатическая система.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Дыхание.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Питание. Пищеварение. Пищеварительная система. Нарушения работы пищеварительной системы и их профилактика.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Обмен веществ и превращение энергии в организме. Пластический и энергетический обмен. Обмен воды, минеральных веществ, белков, углеводов, жиров. Витамины. Рациональное питание. Нормы и режим питания.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Выделение. Строение и функции выделительной системы. Заболевания мочевыделительной системы и их предупреждение.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Размножение и развитие. Половые железы и половые клетки. Половое созревание. Инфекции, передаваемые половым путём, их профилактика. ВИЧ-инфекция, её профилактика. Наследственные заболевания. Медико-биологическое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Органы чувств. Строение и функции органов зрения, слуха. Нарушения зрения, слуха, их предупреждение. Вестибулярный аппарат. Мышечное и кожное чувство. Обоняние. Вкус.</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Поведение и психика человека. Безусловные и условные рефлексы. Особенности поведения человека. Речь. Мышление. Внимание. Память. Эмоции и чувства. Сон. Темперамент и характер. Особенности и одарённость. Межличностные отношения. Роль обучения и воспитания в развитии поведения и психики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Учебно-тематическое планирование по биологии в 8 классе (68 часов)</w:t>
      </w:r>
    </w:p>
    <w:tbl>
      <w:tblPr>
        <w:tblW w:w="10281" w:type="dxa"/>
        <w:tblInd w:w="-108" w:type="dxa"/>
        <w:tblLayout w:type="fixed"/>
        <w:tblCellMar>
          <w:top w:w="15" w:type="dxa"/>
          <w:left w:w="15" w:type="dxa"/>
          <w:bottom w:w="15" w:type="dxa"/>
          <w:right w:w="15" w:type="dxa"/>
        </w:tblCellMar>
        <w:tblLook w:val="00A0"/>
      </w:tblPr>
      <w:tblGrid>
        <w:gridCol w:w="668"/>
        <w:gridCol w:w="4725"/>
        <w:gridCol w:w="1697"/>
        <w:gridCol w:w="1930"/>
        <w:gridCol w:w="1261"/>
      </w:tblGrid>
      <w:tr w:rsidR="00F44E79" w:rsidRPr="004A4D28" w:rsidTr="003E3DF3">
        <w:trPr>
          <w:trHeight w:val="498"/>
        </w:trPr>
        <w:tc>
          <w:tcPr>
            <w:tcW w:w="6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 п/п</w:t>
            </w:r>
          </w:p>
        </w:tc>
        <w:tc>
          <w:tcPr>
            <w:tcW w:w="472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Разделы программы</w:t>
            </w:r>
          </w:p>
        </w:tc>
        <w:tc>
          <w:tcPr>
            <w:tcW w:w="16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Общее количество часов</w:t>
            </w:r>
          </w:p>
        </w:tc>
        <w:tc>
          <w:tcPr>
            <w:tcW w:w="319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В том числе</w:t>
            </w:r>
          </w:p>
        </w:tc>
      </w:tr>
      <w:tr w:rsidR="00F44E79" w:rsidRPr="004A4D28" w:rsidTr="003E3DF3">
        <w:trPr>
          <w:trHeight w:val="322"/>
        </w:trPr>
        <w:tc>
          <w:tcPr>
            <w:tcW w:w="668" w:type="dxa"/>
            <w:vMerge/>
            <w:tcBorders>
              <w:top w:val="single" w:sz="8" w:space="0" w:color="000000"/>
              <w:left w:val="single" w:sz="8" w:space="0" w:color="000000"/>
              <w:bottom w:val="single" w:sz="8" w:space="0" w:color="000000"/>
              <w:right w:val="single" w:sz="8" w:space="0" w:color="000000"/>
            </w:tcBorders>
            <w:vAlign w:val="center"/>
          </w:tcPr>
          <w:p w:rsidR="00F44E79" w:rsidRPr="004A4D28" w:rsidRDefault="00F44E79" w:rsidP="003E3DF3">
            <w:pPr>
              <w:rPr>
                <w:rFonts w:ascii="Calibri" w:hAnsi="Calibri" w:cs="Times New Roman"/>
              </w:rPr>
            </w:pPr>
          </w:p>
        </w:tc>
        <w:tc>
          <w:tcPr>
            <w:tcW w:w="4725" w:type="dxa"/>
            <w:vMerge/>
            <w:tcBorders>
              <w:top w:val="single" w:sz="8" w:space="0" w:color="000000"/>
              <w:left w:val="single" w:sz="8" w:space="0" w:color="000000"/>
              <w:bottom w:val="single" w:sz="8" w:space="0" w:color="000000"/>
              <w:right w:val="single" w:sz="8" w:space="0" w:color="000000"/>
            </w:tcBorders>
            <w:vAlign w:val="center"/>
          </w:tcPr>
          <w:p w:rsidR="00F44E79" w:rsidRPr="004A4D28" w:rsidRDefault="00F44E79" w:rsidP="003E3DF3">
            <w:pPr>
              <w:rPr>
                <w:rFonts w:ascii="Calibri" w:hAnsi="Calibri" w:cs="Times New Roman"/>
              </w:rPr>
            </w:pPr>
          </w:p>
        </w:tc>
        <w:tc>
          <w:tcPr>
            <w:tcW w:w="1697" w:type="dxa"/>
            <w:vMerge/>
            <w:tcBorders>
              <w:top w:val="single" w:sz="8" w:space="0" w:color="000000"/>
              <w:left w:val="single" w:sz="8" w:space="0" w:color="000000"/>
              <w:bottom w:val="single" w:sz="8" w:space="0" w:color="000000"/>
              <w:right w:val="single" w:sz="8" w:space="0" w:color="000000"/>
            </w:tcBorders>
            <w:vAlign w:val="center"/>
          </w:tcPr>
          <w:p w:rsidR="00F44E79" w:rsidRPr="004A4D28" w:rsidRDefault="00F44E79" w:rsidP="003E3DF3">
            <w:pPr>
              <w:rPr>
                <w:rFonts w:ascii="Calibri" w:hAnsi="Calibri" w:cs="Times New Roman"/>
              </w:rPr>
            </w:pP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Количество</w:t>
            </w:r>
          </w:p>
          <w:p w:rsidR="00F44E79" w:rsidRPr="004A4D28" w:rsidRDefault="00F44E79" w:rsidP="003E3DF3">
            <w:pPr>
              <w:jc w:val="center"/>
              <w:rPr>
                <w:rFonts w:ascii="Calibri" w:hAnsi="Calibri" w:cs="Times New Roman"/>
              </w:rPr>
            </w:pPr>
            <w:r w:rsidRPr="004A4D28">
              <w:rPr>
                <w:rFonts w:ascii="Times New Roman" w:hAnsi="Times New Roman" w:cs="Times New Roman"/>
                <w:i/>
                <w:iCs/>
              </w:rPr>
              <w:t>контрольных</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Количество</w:t>
            </w:r>
          </w:p>
          <w:p w:rsidR="00F44E79" w:rsidRPr="004A4D28" w:rsidRDefault="00F44E79" w:rsidP="003E3DF3">
            <w:pPr>
              <w:jc w:val="center"/>
              <w:rPr>
                <w:rFonts w:ascii="Calibri" w:hAnsi="Calibri" w:cs="Times New Roman"/>
              </w:rPr>
            </w:pPr>
            <w:r w:rsidRPr="004A4D28">
              <w:rPr>
                <w:rFonts w:ascii="Times New Roman" w:hAnsi="Times New Roman" w:cs="Times New Roman"/>
                <w:i/>
                <w:iCs/>
              </w:rPr>
              <w:t>практических</w:t>
            </w:r>
          </w:p>
        </w:tc>
      </w:tr>
      <w:tr w:rsidR="00F44E79" w:rsidRPr="004A4D28" w:rsidTr="003E3DF3">
        <w:trPr>
          <w:trHeight w:val="552"/>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39"/>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Введение. Науки о человеке. Ученые-биологи. Антропогенез человека. Систематическое положение человека.</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4</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0"/>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Общий обзор организма человека</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4</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1"/>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Опора и движение</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7</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r>
      <w:tr w:rsidR="00F44E79" w:rsidRPr="004A4D28" w:rsidTr="003E3DF3">
        <w:trPr>
          <w:trHeight w:val="264"/>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2"/>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Внутренняя среда организма</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4</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3"/>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Кровообращение и лимфообращение</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6</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4"/>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Дыхание</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5</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2</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5"/>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Питание</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5</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6"/>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Обмен веществ и превращение энергии</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4</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7"/>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Выделение продуктов обмена</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3</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8"/>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Покровы тела</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2</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r>
      <w:tr w:rsidR="00F44E79" w:rsidRPr="004A4D28" w:rsidTr="003E3DF3">
        <w:trPr>
          <w:trHeight w:val="264"/>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49"/>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Нейрогуморальная регуляция жизнедеятельности</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8</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2</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0"/>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Органы чувств. Анализаторы</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5</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2</w:t>
            </w:r>
          </w:p>
        </w:tc>
      </w:tr>
      <w:tr w:rsidR="00F44E79" w:rsidRPr="004A4D28" w:rsidTr="003E3DF3">
        <w:trPr>
          <w:trHeight w:val="25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1"/>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Психика и поведение человека. ВНД</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5</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2</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2"/>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Размножение и развитие человека</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5</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3</w:t>
            </w:r>
          </w:p>
        </w:tc>
      </w:tr>
      <w:tr w:rsidR="00F44E79" w:rsidRPr="004A4D28" w:rsidTr="003E3DF3">
        <w:trPr>
          <w:trHeight w:val="276"/>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3"/>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Человек и окружающая среда</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w:t>
            </w:r>
          </w:p>
        </w:tc>
      </w:tr>
      <w:tr w:rsidR="00F44E79" w:rsidRPr="004A4D28" w:rsidTr="003E3DF3">
        <w:trPr>
          <w:trHeight w:val="302"/>
        </w:trPr>
        <w:tc>
          <w:tcPr>
            <w:tcW w:w="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4"/>
              </w:numPr>
              <w:spacing w:before="100" w:beforeAutospacing="1" w:after="100" w:afterAutospacing="1"/>
              <w:ind w:firstLine="900"/>
              <w:jc w:val="both"/>
              <w:rPr>
                <w:rFonts w:ascii="Calibri" w:hAnsi="Calibri" w:cs="Times New Roman"/>
              </w:rPr>
            </w:pPr>
          </w:p>
        </w:tc>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Итого</w:t>
            </w:r>
          </w:p>
        </w:tc>
        <w:tc>
          <w:tcPr>
            <w:tcW w:w="1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68</w:t>
            </w:r>
          </w:p>
        </w:tc>
        <w:tc>
          <w:tcPr>
            <w:tcW w:w="1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13</w:t>
            </w:r>
          </w:p>
        </w:tc>
        <w:tc>
          <w:tcPr>
            <w:tcW w:w="1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16</w:t>
            </w:r>
          </w:p>
        </w:tc>
      </w:tr>
    </w:tbl>
    <w:p w:rsidR="00F44E79" w:rsidRDefault="00F44E79" w:rsidP="003E3DF3">
      <w:pPr>
        <w:shd w:val="clear" w:color="auto" w:fill="FFFFFF"/>
        <w:jc w:val="center"/>
        <w:rPr>
          <w:rFonts w:ascii="Times New Roman" w:hAnsi="Times New Roman" w:cs="Times New Roman"/>
          <w:b/>
          <w:bCs/>
          <w:i/>
          <w:iCs/>
        </w:rPr>
      </w:pP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Содержание курса биологии в 9 классе (68 часов)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Введение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Биология как наука и методы ее исследования. Понятие «жизнь».</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Современные научные представления о сущности жизни. Значение биологической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науки в деятельности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1. Основы цитологии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Основные положения клеточной теории. Клетка - структурная и функциональная единица жизни. Прокариоты, эукариоты Автотрофы, гетеротрофы. Химический состав клетки и его постоянство. Строение клетки. Функции органоидов. Вирусы. Обмен веществ и превращение энергии - основа жизнедеятельности клетки. Энергетические возможности клетки. Аэробное и анаэробное дыхание. Биосинтез белка. Рост, развитие и жизненный цикл клеток. Регуляция процессов жизнедеятельности в клетке.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 </w:t>
      </w:r>
      <w:r w:rsidRPr="004A4D28">
        <w:rPr>
          <w:rFonts w:ascii="Times New Roman" w:hAnsi="Times New Roman" w:cs="Times New Roman"/>
        </w:rPr>
        <w:t>модели клетки; микропрепараты митоза в клетках корешков лука; микропрепараты хромосом; модели-аппликации, иллюстрирующие деление клеток; расщепление пероксида водорода с помощью ферментов, содержащихся в живых клетках.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Лабораторная работа.</w:t>
      </w:r>
      <w:r w:rsidRPr="004A4D28">
        <w:rPr>
          <w:rFonts w:ascii="Times New Roman" w:hAnsi="Times New Roman" w:cs="Times New Roman"/>
        </w:rPr>
        <w:t> Рассматривание клеток растений, животных под микроскопом.</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2. Размножение и индивидуальное развитие организмов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Бесполое и половое размножение организмов. Общие понятия о делении клетки (митоз, мейоз). Половые клетки. Оплодотворение. Индивидуальное развитие организмов. Основные закономерности передачи наследственной информации. Генетическая непрерывность жизни. Закономерности изменчивости.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 </w:t>
      </w:r>
      <w:r w:rsidRPr="004A4D28">
        <w:rPr>
          <w:rFonts w:ascii="Times New Roman" w:hAnsi="Times New Roman" w:cs="Times New Roman"/>
        </w:rPr>
        <w:t>микропрепараты яйцеклетки и сперматозоида животных; половое и бесполое размножение; оплодотворение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3. Основы генетики.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Генетика как отрасль биологической науки. История развития генетики. Закономерности наследования признаков живых организмов. Работы Г. Менделя. Методы исследования наследственности.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Фенотип и генотип. Генетическое определение пола. Генетическая структура половых хромосом. Наследование признаков, сцепленных с полом. Хромосомная теория наследственности. Генотип как целостная система.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Основные формы изменчивости. Генотипическая изменчивость. Мутации. Причины и частота мутаций, мутагенные факторы. Эволюционная роль мутаций.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Фенотипическая, или модификационная, изменчивость. Роль условий внешней среды в развитии и проявлении признаков и свойств.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w:t>
      </w:r>
      <w:r w:rsidRPr="004A4D28">
        <w:rPr>
          <w:rFonts w:ascii="Times New Roman" w:hAnsi="Times New Roman" w:cs="Times New Roman"/>
        </w:rPr>
        <w:t>: 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Лабораторные работы</w:t>
      </w:r>
      <w:r w:rsidRPr="004A4D28">
        <w:rPr>
          <w:rFonts w:ascii="Times New Roman" w:hAnsi="Times New Roman" w:cs="Times New Roman"/>
        </w:rPr>
        <w:t>: Описание фенотипов растений. Изучение модификационной изменчивости и построение вариационной кривой.</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Практическая работа</w:t>
      </w:r>
      <w:r w:rsidRPr="004A4D28">
        <w:rPr>
          <w:rFonts w:ascii="Times New Roman" w:hAnsi="Times New Roman" w:cs="Times New Roman"/>
        </w:rPr>
        <w:t>: Решение генетических задач.</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4. Генетика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Методы изучения наследственности человека. Генетическое разнообразие человека. Генетические основы здоровья. Влияние среды на генетическое здоровье человека. Генетические болезни. Генотип и здоровье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w:t>
      </w:r>
      <w:r w:rsidRPr="004A4D28">
        <w:rPr>
          <w:rFonts w:ascii="Times New Roman" w:hAnsi="Times New Roman" w:cs="Times New Roman"/>
        </w:rPr>
        <w:t>: хромосомные аномалии человека и их фенотипические проявления.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Практическая работа</w:t>
      </w:r>
      <w:r w:rsidRPr="004A4D28">
        <w:rPr>
          <w:rFonts w:ascii="Times New Roman" w:hAnsi="Times New Roman" w:cs="Times New Roman"/>
        </w:rPr>
        <w:t>: Составление родословных.</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5. Основы селекции и биотехнологии.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Задачи и методы селекции. Генетика как научная основа селекции организмов. Достижения мировой и отечественной селекции. Учение Н.И.Вавилова. Биотехнология, ее достижения и перспективы развития. Этические аспекты развития некоторых направлений биотехнологии. Клонирование человека.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w:t>
      </w:r>
      <w:r w:rsidRPr="004A4D28">
        <w:rPr>
          <w:rFonts w:ascii="Times New Roman" w:hAnsi="Times New Roman" w:cs="Times New Roman"/>
        </w:rPr>
        <w:t>: живые растения, гербарные экземпляры, муляжи, таблицы, фотографии, иллюстрирующие результаты селекционной работы; портреты селекционеров.</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6. Эволюционное учение.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Основные положения теории эволюции. Вид, его критерии. Структура вида. Популяция - форма существования вида. Видообразование. Движущие силы эволюции: наследственность, изменчивость, борьба за существование, естественный отбор. Приспособленность и ее относительность.</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 </w:t>
      </w:r>
      <w:r w:rsidRPr="004A4D28">
        <w:rPr>
          <w:rFonts w:ascii="Times New Roman" w:hAnsi="Times New Roman" w:cs="Times New Roman"/>
        </w:rPr>
        <w:t>гербарии, коллекции, модели, муляжи, живых растений и животных; признаки вида.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Лабораторная работа.</w:t>
      </w:r>
      <w:r w:rsidRPr="004A4D28">
        <w:rPr>
          <w:rFonts w:ascii="Times New Roman" w:hAnsi="Times New Roman" w:cs="Times New Roman"/>
        </w:rPr>
        <w:t> Изучение морфологического критерия вида.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7. Возникновение и развитие жизни на Земле</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Взгляды, гипотезы и теории о происхождении жизни. Краткая история развития органического мира. Доказательства эволюции.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w:t>
      </w:r>
      <w:r w:rsidRPr="004A4D28">
        <w:rPr>
          <w:rFonts w:ascii="Times New Roman" w:hAnsi="Times New Roman" w:cs="Times New Roman"/>
        </w:rPr>
        <w:t> окаменелости, отпечатки, скелеты позвоночных животных, модели.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Лабораторная работа.</w:t>
      </w:r>
      <w:r w:rsidRPr="004A4D28">
        <w:rPr>
          <w:rFonts w:ascii="Times New Roman" w:hAnsi="Times New Roman" w:cs="Times New Roman"/>
        </w:rPr>
        <w:t> Изучение палеонтологических доказательств эволюции.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b/>
          <w:bCs/>
          <w:i/>
          <w:iCs/>
        </w:rPr>
        <w:t>Глава 8. Взаимосвязи организмов и окружающей среды.</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Экология как наука. Экологические факторы. Биоценоз и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Демонстрации </w:t>
      </w:r>
      <w:r w:rsidRPr="004A4D28">
        <w:rPr>
          <w:rFonts w:ascii="Times New Roman" w:hAnsi="Times New Roman" w:cs="Times New Roman"/>
        </w:rPr>
        <w:t>коллекции, иллюстрирующие экологические взаимосвязи в биогеоценозах; модели экосистем; структура экосистемы; пищевые цепи и сети; круговорот веществ и превращения энергии в экосистеме; типы взаимодействия разных видов в экосистеме (конкуренция, хищничество, симбиоз, паразитизм); агроэкосистема.</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u w:val="single"/>
        </w:rPr>
        <w:t>Практические работы</w:t>
      </w:r>
    </w:p>
    <w:p w:rsidR="00F44E79" w:rsidRPr="004A4D28" w:rsidRDefault="00F44E79" w:rsidP="001C7BA4">
      <w:pPr>
        <w:widowControl/>
        <w:numPr>
          <w:ilvl w:val="0"/>
          <w:numId w:val="155"/>
        </w:numPr>
        <w:shd w:val="clear" w:color="auto" w:fill="FFFFFF"/>
        <w:spacing w:before="30" w:after="30"/>
        <w:ind w:firstLine="900"/>
        <w:jc w:val="both"/>
        <w:rPr>
          <w:rFonts w:ascii="Calibri" w:hAnsi="Calibri" w:cs="Arial"/>
        </w:rPr>
      </w:pPr>
      <w:r w:rsidRPr="004A4D28">
        <w:rPr>
          <w:rFonts w:ascii="Times New Roman" w:hAnsi="Times New Roman" w:cs="Times New Roman"/>
        </w:rPr>
        <w:t>Составление схем передачи веществ и энергии (цепей питания).</w:t>
      </w:r>
    </w:p>
    <w:p w:rsidR="00F44E79" w:rsidRPr="004A4D28" w:rsidRDefault="00F44E79" w:rsidP="001C7BA4">
      <w:pPr>
        <w:widowControl/>
        <w:numPr>
          <w:ilvl w:val="0"/>
          <w:numId w:val="155"/>
        </w:numPr>
        <w:shd w:val="clear" w:color="auto" w:fill="FFFFFF"/>
        <w:spacing w:before="30" w:after="30"/>
        <w:ind w:firstLine="900"/>
        <w:jc w:val="both"/>
        <w:rPr>
          <w:rFonts w:ascii="Calibri" w:hAnsi="Calibri" w:cs="Arial"/>
        </w:rPr>
      </w:pPr>
      <w:r w:rsidRPr="004A4D28">
        <w:rPr>
          <w:rFonts w:ascii="Times New Roman" w:hAnsi="Times New Roman" w:cs="Times New Roman"/>
        </w:rPr>
        <w:t>Выявление типов взаимодействия разных видов в конкретной экосистеме.</w:t>
      </w:r>
    </w:p>
    <w:p w:rsidR="00F44E79" w:rsidRPr="004A4D28" w:rsidRDefault="00F44E79" w:rsidP="001C7BA4">
      <w:pPr>
        <w:widowControl/>
        <w:numPr>
          <w:ilvl w:val="0"/>
          <w:numId w:val="155"/>
        </w:numPr>
        <w:shd w:val="clear" w:color="auto" w:fill="FFFFFF"/>
        <w:spacing w:before="30" w:after="30"/>
        <w:ind w:firstLine="900"/>
        <w:jc w:val="both"/>
        <w:rPr>
          <w:rFonts w:ascii="Calibri" w:hAnsi="Calibri" w:cs="Arial"/>
        </w:rPr>
      </w:pPr>
      <w:r w:rsidRPr="004A4D28">
        <w:rPr>
          <w:rFonts w:ascii="Times New Roman" w:hAnsi="Times New Roman" w:cs="Times New Roman"/>
        </w:rPr>
        <w:t>Изучение и описание экосистемы своей местности.</w:t>
      </w:r>
    </w:p>
    <w:p w:rsidR="00F44E79" w:rsidRPr="004A4D28" w:rsidRDefault="00F44E79" w:rsidP="001C7BA4">
      <w:pPr>
        <w:widowControl/>
        <w:numPr>
          <w:ilvl w:val="0"/>
          <w:numId w:val="155"/>
        </w:numPr>
        <w:shd w:val="clear" w:color="auto" w:fill="FFFFFF"/>
        <w:spacing w:before="30" w:after="30"/>
        <w:ind w:firstLine="900"/>
        <w:jc w:val="both"/>
        <w:rPr>
          <w:rFonts w:ascii="Calibri" w:hAnsi="Calibri" w:cs="Arial"/>
        </w:rPr>
      </w:pPr>
      <w:r w:rsidRPr="004A4D28">
        <w:rPr>
          <w:rFonts w:ascii="Times New Roman" w:hAnsi="Times New Roman" w:cs="Times New Roman"/>
        </w:rPr>
        <w:t>Анализ и оценка последствий деятельности человека в экосистемах, собственных поступков на живые организмы и экосистемы.</w:t>
      </w:r>
    </w:p>
    <w:p w:rsidR="00F44E79" w:rsidRPr="004A4D28" w:rsidRDefault="00F44E79" w:rsidP="003E3DF3">
      <w:pPr>
        <w:shd w:val="clear" w:color="auto" w:fill="FFFFFF"/>
        <w:ind w:left="1430"/>
        <w:rPr>
          <w:rFonts w:ascii="Calibri" w:hAnsi="Calibri" w:cs="Arial"/>
        </w:rPr>
      </w:pPr>
      <w:r w:rsidRPr="004A4D28">
        <w:rPr>
          <w:rFonts w:ascii="Times New Roman" w:hAnsi="Times New Roman" w:cs="Times New Roman"/>
          <w:b/>
          <w:bCs/>
          <w:i/>
          <w:iCs/>
        </w:rPr>
        <w:t>Учебно-тематическое планирование по биологии в 9 классе (68 часов)</w:t>
      </w:r>
    </w:p>
    <w:tbl>
      <w:tblPr>
        <w:tblW w:w="10031" w:type="dxa"/>
        <w:tblCellMar>
          <w:top w:w="15" w:type="dxa"/>
          <w:left w:w="15" w:type="dxa"/>
          <w:bottom w:w="15" w:type="dxa"/>
          <w:right w:w="15" w:type="dxa"/>
        </w:tblCellMar>
        <w:tblLook w:val="00A0"/>
      </w:tblPr>
      <w:tblGrid>
        <w:gridCol w:w="749"/>
        <w:gridCol w:w="5306"/>
        <w:gridCol w:w="1177"/>
        <w:gridCol w:w="2799"/>
      </w:tblGrid>
      <w:tr w:rsidR="00F44E79" w:rsidRPr="004A4D28" w:rsidTr="003E3DF3">
        <w:trPr>
          <w:trHeight w:val="262"/>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w:t>
            </w: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Тема</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Кол-во часов</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i/>
                <w:iCs/>
              </w:rPr>
              <w:t>Система контроля</w:t>
            </w:r>
          </w:p>
        </w:tc>
      </w:tr>
      <w:tr w:rsidR="00F44E79" w:rsidRPr="004A4D28" w:rsidTr="003E3DF3">
        <w:trPr>
          <w:trHeight w:val="256"/>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1</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Введение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rPr>
                <w:rFonts w:ascii="Calibri" w:hAnsi="Calibri" w:cs="Times New Roman"/>
              </w:rPr>
            </w:pPr>
            <w:r w:rsidRPr="004A4D28">
              <w:rPr>
                <w:rFonts w:ascii="Times New Roman" w:hAnsi="Times New Roman" w:cs="Times New Roman"/>
              </w:rPr>
              <w:t>Фронтальный опрос</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2</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Основы цитологии</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center"/>
              <w:rPr>
                <w:rFonts w:ascii="Calibri" w:hAnsi="Calibri" w:cs="Times New Roman"/>
              </w:rPr>
            </w:pPr>
            <w:r w:rsidRPr="004A4D28">
              <w:rPr>
                <w:rFonts w:ascii="Times New Roman" w:hAnsi="Times New Roman" w:cs="Times New Roman"/>
              </w:rPr>
              <w:t>14</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rPr>
                <w:rFonts w:ascii="Calibri" w:hAnsi="Calibri" w:cs="Times New Roman"/>
              </w:rPr>
            </w:pPr>
            <w:r w:rsidRPr="004A4D28">
              <w:rPr>
                <w:rFonts w:ascii="Times New Roman" w:hAnsi="Times New Roman" w:cs="Times New Roman"/>
              </w:rPr>
              <w:t>Проверка знаний по теме №1</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3</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Размножение и индивидуальное развитие организмов</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5</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Проверка знаний по теме №2</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4</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Основы генетики.</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16</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rPr>
                <w:rFonts w:ascii="Calibri" w:hAnsi="Calibri" w:cs="Times New Roman"/>
              </w:rPr>
            </w:pPr>
            <w:r w:rsidRPr="004A4D28">
              <w:rPr>
                <w:rFonts w:ascii="Times New Roman" w:hAnsi="Times New Roman" w:cs="Times New Roman"/>
              </w:rPr>
              <w:t>Проверка знаний по теме №3</w:t>
            </w:r>
          </w:p>
        </w:tc>
      </w:tr>
      <w:tr w:rsidR="00F44E79" w:rsidRPr="004A4D28" w:rsidTr="003E3DF3">
        <w:trPr>
          <w:trHeight w:val="266"/>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5</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Генетика человека</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2</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hd w:val="clear" w:color="auto" w:fill="FFFFFF"/>
              <w:rPr>
                <w:rFonts w:ascii="Calibri" w:hAnsi="Calibri" w:cs="Times New Roman"/>
              </w:rPr>
            </w:pPr>
            <w:r w:rsidRPr="004A4D28">
              <w:rPr>
                <w:rFonts w:ascii="Times New Roman" w:hAnsi="Times New Roman" w:cs="Times New Roman"/>
              </w:rPr>
              <w:t>Фронтальный опрос</w:t>
            </w:r>
          </w:p>
        </w:tc>
      </w:tr>
      <w:tr w:rsidR="00F44E79" w:rsidRPr="004A4D28" w:rsidTr="003E3DF3">
        <w:trPr>
          <w:trHeight w:val="18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84" w:lineRule="atLeast"/>
              <w:rPr>
                <w:rFonts w:ascii="Calibri" w:hAnsi="Calibri" w:cs="Times New Roman"/>
              </w:rPr>
            </w:pPr>
            <w:r w:rsidRPr="004A4D28">
              <w:rPr>
                <w:rFonts w:ascii="Times New Roman" w:hAnsi="Times New Roman" w:cs="Times New Roman"/>
              </w:rPr>
              <w:t>6</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spacing w:line="184" w:lineRule="atLeast"/>
              <w:rPr>
                <w:rFonts w:ascii="Calibri" w:hAnsi="Calibri" w:cs="Times New Roman"/>
              </w:rPr>
            </w:pPr>
            <w:r w:rsidRPr="004A4D28">
              <w:rPr>
                <w:rFonts w:ascii="Times New Roman" w:hAnsi="Times New Roman" w:cs="Times New Roman"/>
              </w:rPr>
              <w:t>Основы селекции и биотехнологии.</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84" w:lineRule="atLeast"/>
              <w:jc w:val="center"/>
              <w:rPr>
                <w:rFonts w:ascii="Calibri" w:hAnsi="Calibri" w:cs="Times New Roman"/>
              </w:rPr>
            </w:pPr>
            <w:r w:rsidRPr="004A4D28">
              <w:rPr>
                <w:rFonts w:ascii="Times New Roman" w:hAnsi="Times New Roman" w:cs="Times New Roman"/>
              </w:rPr>
              <w:t>4</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hd w:val="clear" w:color="auto" w:fill="FFFFFF"/>
              <w:spacing w:line="184" w:lineRule="atLeast"/>
              <w:rPr>
                <w:rFonts w:ascii="Calibri" w:hAnsi="Calibri" w:cs="Times New Roman"/>
              </w:rPr>
            </w:pPr>
            <w:r w:rsidRPr="004A4D28">
              <w:rPr>
                <w:rFonts w:ascii="Times New Roman" w:hAnsi="Times New Roman" w:cs="Times New Roman"/>
              </w:rPr>
              <w:t>Проверка знаний по теме №5</w:t>
            </w:r>
          </w:p>
        </w:tc>
      </w:tr>
      <w:tr w:rsidR="00F44E79" w:rsidRPr="004A4D28" w:rsidTr="003E3DF3">
        <w:trPr>
          <w:trHeight w:val="21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7</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Эволюционное учение.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8</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hd w:val="clear" w:color="auto" w:fill="FFFFFF"/>
              <w:rPr>
                <w:rFonts w:ascii="Calibri" w:hAnsi="Calibri" w:cs="Times New Roman"/>
              </w:rPr>
            </w:pPr>
            <w:r w:rsidRPr="004A4D28">
              <w:rPr>
                <w:rFonts w:ascii="Times New Roman" w:hAnsi="Times New Roman" w:cs="Times New Roman"/>
              </w:rPr>
              <w:t>Проверка знаний по теме №6</w:t>
            </w:r>
          </w:p>
        </w:tc>
      </w:tr>
      <w:tr w:rsidR="00F44E79" w:rsidRPr="004A4D28" w:rsidTr="003E3DF3">
        <w:trPr>
          <w:trHeight w:val="216"/>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8</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Возникновение и развитие жизни на Земле</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6</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hd w:val="clear" w:color="auto" w:fill="FFFFFF"/>
              <w:rPr>
                <w:rFonts w:ascii="Calibri" w:hAnsi="Calibri" w:cs="Times New Roman"/>
              </w:rPr>
            </w:pPr>
            <w:r w:rsidRPr="004A4D28">
              <w:rPr>
                <w:rFonts w:ascii="Times New Roman" w:hAnsi="Times New Roman" w:cs="Times New Roman"/>
              </w:rPr>
              <w:t>Проверка знаний по теме №7</w:t>
            </w:r>
          </w:p>
        </w:tc>
      </w:tr>
      <w:tr w:rsidR="00F44E79" w:rsidRPr="004A4D28" w:rsidTr="003E3DF3">
        <w:trPr>
          <w:trHeight w:val="318"/>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9</w:t>
            </w:r>
          </w:p>
        </w:tc>
        <w:tc>
          <w:tcPr>
            <w:tcW w:w="5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Взаимосвязи организмов и окружающей среды.</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12</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hd w:val="clear" w:color="auto" w:fill="FFFFFF"/>
              <w:rPr>
                <w:rFonts w:ascii="Calibri" w:hAnsi="Calibri" w:cs="Times New Roman"/>
              </w:rPr>
            </w:pPr>
            <w:r w:rsidRPr="004A4D28">
              <w:rPr>
                <w:rFonts w:ascii="Times New Roman" w:hAnsi="Times New Roman" w:cs="Times New Roman"/>
              </w:rPr>
              <w:t>Проверка знаний по теме №8</w:t>
            </w:r>
          </w:p>
        </w:tc>
      </w:tr>
      <w:tr w:rsidR="00F44E79" w:rsidRPr="004A4D28" w:rsidTr="003E3DF3">
        <w:trPr>
          <w:trHeight w:val="274"/>
        </w:trPr>
        <w:tc>
          <w:tcPr>
            <w:tcW w:w="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c>
          <w:tcPr>
            <w:tcW w:w="5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Итого</w:t>
            </w:r>
          </w:p>
        </w:tc>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4E79" w:rsidRPr="004A4D28" w:rsidRDefault="00F44E79" w:rsidP="003E3DF3">
            <w:pPr>
              <w:jc w:val="center"/>
              <w:rPr>
                <w:rFonts w:ascii="Calibri" w:hAnsi="Calibri" w:cs="Times New Roman"/>
              </w:rPr>
            </w:pPr>
            <w:r w:rsidRPr="004A4D28">
              <w:rPr>
                <w:rFonts w:ascii="Times New Roman" w:hAnsi="Times New Roman" w:cs="Times New Roman"/>
              </w:rPr>
              <w:t>68</w:t>
            </w:r>
          </w:p>
        </w:tc>
        <w:tc>
          <w:tcPr>
            <w:tcW w:w="2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Times New Roman" w:hAnsi="Times New Roman" w:cs="Times New Roman"/>
              </w:rPr>
            </w:pPr>
          </w:p>
        </w:tc>
      </w:tr>
    </w:tbl>
    <w:p w:rsidR="00F44E79" w:rsidRPr="004A4D28" w:rsidRDefault="00F44E79" w:rsidP="003E3DF3">
      <w:pPr>
        <w:shd w:val="clear" w:color="auto" w:fill="FFFFFF"/>
        <w:rPr>
          <w:rFonts w:ascii="Calibri" w:hAnsi="Calibri" w:cs="Arial"/>
        </w:rPr>
      </w:pPr>
      <w:r w:rsidRPr="004A4D28">
        <w:rPr>
          <w:rFonts w:ascii="Times New Roman" w:hAnsi="Times New Roman" w:cs="Times New Roman"/>
          <w:b/>
          <w:bCs/>
          <w:i/>
          <w:iCs/>
        </w:rPr>
        <w:t>Планируемые результаты изучения программы курса биологии</w:t>
      </w:r>
    </w:p>
    <w:p w:rsidR="00F44E79" w:rsidRPr="004A4D28" w:rsidRDefault="00F44E79" w:rsidP="003E3DF3">
      <w:pPr>
        <w:shd w:val="clear" w:color="auto" w:fill="FFFFFF"/>
        <w:jc w:val="both"/>
        <w:rPr>
          <w:rFonts w:ascii="Calibri" w:hAnsi="Calibri" w:cs="Arial"/>
        </w:rPr>
      </w:pPr>
      <w:r w:rsidRPr="004A4D28">
        <w:rPr>
          <w:rFonts w:ascii="Times New Roman" w:hAnsi="Times New Roman" w:cs="Times New Roman"/>
        </w:rPr>
        <w:t>Изучение биологии в основной школе обусловливает достижение следующих </w:t>
      </w:r>
      <w:r w:rsidRPr="004A4D28">
        <w:rPr>
          <w:rFonts w:ascii="Times New Roman" w:hAnsi="Times New Roman" w:cs="Times New Roman"/>
          <w:i/>
          <w:iCs/>
        </w:rPr>
        <w:t>личностных</w:t>
      </w:r>
      <w:r w:rsidRPr="004A4D28">
        <w:rPr>
          <w:rFonts w:ascii="Times New Roman" w:hAnsi="Times New Roman" w:cs="Times New Roman"/>
        </w:rPr>
        <w:t> результатов:</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знание языка, культуры своего народа, своего края, основ культурного наследия народов России и человечества; усвоения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ориентации в мире профессий и профессиональных предпочтений, с учётом устойчивых познавательных интересов;</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эстетического сознания через освоение художественного на, творческой деятельности эстетического характера.</w:t>
      </w:r>
    </w:p>
    <w:p w:rsidR="00F44E79" w:rsidRPr="004A4D28" w:rsidRDefault="00F44E79" w:rsidP="003E3DF3">
      <w:pPr>
        <w:shd w:val="clear" w:color="auto" w:fill="FFFFFF"/>
        <w:jc w:val="both"/>
        <w:rPr>
          <w:rFonts w:ascii="Calibri" w:hAnsi="Calibri" w:cs="Arial"/>
        </w:rPr>
      </w:pPr>
      <w:r w:rsidRPr="00C16085">
        <w:rPr>
          <w:rFonts w:ascii="Times New Roman" w:hAnsi="Times New Roman" w:cs="Times New Roman"/>
          <w:b/>
          <w:i/>
          <w:iCs/>
        </w:rPr>
        <w:t>Метапредметные</w:t>
      </w:r>
      <w:r w:rsidRPr="00C16085">
        <w:rPr>
          <w:rFonts w:ascii="Times New Roman" w:hAnsi="Times New Roman" w:cs="Times New Roman"/>
          <w:b/>
        </w:rPr>
        <w:t> </w:t>
      </w:r>
      <w:r w:rsidRPr="004A4D28">
        <w:rPr>
          <w:rFonts w:ascii="Times New Roman" w:hAnsi="Times New Roman" w:cs="Times New Roman"/>
        </w:rPr>
        <w:t>результаты освоения биологии в основной школе должны отражать:</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оценивать правильность выполнения учебной задачи, собственные возможности её решения;</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Смысловое чтение;</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и развитие компетентности в области использовании.</w:t>
      </w:r>
    </w:p>
    <w:p w:rsidR="00F44E79" w:rsidRPr="004A4D28" w:rsidRDefault="00F44E79" w:rsidP="003E3DF3">
      <w:pPr>
        <w:shd w:val="clear" w:color="auto" w:fill="FFFFFF"/>
        <w:jc w:val="both"/>
        <w:rPr>
          <w:rFonts w:ascii="Calibri" w:hAnsi="Calibri" w:cs="Arial"/>
        </w:rPr>
      </w:pPr>
      <w:r w:rsidRPr="00C16085">
        <w:rPr>
          <w:rFonts w:ascii="Times New Roman" w:hAnsi="Times New Roman" w:cs="Times New Roman"/>
          <w:b/>
          <w:i/>
          <w:iCs/>
        </w:rPr>
        <w:t>Предметными</w:t>
      </w:r>
      <w:r w:rsidRPr="00C16085">
        <w:rPr>
          <w:rFonts w:ascii="Times New Roman" w:hAnsi="Times New Roman" w:cs="Times New Roman"/>
          <w:b/>
        </w:rPr>
        <w:t> </w:t>
      </w:r>
      <w:r w:rsidRPr="004A4D28">
        <w:rPr>
          <w:rFonts w:ascii="Times New Roman" w:hAnsi="Times New Roman" w:cs="Times New Roman"/>
        </w:rPr>
        <w:t>результатами освоения выпускниками основной школы программы по биологии являются:</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системы научных знаний о живой природе и закономерностях её развития, исторически быстром сокращении биологического разнообразия в биосфере в результате деятельности человека для создания естественно-научной картины мира;</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живого и неживого в биосфере, наследственности и изменчивости организмов, овладение понятийном аппаратом биологии;</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Приобретение опыта использования методов биологической науки и проведение несложных биологических экспериментов для изучения живых организмов и человека, проведение экологического мониторинга в окружающей среде;</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 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Формирование представлений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F44E79" w:rsidRPr="004A4D28" w:rsidRDefault="00F44E79" w:rsidP="003E3DF3">
      <w:pPr>
        <w:shd w:val="clear" w:color="auto" w:fill="FFFFFF"/>
        <w:spacing w:before="30" w:after="30"/>
        <w:jc w:val="both"/>
        <w:rPr>
          <w:rFonts w:ascii="Calibri" w:hAnsi="Calibri" w:cs="Arial"/>
        </w:rPr>
      </w:pPr>
      <w:r>
        <w:rPr>
          <w:rFonts w:ascii="Times New Roman" w:hAnsi="Times New Roman" w:cs="Times New Roman"/>
        </w:rPr>
        <w:t>-</w:t>
      </w:r>
      <w:r w:rsidRPr="004A4D28">
        <w:rPr>
          <w:rFonts w:ascii="Times New Roman" w:hAnsi="Times New Roman" w:cs="Times New Roman"/>
        </w:rPr>
        <w:t>Освоение приёмов оказания первой помощи, рациональной организации охраны труда и отдыха, выращивания и размножения культурных растений и домашних животных, ухода за ними.</w:t>
      </w:r>
    </w:p>
    <w:p w:rsidR="00F44E79" w:rsidRPr="004A4D28" w:rsidRDefault="00F44E79" w:rsidP="003E3DF3">
      <w:pPr>
        <w:shd w:val="clear" w:color="auto" w:fill="FFFFFF"/>
        <w:jc w:val="center"/>
        <w:rPr>
          <w:rFonts w:ascii="Calibri" w:hAnsi="Calibri" w:cs="Arial"/>
        </w:rPr>
      </w:pPr>
      <w:r w:rsidRPr="004A4D28">
        <w:rPr>
          <w:rFonts w:ascii="Times New Roman" w:hAnsi="Times New Roman" w:cs="Times New Roman"/>
          <w:b/>
          <w:bCs/>
          <w:i/>
          <w:iCs/>
        </w:rPr>
        <w:t>Тематическое планирование 5 класс</w:t>
      </w:r>
    </w:p>
    <w:tbl>
      <w:tblPr>
        <w:tblW w:w="9099" w:type="dxa"/>
        <w:tblLayout w:type="fixed"/>
        <w:tblCellMar>
          <w:top w:w="15" w:type="dxa"/>
          <w:left w:w="15" w:type="dxa"/>
          <w:bottom w:w="15" w:type="dxa"/>
          <w:right w:w="15" w:type="dxa"/>
        </w:tblCellMar>
        <w:tblLook w:val="00A0"/>
      </w:tblPr>
      <w:tblGrid>
        <w:gridCol w:w="847"/>
        <w:gridCol w:w="3797"/>
        <w:gridCol w:w="851"/>
        <w:gridCol w:w="1633"/>
        <w:gridCol w:w="1971"/>
      </w:tblGrid>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i/>
                <w:iCs/>
              </w:rPr>
              <w:t>№ урока</w:t>
            </w: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i/>
                <w:iCs/>
              </w:rPr>
              <w:t>Тема урока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i/>
                <w:iCs/>
              </w:rPr>
              <w:t>Кол-во часов</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jc w:val="center"/>
              <w:rPr>
                <w:rFonts w:ascii="Times New Roman" w:hAnsi="Times New Roman" w:cs="Times New Roman"/>
                <w:i/>
                <w:iCs/>
              </w:rPr>
            </w:pPr>
            <w:r w:rsidRPr="004A4D28">
              <w:rPr>
                <w:rFonts w:ascii="Times New Roman" w:hAnsi="Times New Roman" w:cs="Times New Roman"/>
                <w:i/>
                <w:iCs/>
              </w:rPr>
              <w:t>Дата по плану/факт</w:t>
            </w: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FC0221">
              <w:rPr>
                <w:rFonts w:ascii="Times New Roman" w:hAnsi="Times New Roman" w:cs="Times New Roman"/>
                <w:b/>
              </w:rPr>
              <w:t>Электронные (цифровые) образовательные ресурсы</w:t>
            </w:r>
            <w:r w:rsidRPr="004A4D28">
              <w:rPr>
                <w:rFonts w:ascii="Times New Roman" w:hAnsi="Times New Roman" w:cs="Times New Roman"/>
                <w:i/>
                <w:iCs/>
              </w:rPr>
              <w:t xml:space="preserve"> Домашнее задание</w:t>
            </w:r>
          </w:p>
        </w:tc>
      </w:tr>
      <w:tr w:rsidR="00F44E79" w:rsidRPr="004A4D28" w:rsidTr="003E3DF3">
        <w:trPr>
          <w:trHeight w:val="55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6"/>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Биология как наука. Значение биологии. Отрасли биологии.</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пар.1, записи в тетради</w:t>
            </w:r>
          </w:p>
        </w:tc>
      </w:tr>
      <w:tr w:rsidR="00F44E79" w:rsidRPr="004A4D28" w:rsidTr="003E3DF3">
        <w:trPr>
          <w:trHeight w:val="254"/>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7"/>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Биосфера. Её строение и обитатели каждой из сфер</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пар.1, записи в тетради</w:t>
            </w:r>
          </w:p>
        </w:tc>
      </w:tr>
      <w:tr w:rsidR="00F44E79" w:rsidRPr="004A4D28" w:rsidTr="003E3DF3">
        <w:trPr>
          <w:trHeight w:val="262"/>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8"/>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Методы изучения биологии</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пар.2, записи в тетради</w:t>
            </w:r>
          </w:p>
        </w:tc>
      </w:tr>
      <w:tr w:rsidR="00F44E79" w:rsidRPr="004A4D28" w:rsidTr="003E3DF3">
        <w:trPr>
          <w:trHeight w:val="964"/>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59"/>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Правила работы в лаборатории. Лабораторная посуда и оборудование. Увеличительные приборы. Микроскоп. Л/р.№1. Устройство светового микроскопа и правила работы с ним.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пар.3, выучить строение микроскопа и правила работы с ним</w:t>
            </w:r>
          </w:p>
        </w:tc>
      </w:tr>
      <w:tr w:rsidR="00F44E79" w:rsidRPr="004A4D28" w:rsidTr="003E3DF3">
        <w:trPr>
          <w:trHeight w:val="224"/>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0"/>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Разнообразие живой природы. Свойства живого организма.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пар.4, записи в тетради</w:t>
            </w:r>
          </w:p>
        </w:tc>
      </w:tr>
      <w:tr w:rsidR="00F44E79" w:rsidRPr="004A4D28" w:rsidTr="003E3DF3">
        <w:trPr>
          <w:trHeight w:val="25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1"/>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Среды обитания организмов</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пар.5, записи в тетради</w:t>
            </w:r>
          </w:p>
        </w:tc>
      </w:tr>
      <w:tr w:rsidR="00F44E79" w:rsidRPr="004A4D28" w:rsidTr="003E3DF3">
        <w:trPr>
          <w:trHeight w:val="292"/>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2"/>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Увеличительные приборы. Микроскоп. Л/р.№1. Устройство светового микроскопа и правила работы с ним.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пар.6, записи в тетради</w:t>
            </w:r>
          </w:p>
        </w:tc>
      </w:tr>
      <w:tr w:rsidR="00F44E79" w:rsidRPr="004A4D28" w:rsidTr="003E3DF3">
        <w:trPr>
          <w:trHeight w:val="302"/>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3"/>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Химический состав клетки. Л/р №5. «Обнаружение органических веществ в растении»</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пар.7,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4"/>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Строение клетки. Общие и специфичные органоиды во всех типах клеток.</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пар.8,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5"/>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Л/р №2. Рассматривание клеточного строения растения с помощью лупы. Л/р №3. Приготовление и рассматривание препарата кожицы чешуи лука под микроскопом. Л/р №4. Пластиды в клетках листа элодеи. Пластиды в клетках плодов томата, рябины, шиповника.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пар.8,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6"/>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Жизнедеятельность клетки: рост, раздражимость, возбудимость. Митоз как способ деления соматической клетки. Фазы митоза.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пар.9, записи в тетради</w:t>
            </w:r>
          </w:p>
        </w:tc>
      </w:tr>
      <w:tr w:rsidR="00F44E79" w:rsidRPr="004A4D28" w:rsidTr="003E3DF3">
        <w:trPr>
          <w:trHeight w:val="274"/>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7"/>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Обобщение знаний по теме «Основы цитологии»</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Повторить пар.6-9, записи в тетради</w:t>
            </w:r>
          </w:p>
        </w:tc>
      </w:tr>
      <w:tr w:rsidR="00F44E79" w:rsidRPr="004A4D28" w:rsidTr="003E3DF3">
        <w:trPr>
          <w:trHeight w:val="328"/>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8"/>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Многообразие организмов. Классификация организмов. Вид как систематическая единица.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Записи в тетради</w:t>
            </w:r>
          </w:p>
        </w:tc>
      </w:tr>
      <w:tr w:rsidR="00F44E79" w:rsidRPr="004A4D28" w:rsidTr="003E3DF3">
        <w:trPr>
          <w:trHeight w:val="55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69"/>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Бактерии. Распространение и их роль в природе и жизни человека. Строение и форма бактерий.</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пар.10, записи в тетради</w:t>
            </w:r>
          </w:p>
        </w:tc>
      </w:tr>
      <w:tr w:rsidR="00F44E79" w:rsidRPr="004A4D28" w:rsidTr="003E3DF3">
        <w:trPr>
          <w:trHeight w:val="540"/>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0"/>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Размножение бактерий. Стерилизация и другие методы борьбы с бактериями.</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пар.11,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1"/>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Царство Растения. Разнообразие растений. Низшие и высшие растения. Признаки растений.</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пар.12,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2"/>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Водоросли. Местообитание, образ жизни и строение.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пар.13,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3"/>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Группы водорослей: зелёные, бурые, красные.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пар.14, записи в тетради</w:t>
            </w:r>
          </w:p>
        </w:tc>
      </w:tr>
      <w:tr w:rsidR="00F44E79" w:rsidRPr="004A4D28" w:rsidTr="003E3DF3">
        <w:trPr>
          <w:trHeight w:val="13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4"/>
              </w:numPr>
              <w:spacing w:before="100" w:beforeAutospacing="1" w:after="100" w:afterAutospacing="1"/>
              <w:ind w:firstLine="900"/>
              <w:jc w:val="center"/>
              <w:rPr>
                <w:rFonts w:ascii="Calibri" w:hAnsi="Calibri" w:cs="Times New Roman"/>
                <w:sz w:val="14"/>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36" w:lineRule="atLeast"/>
              <w:rPr>
                <w:rFonts w:ascii="Calibri" w:hAnsi="Calibri" w:cs="Times New Roman"/>
              </w:rPr>
            </w:pPr>
            <w:r w:rsidRPr="004A4D28">
              <w:rPr>
                <w:rFonts w:ascii="Times New Roman" w:hAnsi="Times New Roman" w:cs="Times New Roman"/>
              </w:rPr>
              <w:t>Роль водорослей в природе и жизни человека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36"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136"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36" w:lineRule="atLeast"/>
              <w:rPr>
                <w:rFonts w:ascii="Calibri" w:hAnsi="Calibri" w:cs="Times New Roman"/>
              </w:rPr>
            </w:pPr>
            <w:r w:rsidRPr="004A4D28">
              <w:rPr>
                <w:rFonts w:ascii="Times New Roman" w:hAnsi="Times New Roman" w:cs="Times New Roman"/>
              </w:rPr>
              <w:t>пар.15, записи в тетради</w:t>
            </w:r>
          </w:p>
        </w:tc>
      </w:tr>
      <w:tr w:rsidR="00F44E79" w:rsidRPr="004A4D28" w:rsidTr="003E3DF3">
        <w:trPr>
          <w:trHeight w:val="22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5"/>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Высшие споровые растения. Общая характеристика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пар.16,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6"/>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Мхи. Строение, местообитание.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пар.17, записи в тетради</w:t>
            </w:r>
          </w:p>
        </w:tc>
      </w:tr>
      <w:tr w:rsidR="00F44E79" w:rsidRPr="004A4D28" w:rsidTr="003E3DF3">
        <w:trPr>
          <w:trHeight w:val="9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7"/>
              </w:numPr>
              <w:spacing w:before="100" w:beforeAutospacing="1" w:after="100" w:afterAutospacing="1"/>
              <w:ind w:firstLine="900"/>
              <w:jc w:val="center"/>
              <w:rPr>
                <w:rFonts w:ascii="Calibri" w:hAnsi="Calibri" w:cs="Times New Roman"/>
                <w:sz w:val="10"/>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rPr>
                <w:rFonts w:ascii="Calibri" w:hAnsi="Calibri" w:cs="Times New Roman"/>
              </w:rPr>
            </w:pPr>
            <w:r w:rsidRPr="004A4D28">
              <w:rPr>
                <w:rFonts w:ascii="Times New Roman" w:hAnsi="Times New Roman" w:cs="Times New Roman"/>
              </w:rPr>
              <w:t>Хвощи. Плауны. Папоротники. Строение, местообитание.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96"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rPr>
                <w:rFonts w:ascii="Calibri" w:hAnsi="Calibri" w:cs="Times New Roman"/>
              </w:rPr>
            </w:pPr>
            <w:r w:rsidRPr="004A4D28">
              <w:rPr>
                <w:rFonts w:ascii="Times New Roman" w:hAnsi="Times New Roman" w:cs="Times New Roman"/>
              </w:rPr>
              <w:t>пар.18, записи в тетради</w:t>
            </w:r>
          </w:p>
        </w:tc>
      </w:tr>
      <w:tr w:rsidR="00F44E79" w:rsidRPr="004A4D28" w:rsidTr="003E3DF3">
        <w:trPr>
          <w:trHeight w:val="16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8"/>
              </w:numPr>
              <w:spacing w:before="100" w:beforeAutospacing="1" w:after="100" w:afterAutospacing="1"/>
              <w:ind w:firstLine="900"/>
              <w:jc w:val="center"/>
              <w:rPr>
                <w:rFonts w:ascii="Calibri" w:hAnsi="Calibri" w:cs="Times New Roman"/>
                <w:sz w:val="16"/>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66" w:lineRule="atLeast"/>
              <w:rPr>
                <w:rFonts w:ascii="Calibri" w:hAnsi="Calibri" w:cs="Times New Roman"/>
              </w:rPr>
            </w:pPr>
            <w:r w:rsidRPr="004A4D28">
              <w:rPr>
                <w:rFonts w:ascii="Times New Roman" w:hAnsi="Times New Roman" w:cs="Times New Roman"/>
              </w:rPr>
              <w:t>Голосеменные. Строение, местообитание.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66"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166"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66" w:lineRule="atLeast"/>
              <w:rPr>
                <w:rFonts w:ascii="Calibri" w:hAnsi="Calibri" w:cs="Times New Roman"/>
              </w:rPr>
            </w:pPr>
            <w:r w:rsidRPr="004A4D28">
              <w:rPr>
                <w:rFonts w:ascii="Times New Roman" w:hAnsi="Times New Roman" w:cs="Times New Roman"/>
              </w:rPr>
              <w:t>пар.19,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79"/>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Л/р №7. «Многообразие голосеменных»</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пар.20,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0"/>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Покрытосеменные растения. Особенности строения.</w:t>
            </w:r>
          </w:p>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Л/р №8. «Внешнее строение цветкового растения».</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пар.21, записи в тетради</w:t>
            </w:r>
          </w:p>
        </w:tc>
      </w:tr>
      <w:tr w:rsidR="00F44E79" w:rsidRPr="004A4D28" w:rsidTr="003E3DF3">
        <w:trPr>
          <w:trHeight w:val="55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1"/>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Обобщение знаний по теме «Многообразие организмов»</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Повторить пар.10-21, записи в тетради</w:t>
            </w:r>
          </w:p>
        </w:tc>
      </w:tr>
      <w:tr w:rsidR="00F44E79" w:rsidRPr="004A4D28" w:rsidTr="003E3DF3">
        <w:trPr>
          <w:trHeight w:val="270"/>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2"/>
              </w:numPr>
              <w:spacing w:before="100" w:beforeAutospacing="1" w:after="100" w:afterAutospacing="1"/>
              <w:ind w:firstLine="900"/>
              <w:jc w:val="center"/>
              <w:rPr>
                <w:rFonts w:ascii="Calibri" w:hAnsi="Calibri" w:cs="Times New Roman"/>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rPr>
                <w:rFonts w:ascii="Calibri" w:hAnsi="Calibri" w:cs="Times New Roman"/>
              </w:rPr>
            </w:pPr>
            <w:r w:rsidRPr="004A4D28">
              <w:rPr>
                <w:rFonts w:ascii="Times New Roman" w:hAnsi="Times New Roman" w:cs="Times New Roman"/>
              </w:rPr>
              <w:t>Царство Животные. Многообразие животных. Особенности строения. Родственные связи между различными видами животных. Редкие виды животных. Охрана животных.</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rPr>
                <w:rFonts w:ascii="Calibri" w:hAnsi="Calibri" w:cs="Times New Roman"/>
              </w:rPr>
            </w:pPr>
            <w:r w:rsidRPr="004A4D28">
              <w:rPr>
                <w:rFonts w:ascii="Times New Roman" w:hAnsi="Times New Roman" w:cs="Times New Roman"/>
              </w:rPr>
              <w:t>пар.22, записи в тетради</w:t>
            </w:r>
          </w:p>
        </w:tc>
      </w:tr>
      <w:tr w:rsidR="00F44E79" w:rsidRPr="004A4D28" w:rsidTr="003E3DF3">
        <w:trPr>
          <w:trHeight w:val="198"/>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3"/>
              </w:numPr>
              <w:spacing w:before="100" w:beforeAutospacing="1" w:after="100" w:afterAutospacing="1"/>
              <w:ind w:firstLine="900"/>
              <w:jc w:val="center"/>
              <w:rPr>
                <w:rFonts w:ascii="Calibri" w:hAnsi="Calibri" w:cs="Times New Roman"/>
                <w:sz w:val="20"/>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4E79" w:rsidRPr="004A4D28" w:rsidRDefault="00F44E79" w:rsidP="003E3DF3">
            <w:pPr>
              <w:spacing w:line="198" w:lineRule="atLeast"/>
              <w:rPr>
                <w:rFonts w:ascii="Calibri" w:hAnsi="Calibri" w:cs="Times New Roman"/>
              </w:rPr>
            </w:pPr>
            <w:r w:rsidRPr="004A4D28">
              <w:rPr>
                <w:rFonts w:ascii="Times New Roman" w:hAnsi="Times New Roman" w:cs="Times New Roman"/>
              </w:rPr>
              <w:t>Подцарство Одноклеточные. Многообразие простейших. Особенности их строения.</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98"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198"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198" w:lineRule="atLeast"/>
              <w:rPr>
                <w:rFonts w:ascii="Calibri" w:hAnsi="Calibri" w:cs="Times New Roman"/>
              </w:rPr>
            </w:pPr>
            <w:r w:rsidRPr="004A4D28">
              <w:rPr>
                <w:rFonts w:ascii="Times New Roman" w:hAnsi="Times New Roman" w:cs="Times New Roman"/>
              </w:rPr>
              <w:t>пар.22, записи в тетради</w:t>
            </w:r>
          </w:p>
        </w:tc>
      </w:tr>
      <w:tr w:rsidR="00F44E79" w:rsidRPr="004A4D28" w:rsidTr="003E3DF3">
        <w:trPr>
          <w:trHeight w:val="9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4"/>
              </w:numPr>
              <w:spacing w:before="100" w:beforeAutospacing="1" w:after="100" w:afterAutospacing="1"/>
              <w:ind w:firstLine="900"/>
              <w:jc w:val="center"/>
              <w:rPr>
                <w:rFonts w:ascii="Calibri" w:hAnsi="Calibri" w:cs="Times New Roman"/>
                <w:sz w:val="10"/>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rPr>
                <w:rFonts w:ascii="Calibri" w:hAnsi="Calibri" w:cs="Times New Roman"/>
              </w:rPr>
            </w:pPr>
            <w:r w:rsidRPr="004A4D28">
              <w:rPr>
                <w:rFonts w:ascii="Times New Roman" w:hAnsi="Times New Roman" w:cs="Times New Roman"/>
              </w:rPr>
              <w:t>Подцарство Многоклеточные. Общая характеристика видов. Беспозвоночные животные: Губки, Кишечнополостные, Иглокожие, Черви, Моллюски, Членистоногие. Позвоночные животные. Общая характеристика. Классы Рыбы, Земноводные, Пресмыкающиеся, Птицы и Млекопитающие.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96"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rPr>
                <w:rFonts w:ascii="Calibri" w:hAnsi="Calibri" w:cs="Times New Roman"/>
              </w:rPr>
            </w:pPr>
            <w:r w:rsidRPr="004A4D28">
              <w:rPr>
                <w:rFonts w:ascii="Times New Roman" w:hAnsi="Times New Roman" w:cs="Times New Roman"/>
              </w:rPr>
              <w:t>пар.22,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5"/>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Грибы. Общая характеристика. Роль в природе и жизни человека. Грибы съедобные и ядовитые.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пар.23-24,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6"/>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Одноклеточные грибы – дрожжи. Характеристика и значение для человека.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пар.24, записи в тетради</w:t>
            </w:r>
          </w:p>
        </w:tc>
      </w:tr>
      <w:tr w:rsidR="00F44E79" w:rsidRPr="004A4D28" w:rsidTr="003E3DF3">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7"/>
              </w:numPr>
              <w:spacing w:before="100" w:beforeAutospacing="1" w:after="100" w:afterAutospacing="1"/>
              <w:ind w:firstLine="900"/>
              <w:jc w:val="center"/>
              <w:rPr>
                <w:rFonts w:ascii="Calibri" w:hAnsi="Calibri" w:cs="Times New Roman"/>
                <w:sz w:val="2"/>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Строение шляпочных грибов. Трубчатые и пластинчатые грибы. Грибы – паразиты растений, животных и человека.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40"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40" w:lineRule="atLeast"/>
              <w:rPr>
                <w:rFonts w:ascii="Calibri" w:hAnsi="Calibri" w:cs="Times New Roman"/>
              </w:rPr>
            </w:pPr>
            <w:r w:rsidRPr="004A4D28">
              <w:rPr>
                <w:rFonts w:ascii="Times New Roman" w:hAnsi="Times New Roman" w:cs="Times New Roman"/>
              </w:rPr>
              <w:t>пар.25, записи в тетради</w:t>
            </w:r>
          </w:p>
        </w:tc>
      </w:tr>
      <w:tr w:rsidR="00F44E79" w:rsidRPr="004A4D28" w:rsidTr="003E3DF3">
        <w:trPr>
          <w:trHeight w:val="204"/>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8"/>
              </w:numPr>
              <w:spacing w:before="100" w:beforeAutospacing="1" w:after="100" w:afterAutospacing="1"/>
              <w:ind w:firstLine="900"/>
              <w:jc w:val="center"/>
              <w:rPr>
                <w:rFonts w:ascii="Calibri" w:hAnsi="Calibri" w:cs="Times New Roman"/>
                <w:sz w:val="20"/>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04" w:lineRule="atLeast"/>
              <w:rPr>
                <w:rFonts w:ascii="Calibri" w:hAnsi="Calibri" w:cs="Times New Roman"/>
              </w:rPr>
            </w:pPr>
            <w:r w:rsidRPr="004A4D28">
              <w:rPr>
                <w:rFonts w:ascii="Times New Roman" w:hAnsi="Times New Roman" w:cs="Times New Roman"/>
              </w:rPr>
              <w:t>Лишайники. Строение, местообитание, классификация</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04"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204"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204" w:lineRule="atLeast"/>
              <w:rPr>
                <w:rFonts w:ascii="Calibri" w:hAnsi="Calibri" w:cs="Times New Roman"/>
              </w:rPr>
            </w:pPr>
            <w:r w:rsidRPr="004A4D28">
              <w:rPr>
                <w:rFonts w:ascii="Times New Roman" w:hAnsi="Times New Roman" w:cs="Times New Roman"/>
              </w:rPr>
              <w:t>Пар.26, записи в тетради</w:t>
            </w:r>
          </w:p>
        </w:tc>
      </w:tr>
      <w:tr w:rsidR="00F44E79" w:rsidRPr="004A4D28" w:rsidTr="003E3DF3">
        <w:trPr>
          <w:trHeight w:val="96"/>
        </w:trPr>
        <w:tc>
          <w:tcPr>
            <w:tcW w:w="8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1C7BA4">
            <w:pPr>
              <w:widowControl/>
              <w:numPr>
                <w:ilvl w:val="0"/>
                <w:numId w:val="189"/>
              </w:numPr>
              <w:spacing w:before="100" w:beforeAutospacing="1" w:after="100" w:afterAutospacing="1"/>
              <w:ind w:firstLine="900"/>
              <w:jc w:val="center"/>
              <w:rPr>
                <w:rFonts w:ascii="Calibri" w:hAnsi="Calibri" w:cs="Times New Roman"/>
                <w:sz w:val="10"/>
              </w:rPr>
            </w:pPr>
          </w:p>
        </w:tc>
        <w:tc>
          <w:tcPr>
            <w:tcW w:w="37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rPr>
                <w:rFonts w:ascii="Calibri" w:hAnsi="Calibri" w:cs="Times New Roman"/>
              </w:rPr>
            </w:pPr>
            <w:r w:rsidRPr="004A4D28">
              <w:rPr>
                <w:rFonts w:ascii="Times New Roman" w:hAnsi="Times New Roman" w:cs="Times New Roman"/>
              </w:rPr>
              <w:t>Происхождение бактерий, грибов, растений и животных</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jc w:val="center"/>
              <w:rPr>
                <w:rFonts w:ascii="Calibri" w:hAnsi="Calibri" w:cs="Times New Roman"/>
              </w:rPr>
            </w:pPr>
            <w:r w:rsidRPr="004A4D28">
              <w:rPr>
                <w:rFonts w:ascii="Times New Roman" w:hAnsi="Times New Roman" w:cs="Times New Roman"/>
              </w:rPr>
              <w:t>1</w:t>
            </w:r>
          </w:p>
        </w:tc>
        <w:tc>
          <w:tcPr>
            <w:tcW w:w="1633" w:type="dxa"/>
            <w:tcBorders>
              <w:top w:val="single" w:sz="8" w:space="0" w:color="000000"/>
              <w:left w:val="single" w:sz="8" w:space="0" w:color="000000"/>
              <w:bottom w:val="single" w:sz="8" w:space="0" w:color="000000"/>
              <w:right w:val="single" w:sz="8" w:space="0" w:color="000000"/>
            </w:tcBorders>
          </w:tcPr>
          <w:p w:rsidR="00F44E79" w:rsidRPr="004A4D28" w:rsidRDefault="00F44E79" w:rsidP="003E3DF3">
            <w:pPr>
              <w:spacing w:line="96" w:lineRule="atLeast"/>
              <w:rPr>
                <w:rFonts w:ascii="Times New Roman" w:hAnsi="Times New Roman" w:cs="Times New Roman"/>
              </w:rPr>
            </w:pP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E79" w:rsidRPr="004A4D28" w:rsidRDefault="00F44E79" w:rsidP="003E3DF3">
            <w:pPr>
              <w:spacing w:line="96" w:lineRule="atLeast"/>
              <w:rPr>
                <w:rFonts w:ascii="Calibri" w:hAnsi="Calibri" w:cs="Times New Roman"/>
              </w:rPr>
            </w:pPr>
            <w:r w:rsidRPr="004A4D28">
              <w:rPr>
                <w:rFonts w:ascii="Times New Roman" w:hAnsi="Times New Roman" w:cs="Times New Roman"/>
              </w:rPr>
              <w:t>Пар.27, записи в тетради</w:t>
            </w:r>
          </w:p>
        </w:tc>
      </w:tr>
    </w:tbl>
    <w:p w:rsidR="00F44E79" w:rsidRDefault="00F44E79" w:rsidP="008F10C3">
      <w:pPr>
        <w:pStyle w:val="BodyText"/>
        <w:tabs>
          <w:tab w:val="left" w:pos="182"/>
        </w:tabs>
        <w:spacing w:line="266" w:lineRule="auto"/>
        <w:ind w:firstLine="0"/>
        <w:jc w:val="both"/>
        <w:rPr>
          <w:color w:val="auto"/>
          <w:sz w:val="24"/>
          <w:szCs w:val="24"/>
        </w:rPr>
        <w:sectPr w:rsidR="00F44E79">
          <w:footerReference w:type="even" r:id="rId513"/>
          <w:footerReference w:type="default" r:id="rId514"/>
          <w:footnotePr>
            <w:numFmt w:val="upperRoman"/>
          </w:footnotePr>
          <w:type w:val="continuous"/>
          <w:pgSz w:w="7824" w:h="12019"/>
          <w:pgMar w:top="595" w:right="695" w:bottom="909" w:left="703" w:header="0" w:footer="3" w:gutter="0"/>
          <w:cols w:space="720"/>
          <w:noEndnote/>
          <w:docGrid w:linePitch="360"/>
        </w:sectPr>
      </w:pPr>
    </w:p>
    <w:p w:rsidR="00F44E79" w:rsidRDefault="00F44E79" w:rsidP="001C7BA4">
      <w:pPr>
        <w:pStyle w:val="33"/>
        <w:keepNext/>
        <w:keepLines/>
        <w:numPr>
          <w:ilvl w:val="2"/>
          <w:numId w:val="131"/>
        </w:numPr>
        <w:pBdr>
          <w:bottom w:val="single" w:sz="4" w:space="0" w:color="auto"/>
        </w:pBdr>
        <w:tabs>
          <w:tab w:val="left" w:pos="735"/>
        </w:tabs>
        <w:spacing w:before="100" w:after="260" w:line="240" w:lineRule="auto"/>
        <w:jc w:val="both"/>
        <w:rPr>
          <w:b w:val="0"/>
          <w:bCs w:val="0"/>
          <w:color w:val="auto"/>
          <w:sz w:val="24"/>
          <w:szCs w:val="24"/>
        </w:rPr>
      </w:pPr>
      <w:bookmarkStart w:id="689" w:name="bookmark4447"/>
      <w:bookmarkStart w:id="690" w:name="bookmark4445"/>
      <w:bookmarkStart w:id="691" w:name="bookmark4446"/>
      <w:bookmarkStart w:id="692" w:name="bookmark4448"/>
      <w:bookmarkEnd w:id="689"/>
      <w:r>
        <w:rPr>
          <w:rStyle w:val="32"/>
          <w:rFonts w:cs="Arial"/>
          <w:b/>
          <w:sz w:val="19"/>
          <w:szCs w:val="19"/>
        </w:rPr>
        <w:t>ХИМИЯ</w:t>
      </w:r>
      <w:bookmarkEnd w:id="690"/>
      <w:bookmarkEnd w:id="691"/>
      <w:bookmarkEnd w:id="692"/>
    </w:p>
    <w:p w:rsidR="00F44E79" w:rsidRPr="00141EA3" w:rsidRDefault="00F44E79" w:rsidP="00141EA3">
      <w:pPr>
        <w:pStyle w:val="BodyText"/>
        <w:spacing w:after="520" w:line="276" w:lineRule="auto"/>
        <w:jc w:val="both"/>
        <w:rPr>
          <w:rFonts w:ascii="Times New Roman" w:hAnsi="Times New Roman"/>
          <w:sz w:val="24"/>
          <w:szCs w:val="24"/>
        </w:rPr>
      </w:pPr>
      <w:r w:rsidRPr="00141EA3">
        <w:rPr>
          <w:rStyle w:val="BodyTextChar1"/>
          <w:rFonts w:ascii="Times New Roman" w:hAnsi="Times New Roman"/>
          <w:sz w:val="24"/>
          <w:szCs w:val="24"/>
        </w:rPr>
        <w:t>Рабочая программа по химии на уровне основного общего образования составлена на основе Требований к резуль</w:t>
      </w:r>
      <w:r w:rsidRPr="00141EA3">
        <w:rPr>
          <w:rStyle w:val="BodyTextChar1"/>
          <w:rFonts w:ascii="Times New Roman" w:hAnsi="Times New Roman"/>
          <w:sz w:val="24"/>
          <w:szCs w:val="24"/>
        </w:rPr>
        <w:softHyphen/>
        <w:t>татам освоения основной образовательной программы основ</w:t>
      </w:r>
      <w:r w:rsidRPr="00141EA3">
        <w:rPr>
          <w:rStyle w:val="BodyTextChar1"/>
          <w:rFonts w:ascii="Times New Roman" w:hAnsi="Times New Roman"/>
          <w:sz w:val="24"/>
          <w:szCs w:val="24"/>
        </w:rPr>
        <w:softHyphen/>
        <w:t>ного общего образования, представленных в Федеральном го</w:t>
      </w:r>
      <w:r w:rsidRPr="00141EA3">
        <w:rPr>
          <w:rStyle w:val="BodyTextChar1"/>
          <w:rFonts w:ascii="Times New Roman" w:hAnsi="Times New Roman"/>
          <w:sz w:val="24"/>
          <w:szCs w:val="24"/>
        </w:rPr>
        <w:softHyphen/>
        <w:t>сударственном образовательном стандарте основного общего образования, с учётом распределённых по классам проверяе</w:t>
      </w:r>
      <w:r w:rsidRPr="00141EA3">
        <w:rPr>
          <w:rStyle w:val="BodyTextChar1"/>
          <w:rFonts w:ascii="Times New Roman" w:hAnsi="Times New Roman"/>
          <w:sz w:val="24"/>
          <w:szCs w:val="24"/>
        </w:rPr>
        <w:softHyphen/>
        <w:t>мых требований к результатам освоения основной образова</w:t>
      </w:r>
      <w:r w:rsidRPr="00141EA3">
        <w:rPr>
          <w:rStyle w:val="BodyTextChar1"/>
          <w:rFonts w:ascii="Times New Roman" w:hAnsi="Times New Roman"/>
          <w:sz w:val="24"/>
          <w:szCs w:val="24"/>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Pr="00141EA3">
        <w:rPr>
          <w:rStyle w:val="BodyTextChar1"/>
          <w:rFonts w:ascii="Times New Roman" w:hAnsi="Times New Roman"/>
          <w:sz w:val="24"/>
          <w:szCs w:val="24"/>
        </w:rPr>
        <w:softHyphen/>
        <w:t>ния обучающихся при получении основного общего образова</w:t>
      </w:r>
      <w:r w:rsidRPr="00141EA3">
        <w:rPr>
          <w:rStyle w:val="BodyTextChar1"/>
          <w:rFonts w:ascii="Times New Roman" w:hAnsi="Times New Roman"/>
          <w:sz w:val="24"/>
          <w:szCs w:val="24"/>
        </w:rPr>
        <w:softHyphen/>
        <w:t>ния и с учётом Концепции преподавания учебного предмета «Химия» в образовательных организациях Российской Федера</w:t>
      </w:r>
      <w:r w:rsidRPr="00141EA3">
        <w:rPr>
          <w:rStyle w:val="BodyTextChar1"/>
          <w:rFonts w:ascii="Times New Roman" w:hAnsi="Times New Roman"/>
          <w:sz w:val="24"/>
          <w:szCs w:val="24"/>
        </w:rPr>
        <w:softHyphen/>
        <w:t xml:space="preserve">ции, реализующих основные общеобразовательные программы (утв. Решением Коллегии Минпросвещения России, протокол от 03.12.2019 </w:t>
      </w:r>
      <w:r w:rsidRPr="00141EA3">
        <w:rPr>
          <w:rStyle w:val="BodyTextChar1"/>
          <w:rFonts w:ascii="Times New Roman" w:hAnsi="Times New Roman"/>
          <w:sz w:val="24"/>
          <w:szCs w:val="24"/>
          <w:lang w:val="en-US" w:eastAsia="en-US"/>
        </w:rPr>
        <w:t>N</w:t>
      </w:r>
      <w:r w:rsidRPr="00141EA3">
        <w:rPr>
          <w:rStyle w:val="BodyTextChar1"/>
          <w:rFonts w:ascii="Times New Roman" w:hAnsi="Times New Roman"/>
          <w:sz w:val="24"/>
          <w:szCs w:val="24"/>
          <w:lang w:eastAsia="en-US"/>
        </w:rPr>
        <w:t xml:space="preserve"> </w:t>
      </w:r>
      <w:r w:rsidRPr="00141EA3">
        <w:rPr>
          <w:rStyle w:val="BodyTextChar1"/>
          <w:rFonts w:ascii="Times New Roman" w:hAnsi="Times New Roman"/>
          <w:sz w:val="24"/>
          <w:szCs w:val="24"/>
        </w:rPr>
        <w:t>ПК-4вн);</w:t>
      </w:r>
      <w:r w:rsidRPr="00141EA3">
        <w:rPr>
          <w:rFonts w:ascii="Times New Roman" w:hAnsi="Times New Roman"/>
          <w:sz w:val="24"/>
          <w:szCs w:val="24"/>
        </w:rPr>
        <w:t xml:space="preserve"> на основе: </w:t>
      </w:r>
      <w:r w:rsidRPr="00141EA3">
        <w:rPr>
          <w:rFonts w:ascii="Times New Roman" w:hAnsi="Times New Roman"/>
          <w:sz w:val="24"/>
          <w:szCs w:val="24"/>
          <w:u w:val="single"/>
        </w:rPr>
        <w:t>программы:</w:t>
      </w:r>
      <w:r w:rsidRPr="00141EA3">
        <w:rPr>
          <w:rFonts w:ascii="Times New Roman" w:hAnsi="Times New Roman"/>
          <w:sz w:val="24"/>
          <w:szCs w:val="24"/>
        </w:rPr>
        <w:t>  </w:t>
      </w:r>
      <w:r w:rsidRPr="00141EA3">
        <w:rPr>
          <w:rFonts w:ascii="Times New Roman" w:hAnsi="Times New Roman"/>
          <w:sz w:val="24"/>
          <w:szCs w:val="24"/>
          <w:shd w:val="clear" w:color="auto" w:fill="FFFFFF"/>
        </w:rPr>
        <w:t>Химия. Рабочие программы. Предметная линия учебников О. С. Габриеляна, И. Г. Остроумова, С. А. Сладкова. 8—9 классы: учебное пособие для общеобразовательных организаций / О. С. Габриелян, С. А. Сладков — М.: Просвещение, 2020.</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u w:val="single"/>
        </w:rPr>
        <w:t>Класс  8</w:t>
      </w:r>
      <w:r w:rsidRPr="00127080">
        <w:rPr>
          <w:rFonts w:ascii="Times New Roman" w:hAnsi="Times New Roman" w:cs="Times New Roman"/>
          <w:u w:val="single"/>
        </w:rPr>
        <w:t>Количество часов:   всего -  68 ч.,   в неделю -  2 ч.</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u w:val="single"/>
        </w:rPr>
        <w:t>Класс  9</w:t>
      </w:r>
      <w:r w:rsidRPr="00127080">
        <w:rPr>
          <w:rFonts w:ascii="Times New Roman" w:hAnsi="Times New Roman" w:cs="Times New Roman"/>
          <w:u w:val="single"/>
        </w:rPr>
        <w:t>Количество часов:   всего -  68 ч.,   в неделю -  2 ч.</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Планируемые результаты освоения учебного предмета</w:t>
      </w:r>
    </w:p>
    <w:p w:rsidR="00F44E79" w:rsidRPr="00127080" w:rsidRDefault="00F44E79" w:rsidP="00621CC4">
      <w:pPr>
        <w:shd w:val="clear" w:color="auto" w:fill="FFFFFF"/>
        <w:ind w:left="-142"/>
        <w:jc w:val="both"/>
        <w:rPr>
          <w:rFonts w:ascii="Times New Roman" w:hAnsi="Times New Roman" w:cs="Times New Roman"/>
        </w:rPr>
      </w:pPr>
      <w:r w:rsidRPr="00127080">
        <w:rPr>
          <w:rFonts w:ascii="Times New Roman" w:hAnsi="Times New Roman" w:cs="Times New Roman"/>
          <w:b/>
          <w:bCs/>
        </w:rPr>
        <w:t>Личностные результаты: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1) 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r w:rsidRPr="00127080">
        <w:rPr>
          <w:rFonts w:ascii="Times New Roman" w:hAnsi="Times New Roman" w:cs="Times New Roman"/>
        </w:rPr>
        <w:br/>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Метапредметные результаты:</w:t>
      </w:r>
    </w:p>
    <w:p w:rsidR="00F44E79" w:rsidRPr="00127080" w:rsidRDefault="00F44E79" w:rsidP="00621CC4">
      <w:pPr>
        <w:shd w:val="clear" w:color="auto" w:fill="FFFFFF"/>
        <w:ind w:firstLine="710"/>
        <w:jc w:val="both"/>
        <w:rPr>
          <w:rFonts w:ascii="Times New Roman" w:hAnsi="Times New Roman" w:cs="Times New Roman"/>
        </w:rPr>
      </w:pPr>
      <w:r w:rsidRPr="00127080">
        <w:rPr>
          <w:rFonts w:ascii="Times New Roman" w:hAnsi="Times New Roman" w:cs="Times New Roman"/>
          <w:b/>
          <w:bCs/>
        </w:rPr>
        <w:t>Регулятивные УУД</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-анализировать существующие и планировать будущие образовательные результаты;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-идентифицировать собственные проблемы и определять главную проблему;</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-выдвигать версии решения проблемы, формулировать гипотезы, предвосхищать конечный результат;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-ставить цель деятельности на основе определенной проблемы и существующих возможностей;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-формулировать учебные задачи как шаги достижения поставленной цели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-обосновывать целевые ориентиры и приоритеты ссылками на ценности, указывая и обосновывая логическую последовательность шагов.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           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необходимые действие(я) в соответствии с учебной и познавательной задачей и составлять алгоритм их выполнения;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-обосновывать и осуществлять выбор наиболее эффективных способов решения учебных и познавательных задач;</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-определять/находить, в том числе из предложенных вариантов, условия для выполнения учебной и познавательной задачи;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-выбирать из предложенных вариантов и самостоятельно искать средства/ресурсы для решения задачи/достижения цели;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-составлять план решения проблемы (выполнения проекта, проведения исследования);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потенциальные затруднения при решении учебной и познавательной задачи и находить средства для их устранения;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-описывать свой опыт, оформляя его для передачи другим людям в виде технологии решения практических задач определенного класса;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-планировать и корректировать свою индивидуальную образовательную траекторию.</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совместно с педагогом и сверстниками критерии планируемых результатов и критерии оценки своей учебной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-систематизировать (в том числе выбирать приоритетные) критерии планируемых результатов и оценки своей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-оценивать свою деятельность, аргументируя причины достижения или отсутствия планируемого результата;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-сверять свои действия с целью и, при необходимости, исправлять ошибки самостоятельно.</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     4.Умение оценивать правильность выполнения учебной задачи, собственные возможности ее решения.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критерии правильности (корректности) выполнения учебной задачи;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-анализировать и обосновывать применение соответствующего инструментария для выполнения учебной задачи;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-обосновывать достижимость цели выбранным способом на основе оценки своих внутренних ресурсов и доступных внешних ресурсов;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-фиксировать и анализировать динамику собственных образовательных результатов.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          5.Владение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-соотносить реальные и планируемые результаты индивидуальной образовательной деятельности и делать выводы;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-принимать решение в учебной ситуации и нести за него ответственность;</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самостоятельно определять причины своего успеха или неуспеха и находить способы выхода из ситуации неуспеха;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Познавательные УУД</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-подбирать слова, соподчиненные ключевому слову, определяющие его признаки и свойства;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-выстраивать логическую цепочку, состоящую из ключевого слова и соподчиненных ему слов;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-выделять общий признак двух или нескольких предметов или явлений и объяснять их сходство;</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-объединять предметы и явления в группы по определенным признакам, сравнивать, классифицировать и обобщать факты и явления;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-выделять явление из общего ряда других явлений;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-строить рассуждение от общих закономерностей к частным явлениям и от частных явлений к общим закономерностям;</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-строить рассуждение на основе сравнения предметов и явлений, выделяя при этом общие признаки;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-излагать полученную информацию, интерпретируя ее в контексте решаемой задачи;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самостоятельно указывать на информацию, нуждающуюся в проверке, предлагать и применять способ проверки достоверности информации;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-вербализовать эмоциональное впечатление, оказанное на него источником;</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2.Умение создавать, применять и преобразовывать знаки и символы, модели и схемы для решения учебных и познавательных задач.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-обозначать символом и знаком предмет и/или явление;</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логические связи между предметами и/или явлениями, обозначать данные логические связи с помощью знаков в схеме;</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-создавать абстрактный или реальный образ предмета и/или явления;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-строить модель/схему на основе условий задачи и/или способа ее решения;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-преобразовывать модели с целью выявления общих законов, определяющих данную предметную область;</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-строить доказательство: прямое, косвенное, от противного;</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3.Смысловое чтение.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-находить в тексте требуемую информацию (в соответствии с целями своей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-ориентироваться в содержании текста, понимать целостный смысл текста, структурировать текст;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-устанавливать взаимосвязь описанных в тексте событий, явлений, процессов;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резюмировать главную идею текста;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-критически оценивать содержание и форму текста.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свое отношение к природной среде;</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-анализировать влияние экологических факторов на среду обитания живых организмов;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-проводить причинный и вероятностный анализ экологических ситуаций;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-прогнозировать изменения ситуации при смене действия одного фактора на действие другого фактора;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-распространять экологические знания и участвовать в практических делах по защите окружающей среды;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-выражать свое отношение к природе через рисунки, сочинения, модели, проектные работы.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5. Развитие мотивации к овладению культурой активного использования словарей и других поисковых систем.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необходимые ключевые поисковые слова и запросы;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-осуществлять взаимодействие с электронными поисковыми системами, словарями;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-соотносить полученные результаты поиска со своей деятельностью.</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Коммуникативные УУД</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возможные роли в совместной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-играть определенную роль в совместной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свои действия и действия партнера, которые способствовали или препятствовали продуктивной коммуникации;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-строить позитивные отношения в процессе учебной и познавательной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предлагать альтернативное решение в конфликтной ситуации;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-выделять общую точку зрения в дискуссии;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-договариваться о правилах и вопросах для обсуждения в соответствии с поставленной перед группой задачей;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-организовывать учебное взаимодействие в группе (определять общие цели, распределять роли, договариваться друг с другом и т. д.);</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-определять задачу коммуникации и в соответствии с ней отбирать речевые средства;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-отбирать и использовать речевые средства в процессе коммуникации с другими людьми (диалог в паре, в малой группе и т. д.);</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-представлять в устной или письменной форме развернутый план собственной деятельности;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-соблюдать нормы публичной речи, регламент в монологе и дискуссии в соответствии с коммуникативной задачей;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-высказывать и обосновывать мнение (суждение) и запрашивать мнение партнера в рамках диалога;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-принимать решение в ходе диалога и согласовывать его с собеседником;</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-создавать письменные «клишированные» и оригинальные тексты с использованием необходимых речевых средств;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-использовать вербальные средства (средства логической связи) для выделения смысловых блоков своего выступления;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-использовать невербальные средства или наглядные материалы, подготовленные/отобранные под руководством учителя;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-выделять информационный аспект задачи, оперировать данными, использовать модель решения задачи;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-использовать информацию с учетом этических и правовых норм;</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Предметные результаты:</w:t>
      </w:r>
    </w:p>
    <w:p w:rsidR="00F44E79" w:rsidRPr="00127080" w:rsidRDefault="00F44E79" w:rsidP="001C7BA4">
      <w:pPr>
        <w:widowControl/>
        <w:numPr>
          <w:ilvl w:val="0"/>
          <w:numId w:val="253"/>
        </w:numPr>
        <w:shd w:val="clear" w:color="auto" w:fill="FFFFFF"/>
        <w:spacing w:before="30" w:after="30"/>
        <w:jc w:val="both"/>
        <w:rPr>
          <w:rFonts w:ascii="Times New Roman" w:hAnsi="Times New Roman" w:cs="Times New Roman"/>
        </w:rPr>
      </w:pPr>
      <w:r w:rsidRPr="00127080">
        <w:rPr>
          <w:rFonts w:ascii="Times New Roman" w:hAnsi="Times New Roman" w:cs="Times New Roman"/>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44E79" w:rsidRPr="00127080" w:rsidRDefault="00F44E79" w:rsidP="001C7BA4">
      <w:pPr>
        <w:widowControl/>
        <w:numPr>
          <w:ilvl w:val="0"/>
          <w:numId w:val="253"/>
        </w:numPr>
        <w:shd w:val="clear" w:color="auto" w:fill="FFFFFF"/>
        <w:spacing w:before="30" w:after="30"/>
        <w:jc w:val="both"/>
        <w:rPr>
          <w:rFonts w:ascii="Times New Roman" w:hAnsi="Times New Roman" w:cs="Times New Roman"/>
        </w:rPr>
      </w:pPr>
      <w:r w:rsidRPr="00127080">
        <w:rPr>
          <w:rFonts w:ascii="Times New Roman" w:hAnsi="Times New Roman" w:cs="Times New Roman"/>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44E79" w:rsidRPr="00127080" w:rsidRDefault="00F44E79" w:rsidP="001C7BA4">
      <w:pPr>
        <w:widowControl/>
        <w:numPr>
          <w:ilvl w:val="0"/>
          <w:numId w:val="253"/>
        </w:numPr>
        <w:shd w:val="clear" w:color="auto" w:fill="FFFFFF"/>
        <w:spacing w:before="30" w:after="30"/>
        <w:jc w:val="both"/>
        <w:rPr>
          <w:rFonts w:ascii="Times New Roman" w:hAnsi="Times New Roman" w:cs="Times New Roman"/>
        </w:rPr>
      </w:pPr>
      <w:r w:rsidRPr="00127080">
        <w:rPr>
          <w:rFonts w:ascii="Times New Roman" w:hAnsi="Times New Roman" w:cs="Times New Roman"/>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F44E79" w:rsidRPr="00127080" w:rsidRDefault="00F44E79" w:rsidP="001C7BA4">
      <w:pPr>
        <w:widowControl/>
        <w:numPr>
          <w:ilvl w:val="0"/>
          <w:numId w:val="253"/>
        </w:numPr>
        <w:shd w:val="clear" w:color="auto" w:fill="FFFFFF"/>
        <w:spacing w:before="30" w:after="30"/>
        <w:jc w:val="both"/>
        <w:rPr>
          <w:rFonts w:ascii="Times New Roman" w:hAnsi="Times New Roman" w:cs="Times New Roman"/>
        </w:rPr>
      </w:pPr>
      <w:r w:rsidRPr="00127080">
        <w:rPr>
          <w:rFonts w:ascii="Times New Roman" w:hAnsi="Times New Roman" w:cs="Times New Roman"/>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44E79" w:rsidRPr="00127080" w:rsidRDefault="00F44E79" w:rsidP="001C7BA4">
      <w:pPr>
        <w:widowControl/>
        <w:numPr>
          <w:ilvl w:val="0"/>
          <w:numId w:val="253"/>
        </w:numPr>
        <w:shd w:val="clear" w:color="auto" w:fill="FFFFFF"/>
        <w:spacing w:before="30" w:after="30"/>
        <w:jc w:val="both"/>
        <w:rPr>
          <w:rFonts w:ascii="Times New Roman" w:hAnsi="Times New Roman" w:cs="Times New Roman"/>
        </w:rPr>
      </w:pPr>
      <w:r w:rsidRPr="00127080">
        <w:rPr>
          <w:rFonts w:ascii="Times New Roman" w:hAnsi="Times New Roman" w:cs="Times New Roman"/>
        </w:rPr>
        <w:t>приобретение опыта использования различных методов изучения веществ: наблюдения за их превращениями при проведении несложных химических опытов с использованием лабораторного оборудования и приборов;</w:t>
      </w:r>
    </w:p>
    <w:p w:rsidR="00F44E79" w:rsidRPr="00127080" w:rsidRDefault="00F44E79" w:rsidP="001C7BA4">
      <w:pPr>
        <w:widowControl/>
        <w:numPr>
          <w:ilvl w:val="0"/>
          <w:numId w:val="253"/>
        </w:numPr>
        <w:shd w:val="clear" w:color="auto" w:fill="FFFFFF"/>
        <w:spacing w:before="30" w:after="30"/>
        <w:jc w:val="both"/>
        <w:rPr>
          <w:rFonts w:ascii="Times New Roman" w:hAnsi="Times New Roman" w:cs="Times New Roman"/>
        </w:rPr>
      </w:pPr>
      <w:r w:rsidRPr="00127080">
        <w:rPr>
          <w:rFonts w:ascii="Times New Roman" w:hAnsi="Times New Roman" w:cs="Times New Roman"/>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F44E79" w:rsidRPr="00127080" w:rsidRDefault="00F44E79" w:rsidP="001C7BA4">
      <w:pPr>
        <w:widowControl/>
        <w:numPr>
          <w:ilvl w:val="0"/>
          <w:numId w:val="253"/>
        </w:numPr>
        <w:shd w:val="clear" w:color="auto" w:fill="FFFFFF"/>
        <w:spacing w:before="30" w:after="30"/>
        <w:jc w:val="both"/>
        <w:rPr>
          <w:rFonts w:ascii="Times New Roman" w:hAnsi="Times New Roman" w:cs="Times New Roman"/>
        </w:rPr>
      </w:pPr>
      <w:r w:rsidRPr="00127080">
        <w:rPr>
          <w:rFonts w:ascii="Times New Roman" w:hAnsi="Times New Roman" w:cs="Times New Roman"/>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Основные понятия химии (уровень атомно-молекулярных представлений)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rPr>
        <w:t>Выпускник научится: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описывать свойства твердых, жидких, газообразных веществ, выделяя их существенные признаки;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изображать состав простейших веществ с помощью химических формул и сущность химических реакций с помощью химических уравнений;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сравнивать по составу оксиды, основания, кислоты, соли;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классифицировать оксиды и основания по свойствам, кислоты и соли — по составу;</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описывать состав, свойства и значение (в природе и практической деятельности человека) простых веществ — кислорода и водорода;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давать сравнительную характеристику химических элементов и важнейших соединений естественных семейств щелочных металлов и галогенов;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пользоваться лабораторным оборудованием и химической посудой;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Выпускник получит возможность научиться: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грамотно обращаться с веществами в повседневной жизни;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осознавать необходимость соблюдения правил экологически безопасного поведения в окружающей природной среде;</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понимать смысл и необходимость соблюдения предписаний, предлагаемых в инструкциях по использованию лекарств, средств бытовой химии и др.;</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rPr>
        <w:t>Периодический закон и Периодическая система химических элементов Д. И. Менделеева. Строение вещества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rPr>
        <w:t>Выпускник научится: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раскрывать смысл периодического закона Д.И. Менделеева;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описывать и характеризовать табличную форму периодической системы химических элементов;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различать виды химической связи: ионную, ковалентную полярную, ковалентную неполярную и металлическую;</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изображать электронно-ионные формулы веществ, образованных химическими связями разного вида;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выявлять зависимость свойств веществ от строения их кристаллических решеток: ионных, атомных, молекулярных, металлических;</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описывать основные этапы открытия Д.И. Менделеевым периодического закона и периодической системы химических элементов, жизнь и многообразную научную деятельность ученого;</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характеризовать научное и мировоззренческое значение периодического закона и периодической системы химических элементов Д.И. Менделеева;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осознавать научные открытия как результат длительных наблюдений, опытов, научной полемики, преодоления трудностей и сомнений.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Выпускник получит возможность научиться: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осознавать значение теоретических знаний для практической деятельности человека;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описывать изученные объекты как системы, применяя логику системного анализа;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rPr>
        <w:t>Многообразие химических реакций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rPr>
        <w:t>Выпускник научится: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объяснять суть химических процессов и их принципиальное отличие от физических;</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называть признаки и условия протекания химических реакций;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устанавливать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называть факторы, влияющие на скорость химических реакций;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называть факторы, влияющие на смещение химического равновесия;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составлять: уравнения электролитической диссоциации кислот, щелочей, солей; полные и сокращенные ионные уравнения реакций обмена; уравнения окислительно-восстановительных реакций;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составлять уравнения реакций, соответствующих последовательности (цепочке) превращений неорганических веществ различных классов;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выявлять в процессе эксперимента признаки, свидетельствующие о протекании химической реакции;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приготовлять растворы с определенной массовой долей растворенного вещества;</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определять характер среды водных растворов кислот и щелочей по изменению окраски индикаторов;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проводить качественные реакции, подтверждающие наличие в водных растворах веществ отдельных катионов и анионов.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Выпускник получит возможность научиться: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составлять молекулярные и полные ионные уравнения по сокращенным ионным уравнениям;</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приводить примеры реакций, подтверждающих существование взаимосвязи между основными классами неорганических веществ;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прогнозировать результаты воздействия различных факторов на изменение скорости химической реакции;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прогнозировать результаты воздействия различных факторов на смещение химического равновесия.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rPr>
        <w:t>Многообразие веществ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rPr>
        <w:t>Выпускник научится: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определять принадлежность неорганических веществ к одному из изученных классов/групп: металлы и неметаллы, оксиды, основания, кислоты, соли;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составлять формулы веществ по их названиям;</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определять валентность и степень окисления элементов в веществах;</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называть общие химические свойства, характерные для групп оксидов: кислотных, оснóвных, амфотерных;</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называть общие химические свойства, характерные для каждого из классов неорганических веществ: кислот; оснований; солей;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приводить примеры реакций, подтверждающих химические свойства неорганических веществ: оксидов, кислот, оснований и солей;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определять вещество-окислитель и вещество-восстановитель в окислительно-восстановительных реакциях;</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составлять окислительно-восстановительный баланс (для изученных реакций) по предложенным схемам реакций;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проводить лабораторные опыты, подтверждающие химические свойства основных классов неорганических веществ;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w:t>
      </w:r>
      <w:r w:rsidRPr="00127080">
        <w:rPr>
          <w:rFonts w:ascii="Times New Roman" w:hAnsi="Times New Roman" w:cs="Times New Roman"/>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Выпускник получит возможность научиться: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прогнозировать химические свойства веществ на основе их состава и строения;</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выявлять существование генетической взаимосвязи между веществами в ряду: простое вещество — оксид — гидроксид — соль;</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характеризовать особые свойства концентрированных серной и азотной кислот;</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приводить примеры уравнений реакций, лежащих в основе промышленных способов получения аммиака, серной кислоты, чугуна и стали;</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описывать физические и химические процессы, являющиеся частью круговорота веществ в природе;</w:t>
      </w:r>
    </w:p>
    <w:p w:rsidR="00F44E79" w:rsidRPr="00127080" w:rsidRDefault="00F44E79" w:rsidP="00621CC4">
      <w:pPr>
        <w:shd w:val="clear" w:color="auto" w:fill="FFFFFF"/>
        <w:ind w:firstLine="540"/>
        <w:jc w:val="both"/>
        <w:rPr>
          <w:rFonts w:ascii="Times New Roman" w:hAnsi="Times New Roman" w:cs="Times New Roman"/>
        </w:rPr>
      </w:pPr>
      <w:r w:rsidRPr="00127080">
        <w:rPr>
          <w:rFonts w:ascii="Times New Roman" w:hAnsi="Times New Roman" w:cs="Times New Roman"/>
          <w:i/>
          <w:iCs/>
        </w:rPr>
        <w:t>• организовывать, проводить ученические проекты по исследованию свойств веществ, имеющих важное практическое значение.</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Содержание предмета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Первоначальные химические понятия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Предмет химии. </w:t>
      </w:r>
      <w:r w:rsidRPr="00127080">
        <w:rPr>
          <w:rFonts w:ascii="Times New Roman" w:hAnsi="Times New Roman" w:cs="Times New Roman"/>
          <w:i/>
          <w:iCs/>
        </w:rPr>
        <w:t>Тела и вещества. Основные методы познания: наблюдение, измерение, эксперимент.</w:t>
      </w:r>
      <w:r w:rsidRPr="00127080">
        <w:rPr>
          <w:rFonts w:ascii="Times New Roman" w:hAnsi="Times New Roman" w:cs="Times New Roman"/>
        </w:rPr>
        <w:t>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27080">
        <w:rPr>
          <w:rFonts w:ascii="Times New Roman" w:hAnsi="Times New Roman" w:cs="Times New Roman"/>
          <w:i/>
          <w:iCs/>
        </w:rPr>
        <w:t>Закон постоянства состава вещества.</w:t>
      </w:r>
      <w:r w:rsidRPr="00127080">
        <w:rPr>
          <w:rFonts w:ascii="Times New Roman" w:hAnsi="Times New Roman" w:cs="Times New Roman"/>
        </w:rPr>
        <w:t>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Кислород. Водород</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Кислород – химический элемент и простое вещество. </w:t>
      </w:r>
      <w:r w:rsidRPr="00127080">
        <w:rPr>
          <w:rFonts w:ascii="Times New Roman" w:hAnsi="Times New Roman" w:cs="Times New Roman"/>
          <w:i/>
          <w:iCs/>
        </w:rPr>
        <w:t>Озон. Состав воздуха.</w:t>
      </w:r>
      <w:r w:rsidRPr="00127080">
        <w:rPr>
          <w:rFonts w:ascii="Times New Roman" w:hAnsi="Times New Roman" w:cs="Times New Roman"/>
        </w:rPr>
        <w:t> Физические и химические свойства кислорода. Получение и применение кислорода. </w:t>
      </w:r>
      <w:r w:rsidRPr="00127080">
        <w:rPr>
          <w:rFonts w:ascii="Times New Roman" w:hAnsi="Times New Roman" w:cs="Times New Roman"/>
          <w:i/>
          <w:iCs/>
        </w:rPr>
        <w:t>Тепловой эффект химических реакций. Понятие об экзо- и эндотермических реакциях</w:t>
      </w:r>
      <w:r w:rsidRPr="00127080">
        <w:rPr>
          <w:rFonts w:ascii="Times New Roman" w:hAnsi="Times New Roman" w:cs="Times New Roman"/>
        </w:rPr>
        <w:t>. Водород – химический элемент и простое вещество. Физические и химические свойства водорода. Получение водорода в лаборатории. </w:t>
      </w:r>
      <w:r w:rsidRPr="00127080">
        <w:rPr>
          <w:rFonts w:ascii="Times New Roman" w:hAnsi="Times New Roman" w:cs="Times New Roman"/>
          <w:i/>
          <w:iCs/>
        </w:rPr>
        <w:t>Получение водорода в промышленности</w:t>
      </w:r>
      <w:r w:rsidRPr="00127080">
        <w:rPr>
          <w:rFonts w:ascii="Times New Roman" w:hAnsi="Times New Roman" w:cs="Times New Roman"/>
        </w:rPr>
        <w:t>. </w:t>
      </w:r>
      <w:r w:rsidRPr="00127080">
        <w:rPr>
          <w:rFonts w:ascii="Times New Roman" w:hAnsi="Times New Roman" w:cs="Times New Roman"/>
          <w:i/>
          <w:iCs/>
        </w:rPr>
        <w:t>Применение водорода</w:t>
      </w:r>
      <w:r w:rsidRPr="00127080">
        <w:rPr>
          <w:rFonts w:ascii="Times New Roman" w:hAnsi="Times New Roman" w:cs="Times New Roman"/>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Вода. Растворы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i/>
          <w:iCs/>
        </w:rPr>
        <w:t>Вода в природе. Круговорот воды в природе. Физические и химические свойства воды.</w:t>
      </w:r>
      <w:r w:rsidRPr="00127080">
        <w:rPr>
          <w:rFonts w:ascii="Times New Roman" w:hAnsi="Times New Roman" w:cs="Times New Roman"/>
        </w:rPr>
        <w:t> Растворы. </w:t>
      </w:r>
      <w:r w:rsidRPr="00127080">
        <w:rPr>
          <w:rFonts w:ascii="Times New Roman" w:hAnsi="Times New Roman" w:cs="Times New Roman"/>
          <w:i/>
          <w:iCs/>
        </w:rPr>
        <w:t>Растворимость веществ в воде.</w:t>
      </w:r>
      <w:r w:rsidRPr="00127080">
        <w:rPr>
          <w:rFonts w:ascii="Times New Roman" w:hAnsi="Times New Roman" w:cs="Times New Roman"/>
        </w:rPr>
        <w:t> Концентрация растворов. Массовая доля растворенного вещества в растворе.</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Основные классы неорганических соединений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Оксиды. Классификация. Номенклатура. </w:t>
      </w:r>
      <w:r w:rsidRPr="00127080">
        <w:rPr>
          <w:rFonts w:ascii="Times New Roman" w:hAnsi="Times New Roman" w:cs="Times New Roman"/>
          <w:i/>
          <w:iCs/>
        </w:rPr>
        <w:t>Физические свойства оксидов.</w:t>
      </w:r>
      <w:r w:rsidRPr="00127080">
        <w:rPr>
          <w:rFonts w:ascii="Times New Roman" w:hAnsi="Times New Roman" w:cs="Times New Roman"/>
        </w:rPr>
        <w:t> Химические свойства оксидов. </w:t>
      </w:r>
      <w:r w:rsidRPr="00127080">
        <w:rPr>
          <w:rFonts w:ascii="Times New Roman" w:hAnsi="Times New Roman" w:cs="Times New Roman"/>
          <w:i/>
          <w:iCs/>
        </w:rPr>
        <w:t>Получение и применение оксидов.</w:t>
      </w:r>
      <w:r w:rsidRPr="00127080">
        <w:rPr>
          <w:rFonts w:ascii="Times New Roman" w:hAnsi="Times New Roman" w:cs="Times New Roman"/>
        </w:rPr>
        <w:t> Основания. Классификация. Номенклатура. </w:t>
      </w:r>
      <w:r w:rsidRPr="00127080">
        <w:rPr>
          <w:rFonts w:ascii="Times New Roman" w:hAnsi="Times New Roman" w:cs="Times New Roman"/>
          <w:i/>
          <w:iCs/>
        </w:rPr>
        <w:t>Физические свойства оснований. Получение оснований.</w:t>
      </w:r>
      <w:r w:rsidRPr="00127080">
        <w:rPr>
          <w:rFonts w:ascii="Times New Roman" w:hAnsi="Times New Roman" w:cs="Times New Roman"/>
        </w:rPr>
        <w:t> Химические свойства оснований. Реакция нейтрализации. Кислоты. Классификация. Номенклатура. </w:t>
      </w:r>
      <w:r w:rsidRPr="00127080">
        <w:rPr>
          <w:rFonts w:ascii="Times New Roman" w:hAnsi="Times New Roman" w:cs="Times New Roman"/>
          <w:i/>
          <w:iCs/>
        </w:rPr>
        <w:t>Физические свойства кислот. Получение и применение кислот.</w:t>
      </w:r>
      <w:r w:rsidRPr="00127080">
        <w:rPr>
          <w:rFonts w:ascii="Times New Roman" w:hAnsi="Times New Roman" w:cs="Times New Roman"/>
        </w:rPr>
        <w:t> Химические свойства кислот. Индикаторы. Изменение окраски индикаторов в различных средах. Соли. Классификация. Номенклатура. </w:t>
      </w:r>
      <w:r w:rsidRPr="00127080">
        <w:rPr>
          <w:rFonts w:ascii="Times New Roman" w:hAnsi="Times New Roman" w:cs="Times New Roman"/>
          <w:i/>
          <w:iCs/>
        </w:rPr>
        <w:t>Физические свойства солей. Получение и применение солей.</w:t>
      </w:r>
      <w:r w:rsidRPr="00127080">
        <w:rPr>
          <w:rFonts w:ascii="Times New Roman" w:hAnsi="Times New Roman" w:cs="Times New Roman"/>
        </w:rPr>
        <w:t> Химические свойства солей. Генетическая связь между классами неорганических соединений. </w:t>
      </w:r>
      <w:r w:rsidRPr="00127080">
        <w:rPr>
          <w:rFonts w:ascii="Times New Roman" w:hAnsi="Times New Roman" w:cs="Times New Roman"/>
          <w:i/>
          <w:iCs/>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Строение атома. Периодический закон и периодическая система химических элементов Д.И. Менделеева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Строение атома: ядро, энергетический уровень. </w:t>
      </w:r>
      <w:r w:rsidRPr="00127080">
        <w:rPr>
          <w:rFonts w:ascii="Times New Roman" w:hAnsi="Times New Roman" w:cs="Times New Roman"/>
          <w:i/>
          <w:iCs/>
        </w:rPr>
        <w:t>Состав ядра атома: протоны, нейтроны. Изотопы.</w:t>
      </w:r>
      <w:r w:rsidRPr="00127080">
        <w:rPr>
          <w:rFonts w:ascii="Times New Roman" w:hAnsi="Times New Roman" w:cs="Times New Roman"/>
        </w:rPr>
        <w:t>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Строение веществ. Химическая связь</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i/>
          <w:iCs/>
        </w:rPr>
        <w:t>Электроотрицательность атомов химических элементов.</w:t>
      </w:r>
      <w:r w:rsidRPr="00127080">
        <w:rPr>
          <w:rFonts w:ascii="Times New Roman" w:hAnsi="Times New Roman" w:cs="Times New Roman"/>
        </w:rPr>
        <w:t> Ковалентная химическая связь: неполярная и полярная. </w:t>
      </w:r>
      <w:r w:rsidRPr="00127080">
        <w:rPr>
          <w:rFonts w:ascii="Times New Roman" w:hAnsi="Times New Roman" w:cs="Times New Roman"/>
          <w:i/>
          <w:iCs/>
        </w:rPr>
        <w:t>Понятие о водородной связи и ее влиянии на физические свойства веществ на примере воды.</w:t>
      </w:r>
      <w:r w:rsidRPr="00127080">
        <w:rPr>
          <w:rFonts w:ascii="Times New Roman" w:hAnsi="Times New Roman" w:cs="Times New Roman"/>
        </w:rPr>
        <w:t> Ионная связь. Металлическая связь. </w:t>
      </w:r>
      <w:r w:rsidRPr="00127080">
        <w:rPr>
          <w:rFonts w:ascii="Times New Roman" w:hAnsi="Times New Roman" w:cs="Times New Roman"/>
          <w:i/>
          <w:iCs/>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Химические реакции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i/>
          <w:iCs/>
        </w:rPr>
        <w:t>Понятие о скорости химической реакции. Факторы, влияющие на скорость химической реакции</w:t>
      </w:r>
      <w:r w:rsidRPr="00127080">
        <w:rPr>
          <w:rFonts w:ascii="Times New Roman" w:hAnsi="Times New Roman" w:cs="Times New Roman"/>
        </w:rPr>
        <w:t>. </w:t>
      </w:r>
      <w:r w:rsidRPr="00127080">
        <w:rPr>
          <w:rFonts w:ascii="Times New Roman" w:hAnsi="Times New Roman" w:cs="Times New Roman"/>
          <w:i/>
          <w:iCs/>
        </w:rPr>
        <w:t>Понятие о катализаторе.</w:t>
      </w:r>
      <w:r w:rsidRPr="00127080">
        <w:rPr>
          <w:rFonts w:ascii="Times New Roman" w:hAnsi="Times New Roman" w:cs="Times New Roman"/>
        </w:rPr>
        <w:t>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Неметаллы IV – VII групп и их соединения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27080">
        <w:rPr>
          <w:rFonts w:ascii="Times New Roman" w:hAnsi="Times New Roman" w:cs="Times New Roman"/>
          <w:i/>
          <w:iCs/>
        </w:rPr>
        <w:t>сернистая и сероводородная кислоты</w:t>
      </w:r>
      <w:r w:rsidRPr="00127080">
        <w:rPr>
          <w:rFonts w:ascii="Times New Roman" w:hAnsi="Times New Roman" w:cs="Times New Roman"/>
        </w:rPr>
        <w:t>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127080">
        <w:rPr>
          <w:rFonts w:ascii="Times New Roman" w:hAnsi="Times New Roman" w:cs="Times New Roman"/>
          <w:i/>
          <w:iCs/>
        </w:rPr>
        <w:t>Аллотропия углерода: алмаз, графит, карбин, фуллерены. </w:t>
      </w:r>
      <w:r w:rsidRPr="00127080">
        <w:rPr>
          <w:rFonts w:ascii="Times New Roman" w:hAnsi="Times New Roman" w:cs="Times New Roman"/>
        </w:rPr>
        <w:t>Соединения углерода: оксиды углерода (II) и (IV), угольная кислота и ее соли. </w:t>
      </w:r>
      <w:r w:rsidRPr="00127080">
        <w:rPr>
          <w:rFonts w:ascii="Times New Roman" w:hAnsi="Times New Roman" w:cs="Times New Roman"/>
          <w:i/>
          <w:iCs/>
        </w:rPr>
        <w:t>Кремний и его соединения.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Металлы и их соединения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i/>
          <w:iCs/>
        </w:rPr>
        <w:t>Положение металлов в периодической системе химических элементов Д.И. Менделеева. Металлы в природе и общие способы их получения</w:t>
      </w:r>
      <w:r w:rsidRPr="00127080">
        <w:rPr>
          <w:rFonts w:ascii="Times New Roman" w:hAnsi="Times New Roman" w:cs="Times New Roman"/>
        </w:rPr>
        <w:t>. </w:t>
      </w:r>
      <w:r w:rsidRPr="00127080">
        <w:rPr>
          <w:rFonts w:ascii="Times New Roman" w:hAnsi="Times New Roman" w:cs="Times New Roman"/>
          <w:i/>
          <w:iCs/>
        </w:rPr>
        <w:t>Общие физические свойства металлов.</w:t>
      </w:r>
      <w:r w:rsidRPr="00127080">
        <w:rPr>
          <w:rFonts w:ascii="Times New Roman" w:hAnsi="Times New Roman" w:cs="Times New Roman"/>
        </w:rPr>
        <w:t> Общие химические свойства металлов: реакции с неметаллами, кислотами, солями. </w:t>
      </w:r>
      <w:r w:rsidRPr="00127080">
        <w:rPr>
          <w:rFonts w:ascii="Times New Roman" w:hAnsi="Times New Roman" w:cs="Times New Roman"/>
          <w:i/>
          <w:iCs/>
        </w:rPr>
        <w:t>Электрохимический ряд напряжений металлов.</w:t>
      </w:r>
      <w:r w:rsidRPr="00127080">
        <w:rPr>
          <w:rFonts w:ascii="Times New Roman" w:hAnsi="Times New Roman" w:cs="Times New Roman"/>
        </w:rPr>
        <w:t>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Первоначальные сведения об органических веществах</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Первоначальные сведения о строении органических веществ. Углеводороды: метан, этан, этилен. </w:t>
      </w:r>
      <w:r w:rsidRPr="00127080">
        <w:rPr>
          <w:rFonts w:ascii="Times New Roman" w:hAnsi="Times New Roman" w:cs="Times New Roman"/>
          <w:i/>
          <w:iCs/>
        </w:rPr>
        <w:t>Источники углеводородов: природный газ, нефть, уголь. </w:t>
      </w:r>
      <w:r w:rsidRPr="00127080">
        <w:rPr>
          <w:rFonts w:ascii="Times New Roman" w:hAnsi="Times New Roman" w:cs="Times New Roman"/>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27080">
        <w:rPr>
          <w:rFonts w:ascii="Times New Roman" w:hAnsi="Times New Roman" w:cs="Times New Roman"/>
          <w:i/>
          <w:iCs/>
        </w:rPr>
        <w:t>Химическое загрязнение окружающей среды и его последствия.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Типы расчетных задач:</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Вычисление массовой доли химического элемента по формуле соединения.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i/>
          <w:iCs/>
        </w:rPr>
        <w:t>Установление простейшей формулы вещества по массовым долям химических элементов.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Вычисления по химическим уравнениям количества, объема, массы вещества по количеству, объему, массе реагентов или продуктов реакции.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Расчет массовой доли растворенного вещества в растворе.</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Практические работы: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8кл</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1.Лабораторное оборудование и приемы обращения с ним. Правила безопасной работы в химической лаборатории. Наблюдение за горящей свечой. Устройство и работа спиртовки.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2.Очистка загрязненной поваренной соли.</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3.Получение кислорода и изучение его свойств.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4.Получение водорода и изучение его свойств.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5.Приготовление растворов с определенной массовой долей растворенного вещества.</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6. Признаки протекания химических реакций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7. Решение экспериментальных задач по теме «Основные классы неорганических соединений».</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9 кл.</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1. Решение экспериментальных задач по теме «Электролитическая диссоциация».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2.Изучение свойств соляной кислоты.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3.Изучение свойств серной кислоты.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 4.Получение аммиака  и изучение их свойств.</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 5.Получение углекислого газа. Качественная реакция на карбонат-ионы.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6.Жесткость воды и способы ее устранения.</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rPr>
        <w:t> 7.Решение экспериментальных задач по теме «Металлы».</w:t>
      </w:r>
    </w:p>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Тематическое планирование 8 класс</w:t>
      </w:r>
    </w:p>
    <w:tbl>
      <w:tblPr>
        <w:tblW w:w="11100" w:type="dxa"/>
        <w:tblInd w:w="-624" w:type="dxa"/>
        <w:tblCellMar>
          <w:top w:w="15" w:type="dxa"/>
          <w:left w:w="15" w:type="dxa"/>
          <w:bottom w:w="15" w:type="dxa"/>
          <w:right w:w="15" w:type="dxa"/>
        </w:tblCellMar>
        <w:tblLook w:val="00A0"/>
      </w:tblPr>
      <w:tblGrid>
        <w:gridCol w:w="871"/>
        <w:gridCol w:w="6755"/>
        <w:gridCol w:w="1194"/>
        <w:gridCol w:w="851"/>
        <w:gridCol w:w="1429"/>
      </w:tblGrid>
      <w:tr w:rsidR="00F44E79" w:rsidRPr="00127080" w:rsidTr="00621CC4">
        <w:trPr>
          <w:trHeight w:val="448"/>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№п/п</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Название темы, раздела</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Кол-во часов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Пр.р.</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К.р.</w:t>
            </w:r>
          </w:p>
        </w:tc>
      </w:tr>
      <w:tr w:rsidR="00F44E79" w:rsidRPr="00127080" w:rsidTr="00621CC4">
        <w:trPr>
          <w:trHeight w:val="160"/>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1.</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Начальные понятия и законы химии</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3</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192"/>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2.</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Важнейшие представители неорганических веществ. Количественные отношения в химии</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3</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238"/>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3.</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Основные классы неорганических соединений</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1</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140"/>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4.</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Периодический закон и периодическая система химических элементов д.И. Менделеева. Строение атома.</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r>
      <w:tr w:rsidR="00F44E79" w:rsidRPr="00127080" w:rsidTr="00621CC4">
        <w:trPr>
          <w:trHeight w:val="228"/>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228" w:lineRule="atLeast"/>
              <w:jc w:val="both"/>
              <w:rPr>
                <w:rFonts w:ascii="Times New Roman" w:hAnsi="Times New Roman" w:cs="Times New Roman"/>
              </w:rPr>
            </w:pPr>
            <w:r w:rsidRPr="00127080">
              <w:rPr>
                <w:rFonts w:ascii="Times New Roman" w:hAnsi="Times New Roman" w:cs="Times New Roman"/>
              </w:rPr>
              <w:t>5.</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228" w:lineRule="atLeast"/>
              <w:jc w:val="both"/>
              <w:rPr>
                <w:rFonts w:ascii="Times New Roman" w:hAnsi="Times New Roman" w:cs="Times New Roman"/>
              </w:rPr>
            </w:pPr>
            <w:r w:rsidRPr="00127080">
              <w:rPr>
                <w:rFonts w:ascii="Times New Roman" w:hAnsi="Times New Roman" w:cs="Times New Roman"/>
              </w:rPr>
              <w:t>Химическая связь. Окислительно-восстановительные реакции.</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228" w:lineRule="atLeast"/>
              <w:jc w:val="both"/>
              <w:rPr>
                <w:rFonts w:ascii="Times New Roman" w:hAnsi="Times New Roman" w:cs="Times New Roman"/>
              </w:rPr>
            </w:pPr>
            <w:r w:rsidRPr="00127080">
              <w:rPr>
                <w:rFonts w:ascii="Times New Roman" w:hAnsi="Times New Roman" w:cs="Times New Roman"/>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228" w:lineRule="atLeast"/>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420"/>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Итого:</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7</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5</w:t>
            </w:r>
          </w:p>
        </w:tc>
      </w:tr>
    </w:tbl>
    <w:p w:rsidR="00F44E79" w:rsidRPr="00127080" w:rsidRDefault="00F44E79" w:rsidP="00621CC4">
      <w:pPr>
        <w:shd w:val="clear" w:color="auto" w:fill="FFFFFF"/>
        <w:jc w:val="both"/>
        <w:rPr>
          <w:rFonts w:ascii="Times New Roman" w:hAnsi="Times New Roman" w:cs="Times New Roman"/>
        </w:rPr>
      </w:pPr>
      <w:r w:rsidRPr="00127080">
        <w:rPr>
          <w:rFonts w:ascii="Times New Roman" w:hAnsi="Times New Roman" w:cs="Times New Roman"/>
          <w:b/>
          <w:bCs/>
        </w:rPr>
        <w:t>Тематическое планирование   9 класс</w:t>
      </w:r>
    </w:p>
    <w:tbl>
      <w:tblPr>
        <w:tblW w:w="10720" w:type="dxa"/>
        <w:tblInd w:w="-624" w:type="dxa"/>
        <w:tblCellMar>
          <w:top w:w="15" w:type="dxa"/>
          <w:left w:w="15" w:type="dxa"/>
          <w:bottom w:w="15" w:type="dxa"/>
          <w:right w:w="15" w:type="dxa"/>
        </w:tblCellMar>
        <w:tblLook w:val="00A0"/>
      </w:tblPr>
      <w:tblGrid>
        <w:gridCol w:w="871"/>
        <w:gridCol w:w="6755"/>
        <w:gridCol w:w="1520"/>
        <w:gridCol w:w="914"/>
        <w:gridCol w:w="660"/>
      </w:tblGrid>
      <w:tr w:rsidR="00F44E79" w:rsidRPr="00127080" w:rsidTr="00621CC4">
        <w:trPr>
          <w:trHeight w:val="448"/>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№п/п</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Название темы, раздела</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Кол-во часов</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Пр.р.</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b/>
                <w:bCs/>
              </w:rPr>
              <w:t>К.р.</w:t>
            </w:r>
          </w:p>
        </w:tc>
      </w:tr>
      <w:tr w:rsidR="00F44E79" w:rsidRPr="00127080" w:rsidTr="00621CC4">
        <w:trPr>
          <w:trHeight w:val="160"/>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1.</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Повторение и обобщение по курсу 8 класса Химические реакции.</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60" w:lineRule="atLeast"/>
              <w:jc w:val="both"/>
              <w:rPr>
                <w:rFonts w:ascii="Times New Roman" w:hAnsi="Times New Roman" w:cs="Times New Roman"/>
              </w:rPr>
            </w:pPr>
            <w:r w:rsidRPr="00127080">
              <w:rPr>
                <w:rFonts w:ascii="Times New Roman" w:hAnsi="Times New Roman" w:cs="Times New Roman"/>
              </w:rPr>
              <w:t>5</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r>
      <w:tr w:rsidR="00F44E79" w:rsidRPr="00127080" w:rsidTr="00621CC4">
        <w:trPr>
          <w:trHeight w:val="192"/>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2.</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Химические реакции в растворах.</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10</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1</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92" w:lineRule="atLeast"/>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238"/>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3.</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Неметаллы и их соединения</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23</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4</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140"/>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4.</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Металлы и их соединения.</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16</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2</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140" w:lineRule="atLeast"/>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228"/>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228" w:lineRule="atLeast"/>
              <w:jc w:val="both"/>
              <w:rPr>
                <w:rFonts w:ascii="Times New Roman" w:hAnsi="Times New Roman" w:cs="Times New Roman"/>
              </w:rPr>
            </w:pPr>
            <w:r w:rsidRPr="00127080">
              <w:rPr>
                <w:rFonts w:ascii="Times New Roman" w:hAnsi="Times New Roman" w:cs="Times New Roman"/>
              </w:rPr>
              <w:t>5.</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228" w:lineRule="atLeast"/>
              <w:jc w:val="both"/>
              <w:rPr>
                <w:rFonts w:ascii="Times New Roman" w:hAnsi="Times New Roman" w:cs="Times New Roman"/>
              </w:rPr>
            </w:pPr>
            <w:r w:rsidRPr="00127080">
              <w:rPr>
                <w:rFonts w:ascii="Times New Roman" w:hAnsi="Times New Roman" w:cs="Times New Roman"/>
              </w:rPr>
              <w:t>Органические вещества. Химия и окружающая среда.</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spacing w:line="228" w:lineRule="atLeast"/>
              <w:jc w:val="both"/>
              <w:rPr>
                <w:rFonts w:ascii="Times New Roman" w:hAnsi="Times New Roman" w:cs="Times New Roman"/>
              </w:rPr>
            </w:pPr>
            <w:r w:rsidRPr="00127080">
              <w:rPr>
                <w:rFonts w:ascii="Times New Roman" w:hAnsi="Times New Roman" w:cs="Times New Roman"/>
              </w:rPr>
              <w:t>6</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r>
      <w:tr w:rsidR="00F44E79" w:rsidRPr="00127080" w:rsidTr="00621CC4">
        <w:trPr>
          <w:trHeight w:val="276"/>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6.</w:t>
            </w: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Обобщение знаний за курс основной школы</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6</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1</w:t>
            </w:r>
          </w:p>
        </w:tc>
      </w:tr>
      <w:tr w:rsidR="00F44E79" w:rsidRPr="00127080" w:rsidTr="00621CC4">
        <w:trPr>
          <w:trHeight w:val="420"/>
        </w:trPr>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color w:val="666666"/>
              </w:rPr>
            </w:pPr>
          </w:p>
        </w:tc>
        <w:tc>
          <w:tcPr>
            <w:tcW w:w="6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Итого:</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66</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7</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44E79" w:rsidRPr="00127080" w:rsidRDefault="00F44E79" w:rsidP="00621CC4">
            <w:pPr>
              <w:jc w:val="both"/>
              <w:rPr>
                <w:rFonts w:ascii="Times New Roman" w:hAnsi="Times New Roman" w:cs="Times New Roman"/>
              </w:rPr>
            </w:pPr>
            <w:r w:rsidRPr="00127080">
              <w:rPr>
                <w:rFonts w:ascii="Times New Roman" w:hAnsi="Times New Roman" w:cs="Times New Roman"/>
              </w:rPr>
              <w:t>4</w:t>
            </w:r>
          </w:p>
        </w:tc>
      </w:tr>
    </w:tbl>
    <w:p w:rsidR="00F44E79" w:rsidRPr="00127080" w:rsidRDefault="00F44E79" w:rsidP="00621CC4">
      <w:pPr>
        <w:jc w:val="both"/>
        <w:rPr>
          <w:rFonts w:ascii="Times New Roman" w:hAnsi="Times New Roman" w:cs="Times New Roman"/>
        </w:rPr>
      </w:pPr>
    </w:p>
    <w:p w:rsidR="00F44E79" w:rsidRDefault="00F44E79">
      <w:pPr>
        <w:pStyle w:val="BodyText"/>
        <w:spacing w:after="520" w:line="276" w:lineRule="auto"/>
        <w:jc w:val="both"/>
        <w:rPr>
          <w:rStyle w:val="BodyTextChar1"/>
          <w:rFonts w:cs="Georgia"/>
        </w:rPr>
      </w:pPr>
    </w:p>
    <w:p w:rsidR="00F44E79" w:rsidRDefault="00F44E79">
      <w:pPr>
        <w:pStyle w:val="BodyText"/>
        <w:spacing w:after="520" w:line="276" w:lineRule="auto"/>
        <w:jc w:val="both"/>
        <w:rPr>
          <w:rStyle w:val="BodyTextChar1"/>
          <w:rFonts w:cs="Georgia"/>
        </w:rPr>
      </w:pPr>
    </w:p>
    <w:p w:rsidR="00F44E79" w:rsidRDefault="00F44E79">
      <w:pPr>
        <w:pStyle w:val="BodyText"/>
        <w:spacing w:after="520" w:line="276" w:lineRule="auto"/>
        <w:jc w:val="both"/>
        <w:rPr>
          <w:rStyle w:val="BodyTextChar1"/>
          <w:rFonts w:cs="Georgia"/>
        </w:rPr>
      </w:pPr>
    </w:p>
    <w:p w:rsidR="00F44E79" w:rsidRDefault="00F44E79">
      <w:pPr>
        <w:pStyle w:val="BodyText"/>
        <w:spacing w:after="520" w:line="276" w:lineRule="auto"/>
        <w:jc w:val="both"/>
        <w:rPr>
          <w:rStyle w:val="BodyTextChar1"/>
          <w:rFonts w:cs="Georgia"/>
        </w:rPr>
      </w:pPr>
    </w:p>
    <w:p w:rsidR="00F44E79" w:rsidRDefault="00F44E79">
      <w:pPr>
        <w:pStyle w:val="BodyText"/>
        <w:spacing w:after="520" w:line="276" w:lineRule="auto"/>
        <w:jc w:val="both"/>
        <w:rPr>
          <w:rStyle w:val="BodyTextChar1"/>
          <w:rFonts w:cs="Georgia"/>
        </w:rPr>
      </w:pPr>
    </w:p>
    <w:p w:rsidR="00F44E79" w:rsidRPr="00141EA3" w:rsidRDefault="00F44E79" w:rsidP="00141EA3">
      <w:pPr>
        <w:pStyle w:val="BodyText"/>
        <w:spacing w:after="520" w:line="276" w:lineRule="auto"/>
        <w:ind w:firstLine="0"/>
        <w:jc w:val="both"/>
        <w:rPr>
          <w:rStyle w:val="BodyTextChar1"/>
          <w:rFonts w:cs="Georgia"/>
          <w:b/>
        </w:rPr>
      </w:pPr>
    </w:p>
    <w:p w:rsidR="00F44E79" w:rsidRPr="00141EA3" w:rsidRDefault="00F44E79" w:rsidP="00141EA3">
      <w:pPr>
        <w:pStyle w:val="BodyText"/>
        <w:spacing w:line="276" w:lineRule="auto"/>
        <w:jc w:val="both"/>
        <w:rPr>
          <w:b/>
          <w:bCs/>
          <w:color w:val="auto"/>
          <w:sz w:val="24"/>
          <w:szCs w:val="24"/>
        </w:rPr>
      </w:pPr>
      <w:r w:rsidRPr="00141EA3">
        <w:rPr>
          <w:rStyle w:val="BodyTextChar1"/>
          <w:rFonts w:cs="Georgia"/>
          <w:b/>
        </w:rPr>
        <w:t xml:space="preserve">2.1.13. </w:t>
      </w:r>
      <w:bookmarkStart w:id="693" w:name="bookmark4526"/>
      <w:bookmarkStart w:id="694" w:name="bookmark4524"/>
      <w:bookmarkStart w:id="695" w:name="bookmark4525"/>
      <w:bookmarkStart w:id="696" w:name="bookmark4527"/>
      <w:bookmarkEnd w:id="693"/>
      <w:r w:rsidRPr="00141EA3">
        <w:rPr>
          <w:rStyle w:val="32"/>
          <w:rFonts w:cs="Arial"/>
          <w:b w:val="0"/>
          <w:sz w:val="19"/>
        </w:rPr>
        <w:t>ИЗОБРАЗИТЕЛЬНОЕ ИСКУССТВО</w:t>
      </w:r>
      <w:bookmarkEnd w:id="694"/>
      <w:bookmarkEnd w:id="695"/>
      <w:bookmarkEnd w:id="696"/>
    </w:p>
    <w:p w:rsidR="00F44E79" w:rsidRDefault="00F44E79">
      <w:pPr>
        <w:pStyle w:val="BodyText"/>
        <w:spacing w:after="240" w:line="266" w:lineRule="auto"/>
        <w:jc w:val="both"/>
        <w:rPr>
          <w:rFonts w:ascii="Courier New" w:hAnsi="Courier New" w:cs="Courier New"/>
          <w:color w:val="auto"/>
          <w:sz w:val="24"/>
          <w:szCs w:val="24"/>
        </w:rPr>
      </w:pPr>
      <w:r>
        <w:rPr>
          <w:rStyle w:val="BodyTextChar1"/>
          <w:rFonts w:cs="Georgia"/>
        </w:rPr>
        <w:t>Примерная рабочая программа основного общего образова</w:t>
      </w:r>
      <w:r>
        <w:rPr>
          <w:rStyle w:val="BodyTextChar1"/>
          <w:rFonts w:cs="Georgia"/>
        </w:rPr>
        <w:softHyphen/>
        <w:t>ния по предмету «Изобразительное искусство» составлена на основе требований к результатам освоения программы основ</w:t>
      </w:r>
      <w:r>
        <w:rPr>
          <w:rStyle w:val="BodyTextChar1"/>
          <w:rFonts w:cs="Georgia"/>
        </w:rPr>
        <w:softHyphen/>
        <w:t>ного общего образования, представленных в Федеральном го</w:t>
      </w:r>
      <w:r>
        <w:rPr>
          <w:rStyle w:val="BodyTextChar1"/>
          <w:rFonts w:cs="Georgia"/>
        </w:rPr>
        <w:softHyphen/>
        <w:t>сударственном образовательном стандарте основного общего образования, а также на основе планируемых результатов ду</w:t>
      </w:r>
      <w:r>
        <w:rPr>
          <w:rStyle w:val="BodyTextChar1"/>
          <w:rFonts w:cs="Georgia"/>
        </w:rPr>
        <w:softHyphen/>
        <w:t>ховно-нравственного развития, воспитания и социализации обучающихся, представленных в Примерной программе воспи</w:t>
      </w:r>
      <w:r>
        <w:rPr>
          <w:rStyle w:val="BodyTextChar1"/>
          <w:rFonts w:cs="Georgia"/>
        </w:rPr>
        <w:softHyphen/>
        <w:t>тания.</w:t>
      </w:r>
    </w:p>
    <w:p w:rsidR="00F44E79" w:rsidRDefault="00F44E79">
      <w:pPr>
        <w:pStyle w:val="31"/>
        <w:pBdr>
          <w:bottom w:val="single" w:sz="4" w:space="0" w:color="auto"/>
        </w:pBdr>
        <w:spacing w:after="300" w:line="264" w:lineRule="auto"/>
        <w:rPr>
          <w:rFonts w:ascii="Courier New" w:hAnsi="Courier New" w:cs="Courier New"/>
          <w:b w:val="0"/>
          <w:bCs w:val="0"/>
          <w:color w:val="auto"/>
          <w:sz w:val="24"/>
          <w:szCs w:val="24"/>
        </w:rPr>
      </w:pPr>
      <w:r>
        <w:rPr>
          <w:rStyle w:val="30"/>
          <w:rFonts w:cs="Arial"/>
          <w:b/>
        </w:rPr>
        <w:t>ПОЯСНИТЕЛЬНАЯ ЗАПИСКА</w:t>
      </w:r>
    </w:p>
    <w:p w:rsidR="00F44E79" w:rsidRDefault="00F44E79">
      <w:pPr>
        <w:pStyle w:val="22"/>
        <w:spacing w:after="60"/>
        <w:rPr>
          <w:rFonts w:ascii="Courier New" w:hAnsi="Courier New" w:cs="Courier New"/>
          <w:b w:val="0"/>
          <w:bCs w:val="0"/>
          <w:color w:val="auto"/>
          <w:w w:val="100"/>
          <w:sz w:val="24"/>
          <w:szCs w:val="24"/>
        </w:rPr>
      </w:pPr>
      <w:r>
        <w:rPr>
          <w:rStyle w:val="21"/>
          <w:rFonts w:cs="Tahoma"/>
          <w:b/>
        </w:rPr>
        <w:t>ОБЩАЯ ХАРАКТЕРИСТИКА УЧЕБНОГО ПРЕДМЕТА «ИЗОБРАЗИТЕЛЬНОЕ ИСКУССТВО»</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Основная цель школьного предмета «Изобразительное искус</w:t>
      </w:r>
      <w:r>
        <w:rPr>
          <w:rStyle w:val="BodyTextChar1"/>
          <w:rFonts w:cs="Georgia"/>
        </w:rPr>
        <w:softHyphen/>
        <w:t>ство» — развитие визуально-пространственного мышления учащихся как формы эмоционально-ценностного, эстетическо</w:t>
      </w:r>
      <w:r>
        <w:rPr>
          <w:rStyle w:val="BodyTextChar1"/>
          <w:rFonts w:cs="Georgia"/>
        </w:rPr>
        <w:softHyphen/>
        <w:t>го освоения мира, формы самовыражения и ориентации в ху</w:t>
      </w:r>
      <w:r>
        <w:rPr>
          <w:rStyle w:val="BodyTextChar1"/>
          <w:rFonts w:cs="Georgia"/>
        </w:rPr>
        <w:softHyphen/>
        <w:t>дожественном и нравственном пространстве культуры. Искус</w:t>
      </w:r>
      <w:r>
        <w:rPr>
          <w:rStyle w:val="BodyTextChar1"/>
          <w:rFonts w:cs="Georgia"/>
        </w:rPr>
        <w:softHyphen/>
        <w:t>ство рассматривается как особая духовная сфера, концентри</w:t>
      </w:r>
      <w:r>
        <w:rPr>
          <w:rStyle w:val="BodyTextChar1"/>
          <w:rFonts w:cs="Georgia"/>
        </w:rPr>
        <w:softHyphen/>
        <w:t>рующая в себе колоссальный эстетический, художественный и нравственный мировой опыт.</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Изобразительное искусство как школьная дисциплина имеет интегративный характер, так как включает в себя основы раз</w:t>
      </w:r>
      <w:r>
        <w:rPr>
          <w:rStyle w:val="BodyTextChar1"/>
          <w:rFonts w:cs="Georgia"/>
        </w:rPr>
        <w:softHyphen/>
        <w:t>ных видов визуально-пространственных искусств: живописи, графики, скульптуры, дизайна, архитектуры, народного и де</w:t>
      </w:r>
      <w:r>
        <w:rPr>
          <w:rStyle w:val="BodyTextChar1"/>
          <w:rFonts w:cs="Georgia"/>
        </w:rPr>
        <w:softHyphen/>
        <w:t>коративно-прикладного искусства, фотографии, функции худо</w:t>
      </w:r>
      <w:r>
        <w:rPr>
          <w:rStyle w:val="BodyTextChar1"/>
          <w:rFonts w:cs="Georgia"/>
        </w:rPr>
        <w:softHyphen/>
        <w:t>жественного изображения в зрелищных и экранных искусствах.</w:t>
      </w:r>
    </w:p>
    <w:p w:rsidR="00F44E79" w:rsidRDefault="00F44E79">
      <w:pPr>
        <w:pStyle w:val="BodyText"/>
        <w:spacing w:after="280" w:line="266" w:lineRule="auto"/>
        <w:jc w:val="both"/>
        <w:rPr>
          <w:rFonts w:ascii="Courier New" w:hAnsi="Courier New" w:cs="Courier New"/>
          <w:color w:val="auto"/>
          <w:sz w:val="24"/>
          <w:szCs w:val="24"/>
        </w:rPr>
      </w:pPr>
      <w:r>
        <w:rPr>
          <w:rStyle w:val="BodyTextChar1"/>
          <w:rFonts w:cs="Georgia"/>
        </w:rPr>
        <w:t>Основные формы учебной деятельности — практическая ху</w:t>
      </w:r>
      <w:r>
        <w:rPr>
          <w:rStyle w:val="BodyTextChar1"/>
          <w:rFonts w:cs="Georgia"/>
        </w:rPr>
        <w:softHyphen/>
        <w:t>дожественно-творческая деятельность, зрительское восприятие произведений искусства и эстетическое наблюдение окружаю</w:t>
      </w:r>
      <w:r>
        <w:rPr>
          <w:rStyle w:val="BodyTextChar1"/>
          <w:rFonts w:cs="Georgia"/>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BodyTextChar1"/>
          <w:rFonts w:cs="Georgia"/>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BodyTextChar1"/>
          <w:rFonts w:cs="Georgia"/>
        </w:rPr>
        <w:softHyphen/>
        <w:t>разованию.</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Примерная рабочая программа ориентирована на психолого</w:t>
      </w:r>
      <w:r>
        <w:rPr>
          <w:rStyle w:val="BodyTextChar1"/>
          <w:rFonts w:cs="Georgia"/>
        </w:rPr>
        <w:softHyphen/>
        <w:t>возрастные особенности развития детей 11 —15 лет, при этом содержание занятий может быть адаптировано с учётом инди</w:t>
      </w:r>
      <w:r>
        <w:rPr>
          <w:rStyle w:val="BodyTextChar1"/>
          <w:rFonts w:cs="Georgia"/>
        </w:rPr>
        <w:softHyphen/>
        <w:t>видуальных качеств обучающихся как для детей, проявляю</w:t>
      </w:r>
      <w:r>
        <w:rPr>
          <w:rStyle w:val="BodyTextChar1"/>
          <w:rFonts w:cs="Georgia"/>
        </w:rPr>
        <w:softHyphen/>
        <w:t>щих выдающиеся способности, так и для детей-инвалидов и детей с ОВЗ.</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Для оценки качества образования по предмету «Изобрази</w:t>
      </w:r>
      <w:r>
        <w:rPr>
          <w:rStyle w:val="BodyTextChar1"/>
          <w:rFonts w:cs="Georgia"/>
        </w:rPr>
        <w:softHyphen/>
        <w:t>тельное искусство» кроме личностных и метапредметных об</w:t>
      </w:r>
      <w:r>
        <w:rPr>
          <w:rStyle w:val="BodyTextChar1"/>
          <w:rFonts w:cs="Georgia"/>
        </w:rPr>
        <w:softHyphen/>
        <w:t>разовательных результатов выделены и описаны предметные результаты обучения. Их достижение определяется чётко по</w:t>
      </w:r>
      <w:r>
        <w:rPr>
          <w:rStyle w:val="BodyTextChar1"/>
          <w:rFonts w:cs="Georgia"/>
        </w:rPr>
        <w:softHyphen/>
        <w:t>ставленными учебными задачами по каждой теме, и они явля</w:t>
      </w:r>
      <w:r>
        <w:rPr>
          <w:rStyle w:val="BodyTextChar1"/>
          <w:rFonts w:cs="Georgia"/>
        </w:rPr>
        <w:softHyphen/>
        <w:t>ются общеобразовательными требованиями.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BodyTextChar1"/>
          <w:rFonts w:cs="Georgia"/>
        </w:rPr>
        <w:softHyphen/>
        <w:t>обходимо сотворчество в команде — совместная коллектив</w:t>
      </w:r>
      <w:r>
        <w:rPr>
          <w:rStyle w:val="BodyTextChar1"/>
          <w:rFonts w:cs="Georgia"/>
        </w:rPr>
        <w:softHyphen/>
        <w:t>ная художественная деятельность, которая предусмотрена тематическим планом и может иметь разные формы органи</w:t>
      </w:r>
      <w:r>
        <w:rPr>
          <w:rStyle w:val="BodyTextChar1"/>
          <w:rFonts w:cs="Georgia"/>
        </w:rPr>
        <w:softHyphen/>
        <w:t>зации.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Учебный материал каждого модуля разделён на тематиче</w:t>
      </w:r>
      <w:r>
        <w:rPr>
          <w:rStyle w:val="BodyTextChar1"/>
          <w:rFonts w:cs="Georgia"/>
        </w:rPr>
        <w:softHyphen/>
        <w:t>ские блоки, которые могут быть основанием для организации проектной деятельности, которая включает в себя как исследо</w:t>
      </w:r>
      <w:r>
        <w:rPr>
          <w:rStyle w:val="BodyTextChar1"/>
          <w:rFonts w:cs="Georgia"/>
        </w:rPr>
        <w:softHyphen/>
        <w:t>вательскую, так и художественно-творческую деятельность, а также презентацию результата.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Однако необходимо различать и сочетать в учебном процессе историко-культурологическую, искусствоведческую исследова</w:t>
      </w:r>
      <w:r>
        <w:rPr>
          <w:rStyle w:val="BodyTextChar1"/>
          <w:rFonts w:cs="Georgia"/>
        </w:rPr>
        <w:softHyphen/>
        <w:t>тельскую работу учащихся и собственно художественную про</w:t>
      </w:r>
      <w:r>
        <w:rPr>
          <w:rStyle w:val="BodyTextChar1"/>
          <w:rFonts w:cs="Georgia"/>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BodyTextChar1"/>
          <w:rFonts w:cs="Georgia"/>
        </w:rPr>
        <w:softHyphen/>
        <w:t>сти или в объёме, макете).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BodyTextChar1"/>
          <w:rFonts w:cs="Georgia"/>
        </w:rPr>
        <w:softHyphen/>
        <w:t>тий и праздников, в организации выставок детского художе</w:t>
      </w:r>
      <w:r>
        <w:rPr>
          <w:rStyle w:val="BodyTextChar1"/>
          <w:rFonts w:cs="Georgia"/>
        </w:rPr>
        <w:softHyphen/>
        <w:t>ственного творчества, в конкурсах, а также смотрят памятники архитектуры, посещают художественные музеи.</w:t>
      </w:r>
    </w:p>
    <w:p w:rsidR="00F44E79" w:rsidRDefault="00F44E79">
      <w:pPr>
        <w:pStyle w:val="22"/>
        <w:jc w:val="both"/>
        <w:rPr>
          <w:rFonts w:ascii="Courier New" w:hAnsi="Courier New" w:cs="Courier New"/>
          <w:b w:val="0"/>
          <w:bCs w:val="0"/>
          <w:color w:val="auto"/>
          <w:w w:val="100"/>
          <w:sz w:val="24"/>
          <w:szCs w:val="24"/>
        </w:rPr>
      </w:pPr>
      <w:r>
        <w:rPr>
          <w:rStyle w:val="21"/>
          <w:rFonts w:cs="Tahoma"/>
          <w:b/>
        </w:rPr>
        <w:t>ЦЕЛЬ ИЗУЧЕНИЯ УЧЕБНОГО ПРЕДМЕТА «ИЗОБРАЗИТЕЛЬНОЕ ИСКУССТВО»</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Целью изучения учебного предмета «Изобразительное искус</w:t>
      </w:r>
      <w:r>
        <w:rPr>
          <w:rStyle w:val="BodyTextChar1"/>
          <w:rFonts w:cs="Georgia"/>
        </w:rPr>
        <w:softHyphen/>
        <w:t>ство» является освоение разных видов визуально-пространствен</w:t>
      </w:r>
      <w:r>
        <w:rPr>
          <w:rStyle w:val="BodyTextChar1"/>
          <w:rFonts w:cs="Georgia"/>
        </w:rPr>
        <w:softHyphen/>
        <w:t>ных искусств: живописи, графики, скульптуры, дизайна, архи</w:t>
      </w:r>
      <w:r>
        <w:rPr>
          <w:rStyle w:val="BodyTextChar1"/>
          <w:rFonts w:cs="Georgia"/>
        </w:rPr>
        <w:softHyphen/>
        <w:t>тектуры, народного и декоративно-прикладного искусства, изо</w:t>
      </w:r>
      <w:r>
        <w:rPr>
          <w:rStyle w:val="BodyTextChar1"/>
          <w:rFonts w:cs="Georgia"/>
        </w:rPr>
        <w:softHyphen/>
        <w:t xml:space="preserve">бражения в зрелищных и экранных искусствах </w:t>
      </w:r>
      <w:r>
        <w:rPr>
          <w:rStyle w:val="BodyTextChar1"/>
          <w:rFonts w:cs="Georgia"/>
          <w:i/>
          <w:iCs/>
        </w:rPr>
        <w:t>(вариативно).</w:t>
      </w:r>
    </w:p>
    <w:p w:rsidR="00F44E79" w:rsidRDefault="00F44E79">
      <w:pPr>
        <w:pStyle w:val="BodyText"/>
        <w:spacing w:after="80" w:line="269" w:lineRule="auto"/>
        <w:jc w:val="both"/>
        <w:rPr>
          <w:rFonts w:ascii="Courier New" w:hAnsi="Courier New" w:cs="Courier New"/>
          <w:color w:val="auto"/>
          <w:sz w:val="24"/>
          <w:szCs w:val="24"/>
        </w:rPr>
      </w:pPr>
      <w:r>
        <w:rPr>
          <w:rStyle w:val="BodyTextChar1"/>
          <w:rFonts w:cs="Georgia"/>
        </w:rPr>
        <w:t>Учебный предмет «Изобразительное искусство» объединяет в единую образовательную структуру художественно-творче</w:t>
      </w:r>
      <w:r>
        <w:rPr>
          <w:rStyle w:val="BodyTextChar1"/>
          <w:rFonts w:cs="Georgia"/>
        </w:rPr>
        <w:softHyphen/>
        <w:t>скую деятельность, восприятие произведений искусства и ху</w:t>
      </w:r>
      <w:r>
        <w:rPr>
          <w:rStyle w:val="BodyTextChar1"/>
          <w:rFonts w:cs="Georgia"/>
        </w:rPr>
        <w:softHyphen/>
        <w:t>дожественно-эстетическое освоение окружающей действитель</w:t>
      </w:r>
      <w:r>
        <w:rPr>
          <w:rStyle w:val="BodyTextChar1"/>
          <w:rFonts w:cs="Georgia"/>
        </w:rPr>
        <w:softHyphen/>
        <w:t>ности. Художественное развитие обучающихся осуществляется в процессе личного художественного творчества, в практиче</w:t>
      </w:r>
      <w:r>
        <w:rPr>
          <w:rStyle w:val="BodyTextChar1"/>
          <w:rFonts w:cs="Georgia"/>
        </w:rPr>
        <w:softHyphen/>
        <w:t>ской работе с разнообразными художественными материа</w:t>
      </w:r>
      <w:r>
        <w:rPr>
          <w:rStyle w:val="BodyTextChar1"/>
          <w:rFonts w:cs="Georgia"/>
        </w:rPr>
        <w:softHyphen/>
        <w:t>лами.</w:t>
      </w:r>
    </w:p>
    <w:p w:rsidR="00F44E79" w:rsidRDefault="00F44E79">
      <w:pPr>
        <w:pStyle w:val="31"/>
        <w:spacing w:after="0" w:line="240" w:lineRule="auto"/>
        <w:jc w:val="both"/>
        <w:rPr>
          <w:rFonts w:ascii="Courier New" w:hAnsi="Courier New" w:cs="Courier New"/>
          <w:b w:val="0"/>
          <w:bCs w:val="0"/>
          <w:color w:val="auto"/>
          <w:sz w:val="24"/>
          <w:szCs w:val="24"/>
        </w:rPr>
      </w:pPr>
      <w:r>
        <w:rPr>
          <w:rStyle w:val="30"/>
          <w:rFonts w:cs="Arial"/>
          <w:b/>
          <w:sz w:val="18"/>
          <w:szCs w:val="18"/>
        </w:rPr>
        <w:t>Задачами учебного предмета</w:t>
      </w:r>
    </w:p>
    <w:p w:rsidR="00F44E79" w:rsidRDefault="00F44E79">
      <w:pPr>
        <w:pStyle w:val="31"/>
        <w:spacing w:after="80" w:line="240" w:lineRule="auto"/>
        <w:jc w:val="both"/>
        <w:rPr>
          <w:rFonts w:ascii="Courier New" w:hAnsi="Courier New" w:cs="Courier New"/>
          <w:b w:val="0"/>
          <w:bCs w:val="0"/>
          <w:color w:val="auto"/>
          <w:sz w:val="24"/>
          <w:szCs w:val="24"/>
        </w:rPr>
      </w:pPr>
      <w:r>
        <w:rPr>
          <w:rStyle w:val="30"/>
          <w:rFonts w:cs="Arial"/>
          <w:b/>
          <w:sz w:val="18"/>
          <w:szCs w:val="18"/>
        </w:rPr>
        <w:t>«Изобразительное искусство» являются:</w:t>
      </w:r>
    </w:p>
    <w:p w:rsidR="00F44E79" w:rsidRDefault="00F44E79" w:rsidP="00E5323B">
      <w:pPr>
        <w:pStyle w:val="BodyText"/>
        <w:numPr>
          <w:ilvl w:val="0"/>
          <w:numId w:val="58"/>
        </w:numPr>
        <w:tabs>
          <w:tab w:val="left" w:pos="207"/>
        </w:tabs>
        <w:spacing w:line="288" w:lineRule="auto"/>
        <w:ind w:left="240" w:hanging="240"/>
        <w:jc w:val="both"/>
        <w:rPr>
          <w:color w:val="auto"/>
          <w:sz w:val="24"/>
          <w:szCs w:val="24"/>
        </w:rPr>
      </w:pPr>
      <w:bookmarkStart w:id="697" w:name="bookmark4528"/>
      <w:bookmarkEnd w:id="697"/>
      <w:r>
        <w:rPr>
          <w:rStyle w:val="BodyTextChar1"/>
          <w:rFonts w:cs="Georgia"/>
        </w:rPr>
        <w:t>освоение художественной культуры как формы выражения в пространственных формах духовных ценностей, формиро</w:t>
      </w:r>
      <w:r>
        <w:rPr>
          <w:rStyle w:val="BodyTextChar1"/>
          <w:rFonts w:cs="Georgia"/>
        </w:rPr>
        <w:softHyphen/>
        <w:t>вание представлений о месте и значении художественной де</w:t>
      </w:r>
      <w:r>
        <w:rPr>
          <w:rStyle w:val="BodyTextChar1"/>
          <w:rFonts w:cs="Georgia"/>
        </w:rPr>
        <w:softHyphen/>
        <w:t>ятельности в жизни общества;</w:t>
      </w:r>
    </w:p>
    <w:p w:rsidR="00F44E79" w:rsidRDefault="00F44E79" w:rsidP="00E5323B">
      <w:pPr>
        <w:pStyle w:val="BodyText"/>
        <w:numPr>
          <w:ilvl w:val="0"/>
          <w:numId w:val="58"/>
        </w:numPr>
        <w:tabs>
          <w:tab w:val="left" w:pos="207"/>
        </w:tabs>
        <w:spacing w:line="293" w:lineRule="auto"/>
        <w:ind w:left="240" w:hanging="240"/>
        <w:jc w:val="both"/>
        <w:rPr>
          <w:color w:val="auto"/>
          <w:sz w:val="24"/>
          <w:szCs w:val="24"/>
        </w:rPr>
      </w:pPr>
      <w:bookmarkStart w:id="698" w:name="bookmark4529"/>
      <w:bookmarkEnd w:id="698"/>
      <w:r>
        <w:rPr>
          <w:rStyle w:val="BodyTextChar1"/>
          <w:rFonts w:cs="Georgia"/>
        </w:rPr>
        <w:t>формирование у обучающихся представлений об отечествен</w:t>
      </w:r>
      <w:r>
        <w:rPr>
          <w:rStyle w:val="BodyTextChar1"/>
          <w:rFonts w:cs="Georgia"/>
        </w:rPr>
        <w:softHyphen/>
        <w:t>ной и мировой художественной культуре во всём многообра</w:t>
      </w:r>
      <w:r>
        <w:rPr>
          <w:rStyle w:val="BodyTextChar1"/>
          <w:rFonts w:cs="Georgia"/>
        </w:rPr>
        <w:softHyphen/>
        <w:t>зии её видов;</w:t>
      </w:r>
    </w:p>
    <w:p w:rsidR="00F44E79" w:rsidRDefault="00F44E79" w:rsidP="00E5323B">
      <w:pPr>
        <w:pStyle w:val="BodyText"/>
        <w:numPr>
          <w:ilvl w:val="0"/>
          <w:numId w:val="58"/>
        </w:numPr>
        <w:tabs>
          <w:tab w:val="left" w:pos="207"/>
        </w:tabs>
        <w:spacing w:line="307" w:lineRule="auto"/>
        <w:ind w:left="240" w:hanging="240"/>
        <w:jc w:val="both"/>
        <w:rPr>
          <w:color w:val="auto"/>
          <w:sz w:val="24"/>
          <w:szCs w:val="24"/>
        </w:rPr>
      </w:pPr>
      <w:bookmarkStart w:id="699" w:name="bookmark4530"/>
      <w:bookmarkEnd w:id="699"/>
      <w:r>
        <w:rPr>
          <w:rStyle w:val="BodyTextChar1"/>
          <w:rFonts w:cs="Georgia"/>
        </w:rPr>
        <w:t>формирование у обучающихся навыков эстетического виде</w:t>
      </w:r>
      <w:r>
        <w:rPr>
          <w:rStyle w:val="BodyTextChar1"/>
          <w:rFonts w:cs="Georgia"/>
        </w:rPr>
        <w:softHyphen/>
        <w:t>ния и преобразования мира;</w:t>
      </w:r>
    </w:p>
    <w:p w:rsidR="00F44E79" w:rsidRDefault="00F44E79" w:rsidP="00E5323B">
      <w:pPr>
        <w:pStyle w:val="BodyText"/>
        <w:numPr>
          <w:ilvl w:val="0"/>
          <w:numId w:val="58"/>
        </w:numPr>
        <w:tabs>
          <w:tab w:val="left" w:pos="207"/>
        </w:tabs>
        <w:spacing w:line="276" w:lineRule="auto"/>
        <w:ind w:left="240" w:hanging="240"/>
        <w:jc w:val="both"/>
        <w:rPr>
          <w:color w:val="auto"/>
          <w:sz w:val="24"/>
          <w:szCs w:val="24"/>
        </w:rPr>
      </w:pPr>
      <w:bookmarkStart w:id="700" w:name="bookmark4531"/>
      <w:bookmarkEnd w:id="700"/>
      <w:r>
        <w:rPr>
          <w:rStyle w:val="BodyTextChar1"/>
          <w:rFonts w:cs="Georgia"/>
        </w:rPr>
        <w:t>приобретение опыта создания творческой работы посредством различных художественных материалов в разных видах ви</w:t>
      </w:r>
      <w:r>
        <w:rPr>
          <w:rStyle w:val="BodyTextChar1"/>
          <w:rFonts w:cs="Georgia"/>
        </w:rPr>
        <w:softHyphen/>
        <w:t>зуально-пространственных искусств: изобразительных (жи</w:t>
      </w:r>
      <w:r>
        <w:rPr>
          <w:rStyle w:val="BodyTextChar1"/>
          <w:rFonts w:cs="Georgia"/>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BodyTextChar1"/>
          <w:rFonts w:cs="Georgia"/>
          <w:i/>
          <w:iCs/>
        </w:rPr>
        <w:t>вариативно</w:t>
      </w:r>
      <w:r>
        <w:rPr>
          <w:rStyle w:val="BodyTextChar1"/>
          <w:rFonts w:cs="Georgia"/>
        </w:rPr>
        <w:t>);</w:t>
      </w:r>
    </w:p>
    <w:p w:rsidR="00F44E79" w:rsidRDefault="00F44E79" w:rsidP="00E5323B">
      <w:pPr>
        <w:pStyle w:val="BodyText"/>
        <w:numPr>
          <w:ilvl w:val="0"/>
          <w:numId w:val="58"/>
        </w:numPr>
        <w:tabs>
          <w:tab w:val="left" w:pos="207"/>
        </w:tabs>
        <w:spacing w:line="307" w:lineRule="auto"/>
        <w:ind w:left="240" w:hanging="240"/>
        <w:jc w:val="both"/>
        <w:rPr>
          <w:color w:val="auto"/>
          <w:sz w:val="24"/>
          <w:szCs w:val="24"/>
        </w:rPr>
      </w:pPr>
      <w:bookmarkStart w:id="701" w:name="bookmark4532"/>
      <w:bookmarkEnd w:id="701"/>
      <w:r>
        <w:rPr>
          <w:rStyle w:val="BodyTextChar1"/>
          <w:rFonts w:cs="Georgia"/>
        </w:rPr>
        <w:t>формирование пространственного мышления и аналитиче</w:t>
      </w:r>
      <w:r>
        <w:rPr>
          <w:rStyle w:val="BodyTextChar1"/>
          <w:rFonts w:cs="Georgia"/>
        </w:rPr>
        <w:softHyphen/>
        <w:t>ских визуальных способностей;</w:t>
      </w:r>
    </w:p>
    <w:p w:rsidR="00F44E79" w:rsidRDefault="00F44E79" w:rsidP="00E5323B">
      <w:pPr>
        <w:pStyle w:val="BodyText"/>
        <w:numPr>
          <w:ilvl w:val="0"/>
          <w:numId w:val="58"/>
        </w:numPr>
        <w:tabs>
          <w:tab w:val="left" w:pos="207"/>
        </w:tabs>
        <w:spacing w:line="288" w:lineRule="auto"/>
        <w:ind w:left="240" w:hanging="240"/>
        <w:jc w:val="both"/>
        <w:rPr>
          <w:color w:val="auto"/>
          <w:sz w:val="24"/>
          <w:szCs w:val="24"/>
        </w:rPr>
      </w:pPr>
      <w:bookmarkStart w:id="702" w:name="bookmark4533"/>
      <w:bookmarkEnd w:id="702"/>
      <w:r>
        <w:rPr>
          <w:rStyle w:val="BodyTextChar1"/>
          <w:rFonts w:cs="Georgia"/>
        </w:rPr>
        <w:t>овладение представлениями о средствах выразительности изобразительного искусства как способах воплощения в ви</w:t>
      </w:r>
      <w:r>
        <w:rPr>
          <w:rStyle w:val="BodyTextChar1"/>
          <w:rFonts w:cs="Georgia"/>
        </w:rPr>
        <w:softHyphen/>
        <w:t>димых пространственных формах переживаний, чувств и ми</w:t>
      </w:r>
      <w:r>
        <w:rPr>
          <w:rStyle w:val="BodyTextChar1"/>
          <w:rFonts w:cs="Georgia"/>
        </w:rPr>
        <w:softHyphen/>
        <w:t>ровоззренческих позиций человека;</w:t>
      </w:r>
    </w:p>
    <w:p w:rsidR="00F44E79" w:rsidRDefault="00F44E79" w:rsidP="00E5323B">
      <w:pPr>
        <w:pStyle w:val="BodyText"/>
        <w:numPr>
          <w:ilvl w:val="0"/>
          <w:numId w:val="58"/>
        </w:numPr>
        <w:tabs>
          <w:tab w:val="left" w:pos="207"/>
        </w:tabs>
        <w:spacing w:after="80" w:line="307" w:lineRule="auto"/>
        <w:ind w:left="240" w:hanging="240"/>
        <w:jc w:val="both"/>
        <w:rPr>
          <w:color w:val="auto"/>
          <w:sz w:val="24"/>
          <w:szCs w:val="24"/>
        </w:rPr>
      </w:pPr>
      <w:bookmarkStart w:id="703" w:name="bookmark4534"/>
      <w:bookmarkEnd w:id="703"/>
      <w:r>
        <w:rPr>
          <w:rStyle w:val="BodyTextChar1"/>
          <w:rFonts w:cs="Georgia"/>
        </w:rPr>
        <w:t>развитие наблюдательности, ассоциативного мышления и творческого воображения;</w:t>
      </w:r>
    </w:p>
    <w:p w:rsidR="00F44E79" w:rsidRDefault="00F44E79" w:rsidP="00E5323B">
      <w:pPr>
        <w:pStyle w:val="BodyText"/>
        <w:numPr>
          <w:ilvl w:val="0"/>
          <w:numId w:val="58"/>
        </w:numPr>
        <w:tabs>
          <w:tab w:val="left" w:pos="207"/>
        </w:tabs>
        <w:ind w:left="240" w:hanging="240"/>
        <w:jc w:val="both"/>
        <w:rPr>
          <w:color w:val="auto"/>
          <w:sz w:val="24"/>
          <w:szCs w:val="24"/>
        </w:rPr>
      </w:pPr>
      <w:bookmarkStart w:id="704" w:name="bookmark4535"/>
      <w:bookmarkEnd w:id="704"/>
      <w:r>
        <w:rPr>
          <w:rStyle w:val="BodyTextChar1"/>
          <w:rFonts w:cs="Georgia"/>
          <w:color w:val="000000"/>
        </w:rPr>
        <w:t>воспитание уважения и любви к цивилизационному насле</w:t>
      </w:r>
      <w:r>
        <w:rPr>
          <w:rStyle w:val="BodyTextChar1"/>
          <w:rFonts w:cs="Georgia"/>
          <w:color w:val="000000"/>
        </w:rPr>
        <w:softHyphen/>
        <w:t>дию России через освоение отечественной художественной культуры;</w:t>
      </w:r>
    </w:p>
    <w:p w:rsidR="00F44E79" w:rsidRDefault="00F44E79" w:rsidP="00E5323B">
      <w:pPr>
        <w:pStyle w:val="BodyText"/>
        <w:numPr>
          <w:ilvl w:val="0"/>
          <w:numId w:val="58"/>
        </w:numPr>
        <w:tabs>
          <w:tab w:val="left" w:pos="207"/>
        </w:tabs>
        <w:spacing w:after="120"/>
        <w:ind w:left="240" w:hanging="240"/>
        <w:jc w:val="both"/>
        <w:rPr>
          <w:color w:val="auto"/>
          <w:sz w:val="24"/>
          <w:szCs w:val="24"/>
        </w:rPr>
      </w:pPr>
      <w:bookmarkStart w:id="705" w:name="bookmark4536"/>
      <w:bookmarkEnd w:id="705"/>
      <w:r>
        <w:rPr>
          <w:rStyle w:val="BodyTextChar1"/>
          <w:rFonts w:cs="Georgia"/>
          <w:color w:val="000000"/>
        </w:rPr>
        <w:t>развитие потребности в общении с произведениями изобра</w:t>
      </w:r>
      <w:r>
        <w:rPr>
          <w:rStyle w:val="BodyTextChar1"/>
          <w:rFonts w:cs="Georgia"/>
          <w:color w:val="000000"/>
        </w:rPr>
        <w:softHyphen/>
        <w:t>зительного искусства, формирование активного отношения к традициям художественной культуры как смысловой, эстети</w:t>
      </w:r>
      <w:r>
        <w:rPr>
          <w:rStyle w:val="BodyTextChar1"/>
          <w:rFonts w:cs="Georgia"/>
          <w:color w:val="000000"/>
        </w:rPr>
        <w:softHyphen/>
        <w:t>ческой и личностно значимой ценности.</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color w:val="000000"/>
        </w:rPr>
        <w:t>МЕСТО ПРЕДМЕТА «ИЗОБРАЗИТЕЛЬНОЕ ИСКУССТВО» В УЧЕБНОМ ПЛАНЕ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color w:val="000000"/>
        </w:rPr>
        <w:t>В соответствии с Федеральным государственным образова</w:t>
      </w:r>
      <w:r>
        <w:rPr>
          <w:rStyle w:val="BodyTextChar1"/>
          <w:rFonts w:cs="Georgia"/>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color w:val="000000"/>
        </w:rPr>
        <w:t>Содержание предмета «Изобразительное искусство» структу</w:t>
      </w:r>
      <w:r>
        <w:rPr>
          <w:rStyle w:val="BodyTextChar1"/>
          <w:rFonts w:cs="Georgia"/>
          <w:color w:val="000000"/>
        </w:rPr>
        <w:softHyphen/>
        <w:t>рировано как система тематических модулей. Три модуля вхо</w:t>
      </w:r>
      <w:r>
        <w:rPr>
          <w:rStyle w:val="BodyTextChar1"/>
          <w:rFonts w:cs="Georgia"/>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BodyTextChar1"/>
          <w:rFonts w:cs="Georgia"/>
          <w:color w:val="000000"/>
        </w:rPr>
        <w:softHyphen/>
        <w:t>сов внеурочной деятельности.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color w:val="000000"/>
        </w:rPr>
        <w:t>Каждый модуль обладает содержательной целостностью и организован по восходящему принципу в отношении углубле</w:t>
      </w:r>
      <w:r>
        <w:rPr>
          <w:rStyle w:val="BodyTextChar1"/>
          <w:rFonts w:cs="Georgia"/>
          <w:color w:val="000000"/>
        </w:rPr>
        <w:softHyphen/>
        <w:t>ния знаний по ведущей теме и усложнения умений обучаю</w:t>
      </w:r>
      <w:r>
        <w:rPr>
          <w:rStyle w:val="BodyTextChar1"/>
          <w:rFonts w:cs="Georgia"/>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BodyTextChar1"/>
          <w:rFonts w:cs="Georgia"/>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BodyTextChar1"/>
          <w:rFonts w:cs="Georgia"/>
          <w:color w:val="000000"/>
        </w:rPr>
        <w:softHyphen/>
        <w:t>ного времени между модулями (при сохранении общего коли</w:t>
      </w:r>
      <w:r>
        <w:rPr>
          <w:rStyle w:val="BodyTextChar1"/>
          <w:rFonts w:cs="Georgia"/>
          <w:color w:val="000000"/>
        </w:rPr>
        <w:softHyphen/>
        <w:t>чества учебных часов).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BodyTextChar1"/>
          <w:rFonts w:cs="Georgia"/>
          <w:color w:val="000000"/>
        </w:rPr>
        <w:softHyphen/>
        <w:t>чение количества тем для изучения, а увеличение времени на практическую художественную деятельность.</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color w:val="000000"/>
        </w:rPr>
        <w:t>Это способствует качеству обучения и достижению более вы</w:t>
      </w:r>
      <w:r>
        <w:rPr>
          <w:rStyle w:val="BodyTextChar1"/>
          <w:rFonts w:cs="Georgia"/>
          <w:color w:val="000000"/>
        </w:rPr>
        <w:softHyphen/>
        <w:t>сокого уровня как предметных, так и личностных и метапред- метных результатов обучения.</w:t>
      </w:r>
    </w:p>
    <w:p w:rsidR="00F44E79" w:rsidRDefault="00F44E79">
      <w:pPr>
        <w:pStyle w:val="31"/>
        <w:pBdr>
          <w:bottom w:val="single" w:sz="4" w:space="0" w:color="auto"/>
        </w:pBdr>
        <w:spacing w:after="320" w:line="264" w:lineRule="auto"/>
        <w:rPr>
          <w:rFonts w:ascii="Courier New" w:hAnsi="Courier New" w:cs="Courier New"/>
          <w:b w:val="0"/>
          <w:bCs w:val="0"/>
          <w:color w:val="auto"/>
          <w:sz w:val="24"/>
          <w:szCs w:val="24"/>
        </w:rPr>
      </w:pPr>
      <w:r>
        <w:rPr>
          <w:rStyle w:val="30"/>
          <w:rFonts w:cs="Arial"/>
          <w:b/>
        </w:rPr>
        <w:t>СОДЕРЖАНИЕ УЧЕБНОГО ПРЕДМЕТА «ИЗОБРАЗИТЕЛЬНОЕ ИСКУССТВО»</w:t>
      </w:r>
    </w:p>
    <w:p w:rsidR="00F44E79" w:rsidRDefault="00F44E79">
      <w:pPr>
        <w:pStyle w:val="31"/>
        <w:spacing w:after="160"/>
        <w:rPr>
          <w:rFonts w:ascii="Courier New" w:hAnsi="Courier New" w:cs="Courier New"/>
          <w:b w:val="0"/>
          <w:bCs w:val="0"/>
          <w:color w:val="auto"/>
          <w:sz w:val="24"/>
          <w:szCs w:val="24"/>
        </w:rPr>
      </w:pPr>
      <w:r>
        <w:rPr>
          <w:rStyle w:val="30"/>
          <w:rFonts w:cs="Arial"/>
          <w:b/>
          <w:sz w:val="18"/>
          <w:szCs w:val="18"/>
        </w:rPr>
        <w:t>Модуль № 1 «Декоративно-прикладное и народное искусство»</w:t>
      </w:r>
    </w:p>
    <w:p w:rsidR="00F44E79" w:rsidRDefault="00F44E79">
      <w:pPr>
        <w:pStyle w:val="90"/>
        <w:spacing w:after="0" w:line="295" w:lineRule="auto"/>
        <w:rPr>
          <w:rFonts w:ascii="Courier New" w:hAnsi="Courier New" w:cs="Courier New"/>
          <w:b w:val="0"/>
          <w:bCs w:val="0"/>
          <w:color w:val="auto"/>
          <w:sz w:val="24"/>
          <w:szCs w:val="24"/>
        </w:rPr>
      </w:pPr>
      <w:r>
        <w:rPr>
          <w:rStyle w:val="9"/>
          <w:rFonts w:cs="Trebuchet MS"/>
          <w:b/>
        </w:rPr>
        <w:t>Общие сведения о декоративно-прикладном искусстве</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Декоративно-прикладное искусство и его виды.</w:t>
      </w:r>
    </w:p>
    <w:p w:rsidR="00F44E79" w:rsidRDefault="00F44E79">
      <w:pPr>
        <w:pStyle w:val="BodyText"/>
        <w:spacing w:after="100" w:line="266" w:lineRule="auto"/>
        <w:jc w:val="both"/>
        <w:rPr>
          <w:rFonts w:ascii="Courier New" w:hAnsi="Courier New" w:cs="Courier New"/>
          <w:color w:val="auto"/>
          <w:sz w:val="24"/>
          <w:szCs w:val="24"/>
        </w:rPr>
      </w:pPr>
      <w:r>
        <w:rPr>
          <w:rStyle w:val="BodyTextChar1"/>
          <w:rFonts w:cs="Georgia"/>
        </w:rPr>
        <w:t>Декоративно-прикладное искусство и предметная среда жиз</w:t>
      </w:r>
      <w:r>
        <w:rPr>
          <w:rStyle w:val="BodyTextChar1"/>
          <w:rFonts w:cs="Georgia"/>
        </w:rPr>
        <w:softHyphen/>
        <w:t>ни людей.</w:t>
      </w:r>
    </w:p>
    <w:p w:rsidR="00F44E79" w:rsidRDefault="00F44E79">
      <w:pPr>
        <w:pStyle w:val="90"/>
        <w:spacing w:after="0" w:line="295" w:lineRule="auto"/>
        <w:jc w:val="both"/>
        <w:rPr>
          <w:rFonts w:ascii="Courier New" w:hAnsi="Courier New" w:cs="Courier New"/>
          <w:b w:val="0"/>
          <w:bCs w:val="0"/>
          <w:color w:val="auto"/>
          <w:sz w:val="24"/>
          <w:szCs w:val="24"/>
        </w:rPr>
      </w:pPr>
      <w:r>
        <w:rPr>
          <w:rStyle w:val="9"/>
          <w:rFonts w:cs="Trebuchet MS"/>
          <w:b/>
        </w:rPr>
        <w:t>Древние корни народного искусства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Истоки образного языка декоративно-прикладного искусства.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Традиционные образы народного (крестьянского) прикладно</w:t>
      </w:r>
      <w:r>
        <w:rPr>
          <w:rStyle w:val="BodyTextChar1"/>
          <w:rFonts w:cs="Georgia"/>
        </w:rPr>
        <w:softHyphen/>
        <w:t>го искусства.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Связь народного искусства с природой, бытом, трудом, веро</w:t>
      </w:r>
      <w:r>
        <w:rPr>
          <w:rStyle w:val="BodyTextChar1"/>
          <w:rFonts w:cs="Georgia"/>
        </w:rPr>
        <w:softHyphen/>
        <w:t>ваниями и эпосом.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Роль природных материалов в строительстве и изготовлении предметов быта, их значение в характере труда и жизненного уклада.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Образно-символический язык народного прикладного искус</w:t>
      </w:r>
      <w:r>
        <w:rPr>
          <w:rStyle w:val="BodyTextChar1"/>
          <w:rFonts w:cs="Georgia"/>
        </w:rPr>
        <w:softHyphen/>
        <w:t>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Знаки-символы традиционного крестьянского прикладного искусства.</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Выполнение рисунков на темы древних узоров деревянной резьбы, росписи по дереву, вышивки. Освоение навыков деко</w:t>
      </w:r>
      <w:r>
        <w:rPr>
          <w:rStyle w:val="BodyTextChar1"/>
          <w:rFonts w:cs="Georgia"/>
        </w:rPr>
        <w:softHyphen/>
        <w:t>ративного обобщения в процессе практической творческой ра</w:t>
      </w:r>
      <w:r>
        <w:rPr>
          <w:rStyle w:val="BodyTextChar1"/>
          <w:rFonts w:cs="Georgia"/>
        </w:rPr>
        <w:softHyphen/>
        <w:t>боты.</w:t>
      </w:r>
    </w:p>
    <w:p w:rsidR="00F44E79" w:rsidRDefault="00F44E79">
      <w:pPr>
        <w:pStyle w:val="90"/>
        <w:spacing w:after="0" w:line="295" w:lineRule="auto"/>
        <w:jc w:val="both"/>
        <w:rPr>
          <w:rFonts w:ascii="Courier New" w:hAnsi="Courier New" w:cs="Courier New"/>
          <w:b w:val="0"/>
          <w:bCs w:val="0"/>
          <w:color w:val="auto"/>
          <w:sz w:val="24"/>
          <w:szCs w:val="24"/>
        </w:rPr>
      </w:pPr>
      <w:r>
        <w:rPr>
          <w:rStyle w:val="9"/>
          <w:rFonts w:cs="Trebuchet MS"/>
          <w:b/>
        </w:rPr>
        <w:t>Убранство русской избы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Конструкция избы, единство красоты и пользы — функцио</w:t>
      </w:r>
      <w:r>
        <w:rPr>
          <w:rStyle w:val="BodyTextChar1"/>
          <w:rFonts w:cs="Georgia"/>
        </w:rPr>
        <w:softHyphen/>
        <w:t>нального и символического — в её постройке и украшении.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Символическое значение образов и мотивов в узорном убран</w:t>
      </w:r>
      <w:r>
        <w:rPr>
          <w:rStyle w:val="BodyTextChar1"/>
          <w:rFonts w:cs="Georgia"/>
        </w:rPr>
        <w:softHyphen/>
        <w:t>стве русских изб. Картина мира в образном строе бытового кре</w:t>
      </w:r>
      <w:r>
        <w:rPr>
          <w:rStyle w:val="BodyTextChar1"/>
          <w:rFonts w:cs="Georgia"/>
        </w:rPr>
        <w:softHyphen/>
        <w:t>стьянского искусства.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рисунков — эскизов орнаментального декора крестьянского дома.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Устройство внутреннего пространства крестьянского дома. Декоративные элементы жилой среды.</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Определяющая роль природных материалов для конструкции и декора традиционной постройки жилого дома в любой при</w:t>
      </w:r>
      <w:r>
        <w:rPr>
          <w:rStyle w:val="BodyTextChar1"/>
          <w:rFonts w:cs="Georgia"/>
        </w:rPr>
        <w:softHyphen/>
        <w:t>родной среде. Мудрость соотношения характера постройки, символики её декора и уклада жизни для каждого народа.</w:t>
      </w:r>
    </w:p>
    <w:p w:rsidR="00F44E79" w:rsidRDefault="00F44E79">
      <w:pPr>
        <w:pStyle w:val="BodyText"/>
        <w:spacing w:after="180" w:line="269" w:lineRule="auto"/>
        <w:jc w:val="both"/>
        <w:rPr>
          <w:rFonts w:ascii="Courier New" w:hAnsi="Courier New" w:cs="Courier New"/>
          <w:color w:val="auto"/>
          <w:sz w:val="24"/>
          <w:szCs w:val="24"/>
        </w:rPr>
      </w:pPr>
      <w:r>
        <w:rPr>
          <w:rStyle w:val="BodyTextChar1"/>
          <w:rFonts w:cs="Georgia"/>
        </w:rPr>
        <w:t>Выполнение рисунков предметов народного быта, выявление мудрости их выразительной формы и орнаментально-символи</w:t>
      </w:r>
      <w:r>
        <w:rPr>
          <w:rStyle w:val="BodyTextChar1"/>
          <w:rFonts w:cs="Georgia"/>
        </w:rPr>
        <w:softHyphen/>
        <w:t>ческого оформления.</w:t>
      </w:r>
    </w:p>
    <w:p w:rsidR="00F44E79" w:rsidRDefault="00F44E79">
      <w:pPr>
        <w:pStyle w:val="90"/>
        <w:jc w:val="both"/>
        <w:rPr>
          <w:rFonts w:ascii="Courier New" w:hAnsi="Courier New" w:cs="Courier New"/>
          <w:b w:val="0"/>
          <w:bCs w:val="0"/>
          <w:color w:val="auto"/>
          <w:sz w:val="24"/>
          <w:szCs w:val="24"/>
        </w:rPr>
      </w:pPr>
      <w:r>
        <w:rPr>
          <w:rStyle w:val="9"/>
          <w:rFonts w:cs="Trebuchet MS"/>
          <w:b/>
        </w:rPr>
        <w:t>Народный праздничный костюм</w:t>
      </w:r>
    </w:p>
    <w:p w:rsidR="00F44E79" w:rsidRDefault="00F44E79">
      <w:pPr>
        <w:pStyle w:val="BodyText"/>
        <w:jc w:val="both"/>
        <w:rPr>
          <w:rFonts w:ascii="Courier New" w:hAnsi="Courier New" w:cs="Courier New"/>
          <w:color w:val="auto"/>
          <w:sz w:val="24"/>
          <w:szCs w:val="24"/>
        </w:rPr>
      </w:pPr>
      <w:r>
        <w:rPr>
          <w:rStyle w:val="BodyTextChar1"/>
          <w:rFonts w:cs="Georgia"/>
        </w:rPr>
        <w:t>Образный строй народного праздничного костюма — женско</w:t>
      </w:r>
      <w:r>
        <w:rPr>
          <w:rStyle w:val="BodyTextChar1"/>
          <w:rFonts w:cs="Georgia"/>
        </w:rPr>
        <w:softHyphen/>
        <w:t>го и мужского.</w:t>
      </w:r>
    </w:p>
    <w:p w:rsidR="00F44E79" w:rsidRDefault="00F44E79">
      <w:pPr>
        <w:pStyle w:val="BodyText"/>
        <w:jc w:val="both"/>
        <w:rPr>
          <w:rFonts w:ascii="Courier New" w:hAnsi="Courier New" w:cs="Courier New"/>
          <w:color w:val="auto"/>
          <w:sz w:val="24"/>
          <w:szCs w:val="24"/>
        </w:rPr>
      </w:pPr>
      <w:r>
        <w:rPr>
          <w:rStyle w:val="BodyTextChar1"/>
          <w:rFonts w:cs="Georgia"/>
        </w:rPr>
        <w:t>Традиционная конструкция русского женского костюма — северорусский (сарафан) и южнорусский (понёва) варианты.</w:t>
      </w:r>
    </w:p>
    <w:p w:rsidR="00F44E79" w:rsidRDefault="00F44E79">
      <w:pPr>
        <w:pStyle w:val="BodyText"/>
        <w:jc w:val="both"/>
        <w:rPr>
          <w:rFonts w:ascii="Courier New" w:hAnsi="Courier New" w:cs="Courier New"/>
          <w:color w:val="auto"/>
          <w:sz w:val="24"/>
          <w:szCs w:val="24"/>
        </w:rPr>
      </w:pPr>
      <w:r>
        <w:rPr>
          <w:rStyle w:val="BodyTextChar1"/>
          <w:rFonts w:cs="Georgia"/>
        </w:rPr>
        <w:t>Разнообразие форм и украшений народного праздничного ко</w:t>
      </w:r>
      <w:r>
        <w:rPr>
          <w:rStyle w:val="BodyTextChar1"/>
          <w:rFonts w:cs="Georgia"/>
        </w:rPr>
        <w:softHyphen/>
        <w:t>стюма для различных регионов страны.</w:t>
      </w:r>
    </w:p>
    <w:p w:rsidR="00F44E79" w:rsidRDefault="00F44E79">
      <w:pPr>
        <w:pStyle w:val="BodyText"/>
        <w:jc w:val="both"/>
        <w:rPr>
          <w:rFonts w:ascii="Courier New" w:hAnsi="Courier New" w:cs="Courier New"/>
          <w:color w:val="auto"/>
          <w:sz w:val="24"/>
          <w:szCs w:val="24"/>
        </w:rPr>
      </w:pPr>
      <w:r>
        <w:rPr>
          <w:rStyle w:val="BodyTextChar1"/>
          <w:rFonts w:cs="Georgia"/>
        </w:rPr>
        <w:t>Искусство народной вышивки. Вышивка в народных костю</w:t>
      </w:r>
      <w:r>
        <w:rPr>
          <w:rStyle w:val="BodyTextChar1"/>
          <w:rFonts w:cs="Georgia"/>
        </w:rPr>
        <w:softHyphen/>
        <w:t>мах и обрядах. Древнее происхождение и присутствие всех ти</w:t>
      </w:r>
      <w:r>
        <w:rPr>
          <w:rStyle w:val="BodyTextChar1"/>
          <w:rFonts w:cs="Georgia"/>
        </w:rPr>
        <w:softHyphen/>
        <w:t>пов орнаментов в народной вышивке. Символическое изобра</w:t>
      </w:r>
      <w:r>
        <w:rPr>
          <w:rStyle w:val="BodyTextChar1"/>
          <w:rFonts w:cs="Georgia"/>
        </w:rPr>
        <w:softHyphen/>
        <w:t>жение женских фигур и образов всадников в орнаментах вы</w:t>
      </w:r>
      <w:r>
        <w:rPr>
          <w:rStyle w:val="BodyTextChar1"/>
          <w:rFonts w:cs="Georgia"/>
        </w:rPr>
        <w:softHyphen/>
        <w:t>шивки. Особенности традиционных орнаментов текстильных промыслов в разных регионах страны.</w:t>
      </w:r>
    </w:p>
    <w:p w:rsidR="00F44E79" w:rsidRDefault="00F44E79">
      <w:pPr>
        <w:pStyle w:val="BodyText"/>
        <w:jc w:val="both"/>
        <w:rPr>
          <w:rFonts w:ascii="Courier New" w:hAnsi="Courier New" w:cs="Courier New"/>
          <w:color w:val="auto"/>
          <w:sz w:val="24"/>
          <w:szCs w:val="24"/>
        </w:rPr>
      </w:pPr>
      <w:r>
        <w:rPr>
          <w:rStyle w:val="BodyTextChar1"/>
          <w:rFonts w:cs="Georgia"/>
        </w:rPr>
        <w:t>Выполнение рисунков традиционных праздничных костю</w:t>
      </w:r>
      <w:r>
        <w:rPr>
          <w:rStyle w:val="BodyTextChar1"/>
          <w:rFonts w:cs="Georgia"/>
        </w:rPr>
        <w:softHyphen/>
        <w:t>мов, выражение в форме, цветовом решении, орнаментике кос</w:t>
      </w:r>
      <w:r>
        <w:rPr>
          <w:rStyle w:val="BodyTextChar1"/>
          <w:rFonts w:cs="Georgia"/>
        </w:rPr>
        <w:softHyphen/>
        <w:t>тюма черт национального своеобразия.</w:t>
      </w:r>
    </w:p>
    <w:p w:rsidR="00F44E79" w:rsidRDefault="00F44E79">
      <w:pPr>
        <w:pStyle w:val="BodyText"/>
        <w:jc w:val="both"/>
        <w:rPr>
          <w:rFonts w:ascii="Courier New" w:hAnsi="Courier New" w:cs="Courier New"/>
          <w:color w:val="auto"/>
          <w:sz w:val="24"/>
          <w:szCs w:val="24"/>
        </w:rPr>
      </w:pPr>
      <w:r>
        <w:rPr>
          <w:rStyle w:val="BodyTextChar1"/>
          <w:rFonts w:cs="Georgia"/>
        </w:rPr>
        <w:t>Народные праздники и праздничные обряды как синтез всех видов народного творчества.</w:t>
      </w:r>
    </w:p>
    <w:p w:rsidR="00F44E79" w:rsidRDefault="00F44E79">
      <w:pPr>
        <w:pStyle w:val="BodyText"/>
        <w:spacing w:after="180"/>
        <w:jc w:val="both"/>
        <w:rPr>
          <w:rFonts w:ascii="Courier New" w:hAnsi="Courier New" w:cs="Courier New"/>
          <w:color w:val="auto"/>
          <w:sz w:val="24"/>
          <w:szCs w:val="24"/>
        </w:rPr>
      </w:pPr>
      <w:r>
        <w:rPr>
          <w:rStyle w:val="BodyTextChar1"/>
          <w:rFonts w:cs="Georgia"/>
        </w:rPr>
        <w:t>Выполнение сюжетной композиции или участие в работе по созданию коллективного панно на тему традиций народных праздников.</w:t>
      </w:r>
    </w:p>
    <w:p w:rsidR="00F44E79" w:rsidRDefault="00F44E79">
      <w:pPr>
        <w:pStyle w:val="90"/>
        <w:jc w:val="both"/>
        <w:rPr>
          <w:rFonts w:ascii="Courier New" w:hAnsi="Courier New" w:cs="Courier New"/>
          <w:b w:val="0"/>
          <w:bCs w:val="0"/>
          <w:color w:val="auto"/>
          <w:sz w:val="24"/>
          <w:szCs w:val="24"/>
        </w:rPr>
      </w:pPr>
      <w:r>
        <w:rPr>
          <w:rStyle w:val="9"/>
          <w:rFonts w:cs="Trebuchet MS"/>
          <w:b/>
        </w:rPr>
        <w:t>Народные художественные промыслы</w:t>
      </w:r>
    </w:p>
    <w:p w:rsidR="00F44E79" w:rsidRDefault="00F44E79">
      <w:pPr>
        <w:pStyle w:val="BodyText"/>
        <w:jc w:val="both"/>
        <w:rPr>
          <w:rFonts w:ascii="Courier New" w:hAnsi="Courier New" w:cs="Courier New"/>
          <w:color w:val="auto"/>
          <w:sz w:val="24"/>
          <w:szCs w:val="24"/>
        </w:rPr>
      </w:pPr>
      <w:r>
        <w:rPr>
          <w:rStyle w:val="BodyTextChar1"/>
          <w:rFonts w:cs="Georgia"/>
        </w:rPr>
        <w:t>Роль и значение народных промыслов в современной жизни. Искусство и ремесло. Традиции культуры, особенные для каж</w:t>
      </w:r>
      <w:r>
        <w:rPr>
          <w:rStyle w:val="BodyTextChar1"/>
          <w:rFonts w:cs="Georgia"/>
        </w:rPr>
        <w:softHyphen/>
        <w:t>дого региона.</w:t>
      </w:r>
    </w:p>
    <w:p w:rsidR="00F44E79" w:rsidRDefault="00F44E79">
      <w:pPr>
        <w:pStyle w:val="BodyText"/>
        <w:jc w:val="both"/>
        <w:rPr>
          <w:rFonts w:ascii="Courier New" w:hAnsi="Courier New" w:cs="Courier New"/>
          <w:color w:val="auto"/>
          <w:sz w:val="24"/>
          <w:szCs w:val="24"/>
        </w:rPr>
      </w:pPr>
      <w:r>
        <w:rPr>
          <w:rStyle w:val="BodyTextChar1"/>
          <w:rFonts w:cs="Georgia"/>
        </w:rPr>
        <w:t>Многообразие видов традиционных ремёсел и происхождение художественных промыслов народов России.</w:t>
      </w:r>
    </w:p>
    <w:p w:rsidR="00F44E79" w:rsidRDefault="00F44E79">
      <w:pPr>
        <w:pStyle w:val="BodyText"/>
        <w:jc w:val="both"/>
        <w:rPr>
          <w:rFonts w:ascii="Courier New" w:hAnsi="Courier New" w:cs="Courier New"/>
          <w:color w:val="auto"/>
          <w:sz w:val="24"/>
          <w:szCs w:val="24"/>
        </w:rPr>
      </w:pPr>
      <w:r>
        <w:rPr>
          <w:rStyle w:val="BodyTextChar1"/>
          <w:rFonts w:cs="Georgia"/>
        </w:rPr>
        <w:t>Разнообразие материалов народных ремёсел и их связь с ре</w:t>
      </w:r>
      <w:r>
        <w:rPr>
          <w:rStyle w:val="BodyTextChar1"/>
          <w:rFonts w:cs="Georgia"/>
        </w:rPr>
        <w:softHyphen/>
        <w:t>гионально-национальным бытом (дерево, береста, керамика, металл, кость, мех и кожа, шерсть и лён и др.).</w:t>
      </w:r>
    </w:p>
    <w:p w:rsidR="00F44E79" w:rsidRDefault="00F44E79">
      <w:pPr>
        <w:pStyle w:val="BodyText"/>
        <w:jc w:val="both"/>
        <w:rPr>
          <w:rFonts w:ascii="Courier New" w:hAnsi="Courier New" w:cs="Courier New"/>
          <w:color w:val="auto"/>
          <w:sz w:val="24"/>
          <w:szCs w:val="24"/>
        </w:rPr>
      </w:pPr>
      <w:r>
        <w:rPr>
          <w:rStyle w:val="BodyTextChar1"/>
          <w:rFonts w:cs="Georgia"/>
        </w:rPr>
        <w:t>Традиционные древние образы в современных игрушках на</w:t>
      </w:r>
      <w:r>
        <w:rPr>
          <w:rStyle w:val="BodyTextChar1"/>
          <w:rFonts w:cs="Georgia"/>
        </w:rPr>
        <w:softHyphen/>
        <w:t>родных промыслов. Особенности цветового строя, основные ор</w:t>
      </w:r>
      <w:r>
        <w:rPr>
          <w:rStyle w:val="BodyTextChar1"/>
          <w:rFonts w:cs="Georgia"/>
        </w:rPr>
        <w:softHyphen/>
        <w:t>наментальные элементы росписи филимоновской, дымковской, каргопольской игрушки. Местные промыслы игрушек разных регионов страны.</w:t>
      </w:r>
    </w:p>
    <w:p w:rsidR="00F44E79" w:rsidRDefault="00F44E79">
      <w:pPr>
        <w:pStyle w:val="BodyText"/>
        <w:spacing w:after="120"/>
        <w:jc w:val="both"/>
        <w:rPr>
          <w:rFonts w:ascii="Courier New" w:hAnsi="Courier New" w:cs="Courier New"/>
          <w:color w:val="auto"/>
          <w:sz w:val="24"/>
          <w:szCs w:val="24"/>
        </w:rPr>
      </w:pPr>
      <w:r>
        <w:rPr>
          <w:rStyle w:val="BodyTextChar1"/>
          <w:rFonts w:cs="Georgia"/>
        </w:rPr>
        <w:t>Создание эскиза игрушки по мотивам избранного про</w:t>
      </w:r>
      <w:r>
        <w:rPr>
          <w:rStyle w:val="BodyTextChar1"/>
          <w:rFonts w:cs="Georgia"/>
        </w:rPr>
        <w:softHyphen/>
        <w:t>мысла.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BodyTextChar1"/>
          <w:rFonts w:cs="Georgia"/>
        </w:rPr>
        <w:softHyphen/>
        <w:t>ность выполнения травного орнамента. Праздничность изделий «золотой хохломы».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BodyTextChar1"/>
          <w:rFonts w:cs="Georgia"/>
        </w:rPr>
        <w:softHyphen/>
        <w:t>позиций. Сюжетные мотивы, основные приёмы и композицион</w:t>
      </w:r>
      <w:r>
        <w:rPr>
          <w:rStyle w:val="BodyTextChar1"/>
          <w:rFonts w:cs="Georgia"/>
        </w:rPr>
        <w:softHyphen/>
        <w:t>ные особенности городецкой росписи.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BodyTextChar1"/>
          <w:rFonts w:cs="Georgia"/>
        </w:rPr>
        <w:softHyphen/>
        <w:t>вы росписи посуды. Приёмы мазка, тональный контраст, со</w:t>
      </w:r>
      <w:r>
        <w:rPr>
          <w:rStyle w:val="BodyTextChar1"/>
          <w:rFonts w:cs="Georgia"/>
        </w:rPr>
        <w:softHyphen/>
        <w:t>четание пятна и линии.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Роспись по металлу. Жостово. Краткие сведения по истории промысла. Разнообразие форм подносов, цветового и компози</w:t>
      </w:r>
      <w:r>
        <w:rPr>
          <w:rStyle w:val="BodyTextChar1"/>
          <w:rFonts w:cs="Georgia"/>
        </w:rPr>
        <w:softHyphen/>
        <w:t>ционного решения росписей. Приёмы свободной кистевой им</w:t>
      </w:r>
      <w:r>
        <w:rPr>
          <w:rStyle w:val="BodyTextChar1"/>
          <w:rFonts w:cs="Georgia"/>
        </w:rPr>
        <w:softHyphen/>
        <w:t>провизации в живописи цветочных букетов. Эффект освещён</w:t>
      </w:r>
      <w:r>
        <w:rPr>
          <w:rStyle w:val="BodyTextChar1"/>
          <w:rFonts w:cs="Georgia"/>
        </w:rPr>
        <w:softHyphen/>
        <w:t>ности и объёмности изображения.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Древние традиции художественной обработки металла в раз</w:t>
      </w:r>
      <w:r>
        <w:rPr>
          <w:rStyle w:val="BodyTextChar1"/>
          <w:rFonts w:cs="Georgia"/>
        </w:rPr>
        <w:softHyphen/>
        <w:t>ных регионах страны. Разнообразие назначения предметов и художественно-технических приёмов работы с металлом.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BodyTextChar1"/>
          <w:rFonts w:cs="Georgia"/>
        </w:rPr>
        <w:softHyphen/>
        <w:t>ности стиля каждой школы. Роль искусства лаковой миниатюры в сохранении и развитии традиций отечественной культуры.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Мир сказок и легенд, примет и оберегов в творчестве масте</w:t>
      </w:r>
      <w:r>
        <w:rPr>
          <w:rStyle w:val="BodyTextChar1"/>
          <w:rFonts w:cs="Georgia"/>
        </w:rPr>
        <w:softHyphen/>
        <w:t>ров художественных промыслов.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Отражение в изделиях народных промыслов многообразия исторических, духовных и культурных традиций.</w:t>
      </w:r>
    </w:p>
    <w:p w:rsidR="00F44E79" w:rsidRDefault="00F44E79">
      <w:pPr>
        <w:pStyle w:val="BodyText"/>
        <w:spacing w:after="140" w:line="269" w:lineRule="auto"/>
        <w:jc w:val="both"/>
        <w:rPr>
          <w:rFonts w:ascii="Courier New" w:hAnsi="Courier New" w:cs="Courier New"/>
          <w:color w:val="auto"/>
          <w:sz w:val="24"/>
          <w:szCs w:val="24"/>
        </w:rPr>
      </w:pPr>
      <w:r>
        <w:rPr>
          <w:rStyle w:val="BodyTextChar1"/>
          <w:rFonts w:cs="Georgia"/>
        </w:rPr>
        <w:t>Народные художественные ремёсла и промыслы — матери</w:t>
      </w:r>
      <w:r>
        <w:rPr>
          <w:rStyle w:val="BodyTextChar1"/>
          <w:rFonts w:cs="Georgia"/>
        </w:rPr>
        <w:softHyphen/>
        <w:t>альные и духовные ценности, неотъемлемая часть культурного наследия России.</w:t>
      </w:r>
    </w:p>
    <w:p w:rsidR="00F44E79" w:rsidRDefault="00F44E79">
      <w:pPr>
        <w:pStyle w:val="90"/>
        <w:jc w:val="both"/>
        <w:rPr>
          <w:rFonts w:ascii="Courier New" w:hAnsi="Courier New" w:cs="Courier New"/>
          <w:b w:val="0"/>
          <w:bCs w:val="0"/>
          <w:color w:val="auto"/>
          <w:sz w:val="24"/>
          <w:szCs w:val="24"/>
        </w:rPr>
      </w:pPr>
      <w:r>
        <w:rPr>
          <w:rStyle w:val="9"/>
          <w:rFonts w:cs="Trebuchet MS"/>
          <w:b/>
        </w:rPr>
        <w:t>Декоративно-прикладное искусство в культуре разных эпох и народов</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Роль декоративно-прикладного искусства в культуре древних цивилизаций.</w:t>
      </w:r>
    </w:p>
    <w:p w:rsidR="00F44E79" w:rsidRDefault="00F44E79">
      <w:pPr>
        <w:pStyle w:val="BodyText"/>
        <w:spacing w:after="100" w:line="266" w:lineRule="auto"/>
        <w:jc w:val="both"/>
        <w:rPr>
          <w:rFonts w:ascii="Courier New" w:hAnsi="Courier New" w:cs="Courier New"/>
          <w:color w:val="auto"/>
          <w:sz w:val="24"/>
          <w:szCs w:val="24"/>
        </w:rPr>
      </w:pPr>
      <w:r>
        <w:rPr>
          <w:rStyle w:val="BodyTextChar1"/>
          <w:rFonts w:cs="Georgia"/>
        </w:rPr>
        <w:t>Отражение в декоре мировоззрения эпохи, организации об</w:t>
      </w:r>
      <w:r>
        <w:rPr>
          <w:rStyle w:val="BodyTextChar1"/>
          <w:rFonts w:cs="Georgia"/>
        </w:rPr>
        <w:softHyphen/>
        <w:t>щества, традиций быта и ремесла, уклада жизни людей.</w:t>
      </w:r>
    </w:p>
    <w:p w:rsidR="00F44E79" w:rsidRDefault="00F44E79">
      <w:pPr>
        <w:pStyle w:val="BodyText"/>
        <w:jc w:val="both"/>
        <w:rPr>
          <w:rFonts w:ascii="Courier New" w:hAnsi="Courier New" w:cs="Courier New"/>
          <w:color w:val="auto"/>
          <w:sz w:val="24"/>
          <w:szCs w:val="24"/>
        </w:rPr>
      </w:pPr>
      <w:r>
        <w:rPr>
          <w:rStyle w:val="BodyTextChar1"/>
          <w:rFonts w:cs="Georgia"/>
        </w:rPr>
        <w:t>Характерные признаки произведений декоративно-приклад</w:t>
      </w:r>
      <w:r>
        <w:rPr>
          <w:rStyle w:val="BodyTextChar1"/>
          <w:rFonts w:cs="Georgia"/>
        </w:rPr>
        <w:softHyphen/>
        <w:t>ного искусства, основные мотивы и символика орнаментов в культуре разных эпох.</w:t>
      </w:r>
    </w:p>
    <w:p w:rsidR="00F44E79" w:rsidRDefault="00F44E79">
      <w:pPr>
        <w:pStyle w:val="BodyText"/>
        <w:jc w:val="both"/>
        <w:rPr>
          <w:rFonts w:ascii="Courier New" w:hAnsi="Courier New" w:cs="Courier New"/>
          <w:color w:val="auto"/>
          <w:sz w:val="24"/>
          <w:szCs w:val="24"/>
        </w:rPr>
      </w:pPr>
      <w:r>
        <w:rPr>
          <w:rStyle w:val="BodyTextChar1"/>
          <w:rFonts w:cs="Georgia"/>
        </w:rPr>
        <w:t>Характерные особенности одежды для культуры разных эпох и народов. Выражение образа человека, его положения в обще</w:t>
      </w:r>
      <w:r>
        <w:rPr>
          <w:rStyle w:val="BodyTextChar1"/>
          <w:rFonts w:cs="Georgia"/>
        </w:rPr>
        <w:softHyphen/>
        <w:t>стве и характера деятельности в его костюме и его украшениях.</w:t>
      </w:r>
    </w:p>
    <w:p w:rsidR="00F44E79" w:rsidRDefault="00F44E79">
      <w:pPr>
        <w:pStyle w:val="BodyText"/>
        <w:spacing w:after="140"/>
        <w:jc w:val="both"/>
        <w:rPr>
          <w:rFonts w:ascii="Courier New" w:hAnsi="Courier New" w:cs="Courier New"/>
          <w:color w:val="auto"/>
          <w:sz w:val="24"/>
          <w:szCs w:val="24"/>
        </w:rPr>
      </w:pPr>
      <w:r>
        <w:rPr>
          <w:rStyle w:val="BodyTextChar1"/>
          <w:rFonts w:cs="Georgia"/>
        </w:rPr>
        <w:t>Украшение жизненного пространства: построений, интерье</w:t>
      </w:r>
      <w:r>
        <w:rPr>
          <w:rStyle w:val="BodyTextChar1"/>
          <w:rFonts w:cs="Georgia"/>
        </w:rPr>
        <w:softHyphen/>
        <w:t>ров, предметов быта — в культуре разных эпох.</w:t>
      </w:r>
    </w:p>
    <w:p w:rsidR="00F44E79" w:rsidRDefault="00F44E79">
      <w:pPr>
        <w:pStyle w:val="90"/>
        <w:jc w:val="both"/>
        <w:rPr>
          <w:rFonts w:ascii="Courier New" w:hAnsi="Courier New" w:cs="Courier New"/>
          <w:b w:val="0"/>
          <w:bCs w:val="0"/>
          <w:color w:val="auto"/>
          <w:sz w:val="24"/>
          <w:szCs w:val="24"/>
        </w:rPr>
      </w:pPr>
      <w:r>
        <w:rPr>
          <w:rStyle w:val="9"/>
          <w:rFonts w:cs="Trebuchet MS"/>
          <w:b/>
        </w:rPr>
        <w:t>Декоративно-прикладное искусство в жизни современного человека</w:t>
      </w:r>
    </w:p>
    <w:p w:rsidR="00F44E79" w:rsidRDefault="00F44E79">
      <w:pPr>
        <w:pStyle w:val="BodyText"/>
        <w:jc w:val="both"/>
        <w:rPr>
          <w:rFonts w:ascii="Courier New" w:hAnsi="Courier New" w:cs="Courier New"/>
          <w:color w:val="auto"/>
          <w:sz w:val="24"/>
          <w:szCs w:val="24"/>
        </w:rPr>
      </w:pPr>
      <w:r>
        <w:rPr>
          <w:rStyle w:val="BodyTextChar1"/>
          <w:rFonts w:cs="Georgia"/>
        </w:rPr>
        <w:t>Многообразие материалов и техник современного декоратив</w:t>
      </w:r>
      <w:r>
        <w:rPr>
          <w:rStyle w:val="BodyTextChar1"/>
          <w:rFonts w:cs="Georgia"/>
        </w:rPr>
        <w:softHyphen/>
        <w:t>но-прикладного искусства (художественная керамика, стекло, металл, гобелен, роспись по ткани, моделирование одежды).</w:t>
      </w:r>
    </w:p>
    <w:p w:rsidR="00F44E79" w:rsidRDefault="00F44E79">
      <w:pPr>
        <w:pStyle w:val="BodyText"/>
        <w:jc w:val="both"/>
        <w:rPr>
          <w:rFonts w:ascii="Courier New" w:hAnsi="Courier New" w:cs="Courier New"/>
          <w:color w:val="auto"/>
          <w:sz w:val="24"/>
          <w:szCs w:val="24"/>
        </w:rPr>
      </w:pPr>
      <w:r>
        <w:rPr>
          <w:rStyle w:val="BodyTextChar1"/>
          <w:rFonts w:cs="Georgia"/>
        </w:rPr>
        <w:t>Символический знак в современной жизни: эмблема, лого</w:t>
      </w:r>
      <w:r>
        <w:rPr>
          <w:rStyle w:val="BodyTextChar1"/>
          <w:rFonts w:cs="Georgia"/>
        </w:rPr>
        <w:softHyphen/>
        <w:t>тип, указующий или декоративный знак.</w:t>
      </w:r>
    </w:p>
    <w:p w:rsidR="00F44E79" w:rsidRDefault="00F44E79">
      <w:pPr>
        <w:pStyle w:val="BodyText"/>
        <w:jc w:val="both"/>
        <w:rPr>
          <w:rFonts w:ascii="Courier New" w:hAnsi="Courier New" w:cs="Courier New"/>
          <w:color w:val="auto"/>
          <w:sz w:val="24"/>
          <w:szCs w:val="24"/>
        </w:rPr>
      </w:pPr>
      <w:r>
        <w:rPr>
          <w:rStyle w:val="BodyTextChar1"/>
          <w:rFonts w:cs="Georgia"/>
        </w:rPr>
        <w:t>Государственная символика и традиции геральдики.</w:t>
      </w:r>
    </w:p>
    <w:p w:rsidR="00F44E79" w:rsidRDefault="00F44E79">
      <w:pPr>
        <w:pStyle w:val="BodyText"/>
        <w:jc w:val="both"/>
        <w:rPr>
          <w:rFonts w:ascii="Courier New" w:hAnsi="Courier New" w:cs="Courier New"/>
          <w:color w:val="auto"/>
          <w:sz w:val="24"/>
          <w:szCs w:val="24"/>
        </w:rPr>
      </w:pPr>
      <w:r>
        <w:rPr>
          <w:rStyle w:val="BodyTextChar1"/>
          <w:rFonts w:cs="Georgia"/>
        </w:rPr>
        <w:t>Декоративные украшения предметов нашего быта и одежды.</w:t>
      </w:r>
    </w:p>
    <w:p w:rsidR="00F44E79" w:rsidRDefault="00F44E79">
      <w:pPr>
        <w:pStyle w:val="BodyText"/>
        <w:jc w:val="both"/>
        <w:rPr>
          <w:rFonts w:ascii="Courier New" w:hAnsi="Courier New" w:cs="Courier New"/>
          <w:color w:val="auto"/>
          <w:sz w:val="24"/>
          <w:szCs w:val="24"/>
        </w:rPr>
      </w:pPr>
      <w:r>
        <w:rPr>
          <w:rStyle w:val="BodyTextChar1"/>
          <w:rFonts w:cs="Georgia"/>
        </w:rPr>
        <w:t>Значение украшений в проявлении образа человека, его ха</w:t>
      </w:r>
      <w:r>
        <w:rPr>
          <w:rStyle w:val="BodyTextChar1"/>
          <w:rFonts w:cs="Georgia"/>
        </w:rPr>
        <w:softHyphen/>
        <w:t>рактера, самопонимания, установок и намерений.</w:t>
      </w:r>
    </w:p>
    <w:p w:rsidR="00F44E79" w:rsidRDefault="00F44E79">
      <w:pPr>
        <w:pStyle w:val="BodyText"/>
        <w:jc w:val="both"/>
        <w:rPr>
          <w:rFonts w:ascii="Courier New" w:hAnsi="Courier New" w:cs="Courier New"/>
          <w:color w:val="auto"/>
          <w:sz w:val="24"/>
          <w:szCs w:val="24"/>
        </w:rPr>
      </w:pPr>
      <w:r>
        <w:rPr>
          <w:rStyle w:val="BodyTextChar1"/>
          <w:rFonts w:cs="Georgia"/>
        </w:rPr>
        <w:t>Декор на улицах и декор помещений.</w:t>
      </w:r>
    </w:p>
    <w:p w:rsidR="00F44E79" w:rsidRDefault="00F44E79">
      <w:pPr>
        <w:pStyle w:val="BodyText"/>
        <w:jc w:val="both"/>
        <w:rPr>
          <w:rFonts w:ascii="Courier New" w:hAnsi="Courier New" w:cs="Courier New"/>
          <w:color w:val="auto"/>
          <w:sz w:val="24"/>
          <w:szCs w:val="24"/>
        </w:rPr>
      </w:pPr>
      <w:r>
        <w:rPr>
          <w:rStyle w:val="BodyTextChar1"/>
          <w:rFonts w:cs="Georgia"/>
        </w:rPr>
        <w:t>Декор праздничный и повседневный.</w:t>
      </w:r>
    </w:p>
    <w:p w:rsidR="00F44E79" w:rsidRDefault="00F44E79">
      <w:pPr>
        <w:pStyle w:val="BodyText"/>
        <w:spacing w:after="380"/>
        <w:jc w:val="both"/>
        <w:rPr>
          <w:rFonts w:ascii="Courier New" w:hAnsi="Courier New" w:cs="Courier New"/>
          <w:color w:val="auto"/>
          <w:sz w:val="24"/>
          <w:szCs w:val="24"/>
        </w:rPr>
      </w:pPr>
      <w:r>
        <w:rPr>
          <w:rStyle w:val="BodyTextChar1"/>
          <w:rFonts w:cs="Georgia"/>
        </w:rPr>
        <w:t>Праздничное оформление школы.</w:t>
      </w:r>
    </w:p>
    <w:p w:rsidR="00F44E79" w:rsidRDefault="00F44E79">
      <w:pPr>
        <w:pStyle w:val="33"/>
        <w:keepNext/>
        <w:keepLines/>
        <w:spacing w:after="60" w:line="283" w:lineRule="auto"/>
        <w:jc w:val="both"/>
        <w:rPr>
          <w:rFonts w:ascii="Courier New" w:hAnsi="Courier New" w:cs="Courier New"/>
          <w:b w:val="0"/>
          <w:bCs w:val="0"/>
          <w:color w:val="auto"/>
          <w:sz w:val="24"/>
          <w:szCs w:val="24"/>
        </w:rPr>
      </w:pPr>
      <w:bookmarkStart w:id="706" w:name="bookmark4537"/>
      <w:bookmarkStart w:id="707" w:name="bookmark4538"/>
      <w:bookmarkStart w:id="708" w:name="bookmark4539"/>
      <w:r>
        <w:rPr>
          <w:rStyle w:val="32"/>
          <w:rFonts w:cs="Arial"/>
          <w:b/>
        </w:rPr>
        <w:t>Модуль № 2 «Живопись, графика, скульптура»</w:t>
      </w:r>
      <w:bookmarkEnd w:id="706"/>
      <w:bookmarkEnd w:id="707"/>
      <w:bookmarkEnd w:id="708"/>
    </w:p>
    <w:p w:rsidR="00F44E79" w:rsidRDefault="00F44E79">
      <w:pPr>
        <w:pStyle w:val="BodyText"/>
        <w:jc w:val="both"/>
        <w:rPr>
          <w:rFonts w:ascii="Courier New" w:hAnsi="Courier New" w:cs="Courier New"/>
          <w:color w:val="auto"/>
          <w:sz w:val="24"/>
          <w:szCs w:val="24"/>
        </w:rPr>
      </w:pPr>
      <w:r>
        <w:rPr>
          <w:rStyle w:val="BodyTextChar1"/>
          <w:rFonts w:cs="Georgia"/>
          <w:i/>
          <w:iCs/>
        </w:rPr>
        <w:t>Общие сведения о видах искусства</w:t>
      </w:r>
    </w:p>
    <w:p w:rsidR="00F44E79" w:rsidRDefault="00F44E79">
      <w:pPr>
        <w:pStyle w:val="BodyText"/>
        <w:jc w:val="both"/>
        <w:rPr>
          <w:rFonts w:ascii="Courier New" w:hAnsi="Courier New" w:cs="Courier New"/>
          <w:color w:val="auto"/>
          <w:sz w:val="24"/>
          <w:szCs w:val="24"/>
        </w:rPr>
      </w:pPr>
      <w:r>
        <w:rPr>
          <w:rStyle w:val="BodyTextChar1"/>
          <w:rFonts w:cs="Georgia"/>
        </w:rPr>
        <w:t>Пространственные и временные виды искусства.</w:t>
      </w:r>
    </w:p>
    <w:p w:rsidR="00F44E79" w:rsidRDefault="00F44E79">
      <w:pPr>
        <w:pStyle w:val="BodyText"/>
        <w:jc w:val="both"/>
        <w:rPr>
          <w:rFonts w:ascii="Courier New" w:hAnsi="Courier New" w:cs="Courier New"/>
          <w:color w:val="auto"/>
          <w:sz w:val="24"/>
          <w:szCs w:val="24"/>
        </w:rPr>
      </w:pPr>
      <w:r>
        <w:rPr>
          <w:rStyle w:val="BodyTextChar1"/>
          <w:rFonts w:cs="Georgia"/>
        </w:rPr>
        <w:t>Изобразительные, конструктивные и декоративные виды пространственных искусств, их место и назначение в жизни лю</w:t>
      </w:r>
      <w:r>
        <w:rPr>
          <w:rStyle w:val="BodyTextChar1"/>
          <w:rFonts w:cs="Georgia"/>
        </w:rPr>
        <w:softHyphen/>
        <w:t>дей.</w:t>
      </w:r>
    </w:p>
    <w:p w:rsidR="00F44E79" w:rsidRDefault="00F44E79">
      <w:pPr>
        <w:pStyle w:val="BodyText"/>
        <w:jc w:val="both"/>
        <w:rPr>
          <w:rFonts w:ascii="Courier New" w:hAnsi="Courier New" w:cs="Courier New"/>
          <w:color w:val="auto"/>
          <w:sz w:val="24"/>
          <w:szCs w:val="24"/>
        </w:rPr>
      </w:pPr>
      <w:r>
        <w:rPr>
          <w:rStyle w:val="BodyTextChar1"/>
          <w:rFonts w:cs="Georgia"/>
        </w:rPr>
        <w:t>Основные виды живописи, графики и скульптуры.</w:t>
      </w:r>
    </w:p>
    <w:p w:rsidR="00F44E79" w:rsidRDefault="00F44E79">
      <w:pPr>
        <w:pStyle w:val="BodyText"/>
        <w:spacing w:after="140"/>
        <w:jc w:val="both"/>
        <w:rPr>
          <w:rFonts w:ascii="Courier New" w:hAnsi="Courier New" w:cs="Courier New"/>
          <w:color w:val="auto"/>
          <w:sz w:val="24"/>
          <w:szCs w:val="24"/>
        </w:rPr>
      </w:pPr>
      <w:r>
        <w:rPr>
          <w:rStyle w:val="BodyTextChar1"/>
          <w:rFonts w:cs="Georgia"/>
        </w:rPr>
        <w:t>Художник и зритель: зрительские умения, знания и творче</w:t>
      </w:r>
      <w:r>
        <w:rPr>
          <w:rStyle w:val="BodyTextChar1"/>
          <w:rFonts w:cs="Georgia"/>
        </w:rPr>
        <w:softHyphen/>
        <w:t>ство зрителя.</w:t>
      </w:r>
    </w:p>
    <w:p w:rsidR="00F44E79" w:rsidRDefault="00F44E79">
      <w:pPr>
        <w:pStyle w:val="90"/>
        <w:jc w:val="both"/>
        <w:rPr>
          <w:rFonts w:ascii="Courier New" w:hAnsi="Courier New" w:cs="Courier New"/>
          <w:b w:val="0"/>
          <w:bCs w:val="0"/>
          <w:color w:val="auto"/>
          <w:sz w:val="24"/>
          <w:szCs w:val="24"/>
        </w:rPr>
      </w:pPr>
      <w:r>
        <w:rPr>
          <w:rStyle w:val="9"/>
          <w:rFonts w:cs="Trebuchet MS"/>
          <w:b/>
        </w:rPr>
        <w:t>Язык изобразительного искусства и его выразительные средства</w:t>
      </w:r>
    </w:p>
    <w:p w:rsidR="00F44E79" w:rsidRDefault="00F44E79">
      <w:pPr>
        <w:pStyle w:val="BodyText"/>
        <w:jc w:val="both"/>
        <w:rPr>
          <w:rFonts w:ascii="Courier New" w:hAnsi="Courier New" w:cs="Courier New"/>
          <w:color w:val="auto"/>
          <w:sz w:val="24"/>
          <w:szCs w:val="24"/>
        </w:rPr>
      </w:pPr>
      <w:r>
        <w:rPr>
          <w:rStyle w:val="BodyTextChar1"/>
          <w:rFonts w:cs="Georgia"/>
        </w:rPr>
        <w:t>Живописные, графические и скульптурные художественные материалы, их особые свойства.</w:t>
      </w:r>
    </w:p>
    <w:p w:rsidR="00F44E79" w:rsidRDefault="00F44E79">
      <w:pPr>
        <w:pStyle w:val="BodyText"/>
        <w:jc w:val="both"/>
        <w:rPr>
          <w:rFonts w:ascii="Courier New" w:hAnsi="Courier New" w:cs="Courier New"/>
          <w:color w:val="auto"/>
          <w:sz w:val="24"/>
          <w:szCs w:val="24"/>
        </w:rPr>
      </w:pPr>
      <w:r>
        <w:rPr>
          <w:rStyle w:val="BodyTextChar1"/>
          <w:rFonts w:cs="Georgia"/>
        </w:rPr>
        <w:t>Рисунок — основа изобразительного искусства и мастерства художника.</w:t>
      </w:r>
    </w:p>
    <w:p w:rsidR="00F44E79" w:rsidRDefault="00F44E79">
      <w:pPr>
        <w:pStyle w:val="BodyText"/>
        <w:jc w:val="both"/>
        <w:rPr>
          <w:rFonts w:ascii="Courier New" w:hAnsi="Courier New" w:cs="Courier New"/>
          <w:color w:val="auto"/>
          <w:sz w:val="24"/>
          <w:szCs w:val="24"/>
        </w:rPr>
      </w:pPr>
      <w:r>
        <w:rPr>
          <w:rStyle w:val="BodyTextChar1"/>
          <w:rFonts w:cs="Georgia"/>
        </w:rPr>
        <w:t>Виды рисунка: зарисовка, набросок, учебный рисунок и твор</w:t>
      </w:r>
      <w:r>
        <w:rPr>
          <w:rStyle w:val="BodyTextChar1"/>
          <w:rFonts w:cs="Georgia"/>
        </w:rPr>
        <w:softHyphen/>
        <w:t>ческий рисунок.</w:t>
      </w:r>
    </w:p>
    <w:p w:rsidR="00F44E79" w:rsidRDefault="00F44E79">
      <w:pPr>
        <w:pStyle w:val="BodyText"/>
        <w:spacing w:after="100"/>
        <w:jc w:val="both"/>
        <w:rPr>
          <w:rFonts w:ascii="Courier New" w:hAnsi="Courier New" w:cs="Courier New"/>
          <w:color w:val="auto"/>
          <w:sz w:val="24"/>
          <w:szCs w:val="24"/>
        </w:rPr>
      </w:pPr>
      <w:r>
        <w:rPr>
          <w:rStyle w:val="BodyTextChar1"/>
          <w:rFonts w:cs="Georgia"/>
        </w:rPr>
        <w:t>Навыки размещения рисунка в листе, выбор формата.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Начальные умения рисунка с натуры. Зарисовки простых предметов.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Линейные графические рисунки и наброски.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Тон и тональные отношения: тёмное — светлое.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Ритм и ритмическая организация плоскости листа.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Основы цветоведения: понятие цвета в художественной дея</w:t>
      </w:r>
      <w:r>
        <w:rPr>
          <w:rStyle w:val="BodyTextChar1"/>
          <w:rFonts w:cs="Georgia"/>
        </w:rPr>
        <w:softHyphen/>
        <w:t>тельности, физическая основа цвета, цветовой круг, основные и составные цвета, дополнительные цвета.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Цвет как выразительное средство в изобразительном искус</w:t>
      </w:r>
      <w:r>
        <w:rPr>
          <w:rStyle w:val="BodyTextChar1"/>
          <w:rFonts w:cs="Georgia"/>
        </w:rPr>
        <w:softHyphen/>
        <w:t>стве: холодный и тёплый цвет, понятие цветовых отношений; колорит в живописи.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Виды скульптуры и характер материала в скульптуре. Скуль</w:t>
      </w:r>
      <w:r>
        <w:rPr>
          <w:rStyle w:val="BodyTextChar1"/>
          <w:rFonts w:cs="Georgia"/>
        </w:rPr>
        <w:softHyphen/>
        <w:t>птурные памятники, парковая скульптура, камерная скульптура.</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Статика и движение в скульптуре. Круглая скульптура. Про</w:t>
      </w:r>
      <w:r>
        <w:rPr>
          <w:rStyle w:val="BodyTextChar1"/>
          <w:rFonts w:cs="Georgia"/>
        </w:rPr>
        <w:softHyphen/>
        <w:t>изведения мелкой пластики. Виды рельефа.</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Жанры изобразительного искусства</w:t>
      </w:r>
    </w:p>
    <w:p w:rsidR="00F44E79" w:rsidRDefault="00F44E79">
      <w:pPr>
        <w:pStyle w:val="BodyText"/>
        <w:jc w:val="both"/>
        <w:rPr>
          <w:rFonts w:ascii="Courier New" w:hAnsi="Courier New" w:cs="Courier New"/>
          <w:color w:val="auto"/>
          <w:sz w:val="24"/>
          <w:szCs w:val="24"/>
        </w:rPr>
      </w:pPr>
      <w:r>
        <w:rPr>
          <w:rStyle w:val="BodyTextChar1"/>
          <w:rFonts w:cs="Georgia"/>
        </w:rPr>
        <w:t>Жанровая система в изобразительном искусстве как инстру</w:t>
      </w:r>
      <w:r>
        <w:rPr>
          <w:rStyle w:val="BodyTextChar1"/>
          <w:rFonts w:cs="Georgia"/>
        </w:rPr>
        <w:softHyphen/>
        <w:t>мент для сравнения и анализа произведений изобразительного искусства.</w:t>
      </w:r>
    </w:p>
    <w:p w:rsidR="00F44E79" w:rsidRDefault="00F44E79">
      <w:pPr>
        <w:pStyle w:val="BodyText"/>
        <w:spacing w:after="100"/>
        <w:jc w:val="both"/>
        <w:rPr>
          <w:rFonts w:ascii="Courier New" w:hAnsi="Courier New" w:cs="Courier New"/>
          <w:color w:val="auto"/>
          <w:sz w:val="24"/>
          <w:szCs w:val="24"/>
        </w:rPr>
      </w:pPr>
      <w:r>
        <w:rPr>
          <w:rStyle w:val="BodyTextChar1"/>
          <w:rFonts w:cs="Georgia"/>
        </w:rPr>
        <w:t>Предмет изображения, сюжет и содержание произведения изобразительного искусства.</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Натюрморт</w:t>
      </w:r>
    </w:p>
    <w:p w:rsidR="00F44E79" w:rsidRDefault="00F44E79">
      <w:pPr>
        <w:pStyle w:val="BodyText"/>
        <w:jc w:val="both"/>
        <w:rPr>
          <w:rFonts w:ascii="Courier New" w:hAnsi="Courier New" w:cs="Courier New"/>
          <w:color w:val="auto"/>
          <w:sz w:val="24"/>
          <w:szCs w:val="24"/>
        </w:rPr>
      </w:pPr>
      <w:r>
        <w:rPr>
          <w:rStyle w:val="BodyTextChar1"/>
          <w:rFonts w:cs="Georgia"/>
        </w:rPr>
        <w:t>Изображение предметного мира в изобразительном искусстве и появление жанра натюрморта в европейском и отечественном искусстве.</w:t>
      </w:r>
    </w:p>
    <w:p w:rsidR="00F44E79" w:rsidRDefault="00F44E79">
      <w:pPr>
        <w:pStyle w:val="BodyText"/>
        <w:jc w:val="both"/>
        <w:rPr>
          <w:rFonts w:ascii="Courier New" w:hAnsi="Courier New" w:cs="Courier New"/>
          <w:color w:val="auto"/>
          <w:sz w:val="24"/>
          <w:szCs w:val="24"/>
        </w:rPr>
      </w:pPr>
      <w:r>
        <w:rPr>
          <w:rStyle w:val="BodyTextChar1"/>
          <w:rFonts w:cs="Georgia"/>
        </w:rPr>
        <w:t>Основы графической грамоты: правила объёмного изображе</w:t>
      </w:r>
      <w:r>
        <w:rPr>
          <w:rStyle w:val="BodyTextChar1"/>
          <w:rFonts w:cs="Georgia"/>
        </w:rPr>
        <w:softHyphen/>
        <w:t>ния предметов на плоскости.</w:t>
      </w:r>
    </w:p>
    <w:p w:rsidR="00F44E79" w:rsidRDefault="00F44E79">
      <w:pPr>
        <w:pStyle w:val="BodyText"/>
        <w:jc w:val="both"/>
        <w:rPr>
          <w:rFonts w:ascii="Courier New" w:hAnsi="Courier New" w:cs="Courier New"/>
          <w:color w:val="auto"/>
          <w:sz w:val="24"/>
          <w:szCs w:val="24"/>
        </w:rPr>
      </w:pPr>
      <w:r>
        <w:rPr>
          <w:rStyle w:val="BodyTextChar1"/>
          <w:rFonts w:cs="Georgia"/>
        </w:rPr>
        <w:t>Линейное построение предмета в пространстве: линия гори</w:t>
      </w:r>
      <w:r>
        <w:rPr>
          <w:rStyle w:val="BodyTextChar1"/>
          <w:rFonts w:cs="Georgia"/>
        </w:rPr>
        <w:softHyphen/>
        <w:t>зонта, точка зрения и точка схода, правила перспективных со</w:t>
      </w:r>
      <w:r>
        <w:rPr>
          <w:rStyle w:val="BodyTextChar1"/>
          <w:rFonts w:cs="Georgia"/>
        </w:rPr>
        <w:softHyphen/>
        <w:t>кращений.</w:t>
      </w:r>
    </w:p>
    <w:p w:rsidR="00F44E79" w:rsidRDefault="00F44E79">
      <w:pPr>
        <w:pStyle w:val="BodyText"/>
        <w:jc w:val="both"/>
        <w:rPr>
          <w:rFonts w:ascii="Courier New" w:hAnsi="Courier New" w:cs="Courier New"/>
          <w:color w:val="auto"/>
          <w:sz w:val="24"/>
          <w:szCs w:val="24"/>
        </w:rPr>
      </w:pPr>
      <w:r>
        <w:rPr>
          <w:rStyle w:val="BodyTextChar1"/>
          <w:rFonts w:cs="Georgia"/>
        </w:rPr>
        <w:t>Изображение окружности в перспективе.</w:t>
      </w:r>
    </w:p>
    <w:p w:rsidR="00F44E79" w:rsidRDefault="00F44E79">
      <w:pPr>
        <w:pStyle w:val="BodyText"/>
        <w:jc w:val="both"/>
        <w:rPr>
          <w:rFonts w:ascii="Courier New" w:hAnsi="Courier New" w:cs="Courier New"/>
          <w:color w:val="auto"/>
          <w:sz w:val="24"/>
          <w:szCs w:val="24"/>
        </w:rPr>
      </w:pPr>
      <w:r>
        <w:rPr>
          <w:rStyle w:val="BodyTextChar1"/>
          <w:rFonts w:cs="Georgia"/>
        </w:rPr>
        <w:t>Рисование геометрических тел на основе правил линейной перспективы.</w:t>
      </w:r>
    </w:p>
    <w:p w:rsidR="00F44E79" w:rsidRDefault="00F44E79">
      <w:pPr>
        <w:pStyle w:val="BodyText"/>
        <w:jc w:val="both"/>
        <w:rPr>
          <w:rFonts w:ascii="Courier New" w:hAnsi="Courier New" w:cs="Courier New"/>
          <w:color w:val="auto"/>
          <w:sz w:val="24"/>
          <w:szCs w:val="24"/>
        </w:rPr>
      </w:pPr>
      <w:r>
        <w:rPr>
          <w:rStyle w:val="BodyTextChar1"/>
          <w:rFonts w:cs="Georgia"/>
        </w:rPr>
        <w:t>Сложная пространственная форма и выявление её конструк</w:t>
      </w:r>
      <w:r>
        <w:rPr>
          <w:rStyle w:val="BodyTextChar1"/>
          <w:rFonts w:cs="Georgia"/>
        </w:rPr>
        <w:softHyphen/>
        <w:t>ции.</w:t>
      </w:r>
    </w:p>
    <w:p w:rsidR="00F44E79" w:rsidRDefault="00F44E79">
      <w:pPr>
        <w:pStyle w:val="BodyText"/>
        <w:jc w:val="both"/>
        <w:rPr>
          <w:rFonts w:ascii="Courier New" w:hAnsi="Courier New" w:cs="Courier New"/>
          <w:color w:val="auto"/>
          <w:sz w:val="24"/>
          <w:szCs w:val="24"/>
        </w:rPr>
      </w:pPr>
      <w:r>
        <w:rPr>
          <w:rStyle w:val="BodyTextChar1"/>
          <w:rFonts w:cs="Georgia"/>
        </w:rPr>
        <w:t>Рисунок сложной формы предмета как соотношение простых геометрических фигур.</w:t>
      </w:r>
    </w:p>
    <w:p w:rsidR="00F44E79" w:rsidRDefault="00F44E79">
      <w:pPr>
        <w:pStyle w:val="BodyText"/>
        <w:jc w:val="both"/>
        <w:rPr>
          <w:rFonts w:ascii="Courier New" w:hAnsi="Courier New" w:cs="Courier New"/>
          <w:color w:val="auto"/>
          <w:sz w:val="24"/>
          <w:szCs w:val="24"/>
        </w:rPr>
      </w:pPr>
      <w:r>
        <w:rPr>
          <w:rStyle w:val="BodyTextChar1"/>
          <w:rFonts w:cs="Georgia"/>
        </w:rPr>
        <w:t>Линейный рисунок конструкции из нескольких геометриче</w:t>
      </w:r>
      <w:r>
        <w:rPr>
          <w:rStyle w:val="BodyTextChar1"/>
          <w:rFonts w:cs="Georgia"/>
        </w:rPr>
        <w:softHyphen/>
        <w:t>ских тел.</w:t>
      </w:r>
    </w:p>
    <w:p w:rsidR="00F44E79" w:rsidRDefault="00F44E79">
      <w:pPr>
        <w:pStyle w:val="BodyText"/>
        <w:jc w:val="both"/>
        <w:rPr>
          <w:rFonts w:ascii="Courier New" w:hAnsi="Courier New" w:cs="Courier New"/>
          <w:color w:val="auto"/>
          <w:sz w:val="24"/>
          <w:szCs w:val="24"/>
        </w:rPr>
      </w:pPr>
      <w:r>
        <w:rPr>
          <w:rStyle w:val="BodyTextChar1"/>
          <w:rFonts w:cs="Georgia"/>
        </w:rPr>
        <w:t>Освещение как средство выявления объёма предмета. Поня</w:t>
      </w:r>
      <w:r>
        <w:rPr>
          <w:rStyle w:val="BodyTextChar1"/>
          <w:rFonts w:cs="Georgia"/>
        </w:rPr>
        <w:softHyphen/>
        <w:t>тия «свет», «блик», «полутень», «собственная тень», «реф</w:t>
      </w:r>
      <w:r>
        <w:rPr>
          <w:rStyle w:val="BodyTextChar1"/>
          <w:rFonts w:cs="Georgia"/>
        </w:rPr>
        <w:softHyphen/>
        <w:t>лекс», «падающая тень». Особенности освещения «по свету» и «против света».</w:t>
      </w:r>
    </w:p>
    <w:p w:rsidR="00F44E79" w:rsidRDefault="00F44E79">
      <w:pPr>
        <w:pStyle w:val="BodyText"/>
        <w:jc w:val="both"/>
        <w:rPr>
          <w:rFonts w:ascii="Courier New" w:hAnsi="Courier New" w:cs="Courier New"/>
          <w:color w:val="auto"/>
          <w:sz w:val="24"/>
          <w:szCs w:val="24"/>
        </w:rPr>
      </w:pPr>
      <w:r>
        <w:rPr>
          <w:rStyle w:val="BodyTextChar1"/>
          <w:rFonts w:cs="Georgia"/>
        </w:rPr>
        <w:t>Рисунок натюрморта графическими материалами с натуры или по представлению.</w:t>
      </w:r>
    </w:p>
    <w:p w:rsidR="00F44E79" w:rsidRDefault="00F44E79">
      <w:pPr>
        <w:pStyle w:val="BodyText"/>
        <w:jc w:val="both"/>
        <w:rPr>
          <w:rFonts w:ascii="Courier New" w:hAnsi="Courier New" w:cs="Courier New"/>
          <w:color w:val="auto"/>
          <w:sz w:val="24"/>
          <w:szCs w:val="24"/>
        </w:rPr>
      </w:pPr>
      <w:r>
        <w:rPr>
          <w:rStyle w:val="BodyTextChar1"/>
          <w:rFonts w:cs="Georgia"/>
        </w:rPr>
        <w:t>Творческий натюрморт в графике. Произведения художни</w:t>
      </w:r>
      <w:r>
        <w:rPr>
          <w:rStyle w:val="BodyTextChar1"/>
          <w:rFonts w:cs="Georgia"/>
        </w:rPr>
        <w:softHyphen/>
        <w:t>ков-графиков. Особенности графических техник. Печатная гра</w:t>
      </w:r>
      <w:r>
        <w:rPr>
          <w:rStyle w:val="BodyTextChar1"/>
          <w:rFonts w:cs="Georgia"/>
        </w:rPr>
        <w:softHyphen/>
        <w:t>фика.</w:t>
      </w:r>
    </w:p>
    <w:p w:rsidR="00F44E79" w:rsidRDefault="00F44E79">
      <w:pPr>
        <w:pStyle w:val="BodyText"/>
        <w:spacing w:after="180"/>
        <w:jc w:val="both"/>
        <w:rPr>
          <w:rFonts w:ascii="Courier New" w:hAnsi="Courier New" w:cs="Courier New"/>
          <w:color w:val="auto"/>
          <w:sz w:val="24"/>
          <w:szCs w:val="24"/>
        </w:rPr>
      </w:pPr>
      <w:r>
        <w:rPr>
          <w:rStyle w:val="BodyTextChar1"/>
          <w:rFonts w:cs="Georgia"/>
        </w:rPr>
        <w:t>Живописное изображение натюрморта. Цвет в натюрмортах европейских и отечественных живописцев. Опыт создания жи</w:t>
      </w:r>
      <w:r>
        <w:rPr>
          <w:rStyle w:val="BodyTextChar1"/>
          <w:rFonts w:cs="Georgia"/>
        </w:rPr>
        <w:softHyphen/>
        <w:t>вописного натюрморта.</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Портрет</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Портрет как образ определённого реального человека. Изо</w:t>
      </w:r>
      <w:r>
        <w:rPr>
          <w:rStyle w:val="BodyTextChar1"/>
          <w:rFonts w:cs="Georgia"/>
        </w:rPr>
        <w:softHyphen/>
        <w:t>бражение портрета человека в искусстве разных эпох. Выраже</w:t>
      </w:r>
      <w:r>
        <w:rPr>
          <w:rStyle w:val="BodyTextChar1"/>
          <w:rFonts w:cs="Georgia"/>
        </w:rPr>
        <w:softHyphen/>
        <w:t>ние в портретном изображении характера человека и мировоз</w:t>
      </w:r>
      <w:r>
        <w:rPr>
          <w:rStyle w:val="BodyTextChar1"/>
          <w:rFonts w:cs="Georgia"/>
        </w:rPr>
        <w:softHyphen/>
        <w:t>зренческих идеалов эпохи.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Великие портретисты в европейском искусстве.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Особенности развития портретного жанра в отечественном искусстве. Великие портретисты в русской живописи.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Парадный и камерный портрет в живописи.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Особенности развития жанра портрета в искусстве ХХ в.— отечественном и европейском.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Построение головы человека, основные пропорции лица, соотношение лицевой и черепной частей головы.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Графический портрет в работах известных художников. Раз</w:t>
      </w:r>
      <w:r>
        <w:rPr>
          <w:rStyle w:val="BodyTextChar1"/>
          <w:rFonts w:cs="Georgia"/>
        </w:rPr>
        <w:softHyphen/>
        <w:t>нообразие графических средств в изображении образа человека.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Графический портретный рисунок с натуры или по памяти.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Роль освещения головы при создании портретного образа. Свет и тень в изображении головы человека.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Портрет в скульптуре.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Выражение характера человека, его социального положения и образа эпохи в скульптурном портрете.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Значение свойств художественных материалов в создании скульптурного портрета.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Живописное изображение портрета. Роль цвета в живопис</w:t>
      </w:r>
      <w:r>
        <w:rPr>
          <w:rStyle w:val="BodyTextChar1"/>
          <w:rFonts w:cs="Georgia"/>
        </w:rPr>
        <w:softHyphen/>
        <w:t>ном портретном образе в произведениях выдающихся живопис</w:t>
      </w:r>
      <w:r>
        <w:rPr>
          <w:rStyle w:val="BodyTextChar1"/>
          <w:rFonts w:cs="Georgia"/>
        </w:rPr>
        <w:softHyphen/>
        <w:t>цев.</w:t>
      </w:r>
    </w:p>
    <w:p w:rsidR="00F44E79" w:rsidRDefault="00F44E79">
      <w:pPr>
        <w:pStyle w:val="BodyText"/>
        <w:spacing w:after="180" w:line="269" w:lineRule="auto"/>
        <w:jc w:val="both"/>
        <w:rPr>
          <w:rFonts w:ascii="Courier New" w:hAnsi="Courier New" w:cs="Courier New"/>
          <w:color w:val="auto"/>
          <w:sz w:val="24"/>
          <w:szCs w:val="24"/>
        </w:rPr>
      </w:pPr>
      <w:r>
        <w:rPr>
          <w:rStyle w:val="BodyTextChar1"/>
          <w:rFonts w:cs="Georgia"/>
        </w:rPr>
        <w:t>Опыт работы над созданием живописного портрета.</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Пейзаж</w:t>
      </w:r>
    </w:p>
    <w:p w:rsidR="00F44E79" w:rsidRDefault="00F44E79">
      <w:pPr>
        <w:pStyle w:val="BodyText"/>
        <w:spacing w:after="120" w:line="266" w:lineRule="auto"/>
        <w:jc w:val="both"/>
        <w:rPr>
          <w:rFonts w:ascii="Courier New" w:hAnsi="Courier New" w:cs="Courier New"/>
          <w:color w:val="auto"/>
          <w:sz w:val="24"/>
          <w:szCs w:val="24"/>
        </w:rPr>
      </w:pPr>
      <w:r>
        <w:rPr>
          <w:rStyle w:val="BodyTextChar1"/>
          <w:rFonts w:cs="Georgia"/>
        </w:rPr>
        <w:t>Особенности изображения пространства в эпоху Древнего ми</w:t>
      </w:r>
      <w:r>
        <w:rPr>
          <w:rStyle w:val="BodyTextChar1"/>
          <w:rFonts w:cs="Georgia"/>
        </w:rPr>
        <w:softHyphen/>
        <w:t>ра, в средневековом искусстве и в эпоху Возрождения.</w:t>
      </w:r>
    </w:p>
    <w:p w:rsidR="00F44E79" w:rsidRDefault="00F44E79">
      <w:pPr>
        <w:pStyle w:val="BodyText"/>
        <w:jc w:val="both"/>
        <w:rPr>
          <w:rFonts w:ascii="Courier New" w:hAnsi="Courier New" w:cs="Courier New"/>
          <w:color w:val="auto"/>
          <w:sz w:val="24"/>
          <w:szCs w:val="24"/>
        </w:rPr>
      </w:pPr>
      <w:r>
        <w:rPr>
          <w:rStyle w:val="BodyTextChar1"/>
          <w:rFonts w:cs="Georgia"/>
        </w:rPr>
        <w:t>Правила построения линейной перспективы в изображении пространства.</w:t>
      </w:r>
    </w:p>
    <w:p w:rsidR="00F44E79" w:rsidRDefault="00F44E79">
      <w:pPr>
        <w:pStyle w:val="BodyText"/>
        <w:jc w:val="both"/>
        <w:rPr>
          <w:rFonts w:ascii="Courier New" w:hAnsi="Courier New" w:cs="Courier New"/>
          <w:color w:val="auto"/>
          <w:sz w:val="24"/>
          <w:szCs w:val="24"/>
        </w:rPr>
      </w:pPr>
      <w:r>
        <w:rPr>
          <w:rStyle w:val="BodyTextChar1"/>
          <w:rFonts w:cs="Georgia"/>
        </w:rPr>
        <w:t>Правила воздушной перспективы, построения переднего, среднего и дальнего планов при изображении пейзажа.</w:t>
      </w:r>
    </w:p>
    <w:p w:rsidR="00F44E79" w:rsidRDefault="00F44E79">
      <w:pPr>
        <w:pStyle w:val="BodyText"/>
        <w:jc w:val="both"/>
        <w:rPr>
          <w:rFonts w:ascii="Courier New" w:hAnsi="Courier New" w:cs="Courier New"/>
          <w:color w:val="auto"/>
          <w:sz w:val="24"/>
          <w:szCs w:val="24"/>
        </w:rPr>
      </w:pPr>
      <w:r>
        <w:rPr>
          <w:rStyle w:val="BodyTextChar1"/>
          <w:rFonts w:cs="Georgia"/>
        </w:rPr>
        <w:t>Особенности изображения разных состояний природы и её освещения. Романтический пейзаж. Морские пейзажи И. Айва</w:t>
      </w:r>
      <w:r>
        <w:rPr>
          <w:rStyle w:val="BodyTextChar1"/>
          <w:rFonts w:cs="Georgia"/>
        </w:rPr>
        <w:softHyphen/>
        <w:t>зовского.</w:t>
      </w:r>
    </w:p>
    <w:p w:rsidR="00F44E79" w:rsidRDefault="00F44E79">
      <w:pPr>
        <w:pStyle w:val="BodyText"/>
        <w:jc w:val="both"/>
        <w:rPr>
          <w:rFonts w:ascii="Courier New" w:hAnsi="Courier New" w:cs="Courier New"/>
          <w:color w:val="auto"/>
          <w:sz w:val="24"/>
          <w:szCs w:val="24"/>
        </w:rPr>
      </w:pPr>
      <w:r>
        <w:rPr>
          <w:rStyle w:val="BodyTextChar1"/>
          <w:rFonts w:cs="Georgia"/>
        </w:rPr>
        <w:t>Особенности изображения природы в творчестве импрессио</w:t>
      </w:r>
      <w:r>
        <w:rPr>
          <w:rStyle w:val="BodyTextChar1"/>
          <w:rFonts w:cs="Georgia"/>
        </w:rPr>
        <w:softHyphen/>
        <w:t>нистов и постимпрессионистов. Представления о пленэрной живописи и колористической изменчивости состояний природы.</w:t>
      </w:r>
    </w:p>
    <w:p w:rsidR="00F44E79" w:rsidRDefault="00F44E79">
      <w:pPr>
        <w:pStyle w:val="BodyText"/>
        <w:jc w:val="both"/>
        <w:rPr>
          <w:rFonts w:ascii="Courier New" w:hAnsi="Courier New" w:cs="Courier New"/>
          <w:color w:val="auto"/>
          <w:sz w:val="24"/>
          <w:szCs w:val="24"/>
        </w:rPr>
      </w:pPr>
      <w:r>
        <w:rPr>
          <w:rStyle w:val="BodyTextChar1"/>
          <w:rFonts w:cs="Georgia"/>
        </w:rPr>
        <w:t>Живописное изображение различных состояний природы.</w:t>
      </w:r>
    </w:p>
    <w:p w:rsidR="00F44E79" w:rsidRDefault="00F44E79">
      <w:pPr>
        <w:pStyle w:val="BodyText"/>
        <w:jc w:val="both"/>
        <w:rPr>
          <w:rFonts w:ascii="Courier New" w:hAnsi="Courier New" w:cs="Courier New"/>
          <w:color w:val="auto"/>
          <w:sz w:val="24"/>
          <w:szCs w:val="24"/>
        </w:rPr>
      </w:pPr>
      <w:r>
        <w:rPr>
          <w:rStyle w:val="BodyTextChar1"/>
          <w:rFonts w:cs="Georgia"/>
        </w:rPr>
        <w:t>Пейзаж в истории русской живописи и его значение в отече</w:t>
      </w:r>
      <w:r>
        <w:rPr>
          <w:rStyle w:val="BodyTextChar1"/>
          <w:rFonts w:cs="Georgia"/>
        </w:rPr>
        <w:softHyphen/>
        <w:t>ственной культуре. История становления картины Родины в развитии отечественной пейзажной живописи XIX в.</w:t>
      </w:r>
    </w:p>
    <w:p w:rsidR="00F44E79" w:rsidRDefault="00F44E79">
      <w:pPr>
        <w:pStyle w:val="BodyText"/>
        <w:jc w:val="both"/>
        <w:rPr>
          <w:rFonts w:ascii="Courier New" w:hAnsi="Courier New" w:cs="Courier New"/>
          <w:color w:val="auto"/>
          <w:sz w:val="24"/>
          <w:szCs w:val="24"/>
        </w:rPr>
      </w:pPr>
      <w:r>
        <w:rPr>
          <w:rStyle w:val="BodyTextChar1"/>
          <w:rFonts w:cs="Georgia"/>
        </w:rPr>
        <w:t>Становление образа родной природы в произведениях А. Ве</w:t>
      </w:r>
      <w:r>
        <w:rPr>
          <w:rStyle w:val="BodyTextChar1"/>
          <w:rFonts w:cs="Georgia"/>
        </w:rPr>
        <w:softHyphen/>
        <w:t>нецианова и его учеников: А. Саврасова, И. Шишкина. Пейзаж</w:t>
      </w:r>
      <w:r>
        <w:rPr>
          <w:rStyle w:val="BodyTextChar1"/>
          <w:rFonts w:cs="Georgia"/>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44E79" w:rsidRDefault="00F44E79">
      <w:pPr>
        <w:pStyle w:val="BodyText"/>
        <w:jc w:val="both"/>
        <w:rPr>
          <w:rFonts w:ascii="Courier New" w:hAnsi="Courier New" w:cs="Courier New"/>
          <w:color w:val="auto"/>
          <w:sz w:val="24"/>
          <w:szCs w:val="24"/>
        </w:rPr>
      </w:pPr>
      <w:r>
        <w:rPr>
          <w:rStyle w:val="BodyTextChar1"/>
          <w:rFonts w:cs="Georgia"/>
        </w:rPr>
        <w:t>Творческий опыт в создании композиционного живописного пейзажа своей Родины.</w:t>
      </w:r>
    </w:p>
    <w:p w:rsidR="00F44E79" w:rsidRDefault="00F44E79">
      <w:pPr>
        <w:pStyle w:val="BodyText"/>
        <w:jc w:val="both"/>
        <w:rPr>
          <w:rFonts w:ascii="Courier New" w:hAnsi="Courier New" w:cs="Courier New"/>
          <w:color w:val="auto"/>
          <w:sz w:val="24"/>
          <w:szCs w:val="24"/>
        </w:rPr>
      </w:pPr>
      <w:r>
        <w:rPr>
          <w:rStyle w:val="BodyTextChar1"/>
          <w:rFonts w:cs="Georgia"/>
        </w:rPr>
        <w:t>Графический образ пейзажа в работах выдающихся мастеров.</w:t>
      </w:r>
    </w:p>
    <w:p w:rsidR="00F44E79" w:rsidRDefault="00F44E79">
      <w:pPr>
        <w:pStyle w:val="BodyText"/>
        <w:jc w:val="both"/>
        <w:rPr>
          <w:rFonts w:ascii="Courier New" w:hAnsi="Courier New" w:cs="Courier New"/>
          <w:color w:val="auto"/>
          <w:sz w:val="24"/>
          <w:szCs w:val="24"/>
        </w:rPr>
      </w:pPr>
      <w:r>
        <w:rPr>
          <w:rStyle w:val="BodyTextChar1"/>
          <w:rFonts w:cs="Georgia"/>
        </w:rPr>
        <w:t>Средства выразительности в графическом рисунке и многооб</w:t>
      </w:r>
      <w:r>
        <w:rPr>
          <w:rStyle w:val="BodyTextChar1"/>
          <w:rFonts w:cs="Georgia"/>
        </w:rPr>
        <w:softHyphen/>
        <w:t>разие графических техник.</w:t>
      </w:r>
    </w:p>
    <w:p w:rsidR="00F44E79" w:rsidRDefault="00F44E79">
      <w:pPr>
        <w:pStyle w:val="BodyText"/>
        <w:jc w:val="both"/>
        <w:rPr>
          <w:rFonts w:ascii="Courier New" w:hAnsi="Courier New" w:cs="Courier New"/>
          <w:color w:val="auto"/>
          <w:sz w:val="24"/>
          <w:szCs w:val="24"/>
        </w:rPr>
      </w:pPr>
      <w:r>
        <w:rPr>
          <w:rStyle w:val="BodyTextChar1"/>
          <w:rFonts w:cs="Georgia"/>
        </w:rPr>
        <w:t>Графические зарисовки и графическая композиция на темы окружающей природы.</w:t>
      </w:r>
    </w:p>
    <w:p w:rsidR="00F44E79" w:rsidRDefault="00F44E79">
      <w:pPr>
        <w:pStyle w:val="BodyText"/>
        <w:jc w:val="both"/>
        <w:rPr>
          <w:rFonts w:ascii="Courier New" w:hAnsi="Courier New" w:cs="Courier New"/>
          <w:color w:val="auto"/>
          <w:sz w:val="24"/>
          <w:szCs w:val="24"/>
        </w:rPr>
      </w:pPr>
      <w:r>
        <w:rPr>
          <w:rStyle w:val="BodyTextChar1"/>
          <w:rFonts w:cs="Georgia"/>
        </w:rPr>
        <w:t>Городской пейзаж в творчестве мастеров искусства. Многооб</w:t>
      </w:r>
      <w:r>
        <w:rPr>
          <w:rStyle w:val="BodyTextChar1"/>
          <w:rFonts w:cs="Georgia"/>
        </w:rPr>
        <w:softHyphen/>
        <w:t>разие в понимании образа города.</w:t>
      </w:r>
    </w:p>
    <w:p w:rsidR="00F44E79" w:rsidRDefault="00F44E79">
      <w:pPr>
        <w:pStyle w:val="BodyText"/>
        <w:jc w:val="both"/>
        <w:rPr>
          <w:rFonts w:ascii="Courier New" w:hAnsi="Courier New" w:cs="Courier New"/>
          <w:color w:val="auto"/>
          <w:sz w:val="24"/>
          <w:szCs w:val="24"/>
        </w:rPr>
      </w:pPr>
      <w:r>
        <w:rPr>
          <w:rStyle w:val="BodyTextChar1"/>
          <w:rFonts w:cs="Georgia"/>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44E79" w:rsidRDefault="00F44E79">
      <w:pPr>
        <w:pStyle w:val="BodyText"/>
        <w:spacing w:after="180"/>
        <w:jc w:val="both"/>
        <w:rPr>
          <w:rFonts w:ascii="Courier New" w:hAnsi="Courier New" w:cs="Courier New"/>
          <w:color w:val="auto"/>
          <w:sz w:val="24"/>
          <w:szCs w:val="24"/>
        </w:rPr>
      </w:pPr>
      <w:r>
        <w:rPr>
          <w:rStyle w:val="BodyTextChar1"/>
          <w:rFonts w:cs="Georgia"/>
        </w:rPr>
        <w:t>Опыт изображения городского пейзажа. Наблюдательная перспектива и ритмическая организация плоскости изображе</w:t>
      </w:r>
      <w:r>
        <w:rPr>
          <w:rStyle w:val="BodyTextChar1"/>
          <w:rFonts w:cs="Georgia"/>
        </w:rPr>
        <w:softHyphen/>
        <w:t>ния.</w:t>
      </w:r>
    </w:p>
    <w:p w:rsidR="00F44E79" w:rsidRDefault="00F44E79">
      <w:pPr>
        <w:pStyle w:val="90"/>
        <w:jc w:val="both"/>
        <w:rPr>
          <w:rFonts w:ascii="Courier New" w:hAnsi="Courier New" w:cs="Courier New"/>
          <w:b w:val="0"/>
          <w:bCs w:val="0"/>
          <w:color w:val="auto"/>
          <w:sz w:val="24"/>
          <w:szCs w:val="24"/>
        </w:rPr>
      </w:pPr>
      <w:r>
        <w:rPr>
          <w:rStyle w:val="9"/>
          <w:rFonts w:cs="Trebuchet MS"/>
          <w:b/>
        </w:rPr>
        <w:t>Бытовой жанр в изобразительном искусстве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Изображение труда и бытовой жизни людей в традициях ис</w:t>
      </w:r>
      <w:r>
        <w:rPr>
          <w:rStyle w:val="BodyTextChar1"/>
          <w:rFonts w:cs="Georgia"/>
        </w:rPr>
        <w:softHyphen/>
        <w:t>кусства разных эпох. Значение художественного изображения бытовой жизни людей в понимании истории человечества и со</w:t>
      </w:r>
      <w:r>
        <w:rPr>
          <w:rStyle w:val="BodyTextChar1"/>
          <w:rFonts w:cs="Georgia"/>
        </w:rPr>
        <w:softHyphen/>
        <w:t>временной жизни.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Жанровая картина как обобщение жизненных впечатлений художника. Тема, сюжет, содержание в жанровой картине. Об</w:t>
      </w:r>
      <w:r>
        <w:rPr>
          <w:rStyle w:val="BodyTextChar1"/>
          <w:rFonts w:cs="Georgia"/>
        </w:rPr>
        <w:softHyphen/>
        <w:t>раз нравственных и ценностных смыслов в жанровой картине и роль картины в их утверждении.</w:t>
      </w:r>
    </w:p>
    <w:p w:rsidR="00F44E79" w:rsidRDefault="00F44E79">
      <w:pPr>
        <w:pStyle w:val="BodyText"/>
        <w:spacing w:after="100"/>
        <w:jc w:val="both"/>
        <w:rPr>
          <w:rFonts w:ascii="Courier New" w:hAnsi="Courier New" w:cs="Courier New"/>
          <w:color w:val="auto"/>
          <w:sz w:val="24"/>
          <w:szCs w:val="24"/>
        </w:rPr>
      </w:pPr>
      <w:r>
        <w:rPr>
          <w:rStyle w:val="BodyTextChar1"/>
          <w:rFonts w:cs="Georgia"/>
        </w:rPr>
        <w:t>Работа над сюжетной композицией. Композиция как целост</w:t>
      </w:r>
      <w:r>
        <w:rPr>
          <w:rStyle w:val="BodyTextChar1"/>
          <w:rFonts w:cs="Georgia"/>
        </w:rPr>
        <w:softHyphen/>
        <w:t>ность в организации художественных выразительных средств и взаимосвязи всех компонентов произведения.</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Исторический жанр в изобразительном искусстве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Историческая тема в искусстве как изображение наиболее значительных событий в жизни общества.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Жанровые разновидности исторической картины в зависимо</w:t>
      </w:r>
      <w:r>
        <w:rPr>
          <w:rStyle w:val="BodyTextChar1"/>
          <w:rFonts w:cs="Georgia"/>
        </w:rPr>
        <w:softHyphen/>
        <w:t>сти от сюжета: мифологическая картина, картина на библей</w:t>
      </w:r>
      <w:r>
        <w:rPr>
          <w:rStyle w:val="BodyTextChar1"/>
          <w:rFonts w:cs="Georgia"/>
        </w:rPr>
        <w:softHyphen/>
        <w:t>ские темы, батальная картина и др.</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Историческая картина в русском искусстве XIX в. и её особое место в развитии отечественной культуры.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Картина К. Брюллова «Последний день Помпеи», историче</w:t>
      </w:r>
      <w:r>
        <w:rPr>
          <w:rStyle w:val="BodyTextChar1"/>
          <w:rFonts w:cs="Georgia"/>
        </w:rPr>
        <w:softHyphen/>
        <w:t>ские картины в творчестве В. Сурикова и др. Исторический об</w:t>
      </w:r>
      <w:r>
        <w:rPr>
          <w:rStyle w:val="BodyTextChar1"/>
          <w:rFonts w:cs="Georgia"/>
        </w:rPr>
        <w:softHyphen/>
        <w:t>раз России в картинах ХХ 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Работа над сюжетной композицией. Этапы длительного пери</w:t>
      </w:r>
      <w:r>
        <w:rPr>
          <w:rStyle w:val="BodyTextChar1"/>
          <w:rFonts w:cs="Georgia"/>
        </w:rPr>
        <w:softHyphen/>
        <w:t>ода работы художника над исторической картиной: идея и эски</w:t>
      </w:r>
      <w:r>
        <w:rPr>
          <w:rStyle w:val="BodyTextChar1"/>
          <w:rFonts w:cs="Georgia"/>
        </w:rPr>
        <w:softHyphen/>
        <w:t>зы, сбор материала и работа над этюдами, уточнения компози</w:t>
      </w:r>
      <w:r>
        <w:rPr>
          <w:rStyle w:val="BodyTextChar1"/>
          <w:rFonts w:cs="Georgia"/>
        </w:rPr>
        <w:softHyphen/>
        <w:t>ции в эскизах, картон композиции, работа над холстом.</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Разработка эскизов композиции на историческую тему с опо</w:t>
      </w:r>
      <w:r>
        <w:rPr>
          <w:rStyle w:val="BodyTextChar1"/>
          <w:rFonts w:cs="Georgia"/>
        </w:rPr>
        <w:softHyphen/>
        <w:t>рой на собранный материал по задуманному сюжету.</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Библейские темы в изобразительном искусстве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Исторические картины на библейские темы: место и значение сюжетов Священной истории в европейской культуре.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Вечные темы и их нравственное и духовно-ценностное выра</w:t>
      </w:r>
      <w:r>
        <w:rPr>
          <w:rStyle w:val="BodyTextChar1"/>
          <w:rFonts w:cs="Georgia"/>
        </w:rPr>
        <w:softHyphen/>
        <w:t>жение как «духовная ось», соединяющая жизненные позиции разных поколений.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Произведения на библейские темы Леонардо да Винчи, Ра</w:t>
      </w:r>
      <w:r>
        <w:rPr>
          <w:rStyle w:val="BodyTextChar1"/>
          <w:rFonts w:cs="Georgia"/>
        </w:rPr>
        <w:softHyphen/>
        <w:t>фаэля, Рембрандта, в скульптуре «Пьета» Микеланджело и др.</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Библейские темы в отечественных картинах XIX в. (А. Ива</w:t>
      </w:r>
      <w:r>
        <w:rPr>
          <w:rStyle w:val="BodyTextChar1"/>
          <w:rFonts w:cs="Georgia"/>
        </w:rPr>
        <w:softHyphen/>
        <w:t>нов. «Явление Христа народу», И. Крамской. «Христос в пусты</w:t>
      </w:r>
      <w:r>
        <w:rPr>
          <w:rStyle w:val="BodyTextChar1"/>
          <w:rFonts w:cs="Georgia"/>
        </w:rPr>
        <w:softHyphen/>
        <w:t>не», Н. Ге. «Тайная вечеря», В. Поленов. «Христос и грешница»).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Иконопись как великое проявление русской культуры. Язык изображения в иконе — его религиозный и символический смысл.</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Великие русские иконописцы: духовный свет икон Андрея Рублёва, Феофана Грека, Дионисия.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Работа над эскизом сюжетной композиции.</w:t>
      </w:r>
    </w:p>
    <w:p w:rsidR="00F44E79" w:rsidRDefault="00F44E79">
      <w:pPr>
        <w:pStyle w:val="BodyText"/>
        <w:spacing w:after="60" w:line="269" w:lineRule="auto"/>
        <w:jc w:val="both"/>
        <w:rPr>
          <w:rFonts w:ascii="Courier New" w:hAnsi="Courier New" w:cs="Courier New"/>
          <w:color w:val="auto"/>
          <w:sz w:val="24"/>
          <w:szCs w:val="24"/>
        </w:rPr>
      </w:pPr>
      <w:r>
        <w:rPr>
          <w:rStyle w:val="BodyTextChar1"/>
          <w:rFonts w:cs="Georgia"/>
        </w:rPr>
        <w:t>Роль и значение изобразительного искусства в жизни людей: образ мира в изобразительном искусстве.</w:t>
      </w:r>
    </w:p>
    <w:p w:rsidR="00F44E79" w:rsidRDefault="00F44E79">
      <w:pPr>
        <w:pStyle w:val="33"/>
        <w:keepNext/>
        <w:keepLines/>
        <w:spacing w:after="40"/>
        <w:jc w:val="both"/>
        <w:rPr>
          <w:rFonts w:ascii="Courier New" w:hAnsi="Courier New" w:cs="Courier New"/>
          <w:b w:val="0"/>
          <w:bCs w:val="0"/>
          <w:color w:val="auto"/>
          <w:sz w:val="24"/>
          <w:szCs w:val="24"/>
        </w:rPr>
      </w:pPr>
      <w:bookmarkStart w:id="709" w:name="bookmark4540"/>
      <w:bookmarkStart w:id="710" w:name="bookmark4541"/>
      <w:bookmarkStart w:id="711" w:name="bookmark4542"/>
      <w:r>
        <w:rPr>
          <w:rStyle w:val="32"/>
          <w:rFonts w:cs="Arial"/>
          <w:b/>
        </w:rPr>
        <w:t>Модуль № 3 «Архитектура и дизайн»</w:t>
      </w:r>
      <w:bookmarkEnd w:id="709"/>
      <w:bookmarkEnd w:id="710"/>
      <w:bookmarkEnd w:id="711"/>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Архитектура и дизайн — искусства художественной построй</w:t>
      </w:r>
      <w:r>
        <w:rPr>
          <w:rStyle w:val="BodyTextChar1"/>
          <w:rFonts w:cs="Georgia"/>
        </w:rPr>
        <w:softHyphen/>
        <w:t>ки — конструктивные искусства.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Дизайн и архитектура как создатели «второй природы» — предметно-пространственной среды жизни людей.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Функциональность предметно-пространственной среды и вы</w:t>
      </w:r>
      <w:r>
        <w:rPr>
          <w:rStyle w:val="BodyTextChar1"/>
          <w:rFonts w:cs="Georgia"/>
        </w:rPr>
        <w:softHyphen/>
        <w:t>ражение в ней мировосприятия, духовно-ценностных позиций общества.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Материальная культура человечества как уникальная инфор</w:t>
      </w:r>
      <w:r>
        <w:rPr>
          <w:rStyle w:val="BodyTextChar1"/>
          <w:rFonts w:cs="Georgia"/>
        </w:rPr>
        <w:softHyphen/>
        <w:t>мация о жизни людей в разные исторические эпохи.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Роль архитектуры в понимании человеком своей идентично</w:t>
      </w:r>
      <w:r>
        <w:rPr>
          <w:rStyle w:val="BodyTextChar1"/>
          <w:rFonts w:cs="Georgia"/>
        </w:rPr>
        <w:softHyphen/>
        <w:t>сти. Задачи сохранения культурного наследия и природного ландшафта.</w:t>
      </w:r>
    </w:p>
    <w:p w:rsidR="00F44E79" w:rsidRDefault="00F44E79">
      <w:pPr>
        <w:pStyle w:val="BodyText"/>
        <w:spacing w:after="120" w:line="269" w:lineRule="auto"/>
        <w:jc w:val="both"/>
        <w:rPr>
          <w:rFonts w:ascii="Courier New" w:hAnsi="Courier New" w:cs="Courier New"/>
          <w:color w:val="auto"/>
          <w:sz w:val="24"/>
          <w:szCs w:val="24"/>
        </w:rPr>
      </w:pPr>
      <w:r>
        <w:rPr>
          <w:rStyle w:val="BodyTextChar1"/>
          <w:rFonts w:cs="Georgia"/>
        </w:rPr>
        <w:t>Возникновение архитектуры и дизайна на разных этапах об</w:t>
      </w:r>
      <w:r>
        <w:rPr>
          <w:rStyle w:val="BodyTextChar1"/>
          <w:rFonts w:cs="Georgia"/>
        </w:rPr>
        <w:softHyphen/>
        <w:t>щественного развития. Единство функционального и художе</w:t>
      </w:r>
      <w:r>
        <w:rPr>
          <w:rStyle w:val="BodyTextChar1"/>
          <w:rFonts w:cs="Georgia"/>
        </w:rPr>
        <w:softHyphen/>
        <w:t>ственного — целесообразности и красоты.</w:t>
      </w:r>
    </w:p>
    <w:p w:rsidR="00F44E79" w:rsidRDefault="00F44E79">
      <w:pPr>
        <w:pStyle w:val="90"/>
        <w:spacing w:after="40" w:line="295" w:lineRule="auto"/>
        <w:jc w:val="both"/>
        <w:rPr>
          <w:rFonts w:ascii="Courier New" w:hAnsi="Courier New" w:cs="Courier New"/>
          <w:b w:val="0"/>
          <w:bCs w:val="0"/>
          <w:color w:val="auto"/>
          <w:sz w:val="24"/>
          <w:szCs w:val="24"/>
        </w:rPr>
      </w:pPr>
      <w:r>
        <w:rPr>
          <w:rStyle w:val="9"/>
          <w:rFonts w:cs="Trebuchet MS"/>
          <w:b/>
        </w:rPr>
        <w:t>Графический дизайн</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Композиция как основа реализации замысла в любой творче</w:t>
      </w:r>
      <w:r>
        <w:rPr>
          <w:rStyle w:val="BodyTextChar1"/>
          <w:rFonts w:cs="Georgia"/>
        </w:rPr>
        <w:softHyphen/>
        <w:t>ской деятельности. Основы формальной композиции в кон</w:t>
      </w:r>
      <w:r>
        <w:rPr>
          <w:rStyle w:val="BodyTextChar1"/>
          <w:rFonts w:cs="Georgia"/>
        </w:rPr>
        <w:softHyphen/>
        <w:t>структивных искусствах.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Элементы композиции в графическом дизайне: пятно, линия, цвет, буква, текст и изображение.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Формальная композиция как композиционное построение на основе сочетания геометрических фигур, без предметного со</w:t>
      </w:r>
      <w:r>
        <w:rPr>
          <w:rStyle w:val="BodyTextChar1"/>
          <w:rFonts w:cs="Georgia"/>
        </w:rPr>
        <w:softHyphen/>
        <w:t>держания.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Основные свойства композиции: целостность и соподчинён- ность элементов.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Ритмическая организация элементов: выделение доминанты, симметрия и асимметрия, динамическая и статичная компози</w:t>
      </w:r>
      <w:r>
        <w:rPr>
          <w:rStyle w:val="BodyTextChar1"/>
          <w:rFonts w:cs="Georgia"/>
        </w:rPr>
        <w:softHyphen/>
        <w:t>ция, контраст, нюанс, акцент, замкнутость или открытость ком</w:t>
      </w:r>
      <w:r>
        <w:rPr>
          <w:rStyle w:val="BodyTextChar1"/>
          <w:rFonts w:cs="Georgia"/>
        </w:rPr>
        <w:softHyphen/>
        <w:t>позиции.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Практические упражнения по созданию композиции с вари</w:t>
      </w:r>
      <w:r>
        <w:rPr>
          <w:rStyle w:val="BodyTextChar1"/>
          <w:rFonts w:cs="Georgia"/>
        </w:rPr>
        <w:softHyphen/>
        <w:t>ативным ритмическим расположением геометрических фигур на плоскости.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Роль цвета в организации композиционного пространства.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Функциональные задачи цвета в конструктивных искусствах.</w:t>
      </w:r>
    </w:p>
    <w:p w:rsidR="00F44E79" w:rsidRDefault="00F44E79">
      <w:pPr>
        <w:pStyle w:val="BodyText"/>
        <w:spacing w:line="269" w:lineRule="auto"/>
        <w:ind w:firstLine="0"/>
        <w:jc w:val="both"/>
        <w:rPr>
          <w:rFonts w:ascii="Courier New" w:hAnsi="Courier New" w:cs="Courier New"/>
          <w:color w:val="auto"/>
          <w:sz w:val="24"/>
          <w:szCs w:val="24"/>
        </w:rPr>
      </w:pPr>
      <w:r>
        <w:rPr>
          <w:rStyle w:val="BodyTextChar1"/>
          <w:rFonts w:cs="Georgia"/>
        </w:rPr>
        <w:t>Цвет и законы колористики. Применение локального цвета. Цветовой акцент, ритм цветовых форм, доминанта.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Шрифты и шрифтовая композиция в графическом дизайне.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Форма буквы как изобразительно-смысловой символ.</w:t>
      </w:r>
    </w:p>
    <w:p w:rsidR="00F44E79" w:rsidRDefault="00F44E79">
      <w:pPr>
        <w:pStyle w:val="BodyText"/>
        <w:spacing w:after="80" w:line="269" w:lineRule="auto"/>
        <w:jc w:val="both"/>
        <w:rPr>
          <w:rFonts w:ascii="Courier New" w:hAnsi="Courier New" w:cs="Courier New"/>
          <w:color w:val="auto"/>
          <w:sz w:val="24"/>
          <w:szCs w:val="24"/>
        </w:rPr>
      </w:pPr>
      <w:r>
        <w:rPr>
          <w:rStyle w:val="BodyTextChar1"/>
          <w:rFonts w:cs="Georgia"/>
        </w:rPr>
        <w:t>Шрифт и содержание текста. Стилизация шрифта.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Типографика. Понимание типографской строки как элемен</w:t>
      </w:r>
      <w:r>
        <w:rPr>
          <w:rStyle w:val="BodyTextChar1"/>
          <w:rFonts w:cs="Georgia"/>
        </w:rPr>
        <w:softHyphen/>
        <w:t>та плоскостной композиции.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аналитических и практических работ по теме «Буква — изобразительный элемент композиции».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Логотип как графический знак, эмблема или стилизованный графический символ. Функции логотипа. Шрифтовой логотип. Знаковый логотип.</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Композиционные основы макетирования в графическом ди</w:t>
      </w:r>
      <w:r>
        <w:rPr>
          <w:rStyle w:val="BodyTextChar1"/>
          <w:rFonts w:cs="Georgia"/>
        </w:rPr>
        <w:softHyphen/>
        <w:t>зайне при соединении текста и изображения.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Искусство плаката. Синтез слова и изображения. Изобрази</w:t>
      </w:r>
      <w:r>
        <w:rPr>
          <w:rStyle w:val="BodyTextChar1"/>
          <w:rFonts w:cs="Georgia"/>
        </w:rPr>
        <w:softHyphen/>
        <w:t>тельный язык плаката. Композиционный монтаж изображения и текста в плакате, рекламе, поздравительной открытке.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Многообразие форм графического дизайна. Дизайн книги и журнала. Элементы, составляющие конструкцию и художе</w:t>
      </w:r>
      <w:r>
        <w:rPr>
          <w:rStyle w:val="BodyTextChar1"/>
          <w:rFonts w:cs="Georgia"/>
        </w:rPr>
        <w:softHyphen/>
        <w:t>ственное оформление книги, журнала.</w:t>
      </w:r>
    </w:p>
    <w:p w:rsidR="00F44E79" w:rsidRDefault="00F44E79">
      <w:pPr>
        <w:pStyle w:val="BodyText"/>
        <w:spacing w:after="180" w:line="269" w:lineRule="auto"/>
        <w:jc w:val="both"/>
        <w:rPr>
          <w:rFonts w:ascii="Courier New" w:hAnsi="Courier New" w:cs="Courier New"/>
          <w:color w:val="auto"/>
          <w:sz w:val="24"/>
          <w:szCs w:val="24"/>
        </w:rPr>
      </w:pPr>
      <w:r>
        <w:rPr>
          <w:rStyle w:val="BodyTextChar1"/>
          <w:rFonts w:cs="Georgia"/>
        </w:rPr>
        <w:t>Макет разворота книги или журнала по выбранной теме в виде коллажа или на основе компьютерных программ.</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Макетирование объёмно-пространственных композиций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Композиция плоскостная и пространственная. Композицион</w:t>
      </w:r>
      <w:r>
        <w:rPr>
          <w:rStyle w:val="BodyTextChar1"/>
          <w:rFonts w:cs="Georgia"/>
        </w:rPr>
        <w:softHyphen/>
        <w:t>ная организация пространства. Прочтение плоскостной компо</w:t>
      </w:r>
      <w:r>
        <w:rPr>
          <w:rStyle w:val="BodyTextChar1"/>
          <w:rFonts w:cs="Georgia"/>
        </w:rPr>
        <w:softHyphen/>
        <w:t>зиции как «чертежа» пространства.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Макетирование. Введение в макет понятия рельефа местно</w:t>
      </w:r>
      <w:r>
        <w:rPr>
          <w:rStyle w:val="BodyTextChar1"/>
          <w:rFonts w:cs="Georgia"/>
        </w:rPr>
        <w:softHyphen/>
        <w:t>сти и способы его обозначения на макете.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практических работ по созданию объёмно-про</w:t>
      </w:r>
      <w:r>
        <w:rPr>
          <w:rStyle w:val="BodyTextChar1"/>
          <w:rFonts w:cs="Georgia"/>
        </w:rPr>
        <w:softHyphen/>
        <w:t>странственных композиций. Объём и пространство. Взаимо</w:t>
      </w:r>
      <w:r>
        <w:rPr>
          <w:rStyle w:val="BodyTextChar1"/>
          <w:rFonts w:cs="Georgia"/>
        </w:rPr>
        <w:softHyphen/>
        <w:t>связь объектов в архитектурном макете.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Структура зданий различных архитектурных стилей и эпох: выявление простых объёмов, образующих целостную построй</w:t>
      </w:r>
      <w:r>
        <w:rPr>
          <w:rStyle w:val="BodyTextChar1"/>
          <w:rFonts w:cs="Georgia"/>
        </w:rPr>
        <w:softHyphen/>
        <w:t>ку. Взаимное влияние объёмов и их сочетаний на образный ха</w:t>
      </w:r>
      <w:r>
        <w:rPr>
          <w:rStyle w:val="BodyTextChar1"/>
          <w:rFonts w:cs="Georgia"/>
        </w:rPr>
        <w:softHyphen/>
        <w:t>рактер постройки.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Понятие тектоники как выражение в художественной форме конструктивной сущности сооружения и логики конструктив</w:t>
      </w:r>
      <w:r>
        <w:rPr>
          <w:rStyle w:val="BodyTextChar1"/>
          <w:rFonts w:cs="Georgia"/>
        </w:rPr>
        <w:softHyphen/>
        <w:t>ного соотношения его частей.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Роль эволюции строительных материалов и строительных технологий в изменении архитектурных конструкций (пере</w:t>
      </w:r>
      <w:r>
        <w:rPr>
          <w:rStyle w:val="BodyTextChar1"/>
          <w:rFonts w:cs="Georgia"/>
        </w:rPr>
        <w:softHyphen/>
        <w:t>крытия и опора — стоечно-балочная конструкция — архитек</w:t>
      </w:r>
      <w:r>
        <w:rPr>
          <w:rStyle w:val="BodyTextChar1"/>
          <w:rFonts w:cs="Georgia"/>
        </w:rPr>
        <w:softHyphen/>
        <w:t>тура сводов; каркасная каменная архитектура; металлический каркас, железобетон и язык современной архитектуры).</w:t>
      </w:r>
    </w:p>
    <w:p w:rsidR="00F44E79" w:rsidRDefault="00F44E79">
      <w:pPr>
        <w:pStyle w:val="BodyText"/>
        <w:spacing w:after="120" w:line="269" w:lineRule="auto"/>
        <w:jc w:val="both"/>
        <w:rPr>
          <w:rFonts w:ascii="Courier New" w:hAnsi="Courier New" w:cs="Courier New"/>
          <w:color w:val="auto"/>
          <w:sz w:val="24"/>
          <w:szCs w:val="24"/>
        </w:rPr>
      </w:pPr>
      <w:r>
        <w:rPr>
          <w:rStyle w:val="BodyTextChar1"/>
          <w:rFonts w:cs="Georgia"/>
        </w:rPr>
        <w:t>Многообразие предметного мира, создаваемого человеком. Функция вещи и её форма. Образ времени в предметах, созда</w:t>
      </w:r>
      <w:r>
        <w:rPr>
          <w:rStyle w:val="BodyTextChar1"/>
          <w:rFonts w:cs="Georgia"/>
        </w:rPr>
        <w:softHyphen/>
        <w:t>ваемых человеком.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Дизайн предмета как искусство и социальное проектирова</w:t>
      </w:r>
      <w:r>
        <w:rPr>
          <w:rStyle w:val="BodyTextChar1"/>
          <w:rFonts w:cs="Georgia"/>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BodyTextChar1"/>
          <w:rFonts w:cs="Georgia"/>
        </w:rPr>
        <w:softHyphen/>
        <w:t>мы предмета.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аналитических зарисовок форм бытовых пред</w:t>
      </w:r>
      <w:r>
        <w:rPr>
          <w:rStyle w:val="BodyTextChar1"/>
          <w:rFonts w:cs="Georgia"/>
        </w:rPr>
        <w:softHyphen/>
        <w:t>метов.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Творческое проектирование предметов быта с определением их функций и материала изготовления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Цвет в архитектуре и дизайне. Эмоциональное и формообра</w:t>
      </w:r>
      <w:r>
        <w:rPr>
          <w:rStyle w:val="BodyTextChar1"/>
          <w:rFonts w:cs="Georgia"/>
        </w:rPr>
        <w:softHyphen/>
        <w:t>зующее значение цвета в дизайне и архитектуре. Влияние цве</w:t>
      </w:r>
      <w:r>
        <w:rPr>
          <w:rStyle w:val="BodyTextChar1"/>
          <w:rFonts w:cs="Georgia"/>
        </w:rPr>
        <w:softHyphen/>
        <w:t>та на восприятие формы объектов архитектуры и дизайна.</w:t>
      </w:r>
    </w:p>
    <w:p w:rsidR="00F44E79" w:rsidRDefault="00F44E79">
      <w:pPr>
        <w:pStyle w:val="BodyText"/>
        <w:spacing w:after="180" w:line="269" w:lineRule="auto"/>
        <w:jc w:val="both"/>
        <w:rPr>
          <w:rFonts w:ascii="Courier New" w:hAnsi="Courier New" w:cs="Courier New"/>
          <w:color w:val="auto"/>
          <w:sz w:val="24"/>
          <w:szCs w:val="24"/>
        </w:rPr>
      </w:pPr>
      <w:r>
        <w:rPr>
          <w:rStyle w:val="BodyTextChar1"/>
          <w:rFonts w:cs="Georgia"/>
        </w:rPr>
        <w:t>Конструирование объектов дизайна или архитектурное маке</w:t>
      </w:r>
      <w:r>
        <w:rPr>
          <w:rStyle w:val="BodyTextChar1"/>
          <w:rFonts w:cs="Georgia"/>
        </w:rPr>
        <w:softHyphen/>
        <w:t>тирование с использованием цвета.</w:t>
      </w:r>
    </w:p>
    <w:p w:rsidR="00F44E79" w:rsidRDefault="00F44E79">
      <w:pPr>
        <w:pStyle w:val="90"/>
        <w:jc w:val="both"/>
        <w:rPr>
          <w:rFonts w:ascii="Courier New" w:hAnsi="Courier New" w:cs="Courier New"/>
          <w:b w:val="0"/>
          <w:bCs w:val="0"/>
          <w:color w:val="auto"/>
          <w:sz w:val="24"/>
          <w:szCs w:val="24"/>
        </w:rPr>
      </w:pPr>
      <w:r>
        <w:rPr>
          <w:rStyle w:val="9"/>
          <w:rFonts w:cs="Trebuchet MS"/>
          <w:b/>
        </w:rPr>
        <w:t>Социальное значение дизайна и архитектуры как среды жизни человека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Образ и стиль материальной культуры прошлого. Смена сти</w:t>
      </w:r>
      <w:r>
        <w:rPr>
          <w:rStyle w:val="BodyTextChar1"/>
          <w:rFonts w:cs="Georgia"/>
        </w:rPr>
        <w:softHyphen/>
        <w:t>лей как отражение эволюции образа жизни, изменения миро</w:t>
      </w:r>
      <w:r>
        <w:rPr>
          <w:rStyle w:val="BodyTextChar1"/>
          <w:rFonts w:cs="Georgia"/>
        </w:rPr>
        <w:softHyphen/>
        <w:t>воззрения людей и развития производственных возможностей.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Художественно-аналитический обзор развития образно-сти</w:t>
      </w:r>
      <w:r>
        <w:rPr>
          <w:rStyle w:val="BodyTextChar1"/>
          <w:rFonts w:cs="Georgia"/>
        </w:rPr>
        <w:softHyphen/>
        <w:t>левого языка архитектуры как этапов духовной, художествен</w:t>
      </w:r>
      <w:r>
        <w:rPr>
          <w:rStyle w:val="BodyTextChar1"/>
          <w:rFonts w:cs="Georgia"/>
        </w:rPr>
        <w:softHyphen/>
        <w:t>ной и материальной культуры разных народов и эпох.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Архитектура народного жилища, храмовая архитектура, частный дом в предметно-пространственной среде жизни раз</w:t>
      </w:r>
      <w:r>
        <w:rPr>
          <w:rStyle w:val="BodyTextChar1"/>
          <w:rFonts w:cs="Georgia"/>
        </w:rPr>
        <w:softHyphen/>
        <w:t>ных народов.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заданий по теме «Архитектурные образы про</w:t>
      </w:r>
      <w:r>
        <w:rPr>
          <w:rStyle w:val="BodyTextChar1"/>
          <w:rFonts w:cs="Georgia"/>
        </w:rPr>
        <w:softHyphen/>
        <w:t>шлых эпох» в виде аналитических зарисовок известных архи</w:t>
      </w:r>
      <w:r>
        <w:rPr>
          <w:rStyle w:val="BodyTextChar1"/>
          <w:rFonts w:cs="Georgia"/>
        </w:rPr>
        <w:softHyphen/>
        <w:t>тектурных памятников по фотографиям и другим видам изо</w:t>
      </w:r>
      <w:r>
        <w:rPr>
          <w:rStyle w:val="BodyTextChar1"/>
          <w:rFonts w:cs="Georgia"/>
        </w:rPr>
        <w:softHyphen/>
        <w:t>бражения.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Пути развития современной архитектуры и дизайна: город сегодня и завтра.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Архитектурная и градостроительная революция XX в. Её тех</w:t>
      </w:r>
      <w:r>
        <w:rPr>
          <w:rStyle w:val="BodyTextChar1"/>
          <w:rFonts w:cs="Georgia"/>
        </w:rPr>
        <w:softHyphen/>
        <w:t>нологические и эстетические предпосылки и истоки. Социаль</w:t>
      </w:r>
      <w:r>
        <w:rPr>
          <w:rStyle w:val="BodyTextChar1"/>
          <w:rFonts w:cs="Georgia"/>
        </w:rPr>
        <w:softHyphen/>
        <w:t>ный аспект «перестройки» в архитектуре.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Отрицание канонов и сохранение наследия с учётом нового уровня материально-строительной техники. Приоритет функ</w:t>
      </w:r>
      <w:r>
        <w:rPr>
          <w:rStyle w:val="BodyTextChar1"/>
          <w:rFonts w:cs="Georgia"/>
        </w:rPr>
        <w:softHyphen/>
        <w:t>ционализма. Проблема урбанизации ландшафта, безликости и агрессивности среды современного города.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Пространство городской среды. Исторические формы плани</w:t>
      </w:r>
      <w:r>
        <w:rPr>
          <w:rStyle w:val="BodyTextChar1"/>
          <w:rFonts w:cs="Georgia"/>
        </w:rPr>
        <w:softHyphen/>
        <w:t>ровки городской среды и их связь с образом жизни людей.</w:t>
      </w:r>
    </w:p>
    <w:p w:rsidR="00F44E79" w:rsidRDefault="00F44E79">
      <w:pPr>
        <w:pStyle w:val="BodyText"/>
        <w:spacing w:after="120" w:line="269" w:lineRule="auto"/>
        <w:jc w:val="both"/>
        <w:rPr>
          <w:rFonts w:ascii="Courier New" w:hAnsi="Courier New" w:cs="Courier New"/>
          <w:color w:val="auto"/>
          <w:sz w:val="24"/>
          <w:szCs w:val="24"/>
        </w:rPr>
      </w:pPr>
      <w:r>
        <w:rPr>
          <w:rStyle w:val="BodyTextChar1"/>
          <w:rFonts w:cs="Georgia"/>
        </w:rPr>
        <w:t>Роль цвета в формировании пространства. Схема-планировка и реальность.</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Современные поиски новой эстетики в градостроительстве.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практических работ по теме «Образ современно</w:t>
      </w:r>
      <w:r>
        <w:rPr>
          <w:rStyle w:val="BodyTextChar1"/>
          <w:rFonts w:cs="Georgia"/>
        </w:rPr>
        <w:softHyphen/>
        <w:t>го города и архитектурного стиля будущего»: фотоколлажа или фантазийной зарисовки города будущего.</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Дизайн городской среды. Малые архитектурные формы. Роль малых архитектурных форм и архитектурного дизайна в орга</w:t>
      </w:r>
      <w:r>
        <w:rPr>
          <w:rStyle w:val="BodyTextChar1"/>
          <w:rFonts w:cs="Georgia"/>
        </w:rPr>
        <w:softHyphen/>
        <w:t>низации городской среды и индивидуальном образе города.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Проектирование дизайна объектов городской среды. Устрой</w:t>
      </w:r>
      <w:r>
        <w:rPr>
          <w:rStyle w:val="BodyTextChar1"/>
          <w:rFonts w:cs="Georgia"/>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практической работы по теме «Проектирование дизайна объектов городской среды» в виде создания коллажно</w:t>
      </w:r>
      <w:r>
        <w:rPr>
          <w:rStyle w:val="BodyTextChar1"/>
          <w:rFonts w:cs="Georgia"/>
        </w:rPr>
        <w:softHyphen/>
        <w:t>графической композиции или дизайн-проекта оформления ви</w:t>
      </w:r>
      <w:r>
        <w:rPr>
          <w:rStyle w:val="BodyTextChar1"/>
          <w:rFonts w:cs="Georgia"/>
        </w:rPr>
        <w:softHyphen/>
        <w:t>трины магазина.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Интерьер и предметный мир в доме. Назначение помещения и построение его интерьера. Дизайн пространственно-предмет</w:t>
      </w:r>
      <w:r>
        <w:rPr>
          <w:rStyle w:val="BodyTextChar1"/>
          <w:rFonts w:cs="Georgia"/>
        </w:rPr>
        <w:softHyphen/>
        <w:t>ной среды интерьера.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Образно-стилевое единство материальной культуры каждой эпохи. Интерьер как отражение стиля жизни его хозяев.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Зонирование интерьера — создание многофункционального пространства. Отделочные материалы, введение фактуры и цве</w:t>
      </w:r>
      <w:r>
        <w:rPr>
          <w:rStyle w:val="BodyTextChar1"/>
          <w:rFonts w:cs="Georgia"/>
        </w:rPr>
        <w:softHyphen/>
        <w:t>та в интерьер.</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Интерьеры общественных зданий (театр, кафе, вокзал, офис, школа).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Организация архитектурно-ландшафтного пространства. Го</w:t>
      </w:r>
      <w:r>
        <w:rPr>
          <w:rStyle w:val="BodyTextChar1"/>
          <w:rFonts w:cs="Georgia"/>
        </w:rPr>
        <w:softHyphen/>
        <w:t>род в единстве с ландшафтно-парковой средой.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Основные школы ландшафтного дизайна. Особенности ланд</w:t>
      </w:r>
      <w:r>
        <w:rPr>
          <w:rStyle w:val="BodyTextChar1"/>
          <w:rFonts w:cs="Georgia"/>
        </w:rPr>
        <w:softHyphen/>
        <w:t>шафта русской усадебной территории и задачи сохранения исторического наследия. Традиции графического языка ланд</w:t>
      </w:r>
      <w:r>
        <w:rPr>
          <w:rStyle w:val="BodyTextChar1"/>
          <w:rFonts w:cs="Georgia"/>
        </w:rPr>
        <w:softHyphen/>
        <w:t>шафтных проектов.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Выполнение дизайн-проекта территории парка или приуса</w:t>
      </w:r>
      <w:r>
        <w:rPr>
          <w:rStyle w:val="BodyTextChar1"/>
          <w:rFonts w:cs="Georgia"/>
        </w:rPr>
        <w:softHyphen/>
        <w:t>дебного участка в виде схемы-чертежа.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Единство эстетического и функционального в объёмно</w:t>
      </w:r>
      <w:r>
        <w:rPr>
          <w:rStyle w:val="BodyTextChar1"/>
          <w:rFonts w:cs="Georgia"/>
        </w:rPr>
        <w:softHyphen/>
        <w:t>пространственной организации среды жизнедеятельности людей.</w:t>
      </w:r>
    </w:p>
    <w:p w:rsidR="00F44E79" w:rsidRDefault="00F44E79">
      <w:pPr>
        <w:pStyle w:val="90"/>
        <w:spacing w:after="0" w:line="298" w:lineRule="auto"/>
        <w:rPr>
          <w:rFonts w:ascii="Courier New" w:hAnsi="Courier New" w:cs="Courier New"/>
          <w:b w:val="0"/>
          <w:bCs w:val="0"/>
          <w:color w:val="auto"/>
          <w:sz w:val="24"/>
          <w:szCs w:val="24"/>
        </w:rPr>
      </w:pPr>
      <w:r>
        <w:rPr>
          <w:rStyle w:val="9"/>
          <w:rFonts w:cs="Trebuchet MS"/>
          <w:b/>
        </w:rPr>
        <w:t>Образ человека и индивидуальное проектирование</w:t>
      </w:r>
    </w:p>
    <w:p w:rsidR="00F44E79" w:rsidRDefault="00F44E79">
      <w:pPr>
        <w:pStyle w:val="BodyText"/>
        <w:jc w:val="both"/>
        <w:rPr>
          <w:rFonts w:ascii="Courier New" w:hAnsi="Courier New" w:cs="Courier New"/>
          <w:color w:val="auto"/>
          <w:sz w:val="24"/>
          <w:szCs w:val="24"/>
        </w:rPr>
      </w:pPr>
      <w:r>
        <w:rPr>
          <w:rStyle w:val="BodyTextChar1"/>
          <w:rFonts w:cs="Georgia"/>
        </w:rPr>
        <w:t>Организация пространства жилой среды как отражение со</w:t>
      </w:r>
      <w:r>
        <w:rPr>
          <w:rStyle w:val="BodyTextChar1"/>
          <w:rFonts w:cs="Georgia"/>
        </w:rPr>
        <w:softHyphen/>
        <w:t>циального заказа и индивидуальности человека, его вкуса, по</w:t>
      </w:r>
      <w:r>
        <w:rPr>
          <w:rStyle w:val="BodyTextChar1"/>
          <w:rFonts w:cs="Georgia"/>
        </w:rPr>
        <w:softHyphen/>
        <w:t>требностей и возможностей. Образно-личностное проектирова</w:t>
      </w:r>
      <w:r>
        <w:rPr>
          <w:rStyle w:val="BodyTextChar1"/>
          <w:rFonts w:cs="Georgia"/>
        </w:rPr>
        <w:softHyphen/>
        <w:t>ние в дизайне и архитектуре.</w:t>
      </w:r>
    </w:p>
    <w:p w:rsidR="00F44E79" w:rsidRDefault="00F44E79">
      <w:pPr>
        <w:pStyle w:val="BodyText"/>
        <w:jc w:val="both"/>
        <w:rPr>
          <w:rFonts w:ascii="Courier New" w:hAnsi="Courier New" w:cs="Courier New"/>
          <w:color w:val="auto"/>
          <w:sz w:val="24"/>
          <w:szCs w:val="24"/>
        </w:rPr>
      </w:pPr>
      <w:r>
        <w:rPr>
          <w:rStyle w:val="BodyTextChar1"/>
          <w:rFonts w:cs="Georgia"/>
        </w:rPr>
        <w:t>Проектные работы по созданию облика частного дома, комна</w:t>
      </w:r>
      <w:r>
        <w:rPr>
          <w:rStyle w:val="BodyTextChar1"/>
          <w:rFonts w:cs="Georgia"/>
        </w:rPr>
        <w:softHyphen/>
        <w:t>ты и сада. Дизайн предметной среды в интерьере частного дома.</w:t>
      </w:r>
    </w:p>
    <w:p w:rsidR="00F44E79" w:rsidRDefault="00F44E79">
      <w:pPr>
        <w:pStyle w:val="BodyText"/>
        <w:jc w:val="both"/>
        <w:rPr>
          <w:rFonts w:ascii="Courier New" w:hAnsi="Courier New" w:cs="Courier New"/>
          <w:color w:val="auto"/>
          <w:sz w:val="24"/>
          <w:szCs w:val="24"/>
        </w:rPr>
      </w:pPr>
      <w:r>
        <w:rPr>
          <w:rStyle w:val="BodyTextChar1"/>
          <w:rFonts w:cs="Georgia"/>
        </w:rPr>
        <w:t>Мода и культура как параметры создания собственного ко</w:t>
      </w:r>
      <w:r>
        <w:rPr>
          <w:rStyle w:val="BodyTextChar1"/>
          <w:rFonts w:cs="Georgia"/>
        </w:rPr>
        <w:softHyphen/>
        <w:t>стюма или комплекта одежды.</w:t>
      </w:r>
    </w:p>
    <w:p w:rsidR="00F44E79" w:rsidRDefault="00F44E79">
      <w:pPr>
        <w:pStyle w:val="BodyText"/>
        <w:jc w:val="both"/>
        <w:rPr>
          <w:rFonts w:ascii="Courier New" w:hAnsi="Courier New" w:cs="Courier New"/>
          <w:color w:val="auto"/>
          <w:sz w:val="24"/>
          <w:szCs w:val="24"/>
        </w:rPr>
      </w:pPr>
      <w:r>
        <w:rPr>
          <w:rStyle w:val="BodyTextChar1"/>
          <w:rFonts w:cs="Georgia"/>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BodyTextChar1"/>
          <w:rFonts w:cs="Georgia"/>
        </w:rPr>
        <w:softHyphen/>
        <w:t>рования массовым сознанием.</w:t>
      </w:r>
    </w:p>
    <w:p w:rsidR="00F44E79" w:rsidRDefault="00F44E79">
      <w:pPr>
        <w:pStyle w:val="BodyText"/>
        <w:jc w:val="both"/>
        <w:rPr>
          <w:rFonts w:ascii="Courier New" w:hAnsi="Courier New" w:cs="Courier New"/>
          <w:color w:val="auto"/>
          <w:sz w:val="24"/>
          <w:szCs w:val="24"/>
        </w:rPr>
      </w:pPr>
      <w:r>
        <w:rPr>
          <w:rStyle w:val="BodyTextChar1"/>
          <w:rFonts w:cs="Georgia"/>
        </w:rPr>
        <w:t>Характерные особенности современной одежды. Молодёжная субкультура и подростковая мода. Унификация одежды и ин</w:t>
      </w:r>
      <w:r>
        <w:rPr>
          <w:rStyle w:val="BodyTextChar1"/>
          <w:rFonts w:cs="Georgia"/>
        </w:rPr>
        <w:softHyphen/>
        <w:t>дивидуальный стиль. Ансамбль в костюме. Роль фантазии и вкуса в подборе одежды.</w:t>
      </w:r>
    </w:p>
    <w:p w:rsidR="00F44E79" w:rsidRDefault="00F44E79">
      <w:pPr>
        <w:pStyle w:val="BodyText"/>
        <w:jc w:val="both"/>
        <w:rPr>
          <w:rFonts w:ascii="Courier New" w:hAnsi="Courier New" w:cs="Courier New"/>
          <w:color w:val="auto"/>
          <w:sz w:val="24"/>
          <w:szCs w:val="24"/>
        </w:rPr>
      </w:pPr>
      <w:r>
        <w:rPr>
          <w:rStyle w:val="BodyTextChar1"/>
          <w:rFonts w:cs="Georgia"/>
        </w:rPr>
        <w:t>Выполнение практических творческих эскизов по теме «Ди</w:t>
      </w:r>
      <w:r>
        <w:rPr>
          <w:rStyle w:val="BodyTextChar1"/>
          <w:rFonts w:cs="Georgia"/>
        </w:rPr>
        <w:softHyphen/>
        <w:t>зайн современной одежды».</w:t>
      </w:r>
    </w:p>
    <w:p w:rsidR="00F44E79" w:rsidRDefault="00F44E79">
      <w:pPr>
        <w:pStyle w:val="BodyText"/>
        <w:jc w:val="both"/>
        <w:rPr>
          <w:rFonts w:ascii="Courier New" w:hAnsi="Courier New" w:cs="Courier New"/>
          <w:color w:val="auto"/>
          <w:sz w:val="24"/>
          <w:szCs w:val="24"/>
        </w:rPr>
      </w:pPr>
      <w:r>
        <w:rPr>
          <w:rStyle w:val="BodyTextChar1"/>
          <w:rFonts w:cs="Georgia"/>
        </w:rPr>
        <w:t>Искусство грима и причёски. Форма лица и причёска. Маки</w:t>
      </w:r>
      <w:r>
        <w:rPr>
          <w:rStyle w:val="BodyTextChar1"/>
          <w:rFonts w:cs="Georgia"/>
        </w:rPr>
        <w:softHyphen/>
        <w:t>яж дневной, вечерний и карнавальный. Грим бытовой и сцени</w:t>
      </w:r>
      <w:r>
        <w:rPr>
          <w:rStyle w:val="BodyTextChar1"/>
          <w:rFonts w:cs="Georgia"/>
        </w:rPr>
        <w:softHyphen/>
        <w:t>ческий.</w:t>
      </w:r>
    </w:p>
    <w:p w:rsidR="00F44E79" w:rsidRDefault="00F44E79">
      <w:pPr>
        <w:pStyle w:val="BodyText"/>
        <w:jc w:val="both"/>
        <w:rPr>
          <w:rFonts w:ascii="Courier New" w:hAnsi="Courier New" w:cs="Courier New"/>
          <w:color w:val="auto"/>
          <w:sz w:val="24"/>
          <w:szCs w:val="24"/>
        </w:rPr>
      </w:pPr>
      <w:r>
        <w:rPr>
          <w:rStyle w:val="BodyTextChar1"/>
          <w:rFonts w:cs="Georgia"/>
        </w:rPr>
        <w:t>Имидж-дизайн и его связь с публичностью, технологией со</w:t>
      </w:r>
      <w:r>
        <w:rPr>
          <w:rStyle w:val="BodyTextChar1"/>
          <w:rFonts w:cs="Georgia"/>
        </w:rPr>
        <w:softHyphen/>
        <w:t>циального поведения, рекламой, общественной деятельностью.</w:t>
      </w:r>
    </w:p>
    <w:p w:rsidR="00F44E79" w:rsidRDefault="00F44E79">
      <w:pPr>
        <w:pStyle w:val="BodyText"/>
        <w:spacing w:after="100"/>
        <w:jc w:val="both"/>
        <w:rPr>
          <w:rFonts w:ascii="Courier New" w:hAnsi="Courier New" w:cs="Courier New"/>
          <w:color w:val="auto"/>
          <w:sz w:val="24"/>
          <w:szCs w:val="24"/>
        </w:rPr>
      </w:pPr>
      <w:r>
        <w:rPr>
          <w:rStyle w:val="BodyTextChar1"/>
          <w:rFonts w:cs="Georgia"/>
        </w:rPr>
        <w:t>Дизайн и архитектура — средства организации среды жизни людей и строительства нового мира.</w:t>
      </w:r>
    </w:p>
    <w:p w:rsidR="00F44E79" w:rsidRDefault="00F44E79">
      <w:pPr>
        <w:pStyle w:val="31"/>
        <w:spacing w:after="0" w:line="283" w:lineRule="auto"/>
        <w:rPr>
          <w:rFonts w:ascii="Courier New" w:hAnsi="Courier New" w:cs="Courier New"/>
          <w:b w:val="0"/>
          <w:bCs w:val="0"/>
          <w:color w:val="auto"/>
          <w:sz w:val="24"/>
          <w:szCs w:val="24"/>
        </w:rPr>
      </w:pPr>
      <w:r>
        <w:rPr>
          <w:rStyle w:val="30"/>
          <w:rFonts w:cs="Arial"/>
          <w:b/>
          <w:sz w:val="18"/>
          <w:szCs w:val="18"/>
        </w:rPr>
        <w:t xml:space="preserve">Модуль № 4 «Изображение в синтетических, экранных видах искусства и художественная фотография» </w:t>
      </w:r>
      <w:r>
        <w:rPr>
          <w:rStyle w:val="30"/>
          <w:rFonts w:cs="Arial"/>
          <w:b/>
          <w:i/>
          <w:iCs/>
          <w:sz w:val="18"/>
          <w:szCs w:val="18"/>
        </w:rPr>
        <w:t>(вариативный)</w:t>
      </w:r>
    </w:p>
    <w:p w:rsidR="00F44E79" w:rsidRDefault="00F44E79">
      <w:pPr>
        <w:pStyle w:val="BodyText"/>
        <w:jc w:val="both"/>
        <w:rPr>
          <w:rFonts w:ascii="Courier New" w:hAnsi="Courier New" w:cs="Courier New"/>
          <w:color w:val="auto"/>
          <w:sz w:val="24"/>
          <w:szCs w:val="24"/>
        </w:rPr>
      </w:pPr>
      <w:r>
        <w:rPr>
          <w:rStyle w:val="BodyTextChar1"/>
          <w:rFonts w:cs="Georgia"/>
        </w:rPr>
        <w:t>Синтетические — пространственно-временные виды искус</w:t>
      </w:r>
      <w:r>
        <w:rPr>
          <w:rStyle w:val="BodyTextChar1"/>
          <w:rFonts w:cs="Georgia"/>
        </w:rPr>
        <w:softHyphen/>
        <w:t>ства. Роль изображения в синтетических искусствах в соедине</w:t>
      </w:r>
      <w:r>
        <w:rPr>
          <w:rStyle w:val="BodyTextChar1"/>
          <w:rFonts w:cs="Georgia"/>
        </w:rPr>
        <w:softHyphen/>
        <w:t>нии со словом, музыкой, движением.</w:t>
      </w:r>
    </w:p>
    <w:p w:rsidR="00F44E79" w:rsidRDefault="00F44E79">
      <w:pPr>
        <w:pStyle w:val="BodyText"/>
        <w:jc w:val="both"/>
        <w:rPr>
          <w:rFonts w:ascii="Courier New" w:hAnsi="Courier New" w:cs="Courier New"/>
          <w:color w:val="auto"/>
          <w:sz w:val="24"/>
          <w:szCs w:val="24"/>
        </w:rPr>
      </w:pPr>
      <w:r>
        <w:rPr>
          <w:rStyle w:val="BodyTextChar1"/>
          <w:rFonts w:cs="Georgia"/>
        </w:rPr>
        <w:t>Значение развития технологий в становлении новых видов искусства.</w:t>
      </w:r>
    </w:p>
    <w:p w:rsidR="00F44E79" w:rsidRDefault="00F44E79">
      <w:pPr>
        <w:pStyle w:val="BodyText"/>
        <w:spacing w:after="100"/>
        <w:jc w:val="both"/>
        <w:rPr>
          <w:rFonts w:ascii="Courier New" w:hAnsi="Courier New" w:cs="Courier New"/>
          <w:color w:val="auto"/>
          <w:sz w:val="24"/>
          <w:szCs w:val="24"/>
        </w:rPr>
      </w:pPr>
      <w:r>
        <w:rPr>
          <w:rStyle w:val="BodyTextChar1"/>
          <w:rFonts w:cs="Georgia"/>
        </w:rPr>
        <w:t>Мультимедиа и объединение множества воспринимаемых че</w:t>
      </w:r>
      <w:r>
        <w:rPr>
          <w:rStyle w:val="BodyTextChar1"/>
          <w:rFonts w:cs="Georgia"/>
        </w:rPr>
        <w:softHyphen/>
        <w:t>ловеком информационных средств на экране цифрового искус</w:t>
      </w:r>
      <w:r>
        <w:rPr>
          <w:rStyle w:val="BodyTextChar1"/>
          <w:rFonts w:cs="Georgia"/>
        </w:rPr>
        <w:softHyphen/>
        <w:t>ства.</w:t>
      </w:r>
    </w:p>
    <w:p w:rsidR="00F44E79" w:rsidRDefault="00F44E79">
      <w:pPr>
        <w:pStyle w:val="90"/>
        <w:spacing w:after="0" w:line="298" w:lineRule="auto"/>
        <w:jc w:val="both"/>
        <w:rPr>
          <w:rFonts w:ascii="Courier New" w:hAnsi="Courier New" w:cs="Courier New"/>
          <w:b w:val="0"/>
          <w:bCs w:val="0"/>
          <w:color w:val="auto"/>
          <w:sz w:val="24"/>
          <w:szCs w:val="24"/>
        </w:rPr>
      </w:pPr>
      <w:r>
        <w:rPr>
          <w:rStyle w:val="9"/>
          <w:rFonts w:cs="Trebuchet MS"/>
          <w:b/>
        </w:rPr>
        <w:t>Художник и искусство театра</w:t>
      </w:r>
    </w:p>
    <w:p w:rsidR="00F44E79" w:rsidRDefault="00F44E79">
      <w:pPr>
        <w:pStyle w:val="BodyText"/>
        <w:spacing w:after="60"/>
        <w:jc w:val="both"/>
        <w:rPr>
          <w:rFonts w:ascii="Courier New" w:hAnsi="Courier New" w:cs="Courier New"/>
          <w:color w:val="auto"/>
          <w:sz w:val="24"/>
          <w:szCs w:val="24"/>
        </w:rPr>
      </w:pPr>
      <w:r>
        <w:rPr>
          <w:rStyle w:val="BodyTextChar1"/>
          <w:rFonts w:cs="Georgia"/>
        </w:rPr>
        <w:t>Рождение театра в древнейших обрядах. История развития искусства театра.</w:t>
      </w:r>
    </w:p>
    <w:p w:rsidR="00F44E79" w:rsidRDefault="00F44E79">
      <w:pPr>
        <w:pStyle w:val="BodyText"/>
        <w:jc w:val="both"/>
        <w:rPr>
          <w:rFonts w:ascii="Courier New" w:hAnsi="Courier New" w:cs="Courier New"/>
          <w:color w:val="auto"/>
          <w:sz w:val="24"/>
          <w:szCs w:val="24"/>
        </w:rPr>
      </w:pPr>
      <w:r>
        <w:rPr>
          <w:rStyle w:val="BodyTextChar1"/>
          <w:rFonts w:cs="Georgia"/>
        </w:rPr>
        <w:t>Жанровое многообразие театральных представлений, шоу, праздников и их визуальный облик.</w:t>
      </w:r>
    </w:p>
    <w:p w:rsidR="00F44E79" w:rsidRDefault="00F44E79">
      <w:pPr>
        <w:pStyle w:val="BodyText"/>
        <w:jc w:val="both"/>
        <w:rPr>
          <w:rFonts w:ascii="Courier New" w:hAnsi="Courier New" w:cs="Courier New"/>
          <w:color w:val="auto"/>
          <w:sz w:val="24"/>
          <w:szCs w:val="24"/>
        </w:rPr>
      </w:pPr>
      <w:r>
        <w:rPr>
          <w:rStyle w:val="BodyTextChar1"/>
          <w:rFonts w:cs="Georgia"/>
        </w:rPr>
        <w:t>Роль художника и виды профессиональной деятельности ху</w:t>
      </w:r>
      <w:r>
        <w:rPr>
          <w:rStyle w:val="BodyTextChar1"/>
          <w:rFonts w:cs="Georgia"/>
        </w:rPr>
        <w:softHyphen/>
        <w:t>дожника в современном театре.</w:t>
      </w:r>
    </w:p>
    <w:p w:rsidR="00F44E79" w:rsidRDefault="00F44E79">
      <w:pPr>
        <w:pStyle w:val="BodyText"/>
        <w:jc w:val="both"/>
        <w:rPr>
          <w:rFonts w:ascii="Courier New" w:hAnsi="Courier New" w:cs="Courier New"/>
          <w:color w:val="auto"/>
          <w:sz w:val="24"/>
          <w:szCs w:val="24"/>
        </w:rPr>
      </w:pPr>
      <w:r>
        <w:rPr>
          <w:rStyle w:val="BodyTextChar1"/>
          <w:rFonts w:cs="Georgia"/>
        </w:rPr>
        <w:t>Сценография и создание сценического образа. Сотворчество художника-постановщика с драматургом, режиссёром и актё</w:t>
      </w:r>
      <w:r>
        <w:rPr>
          <w:rStyle w:val="BodyTextChar1"/>
          <w:rFonts w:cs="Georgia"/>
        </w:rPr>
        <w:softHyphen/>
        <w:t>рами.</w:t>
      </w:r>
    </w:p>
    <w:p w:rsidR="00F44E79" w:rsidRDefault="00F44E79">
      <w:pPr>
        <w:pStyle w:val="BodyText"/>
        <w:jc w:val="both"/>
        <w:rPr>
          <w:rFonts w:ascii="Courier New" w:hAnsi="Courier New" w:cs="Courier New"/>
          <w:color w:val="auto"/>
          <w:sz w:val="24"/>
          <w:szCs w:val="24"/>
        </w:rPr>
      </w:pPr>
      <w:r>
        <w:rPr>
          <w:rStyle w:val="BodyTextChar1"/>
          <w:rFonts w:cs="Georgia"/>
        </w:rPr>
        <w:t>Роль освещения в визуальном облике театрального действия. Бутафорские, пошивочные, декорационные и иные цеха в теа</w:t>
      </w:r>
      <w:r>
        <w:rPr>
          <w:rStyle w:val="BodyTextChar1"/>
          <w:rFonts w:cs="Georgia"/>
        </w:rPr>
        <w:softHyphen/>
        <w:t>тре.</w:t>
      </w:r>
    </w:p>
    <w:p w:rsidR="00F44E79" w:rsidRDefault="00F44E79">
      <w:pPr>
        <w:pStyle w:val="BodyText"/>
        <w:jc w:val="both"/>
        <w:rPr>
          <w:rFonts w:ascii="Courier New" w:hAnsi="Courier New" w:cs="Courier New"/>
          <w:color w:val="auto"/>
          <w:sz w:val="24"/>
          <w:szCs w:val="24"/>
        </w:rPr>
      </w:pPr>
      <w:r>
        <w:rPr>
          <w:rStyle w:val="BodyTextChar1"/>
          <w:rFonts w:cs="Georgia"/>
        </w:rPr>
        <w:t>Сценический костюм, грим и маска. Стилистическое един</w:t>
      </w:r>
      <w:r>
        <w:rPr>
          <w:rStyle w:val="BodyTextChar1"/>
          <w:rFonts w:cs="Georgia"/>
        </w:rPr>
        <w:softHyphen/>
        <w:t>ство в решении образа спектакля. Выражение в костюме харак</w:t>
      </w:r>
      <w:r>
        <w:rPr>
          <w:rStyle w:val="BodyTextChar1"/>
          <w:rFonts w:cs="Georgia"/>
        </w:rPr>
        <w:softHyphen/>
        <w:t>тера персонажа.</w:t>
      </w:r>
    </w:p>
    <w:p w:rsidR="00F44E79" w:rsidRDefault="00F44E79">
      <w:pPr>
        <w:pStyle w:val="BodyText"/>
        <w:jc w:val="both"/>
        <w:rPr>
          <w:rFonts w:ascii="Courier New" w:hAnsi="Courier New" w:cs="Courier New"/>
          <w:color w:val="auto"/>
          <w:sz w:val="24"/>
          <w:szCs w:val="24"/>
        </w:rPr>
      </w:pPr>
      <w:r>
        <w:rPr>
          <w:rStyle w:val="BodyTextChar1"/>
          <w:rFonts w:cs="Georgia"/>
        </w:rPr>
        <w:t>Творчество художников-постановщиков в истории отече</w:t>
      </w:r>
      <w:r>
        <w:rPr>
          <w:rStyle w:val="BodyTextChar1"/>
          <w:rFonts w:cs="Georgia"/>
        </w:rPr>
        <w:softHyphen/>
        <w:t>ственного искусства (К. Коровин, И. Билибин, А. Головин и др.).</w:t>
      </w:r>
    </w:p>
    <w:p w:rsidR="00F44E79" w:rsidRDefault="00F44E79">
      <w:pPr>
        <w:pStyle w:val="BodyText"/>
        <w:jc w:val="both"/>
        <w:rPr>
          <w:rFonts w:ascii="Courier New" w:hAnsi="Courier New" w:cs="Courier New"/>
          <w:color w:val="auto"/>
          <w:sz w:val="24"/>
          <w:szCs w:val="24"/>
        </w:rPr>
      </w:pPr>
      <w:r>
        <w:rPr>
          <w:rStyle w:val="BodyTextChar1"/>
          <w:rFonts w:cs="Georgia"/>
        </w:rPr>
        <w:t>Школьный спектакль и работа художника по его подготовке.</w:t>
      </w:r>
    </w:p>
    <w:p w:rsidR="00F44E79" w:rsidRDefault="00F44E79">
      <w:pPr>
        <w:pStyle w:val="BodyText"/>
        <w:jc w:val="both"/>
        <w:rPr>
          <w:rFonts w:ascii="Courier New" w:hAnsi="Courier New" w:cs="Courier New"/>
          <w:color w:val="auto"/>
          <w:sz w:val="24"/>
          <w:szCs w:val="24"/>
        </w:rPr>
      </w:pPr>
      <w:r>
        <w:rPr>
          <w:rStyle w:val="BodyTextChar1"/>
          <w:rFonts w:cs="Georgia"/>
        </w:rPr>
        <w:t>Художник в театре кукол и его ведущая роль как соавтора режиссёра и актёра в процессе создания образа персонажа.</w:t>
      </w:r>
    </w:p>
    <w:p w:rsidR="00F44E79" w:rsidRDefault="00F44E79">
      <w:pPr>
        <w:pStyle w:val="BodyText"/>
        <w:spacing w:after="180"/>
        <w:jc w:val="both"/>
        <w:rPr>
          <w:rFonts w:ascii="Courier New" w:hAnsi="Courier New" w:cs="Courier New"/>
          <w:color w:val="auto"/>
          <w:sz w:val="24"/>
          <w:szCs w:val="24"/>
        </w:rPr>
      </w:pPr>
      <w:r>
        <w:rPr>
          <w:rStyle w:val="BodyTextChar1"/>
          <w:rFonts w:cs="Georgia"/>
        </w:rPr>
        <w:t>Условность и метафора в театральной постановке как образ</w:t>
      </w:r>
      <w:r>
        <w:rPr>
          <w:rStyle w:val="BodyTextChar1"/>
          <w:rFonts w:cs="Georgia"/>
        </w:rPr>
        <w:softHyphen/>
        <w:t>ная и авторская интерпретация реальности.</w:t>
      </w:r>
    </w:p>
    <w:p w:rsidR="00F44E79" w:rsidRDefault="00F44E79">
      <w:pPr>
        <w:pStyle w:val="90"/>
        <w:jc w:val="both"/>
        <w:rPr>
          <w:rFonts w:ascii="Courier New" w:hAnsi="Courier New" w:cs="Courier New"/>
          <w:b w:val="0"/>
          <w:bCs w:val="0"/>
          <w:color w:val="auto"/>
          <w:sz w:val="24"/>
          <w:szCs w:val="24"/>
        </w:rPr>
      </w:pPr>
      <w:r>
        <w:rPr>
          <w:rStyle w:val="9"/>
          <w:rFonts w:cs="Trebuchet MS"/>
          <w:b/>
        </w:rPr>
        <w:t>Художественная фотография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Рождение фотографии как технологическая революция запе</w:t>
      </w:r>
      <w:r>
        <w:rPr>
          <w:rStyle w:val="BodyTextChar1"/>
          <w:rFonts w:cs="Georgia"/>
        </w:rPr>
        <w:softHyphen/>
        <w:t>чатления реальности. Искусство и технология. История фото</w:t>
      </w:r>
      <w:r>
        <w:rPr>
          <w:rStyle w:val="BodyTextChar1"/>
          <w:rFonts w:cs="Georgia"/>
        </w:rPr>
        <w:softHyphen/>
        <w:t>графии: от дагеротипа до компьютерных технологий.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Современные возможности художественной обработки циф</w:t>
      </w:r>
      <w:r>
        <w:rPr>
          <w:rStyle w:val="BodyTextChar1"/>
          <w:rFonts w:cs="Georgia"/>
        </w:rPr>
        <w:softHyphen/>
        <w:t>ровой фотографии.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Картина мира и «Родиноведение» в фотографиях С. М. Про</w:t>
      </w:r>
      <w:r>
        <w:rPr>
          <w:rStyle w:val="BodyTextChar1"/>
          <w:rFonts w:cs="Georgia"/>
        </w:rPr>
        <w:softHyphen/>
        <w:t>кудина-Горского. Сохранённая история и роль его фотографий в современной отечественной культуре.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Фотография — искусство светописи. Роль света в выявлении формы и фактуры предмета. Примеры художественной фото</w:t>
      </w:r>
      <w:r>
        <w:rPr>
          <w:rStyle w:val="BodyTextChar1"/>
          <w:rFonts w:cs="Georgia"/>
        </w:rPr>
        <w:softHyphen/>
        <w:t>графии в творчестве профессиональных мастеров.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Композиция кадра, ракурс, плановость, графический ритм.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Умения наблюдать и выявлять выразительность и красоту окружающей жизни с помощью фотографии.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Фотопейзаж в творчестве профессиональных фотографов.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Образные возможности чёрно-белой и цветной фотографии. Роль тональных контрастов и роль цвета в эмоционально-об</w:t>
      </w:r>
      <w:r>
        <w:rPr>
          <w:rStyle w:val="BodyTextChar1"/>
          <w:rFonts w:cs="Georgia"/>
        </w:rPr>
        <w:softHyphen/>
        <w:t>разном восприятии пейзажа.</w:t>
      </w:r>
    </w:p>
    <w:p w:rsidR="00F44E79" w:rsidRDefault="00F44E79">
      <w:pPr>
        <w:pStyle w:val="BodyText"/>
        <w:spacing w:after="120" w:line="269" w:lineRule="auto"/>
        <w:jc w:val="both"/>
        <w:rPr>
          <w:rFonts w:ascii="Courier New" w:hAnsi="Courier New" w:cs="Courier New"/>
          <w:color w:val="auto"/>
          <w:sz w:val="24"/>
          <w:szCs w:val="24"/>
        </w:rPr>
      </w:pPr>
      <w:r>
        <w:rPr>
          <w:rStyle w:val="BodyTextChar1"/>
          <w:rFonts w:cs="Georgia"/>
        </w:rPr>
        <w:t>Роль освещения в портретном образе. Фотография постано</w:t>
      </w:r>
      <w:r>
        <w:rPr>
          <w:rStyle w:val="BodyTextChar1"/>
          <w:rFonts w:cs="Georgia"/>
        </w:rPr>
        <w:softHyphen/>
        <w:t>вочная и документальная.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Фотопортрет в истории профессиональной фотографии и его связь с направлениями в изобразительном искусстве.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Портрет в фотографии, его общее и особенное по сравнению с живописным и графическим портретом. Опыт выполнения портретных фотографий.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Фоторепортаж. Образ события в кадре. Репортажный сни</w:t>
      </w:r>
      <w:r>
        <w:rPr>
          <w:rStyle w:val="BodyTextChar1"/>
          <w:rFonts w:cs="Georgia"/>
        </w:rPr>
        <w:softHyphen/>
        <w:t>мок — свидетельство истории и его значение в сохранении па</w:t>
      </w:r>
      <w:r>
        <w:rPr>
          <w:rStyle w:val="BodyTextChar1"/>
          <w:rFonts w:cs="Georgia"/>
        </w:rPr>
        <w:softHyphen/>
        <w:t>мяти о событии.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Фоторепортаж — дневник истории. Значение работы воен</w:t>
      </w:r>
      <w:r>
        <w:rPr>
          <w:rStyle w:val="BodyTextChar1"/>
          <w:rFonts w:cs="Georgia"/>
        </w:rPr>
        <w:softHyphen/>
        <w:t>ных фотографов. Спортивные фотографии. Образ современно</w:t>
      </w:r>
      <w:r>
        <w:rPr>
          <w:rStyle w:val="BodyTextChar1"/>
          <w:rFonts w:cs="Georgia"/>
        </w:rPr>
        <w:softHyphen/>
        <w:t>сти в репортажных фотографиях.</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«Работать для жизни...» — фотографии Александра Родчен</w:t>
      </w:r>
      <w:r>
        <w:rPr>
          <w:rStyle w:val="BodyTextChar1"/>
          <w:rFonts w:cs="Georgia"/>
        </w:rPr>
        <w:softHyphen/>
        <w:t>ко, их значение и влияние на стиль эпохи.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Возможности компьютерной обработки фотографий, задачи преобразования фотографий и границы достоверности.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Коллаж как жанр художественного творчества с помощью различных компьютерных программ.</w:t>
      </w:r>
    </w:p>
    <w:p w:rsidR="00F44E79" w:rsidRDefault="00F44E79">
      <w:pPr>
        <w:pStyle w:val="BodyText"/>
        <w:spacing w:after="180" w:line="269" w:lineRule="auto"/>
        <w:jc w:val="both"/>
        <w:rPr>
          <w:rFonts w:ascii="Courier New" w:hAnsi="Courier New" w:cs="Courier New"/>
          <w:color w:val="auto"/>
          <w:sz w:val="24"/>
          <w:szCs w:val="24"/>
        </w:rPr>
      </w:pPr>
      <w:r>
        <w:rPr>
          <w:rStyle w:val="BodyTextChar1"/>
          <w:rFonts w:cs="Georgia"/>
        </w:rPr>
        <w:t>Художественная фотография как авторское видение мира, как образ времени и влияние фотообраза на жизнь людей.</w:t>
      </w:r>
    </w:p>
    <w:p w:rsidR="00F44E79" w:rsidRDefault="00F44E79">
      <w:pPr>
        <w:pStyle w:val="90"/>
        <w:jc w:val="both"/>
        <w:rPr>
          <w:rFonts w:ascii="Courier New" w:hAnsi="Courier New" w:cs="Courier New"/>
          <w:b w:val="0"/>
          <w:bCs w:val="0"/>
          <w:color w:val="auto"/>
          <w:sz w:val="24"/>
          <w:szCs w:val="24"/>
        </w:rPr>
      </w:pPr>
      <w:r>
        <w:rPr>
          <w:rStyle w:val="9"/>
          <w:rFonts w:cs="Trebuchet MS"/>
          <w:b/>
        </w:rPr>
        <w:t>Изображение и искусство кино</w:t>
      </w:r>
    </w:p>
    <w:p w:rsidR="00F44E79" w:rsidRDefault="00F44E79">
      <w:pPr>
        <w:pStyle w:val="BodyText"/>
        <w:jc w:val="both"/>
        <w:rPr>
          <w:rFonts w:ascii="Courier New" w:hAnsi="Courier New" w:cs="Courier New"/>
          <w:color w:val="auto"/>
          <w:sz w:val="24"/>
          <w:szCs w:val="24"/>
        </w:rPr>
      </w:pPr>
      <w:r>
        <w:rPr>
          <w:rStyle w:val="BodyTextChar1"/>
          <w:rFonts w:cs="Georgia"/>
        </w:rPr>
        <w:t>Ожившее изображение. История кино и его эволюция как ис</w:t>
      </w:r>
      <w:r>
        <w:rPr>
          <w:rStyle w:val="BodyTextChar1"/>
          <w:rFonts w:cs="Georgia"/>
        </w:rPr>
        <w:softHyphen/>
        <w:t>кусства.</w:t>
      </w:r>
    </w:p>
    <w:p w:rsidR="00F44E79" w:rsidRDefault="00F44E79">
      <w:pPr>
        <w:pStyle w:val="BodyText"/>
        <w:jc w:val="both"/>
        <w:rPr>
          <w:rFonts w:ascii="Courier New" w:hAnsi="Courier New" w:cs="Courier New"/>
          <w:color w:val="auto"/>
          <w:sz w:val="24"/>
          <w:szCs w:val="24"/>
        </w:rPr>
      </w:pPr>
      <w:r>
        <w:rPr>
          <w:rStyle w:val="BodyTextChar1"/>
          <w:rFonts w:cs="Georgia"/>
        </w:rPr>
        <w:t>Синтетическая природа пространственно-временного искус</w:t>
      </w:r>
      <w:r>
        <w:rPr>
          <w:rStyle w:val="BodyTextChar1"/>
          <w:rFonts w:cs="Georgia"/>
        </w:rPr>
        <w:softHyphen/>
        <w:t>ства кино и состав творческого коллектива. Сценарист — ре</w:t>
      </w:r>
      <w:r>
        <w:rPr>
          <w:rStyle w:val="BodyTextChar1"/>
          <w:rFonts w:cs="Georgia"/>
        </w:rPr>
        <w:softHyphen/>
        <w:t>жиссёр — художник — оператор в работе над фильмом. Слож</w:t>
      </w:r>
      <w:r>
        <w:rPr>
          <w:rStyle w:val="BodyTextChar1"/>
          <w:rFonts w:cs="Georgia"/>
        </w:rPr>
        <w:softHyphen/>
        <w:t>носоставной язык кино.</w:t>
      </w:r>
    </w:p>
    <w:p w:rsidR="00F44E79" w:rsidRDefault="00F44E79">
      <w:pPr>
        <w:pStyle w:val="BodyText"/>
        <w:jc w:val="both"/>
        <w:rPr>
          <w:rFonts w:ascii="Courier New" w:hAnsi="Courier New" w:cs="Courier New"/>
          <w:color w:val="auto"/>
          <w:sz w:val="24"/>
          <w:szCs w:val="24"/>
        </w:rPr>
      </w:pPr>
      <w:r>
        <w:rPr>
          <w:rStyle w:val="BodyTextChar1"/>
          <w:rFonts w:cs="Georgia"/>
        </w:rPr>
        <w:t>Монтаж композиционно построенных кадров — основа языка киноискусства.</w:t>
      </w:r>
    </w:p>
    <w:p w:rsidR="00F44E79" w:rsidRDefault="00F44E79">
      <w:pPr>
        <w:pStyle w:val="BodyText"/>
        <w:jc w:val="both"/>
        <w:rPr>
          <w:rFonts w:ascii="Courier New" w:hAnsi="Courier New" w:cs="Courier New"/>
          <w:color w:val="auto"/>
          <w:sz w:val="24"/>
          <w:szCs w:val="24"/>
        </w:rPr>
      </w:pPr>
      <w:r>
        <w:rPr>
          <w:rStyle w:val="BodyTextChar1"/>
          <w:rFonts w:cs="Georgia"/>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BodyTextChar1"/>
          <w:rFonts w:cs="Georgia"/>
        </w:rPr>
        <w:softHyphen/>
        <w:t>жественный образ — видеоряд художественного игрового филь</w:t>
      </w:r>
      <w:r>
        <w:rPr>
          <w:rStyle w:val="BodyTextChar1"/>
          <w:rFonts w:cs="Georgia"/>
        </w:rPr>
        <w:softHyphen/>
        <w:t>ма.</w:t>
      </w:r>
    </w:p>
    <w:p w:rsidR="00F44E79" w:rsidRDefault="00F44E79">
      <w:pPr>
        <w:pStyle w:val="BodyText"/>
        <w:jc w:val="both"/>
        <w:rPr>
          <w:rFonts w:ascii="Courier New" w:hAnsi="Courier New" w:cs="Courier New"/>
          <w:color w:val="auto"/>
          <w:sz w:val="24"/>
          <w:szCs w:val="24"/>
        </w:rPr>
      </w:pPr>
      <w:r>
        <w:rPr>
          <w:rStyle w:val="BodyTextChar1"/>
          <w:rFonts w:cs="Georgia"/>
        </w:rPr>
        <w:t>Создание видеоролика — от замысла до съёмки. Разные жан</w:t>
      </w:r>
      <w:r>
        <w:rPr>
          <w:rStyle w:val="BodyTextChar1"/>
          <w:rFonts w:cs="Georgia"/>
        </w:rPr>
        <w:softHyphen/>
        <w:t>ры — разные задачи в работе над видеороликом. Этапы созда</w:t>
      </w:r>
      <w:r>
        <w:rPr>
          <w:rStyle w:val="BodyTextChar1"/>
          <w:rFonts w:cs="Georgia"/>
        </w:rPr>
        <w:softHyphen/>
        <w:t>ния видеоролика.</w:t>
      </w:r>
    </w:p>
    <w:p w:rsidR="00F44E79" w:rsidRDefault="00F44E79">
      <w:pPr>
        <w:pStyle w:val="BodyText"/>
        <w:spacing w:after="120"/>
        <w:jc w:val="both"/>
        <w:rPr>
          <w:rFonts w:ascii="Courier New" w:hAnsi="Courier New" w:cs="Courier New"/>
          <w:color w:val="auto"/>
          <w:sz w:val="24"/>
          <w:szCs w:val="24"/>
        </w:rPr>
      </w:pPr>
      <w:r>
        <w:rPr>
          <w:rStyle w:val="BodyTextChar1"/>
          <w:rFonts w:cs="Georgia"/>
        </w:rPr>
        <w:t>Искусство анимации и художник-мультипликатор. Рисован</w:t>
      </w:r>
      <w:r>
        <w:rPr>
          <w:rStyle w:val="BodyTextChar1"/>
          <w:rFonts w:cs="Georgia"/>
        </w:rPr>
        <w:softHyphen/>
        <w:t>ные, кукольные мультфильмы и цифровая анимация. Уолт Дисней и его студия. Особое лицо отечественной мультиплика</w:t>
      </w:r>
      <w:r>
        <w:rPr>
          <w:rStyle w:val="BodyTextChar1"/>
          <w:rFonts w:cs="Georgia"/>
        </w:rPr>
        <w:softHyphen/>
        <w:t>ции, её знаменитые создатели.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Использование электронно-цифровых технологий в совре</w:t>
      </w:r>
      <w:r>
        <w:rPr>
          <w:rStyle w:val="BodyTextChar1"/>
          <w:rFonts w:cs="Georgia"/>
        </w:rPr>
        <w:softHyphen/>
        <w:t>менном игровом кинематографе.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Компьютерная анимация на занятиях в школе. Техническое оборудование и его возможности для создания анимации. Кол</w:t>
      </w:r>
      <w:r>
        <w:rPr>
          <w:rStyle w:val="BodyTextChar1"/>
          <w:rFonts w:cs="Georgia"/>
        </w:rPr>
        <w:softHyphen/>
        <w:t>лективный характер деятельности по созданию анимационного фильма. Выбор технологии: пластилиновые мультфильмы, бу</w:t>
      </w:r>
      <w:r>
        <w:rPr>
          <w:rStyle w:val="BodyTextChar1"/>
          <w:rFonts w:cs="Georgia"/>
        </w:rPr>
        <w:softHyphen/>
        <w:t>мажная перекладка, сыпучая анимация.</w:t>
      </w:r>
    </w:p>
    <w:p w:rsidR="00F44E79" w:rsidRDefault="00F44E79">
      <w:pPr>
        <w:pStyle w:val="BodyText"/>
        <w:spacing w:after="80" w:line="269" w:lineRule="auto"/>
        <w:jc w:val="both"/>
        <w:rPr>
          <w:rFonts w:ascii="Courier New" w:hAnsi="Courier New" w:cs="Courier New"/>
          <w:color w:val="auto"/>
          <w:sz w:val="24"/>
          <w:szCs w:val="24"/>
        </w:rPr>
      </w:pPr>
      <w:r>
        <w:rPr>
          <w:rStyle w:val="BodyTextChar1"/>
          <w:rFonts w:cs="Georgia"/>
        </w:rPr>
        <w:t>Этапы создания анимационного фильма. Требования и кри</w:t>
      </w:r>
      <w:r>
        <w:rPr>
          <w:rStyle w:val="BodyTextChar1"/>
          <w:rFonts w:cs="Georgia"/>
        </w:rPr>
        <w:softHyphen/>
        <w:t>терии художественности.</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Изобразительное искусство на телевидении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Телевидение — экранное искусство: средство массовой ин</w:t>
      </w:r>
      <w:r>
        <w:rPr>
          <w:rStyle w:val="BodyTextChar1"/>
          <w:rFonts w:cs="Georgia"/>
        </w:rPr>
        <w:softHyphen/>
        <w:t>формации, художественного и научного просвещения, развле</w:t>
      </w:r>
      <w:r>
        <w:rPr>
          <w:rStyle w:val="BodyTextChar1"/>
          <w:rFonts w:cs="Georgia"/>
        </w:rPr>
        <w:softHyphen/>
        <w:t>чения и организации досуга.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Искусство и технология. Создатель телевидения — русский инженер Владимир Козьмич Зворыкин.</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Роль телевидения в превращении мира в единое информаци</w:t>
      </w:r>
      <w:r>
        <w:rPr>
          <w:rStyle w:val="BodyTextChar1"/>
          <w:rFonts w:cs="Georgia"/>
        </w:rPr>
        <w:softHyphen/>
        <w:t>онное пространство. Картина мира, создаваемая телевидением. Прямой эфир и его значение.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Деятельность художника на телевидении: художники по све</w:t>
      </w:r>
      <w:r>
        <w:rPr>
          <w:rStyle w:val="BodyTextChar1"/>
          <w:rFonts w:cs="Georgia"/>
        </w:rPr>
        <w:softHyphen/>
        <w:t>ту, костюму, гриму; сценографический дизайн и компьютерная графика.</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Школьное телевидение и студия мультимедиа. Построение видеоряда и художественного оформления.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Художнические роли каждого человека в реальной бытийной жизни.</w:t>
      </w:r>
    </w:p>
    <w:p w:rsidR="00F44E79" w:rsidRDefault="00F44E79">
      <w:pPr>
        <w:pStyle w:val="BodyText"/>
        <w:spacing w:after="80" w:line="269" w:lineRule="auto"/>
        <w:jc w:val="both"/>
        <w:rPr>
          <w:rFonts w:ascii="Courier New" w:hAnsi="Courier New" w:cs="Courier New"/>
          <w:color w:val="auto"/>
          <w:sz w:val="24"/>
          <w:szCs w:val="24"/>
        </w:rPr>
        <w:sectPr w:rsidR="00F44E79">
          <w:footerReference w:type="even" r:id="rId515"/>
          <w:footerReference w:type="default" r:id="rId516"/>
          <w:footnotePr>
            <w:numFmt w:val="upperRoman"/>
          </w:footnotePr>
          <w:pgSz w:w="7824" w:h="12019"/>
          <w:pgMar w:top="647" w:right="711" w:bottom="866" w:left="714" w:header="0" w:footer="3" w:gutter="0"/>
          <w:cols w:space="720"/>
          <w:noEndnote/>
          <w:docGrid w:linePitch="360"/>
        </w:sectPr>
      </w:pPr>
      <w:r>
        <w:rPr>
          <w:rStyle w:val="BodyTextChar1"/>
          <w:rFonts w:cs="Georgia"/>
        </w:rPr>
        <w:t>Роль искусства в жизни общества и его влияние на жизнь каждого человека.</w:t>
      </w:r>
    </w:p>
    <w:p w:rsidR="00F44E79" w:rsidRDefault="00F44E79">
      <w:pPr>
        <w:pStyle w:val="31"/>
        <w:pBdr>
          <w:bottom w:val="single" w:sz="4" w:space="0" w:color="auto"/>
        </w:pBdr>
        <w:spacing w:after="220" w:line="266" w:lineRule="auto"/>
        <w:rPr>
          <w:rFonts w:ascii="Courier New" w:hAnsi="Courier New" w:cs="Courier New"/>
          <w:b w:val="0"/>
          <w:bCs w:val="0"/>
          <w:color w:val="auto"/>
          <w:sz w:val="24"/>
          <w:szCs w:val="24"/>
        </w:rPr>
      </w:pPr>
      <w:r>
        <w:rPr>
          <w:rStyle w:val="30"/>
          <w:rFonts w:cs="Arial"/>
          <w:b/>
        </w:rPr>
        <w:t>ПЛАНИРУЕМЫЕ РЕЗУЛЬТАТЫ ОСВОЕНИЯ УЧЕБНОГО ПРЕДМЕТА «ИЗОБРАЗИТЕЛЬНОЕ ИСКУССТВО» НА УРОВНЕ ОСНОВНОГО ОБЩЕГО ОБРАЗОВАНИЯ</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ЛИЧНОСТНЫЕ РЕЗУЛЬТАТЫ</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Личностные результаты освоения рабочей программы основ</w:t>
      </w:r>
      <w:r>
        <w:rPr>
          <w:rStyle w:val="BodyTextChar1"/>
          <w:rFonts w:cs="Georgia"/>
        </w:rPr>
        <w:softHyphen/>
        <w:t>ного общего образования по изобразительному искусству дости</w:t>
      </w:r>
      <w:r>
        <w:rPr>
          <w:rStyle w:val="BodyTextChar1"/>
          <w:rFonts w:cs="Georgia"/>
        </w:rPr>
        <w:softHyphen/>
        <w:t>гаются в единстве учебной и воспитательной деятельности.</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В центре примерной программы по изобразительному искус</w:t>
      </w:r>
      <w:r>
        <w:rPr>
          <w:rStyle w:val="BodyTextChar1"/>
          <w:rFonts w:cs="Georgia"/>
        </w:rPr>
        <w:softHyphen/>
        <w:t>ству в соответствии с ФГОС общего образования находится лич</w:t>
      </w:r>
      <w:r>
        <w:rPr>
          <w:rStyle w:val="BodyTextChar1"/>
          <w:rFonts w:cs="Georgia"/>
        </w:rPr>
        <w:softHyphen/>
        <w:t>ностное развитие обучающихся, приобщение обучающихся к российским традиционным духовным ценностям, социализа</w:t>
      </w:r>
      <w:r>
        <w:rPr>
          <w:rStyle w:val="BodyTextChar1"/>
          <w:rFonts w:cs="Georgia"/>
        </w:rPr>
        <w:softHyphen/>
        <w:t>ция личности.</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BodyTextChar1"/>
          <w:rFonts w:cs="Georgia"/>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F44E79" w:rsidRDefault="00F44E79" w:rsidP="00E5323B">
      <w:pPr>
        <w:pStyle w:val="33"/>
        <w:keepNext/>
        <w:keepLines/>
        <w:numPr>
          <w:ilvl w:val="0"/>
          <w:numId w:val="59"/>
        </w:numPr>
        <w:tabs>
          <w:tab w:val="left" w:pos="303"/>
        </w:tabs>
        <w:spacing w:after="0"/>
        <w:jc w:val="both"/>
        <w:rPr>
          <w:b w:val="0"/>
          <w:bCs w:val="0"/>
          <w:color w:val="auto"/>
          <w:sz w:val="24"/>
          <w:szCs w:val="24"/>
        </w:rPr>
      </w:pPr>
      <w:bookmarkStart w:id="712" w:name="bookmark4545"/>
      <w:bookmarkStart w:id="713" w:name="bookmark4543"/>
      <w:bookmarkStart w:id="714" w:name="bookmark4544"/>
      <w:bookmarkStart w:id="715" w:name="bookmark4546"/>
      <w:bookmarkEnd w:id="712"/>
      <w:r>
        <w:rPr>
          <w:rStyle w:val="32"/>
          <w:rFonts w:cs="Arial"/>
          <w:b/>
        </w:rPr>
        <w:t>Патриотическое воспитание</w:t>
      </w:r>
      <w:bookmarkEnd w:id="713"/>
      <w:bookmarkEnd w:id="714"/>
      <w:bookmarkEnd w:id="715"/>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BodyTextChar1"/>
          <w:rFonts w:cs="Georgia"/>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BodyTextChar1"/>
          <w:rFonts w:cs="Georgia"/>
        </w:rPr>
        <w:softHyphen/>
        <w:t>триотические чувства воспитываются в изучении истории на</w:t>
      </w:r>
      <w:r>
        <w:rPr>
          <w:rStyle w:val="BodyTextChar1"/>
          <w:rFonts w:cs="Georgia"/>
        </w:rPr>
        <w:softHyphen/>
        <w:t>родного искусства, его житейской мудрости и значения симво</w:t>
      </w:r>
      <w:r>
        <w:rPr>
          <w:rStyle w:val="BodyTextChar1"/>
          <w:rFonts w:cs="Georgia"/>
        </w:rPr>
        <w:softHyphen/>
        <w:t>лических смыслов. Урок искусства воспитывает патриотизм не в декларативной форме, а в процессе собственной художествен</w:t>
      </w:r>
      <w:r>
        <w:rPr>
          <w:rStyle w:val="BodyTextChar1"/>
          <w:rFonts w:cs="Georgia"/>
        </w:rPr>
        <w:softHyphen/>
        <w:t>но-практической деятельности обучающегося, который учится чувственно-эмоциональному восприятию и творческому сози</w:t>
      </w:r>
      <w:r>
        <w:rPr>
          <w:rStyle w:val="BodyTextChar1"/>
          <w:rFonts w:cs="Georgia"/>
        </w:rPr>
        <w:softHyphen/>
        <w:t>данию художественного образа.</w:t>
      </w:r>
    </w:p>
    <w:p w:rsidR="00F44E79" w:rsidRDefault="00F44E79" w:rsidP="00E5323B">
      <w:pPr>
        <w:pStyle w:val="33"/>
        <w:keepNext/>
        <w:keepLines/>
        <w:numPr>
          <w:ilvl w:val="0"/>
          <w:numId w:val="59"/>
        </w:numPr>
        <w:tabs>
          <w:tab w:val="left" w:pos="303"/>
        </w:tabs>
        <w:spacing w:after="0"/>
        <w:jc w:val="both"/>
        <w:rPr>
          <w:b w:val="0"/>
          <w:bCs w:val="0"/>
          <w:color w:val="auto"/>
          <w:sz w:val="24"/>
          <w:szCs w:val="24"/>
        </w:rPr>
      </w:pPr>
      <w:bookmarkStart w:id="716" w:name="bookmark4549"/>
      <w:bookmarkStart w:id="717" w:name="bookmark4547"/>
      <w:bookmarkStart w:id="718" w:name="bookmark4548"/>
      <w:bookmarkStart w:id="719" w:name="bookmark4550"/>
      <w:bookmarkEnd w:id="716"/>
      <w:r>
        <w:rPr>
          <w:rStyle w:val="32"/>
          <w:rFonts w:cs="Arial"/>
          <w:b/>
        </w:rPr>
        <w:t>Гражданское воспитание</w:t>
      </w:r>
      <w:bookmarkEnd w:id="717"/>
      <w:bookmarkEnd w:id="718"/>
      <w:bookmarkEnd w:id="719"/>
    </w:p>
    <w:p w:rsidR="00F44E79" w:rsidRDefault="00F44E79">
      <w:pPr>
        <w:pStyle w:val="BodyText"/>
        <w:spacing w:after="100" w:line="266" w:lineRule="auto"/>
        <w:jc w:val="both"/>
        <w:rPr>
          <w:rFonts w:ascii="Courier New" w:hAnsi="Courier New" w:cs="Courier New"/>
          <w:color w:val="auto"/>
          <w:sz w:val="24"/>
          <w:szCs w:val="24"/>
        </w:rPr>
      </w:pPr>
      <w:r>
        <w:rPr>
          <w:rStyle w:val="BodyTextChar1"/>
          <w:rFonts w:cs="Georgia"/>
        </w:rPr>
        <w:t>Программа по изобразительному искусству направлена на ак</w:t>
      </w:r>
      <w:r>
        <w:rPr>
          <w:rStyle w:val="BodyTextChar1"/>
          <w:rFonts w:cs="Georgia"/>
        </w:rPr>
        <w:softHyphen/>
        <w:t>тивное приобщение обучающихся к ценностям мировой и отечественной культуры. При этом реализуются задачи социа</w:t>
      </w:r>
      <w:r>
        <w:rPr>
          <w:rStyle w:val="BodyTextChar1"/>
          <w:rFonts w:cs="Georgia"/>
        </w:rPr>
        <w:softHyphen/>
        <w:t>лизации и гражданского воспитания школьника. Формируется чувство личной причастности к жизни общества. Искусство рас</w:t>
      </w:r>
      <w:r>
        <w:rPr>
          <w:rStyle w:val="BodyTextChar1"/>
          <w:rFonts w:cs="Georgia"/>
        </w:rPr>
        <w:softHyphen/>
        <w:t>сматривается как особый язык, развивающий коммуникатив</w:t>
      </w:r>
      <w:r>
        <w:rPr>
          <w:rStyle w:val="BodyTextChar1"/>
          <w:rFonts w:cs="Georgia"/>
        </w:rPr>
        <w:softHyphen/>
        <w:t>ные умения. В рамках предмета «Изобразительное искусство» происходит изучение художественной культуры и мировой исто</w:t>
      </w:r>
      <w:r>
        <w:rPr>
          <w:rStyle w:val="BodyTextChar1"/>
          <w:rFonts w:cs="Georgia"/>
        </w:rPr>
        <w:softHyphen/>
        <w:t>рии искусства, углубляются интернациональные чувства обуча</w:t>
      </w:r>
      <w:r>
        <w:rPr>
          <w:rStyle w:val="BodyTextChar1"/>
          <w:rFonts w:cs="Georgia"/>
        </w:rPr>
        <w:softHyphen/>
        <w:t>ющихся. Предмет способствует пониманию особенностей жизни разных народов и красоты различных национальных эстетиче</w:t>
      </w:r>
      <w:r>
        <w:rPr>
          <w:rStyle w:val="BodyTextChar1"/>
          <w:rFonts w:cs="Georgia"/>
        </w:rPr>
        <w:softHyphen/>
        <w:t>ских идеалов. Коллективные творческие работы, а также уча</w:t>
      </w:r>
      <w:r>
        <w:rPr>
          <w:rStyle w:val="BodyTextChar1"/>
          <w:rFonts w:cs="Georgia"/>
        </w:rPr>
        <w:softHyphen/>
        <w:t>стие в общих художественных проектах создают условия для разнообразной совместной деятельности, способствуют понима</w:t>
      </w:r>
      <w:r>
        <w:rPr>
          <w:rStyle w:val="BodyTextChar1"/>
          <w:rFonts w:cs="Georgia"/>
        </w:rPr>
        <w:softHyphen/>
        <w:t>нию другого, становлению чувства личной ответственности.</w:t>
      </w:r>
    </w:p>
    <w:p w:rsidR="00F44E79" w:rsidRDefault="00F44E79" w:rsidP="00E5323B">
      <w:pPr>
        <w:pStyle w:val="33"/>
        <w:keepNext/>
        <w:keepLines/>
        <w:numPr>
          <w:ilvl w:val="0"/>
          <w:numId w:val="59"/>
        </w:numPr>
        <w:tabs>
          <w:tab w:val="left" w:pos="303"/>
        </w:tabs>
        <w:spacing w:after="40"/>
        <w:jc w:val="both"/>
        <w:rPr>
          <w:b w:val="0"/>
          <w:bCs w:val="0"/>
          <w:color w:val="auto"/>
          <w:sz w:val="24"/>
          <w:szCs w:val="24"/>
        </w:rPr>
      </w:pPr>
      <w:bookmarkStart w:id="720" w:name="bookmark4553"/>
      <w:bookmarkStart w:id="721" w:name="bookmark4551"/>
      <w:bookmarkStart w:id="722" w:name="bookmark4552"/>
      <w:bookmarkStart w:id="723" w:name="bookmark4554"/>
      <w:bookmarkEnd w:id="720"/>
      <w:r>
        <w:rPr>
          <w:rStyle w:val="32"/>
          <w:rFonts w:cs="Arial"/>
          <w:b/>
        </w:rPr>
        <w:t>Духовно-нравственное воспитание</w:t>
      </w:r>
      <w:bookmarkEnd w:id="721"/>
      <w:bookmarkEnd w:id="722"/>
      <w:bookmarkEnd w:id="723"/>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В искусстве воплощена духовная жизнь человечества, кон</w:t>
      </w:r>
      <w:r>
        <w:rPr>
          <w:rStyle w:val="BodyTextChar1"/>
          <w:rFonts w:cs="Georgia"/>
        </w:rPr>
        <w:softHyphen/>
        <w:t>центрирующая в себе эстетический, художественный и нрав</w:t>
      </w:r>
      <w:r>
        <w:rPr>
          <w:rStyle w:val="BodyTextChar1"/>
          <w:rFonts w:cs="Georgia"/>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BodyTextChar1"/>
          <w:rFonts w:cs="Georgia"/>
        </w:rPr>
        <w:softHyphen/>
        <w:t>образной, чувственной сферы. Развитие творческого потенциа</w:t>
      </w:r>
      <w:r>
        <w:rPr>
          <w:rStyle w:val="BodyTextChar1"/>
          <w:rFonts w:cs="Georgia"/>
        </w:rPr>
        <w:softHyphen/>
        <w:t>ла способствует росту самосознания обучающегося, осознанию себя как личности и члена общества. Ценностно-ориентацион</w:t>
      </w:r>
      <w:r>
        <w:rPr>
          <w:rStyle w:val="BodyTextChar1"/>
          <w:rFonts w:cs="Georgia"/>
        </w:rPr>
        <w:softHyphen/>
        <w:t>ная и коммуникативная деятельность на занятиях по изобра</w:t>
      </w:r>
      <w:r>
        <w:rPr>
          <w:rStyle w:val="BodyTextChar1"/>
          <w:rFonts w:cs="Georgia"/>
        </w:rPr>
        <w:softHyphen/>
        <w:t>зительному искусству способствует освоению базовых ценно</w:t>
      </w:r>
      <w:r>
        <w:rPr>
          <w:rStyle w:val="BodyTextChar1"/>
          <w:rFonts w:cs="Georgia"/>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44E79" w:rsidRDefault="00F44E79" w:rsidP="00E5323B">
      <w:pPr>
        <w:pStyle w:val="33"/>
        <w:keepNext/>
        <w:keepLines/>
        <w:numPr>
          <w:ilvl w:val="0"/>
          <w:numId w:val="59"/>
        </w:numPr>
        <w:tabs>
          <w:tab w:val="left" w:pos="308"/>
        </w:tabs>
        <w:spacing w:after="40"/>
        <w:jc w:val="both"/>
        <w:rPr>
          <w:b w:val="0"/>
          <w:bCs w:val="0"/>
          <w:color w:val="auto"/>
          <w:sz w:val="24"/>
          <w:szCs w:val="24"/>
        </w:rPr>
      </w:pPr>
      <w:bookmarkStart w:id="724" w:name="bookmark4557"/>
      <w:bookmarkStart w:id="725" w:name="bookmark4555"/>
      <w:bookmarkStart w:id="726" w:name="bookmark4556"/>
      <w:bookmarkStart w:id="727" w:name="bookmark4558"/>
      <w:bookmarkEnd w:id="724"/>
      <w:r>
        <w:rPr>
          <w:rStyle w:val="32"/>
          <w:rFonts w:cs="Arial"/>
          <w:b/>
        </w:rPr>
        <w:t>Эстетическое воспитание</w:t>
      </w:r>
      <w:bookmarkEnd w:id="725"/>
      <w:bookmarkEnd w:id="726"/>
      <w:bookmarkEnd w:id="727"/>
    </w:p>
    <w:p w:rsidR="00F44E79" w:rsidRDefault="00F44E79">
      <w:pPr>
        <w:pStyle w:val="BodyText"/>
        <w:spacing w:after="40" w:line="269" w:lineRule="auto"/>
        <w:jc w:val="both"/>
        <w:rPr>
          <w:rFonts w:ascii="Courier New" w:hAnsi="Courier New" w:cs="Courier New"/>
          <w:color w:val="auto"/>
          <w:sz w:val="24"/>
          <w:szCs w:val="24"/>
        </w:rPr>
      </w:pPr>
      <w:r>
        <w:rPr>
          <w:rStyle w:val="BodyTextChar1"/>
          <w:rFonts w:cs="Georgia"/>
        </w:rPr>
        <w:t xml:space="preserve">Эстетическое (от греч. </w:t>
      </w:r>
      <w:r>
        <w:rPr>
          <w:rStyle w:val="BodyTextChar1"/>
          <w:rFonts w:cs="Georgia"/>
          <w:lang w:val="en-US" w:eastAsia="en-US"/>
        </w:rPr>
        <w:t>aisthetikos</w:t>
      </w:r>
      <w:r w:rsidRPr="00933320">
        <w:rPr>
          <w:rStyle w:val="BodyTextChar1"/>
          <w:rFonts w:cs="Georgia"/>
          <w:lang w:eastAsia="en-US"/>
        </w:rPr>
        <w:t xml:space="preserve"> </w:t>
      </w:r>
      <w:r>
        <w:rPr>
          <w:rStyle w:val="BodyTextChar1"/>
          <w:rFonts w:cs="Georgia"/>
        </w:rPr>
        <w:t>— чувствующий, чувствен</w:t>
      </w:r>
      <w:r>
        <w:rPr>
          <w:rStyle w:val="BodyTextChar1"/>
          <w:rFonts w:cs="Georgia"/>
        </w:rPr>
        <w:softHyphen/>
        <w:t>ный) — это воспитание чувственной сферы обучающегося на основе всего спектра эстетических категорий: прекрасное, без</w:t>
      </w:r>
      <w:r>
        <w:rPr>
          <w:rStyle w:val="BodyTextChar1"/>
          <w:rFonts w:cs="Georgia"/>
        </w:rPr>
        <w:softHyphen/>
        <w:t>образное, трагическое, комическое, высокое, низменное. Ис</w:t>
      </w:r>
      <w:r>
        <w:rPr>
          <w:rStyle w:val="BodyTextChar1"/>
          <w:rFonts w:cs="Georgia"/>
        </w:rPr>
        <w:softHyphen/>
        <w:t>кусство понимается как воплощение в изображении и в созда</w:t>
      </w:r>
      <w:r>
        <w:rPr>
          <w:rStyle w:val="BodyTextChar1"/>
          <w:rFonts w:cs="Georgia"/>
        </w:rPr>
        <w:softHyphen/>
        <w:t>нии предметно-пространственной среды постоянного поиска идеалов, веры, надежд, представлений о добре и зле. Эстетиче</w:t>
      </w:r>
      <w:r>
        <w:rPr>
          <w:rStyle w:val="BodyTextChar1"/>
          <w:rFonts w:cs="Georgia"/>
        </w:rPr>
        <w:softHyphen/>
        <w:t>ское воспитание является важнейшим компонентом и услови</w:t>
      </w:r>
      <w:r>
        <w:rPr>
          <w:rStyle w:val="BodyTextChar1"/>
          <w:rFonts w:cs="Georgia"/>
        </w:rPr>
        <w:softHyphen/>
        <w:t>ем развития социально значимых отношений обучающихся. Способствует формированию ценностных ориентаций школь</w:t>
      </w:r>
      <w:r>
        <w:rPr>
          <w:rStyle w:val="BodyTextChar1"/>
          <w:rFonts w:cs="Georgia"/>
        </w:rPr>
        <w:softHyphen/>
        <w:t>ников в отношении к окружающим людям, стремлению к их пониманию, отношению к семье, к мирной жизни как главно</w:t>
      </w:r>
      <w:r>
        <w:rPr>
          <w:rStyle w:val="BodyTextChar1"/>
          <w:rFonts w:cs="Georgia"/>
        </w:rPr>
        <w:softHyphen/>
        <w:t>му принципу человеческого общежития, к самому себе как са</w:t>
      </w:r>
      <w:r>
        <w:rPr>
          <w:rStyle w:val="BodyTextChar1"/>
          <w:rFonts w:cs="Georgia"/>
        </w:rPr>
        <w:softHyphen/>
        <w:t>мореализующейся и ответственной личности, способной к по</w:t>
      </w:r>
      <w:r>
        <w:rPr>
          <w:rStyle w:val="BodyTextChar1"/>
          <w:rFonts w:cs="Georgia"/>
        </w:rPr>
        <w:softHyphen/>
        <w:t>зитивному действию в условиях соревновательной конкурен</w:t>
      </w:r>
      <w:r>
        <w:rPr>
          <w:rStyle w:val="BodyTextChar1"/>
          <w:rFonts w:cs="Georgia"/>
        </w:rPr>
        <w:softHyphen/>
        <w:t>ции. Способствует формированию ценностного отношения к природе, труду, искусству, культурному наследию.</w:t>
      </w:r>
    </w:p>
    <w:p w:rsidR="00F44E79" w:rsidRDefault="00F44E79" w:rsidP="00E5323B">
      <w:pPr>
        <w:pStyle w:val="33"/>
        <w:keepNext/>
        <w:keepLines/>
        <w:numPr>
          <w:ilvl w:val="0"/>
          <w:numId w:val="59"/>
        </w:numPr>
        <w:tabs>
          <w:tab w:val="left" w:pos="303"/>
        </w:tabs>
        <w:spacing w:after="40"/>
        <w:jc w:val="both"/>
        <w:rPr>
          <w:b w:val="0"/>
          <w:bCs w:val="0"/>
          <w:color w:val="auto"/>
          <w:sz w:val="24"/>
          <w:szCs w:val="24"/>
        </w:rPr>
      </w:pPr>
      <w:bookmarkStart w:id="728" w:name="bookmark4561"/>
      <w:bookmarkStart w:id="729" w:name="bookmark4559"/>
      <w:bookmarkStart w:id="730" w:name="bookmark4560"/>
      <w:bookmarkStart w:id="731" w:name="bookmark4562"/>
      <w:bookmarkEnd w:id="728"/>
      <w:r>
        <w:rPr>
          <w:rStyle w:val="32"/>
          <w:rFonts w:cs="Arial"/>
          <w:b/>
        </w:rPr>
        <w:t>Ценности познавательной деятельности</w:t>
      </w:r>
      <w:bookmarkEnd w:id="729"/>
      <w:bookmarkEnd w:id="730"/>
      <w:bookmarkEnd w:id="731"/>
    </w:p>
    <w:p w:rsidR="00F44E79" w:rsidRDefault="00F44E79">
      <w:pPr>
        <w:pStyle w:val="BodyText"/>
        <w:spacing w:after="40" w:line="269" w:lineRule="auto"/>
        <w:jc w:val="both"/>
        <w:rPr>
          <w:rFonts w:ascii="Courier New" w:hAnsi="Courier New" w:cs="Courier New"/>
          <w:color w:val="auto"/>
          <w:sz w:val="24"/>
          <w:szCs w:val="24"/>
        </w:rPr>
      </w:pPr>
      <w:r>
        <w:rPr>
          <w:rStyle w:val="BodyTextChar1"/>
          <w:rFonts w:cs="Georgia"/>
        </w:rPr>
        <w:t>В процессе художественной деятельности на занятиях изо</w:t>
      </w:r>
      <w:r>
        <w:rPr>
          <w:rStyle w:val="BodyTextChar1"/>
          <w:rFonts w:cs="Georgia"/>
        </w:rPr>
        <w:softHyphen/>
        <w:t>бразительным искусством ставятся задачи воспитания наблю</w:t>
      </w:r>
      <w:r>
        <w:rPr>
          <w:rStyle w:val="BodyTextChar1"/>
          <w:rFonts w:cs="Georgia"/>
        </w:rPr>
        <w:softHyphen/>
        <w:t>дательности — умений активно, т. е. в соответствии со специ</w:t>
      </w:r>
      <w:r>
        <w:rPr>
          <w:rStyle w:val="BodyTextChar1"/>
          <w:rFonts w:cs="Georgia"/>
        </w:rPr>
        <w:softHyphen/>
        <w:t>альными установками, видеть окружающий мир. Воспитыва</w:t>
      </w:r>
      <w:r>
        <w:rPr>
          <w:rStyle w:val="BodyTextChar1"/>
          <w:rFonts w:cs="Georgia"/>
        </w:rPr>
        <w:softHyphen/>
        <w:t>ется эмоционально окрашенный интерес к жизни. Навыки исследовательской деятельности развиваются в процессе учеб</w:t>
      </w:r>
      <w:r>
        <w:rPr>
          <w:rStyle w:val="BodyTextChar1"/>
          <w:rFonts w:cs="Georgia"/>
        </w:rPr>
        <w:softHyphen/>
        <w:t>ных проектов на уроках изобразительного искусства и при вы</w:t>
      </w:r>
      <w:r>
        <w:rPr>
          <w:rStyle w:val="BodyTextChar1"/>
          <w:rFonts w:cs="Georgia"/>
        </w:rPr>
        <w:softHyphen/>
        <w:t>полнении заданий культурно-исторической направленности.</w:t>
      </w:r>
    </w:p>
    <w:p w:rsidR="00F44E79" w:rsidRDefault="00F44E79" w:rsidP="00E5323B">
      <w:pPr>
        <w:pStyle w:val="33"/>
        <w:keepNext/>
        <w:keepLines/>
        <w:numPr>
          <w:ilvl w:val="0"/>
          <w:numId w:val="59"/>
        </w:numPr>
        <w:tabs>
          <w:tab w:val="left" w:pos="303"/>
        </w:tabs>
        <w:spacing w:after="40"/>
        <w:rPr>
          <w:b w:val="0"/>
          <w:bCs w:val="0"/>
          <w:color w:val="auto"/>
          <w:sz w:val="24"/>
          <w:szCs w:val="24"/>
        </w:rPr>
      </w:pPr>
      <w:bookmarkStart w:id="732" w:name="bookmark4565"/>
      <w:bookmarkStart w:id="733" w:name="bookmark4563"/>
      <w:bookmarkStart w:id="734" w:name="bookmark4564"/>
      <w:bookmarkStart w:id="735" w:name="bookmark4566"/>
      <w:bookmarkEnd w:id="732"/>
      <w:r>
        <w:rPr>
          <w:rStyle w:val="32"/>
          <w:rFonts w:cs="Arial"/>
          <w:b/>
        </w:rPr>
        <w:t>Экологическое воспитание</w:t>
      </w:r>
      <w:bookmarkEnd w:id="733"/>
      <w:bookmarkEnd w:id="734"/>
      <w:bookmarkEnd w:id="735"/>
    </w:p>
    <w:p w:rsidR="00F44E79" w:rsidRDefault="00F44E79">
      <w:pPr>
        <w:pStyle w:val="BodyText"/>
        <w:spacing w:after="40"/>
        <w:jc w:val="both"/>
        <w:rPr>
          <w:rFonts w:ascii="Courier New" w:hAnsi="Courier New" w:cs="Courier New"/>
          <w:color w:val="auto"/>
          <w:sz w:val="24"/>
          <w:szCs w:val="24"/>
        </w:rPr>
      </w:pPr>
      <w:r>
        <w:rPr>
          <w:rStyle w:val="BodyTextChar1"/>
          <w:rFonts w:cs="Georgia"/>
        </w:rPr>
        <w:t>Повышение уровня экологической культуры, осознание гло</w:t>
      </w:r>
      <w:r>
        <w:rPr>
          <w:rStyle w:val="BodyTextChar1"/>
          <w:rFonts w:cs="Georgia"/>
        </w:rPr>
        <w:softHyphen/>
        <w:t>бального характера экологических проблем, активное неприя</w:t>
      </w:r>
      <w:r>
        <w:rPr>
          <w:rStyle w:val="BodyTextChar1"/>
          <w:rFonts w:cs="Georgia"/>
        </w:rPr>
        <w:softHyphen/>
        <w:t>тие действий, приносящих вред окружающей среде, воспиты</w:t>
      </w:r>
      <w:r>
        <w:rPr>
          <w:rStyle w:val="BodyTextChar1"/>
          <w:rFonts w:cs="Georgia"/>
        </w:rPr>
        <w:softHyphen/>
        <w:t>вается в процессе художественно-эстетического наблюдения природы, её образа в произведениях искусства и личной худо</w:t>
      </w:r>
      <w:r>
        <w:rPr>
          <w:rStyle w:val="BodyTextChar1"/>
          <w:rFonts w:cs="Georgia"/>
        </w:rPr>
        <w:softHyphen/>
        <w:t>жественно-творческой работе.</w:t>
      </w:r>
    </w:p>
    <w:p w:rsidR="00F44E79" w:rsidRDefault="00F44E79" w:rsidP="00E5323B">
      <w:pPr>
        <w:pStyle w:val="33"/>
        <w:keepNext/>
        <w:keepLines/>
        <w:numPr>
          <w:ilvl w:val="0"/>
          <w:numId w:val="59"/>
        </w:numPr>
        <w:tabs>
          <w:tab w:val="left" w:pos="303"/>
        </w:tabs>
        <w:spacing w:after="40"/>
        <w:rPr>
          <w:b w:val="0"/>
          <w:bCs w:val="0"/>
          <w:color w:val="auto"/>
          <w:sz w:val="24"/>
          <w:szCs w:val="24"/>
        </w:rPr>
      </w:pPr>
      <w:bookmarkStart w:id="736" w:name="bookmark4569"/>
      <w:bookmarkStart w:id="737" w:name="bookmark4567"/>
      <w:bookmarkStart w:id="738" w:name="bookmark4568"/>
      <w:bookmarkStart w:id="739" w:name="bookmark4570"/>
      <w:bookmarkEnd w:id="736"/>
      <w:r>
        <w:rPr>
          <w:rStyle w:val="32"/>
          <w:rFonts w:cs="Arial"/>
          <w:b/>
        </w:rPr>
        <w:t>Трудовое воспитание</w:t>
      </w:r>
      <w:bookmarkEnd w:id="737"/>
      <w:bookmarkEnd w:id="738"/>
      <w:bookmarkEnd w:id="739"/>
    </w:p>
    <w:p w:rsidR="00F44E79" w:rsidRDefault="00F44E79">
      <w:pPr>
        <w:pStyle w:val="BodyText"/>
        <w:spacing w:after="40" w:line="269" w:lineRule="auto"/>
        <w:jc w:val="both"/>
        <w:rPr>
          <w:rFonts w:ascii="Courier New" w:hAnsi="Courier New" w:cs="Courier New"/>
          <w:color w:val="auto"/>
          <w:sz w:val="24"/>
          <w:szCs w:val="24"/>
        </w:rPr>
      </w:pPr>
      <w:r>
        <w:rPr>
          <w:rStyle w:val="BodyTextChar1"/>
          <w:rFonts w:cs="Georgia"/>
        </w:rPr>
        <w:t>Художественно-эстетическое развитие обучающихся обяза</w:t>
      </w:r>
      <w:r>
        <w:rPr>
          <w:rStyle w:val="BodyTextChar1"/>
          <w:rFonts w:cs="Georgia"/>
        </w:rPr>
        <w:softHyphen/>
        <w:t>тельно должно осуществляться в процессе личной художе</w:t>
      </w:r>
      <w:r>
        <w:rPr>
          <w:rStyle w:val="BodyTextChar1"/>
          <w:rFonts w:cs="Georgia"/>
        </w:rPr>
        <w:softHyphen/>
        <w:t>ственно-творческой работы с освоением художественных мате</w:t>
      </w:r>
      <w:r>
        <w:rPr>
          <w:rStyle w:val="BodyTextChar1"/>
          <w:rFonts w:cs="Georgia"/>
        </w:rPr>
        <w:softHyphen/>
        <w:t>риалов и специфики каждого из них. Эта трудовая и смысловая деятельность формирует такие качества, как навыки практи</w:t>
      </w:r>
      <w:r>
        <w:rPr>
          <w:rStyle w:val="BodyTextChar1"/>
          <w:rFonts w:cs="Georgia"/>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BodyTextChar1"/>
          <w:rFonts w:cs="Georgia"/>
        </w:rPr>
        <w:softHyphen/>
        <w:t>довой деятельности. А также умения сотрудничества, коллек</w:t>
      </w:r>
      <w:r>
        <w:rPr>
          <w:rStyle w:val="BodyTextChar1"/>
          <w:rFonts w:cs="Georgia"/>
        </w:rPr>
        <w:softHyphen/>
        <w:t>тивной трудовой работы, работы в команде — обязательные требования к определённым заданиям программы.</w:t>
      </w:r>
    </w:p>
    <w:p w:rsidR="00F44E79" w:rsidRDefault="00F44E79" w:rsidP="00E5323B">
      <w:pPr>
        <w:pStyle w:val="33"/>
        <w:keepNext/>
        <w:keepLines/>
        <w:numPr>
          <w:ilvl w:val="0"/>
          <w:numId w:val="59"/>
        </w:numPr>
        <w:tabs>
          <w:tab w:val="left" w:pos="308"/>
        </w:tabs>
        <w:spacing w:after="40"/>
        <w:jc w:val="both"/>
        <w:rPr>
          <w:b w:val="0"/>
          <w:bCs w:val="0"/>
          <w:color w:val="auto"/>
          <w:sz w:val="24"/>
          <w:szCs w:val="24"/>
        </w:rPr>
      </w:pPr>
      <w:bookmarkStart w:id="740" w:name="bookmark4573"/>
      <w:bookmarkStart w:id="741" w:name="bookmark4571"/>
      <w:bookmarkStart w:id="742" w:name="bookmark4572"/>
      <w:bookmarkStart w:id="743" w:name="bookmark4574"/>
      <w:bookmarkEnd w:id="740"/>
      <w:r>
        <w:rPr>
          <w:rStyle w:val="32"/>
          <w:rFonts w:cs="Arial"/>
          <w:b/>
        </w:rPr>
        <w:t>Воспитывающая предметно-эстетическая среда</w:t>
      </w:r>
      <w:bookmarkEnd w:id="741"/>
      <w:bookmarkEnd w:id="742"/>
      <w:bookmarkEnd w:id="743"/>
    </w:p>
    <w:p w:rsidR="00F44E79" w:rsidRDefault="00F44E79">
      <w:pPr>
        <w:pStyle w:val="BodyText"/>
        <w:spacing w:after="420" w:line="266" w:lineRule="auto"/>
        <w:jc w:val="both"/>
        <w:rPr>
          <w:rFonts w:ascii="Courier New" w:hAnsi="Courier New" w:cs="Courier New"/>
          <w:color w:val="auto"/>
          <w:sz w:val="24"/>
          <w:szCs w:val="24"/>
        </w:rPr>
      </w:pPr>
      <w:r>
        <w:rPr>
          <w:rStyle w:val="BodyTextChar1"/>
          <w:rFonts w:cs="Georgia"/>
        </w:rPr>
        <w:t>В процессе художественно-эстетического воспитания обуча</w:t>
      </w:r>
      <w:r>
        <w:rPr>
          <w:rStyle w:val="BodyTextChar1"/>
          <w:rFonts w:cs="Georgia"/>
        </w:rPr>
        <w:softHyphen/>
        <w:t>ющихся имеет значение организация пространственной среды школы. При этом школьники должны быть активными участ</w:t>
      </w:r>
      <w:r>
        <w:rPr>
          <w:rStyle w:val="BodyTextChar1"/>
          <w:rFonts w:cs="Georgia"/>
        </w:rPr>
        <w:softHyphen/>
        <w:t>никами (а не только потребителями) её создания и оформления пространства в соответствии с задачами образовательной орга</w:t>
      </w:r>
      <w:r>
        <w:rPr>
          <w:rStyle w:val="BodyTextChar1"/>
          <w:rFonts w:cs="Georgia"/>
        </w:rPr>
        <w:softHyphen/>
        <w:t>низации, среды, календарными событиями школьной жизни. Эта деятельность обучающихся, как и сам образ предметно</w:t>
      </w:r>
      <w:r>
        <w:rPr>
          <w:rStyle w:val="BodyTextChar1"/>
          <w:rFonts w:cs="Georgia"/>
        </w:rPr>
        <w:softHyphen/>
        <w:t>пространственной среды школы, оказывает активное воспита</w:t>
      </w:r>
      <w:r>
        <w:rPr>
          <w:rStyle w:val="BodyTextChar1"/>
          <w:rFonts w:cs="Georgia"/>
        </w:rPr>
        <w:softHyphen/>
        <w:t>тельное воздействие и влияет на формирование позитивных ценностных ориентаций и восприятие жизни школьниками.</w:t>
      </w:r>
    </w:p>
    <w:p w:rsidR="00F44E79" w:rsidRDefault="00F44E79">
      <w:pPr>
        <w:pStyle w:val="22"/>
        <w:spacing w:after="60"/>
        <w:jc w:val="both"/>
        <w:rPr>
          <w:rFonts w:ascii="Courier New" w:hAnsi="Courier New" w:cs="Courier New"/>
          <w:b w:val="0"/>
          <w:bCs w:val="0"/>
          <w:color w:val="auto"/>
          <w:w w:val="100"/>
          <w:sz w:val="24"/>
          <w:szCs w:val="24"/>
        </w:rPr>
      </w:pPr>
      <w:r>
        <w:rPr>
          <w:rStyle w:val="21"/>
          <w:rFonts w:cs="Tahoma"/>
          <w:b/>
        </w:rPr>
        <w:t>МЕТАПРЕДМЕТНЫЕ РЕЗУЛЬТАТЫ</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Метапредметные результаты освоения основной образова</w:t>
      </w:r>
      <w:r>
        <w:rPr>
          <w:rStyle w:val="BodyTextChar1"/>
          <w:rFonts w:cs="Georgia"/>
        </w:rPr>
        <w:softHyphen/>
        <w:t>тельной программы, формируемые при изучении предмета «Изобразительное искусство»:</w:t>
      </w:r>
    </w:p>
    <w:p w:rsidR="00F44E79" w:rsidRDefault="00F44E79" w:rsidP="00E5323B">
      <w:pPr>
        <w:pStyle w:val="33"/>
        <w:keepNext/>
        <w:keepLines/>
        <w:numPr>
          <w:ilvl w:val="0"/>
          <w:numId w:val="60"/>
        </w:numPr>
        <w:tabs>
          <w:tab w:val="left" w:pos="343"/>
        </w:tabs>
        <w:spacing w:after="60"/>
        <w:jc w:val="both"/>
        <w:rPr>
          <w:b w:val="0"/>
          <w:bCs w:val="0"/>
          <w:color w:val="auto"/>
          <w:sz w:val="24"/>
          <w:szCs w:val="24"/>
        </w:rPr>
      </w:pPr>
      <w:bookmarkStart w:id="744" w:name="bookmark4577"/>
      <w:bookmarkStart w:id="745" w:name="bookmark4575"/>
      <w:bookmarkStart w:id="746" w:name="bookmark4576"/>
      <w:bookmarkStart w:id="747" w:name="bookmark4578"/>
      <w:bookmarkEnd w:id="744"/>
      <w:r>
        <w:rPr>
          <w:rStyle w:val="32"/>
          <w:rFonts w:cs="Arial"/>
          <w:b/>
        </w:rPr>
        <w:t>Овладение универсальными познавательными действиями</w:t>
      </w:r>
      <w:bookmarkEnd w:id="745"/>
      <w:bookmarkEnd w:id="746"/>
      <w:bookmarkEnd w:id="747"/>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Формирование пространственных представлений и сенсор</w:t>
      </w:r>
      <w:r>
        <w:rPr>
          <w:rStyle w:val="BodyTextChar1"/>
          <w:rFonts w:cs="Georgia"/>
        </w:rPr>
        <w:softHyphen/>
        <w:t>ных способностей:</w:t>
      </w:r>
    </w:p>
    <w:p w:rsidR="00F44E79" w:rsidRDefault="00F44E79" w:rsidP="00E5323B">
      <w:pPr>
        <w:pStyle w:val="BodyText"/>
        <w:numPr>
          <w:ilvl w:val="0"/>
          <w:numId w:val="61"/>
        </w:numPr>
        <w:tabs>
          <w:tab w:val="left" w:pos="247"/>
        </w:tabs>
        <w:spacing w:line="307" w:lineRule="auto"/>
        <w:ind w:left="240" w:hanging="240"/>
        <w:jc w:val="both"/>
        <w:rPr>
          <w:color w:val="auto"/>
          <w:sz w:val="24"/>
          <w:szCs w:val="24"/>
        </w:rPr>
      </w:pPr>
      <w:bookmarkStart w:id="748" w:name="bookmark4579"/>
      <w:bookmarkEnd w:id="748"/>
      <w:r>
        <w:rPr>
          <w:rStyle w:val="BodyTextChar1"/>
          <w:rFonts w:cs="Georgia"/>
        </w:rPr>
        <w:t>сравнивать предметные и пространственные объекты по за</w:t>
      </w:r>
      <w:r>
        <w:rPr>
          <w:rStyle w:val="BodyTextChar1"/>
          <w:rFonts w:cs="Georgia"/>
        </w:rPr>
        <w:softHyphen/>
        <w:t>данным основаниям;</w:t>
      </w:r>
    </w:p>
    <w:p w:rsidR="00F44E79" w:rsidRDefault="00F44E79" w:rsidP="00E5323B">
      <w:pPr>
        <w:pStyle w:val="BodyText"/>
        <w:numPr>
          <w:ilvl w:val="0"/>
          <w:numId w:val="61"/>
        </w:numPr>
        <w:tabs>
          <w:tab w:val="left" w:pos="247"/>
        </w:tabs>
        <w:spacing w:line="360" w:lineRule="auto"/>
        <w:ind w:left="240" w:hanging="240"/>
        <w:jc w:val="both"/>
        <w:rPr>
          <w:color w:val="auto"/>
          <w:sz w:val="24"/>
          <w:szCs w:val="24"/>
        </w:rPr>
      </w:pPr>
      <w:bookmarkStart w:id="749" w:name="bookmark4580"/>
      <w:bookmarkEnd w:id="749"/>
      <w:r>
        <w:rPr>
          <w:rStyle w:val="BodyTextChar1"/>
          <w:rFonts w:cs="Georgia"/>
        </w:rPr>
        <w:t>характеризовать форму предмета, конструкции;</w:t>
      </w:r>
    </w:p>
    <w:p w:rsidR="00F44E79" w:rsidRDefault="00F44E79" w:rsidP="00E5323B">
      <w:pPr>
        <w:pStyle w:val="BodyText"/>
        <w:numPr>
          <w:ilvl w:val="0"/>
          <w:numId w:val="61"/>
        </w:numPr>
        <w:tabs>
          <w:tab w:val="left" w:pos="247"/>
        </w:tabs>
        <w:spacing w:line="360" w:lineRule="auto"/>
        <w:ind w:firstLine="0"/>
        <w:jc w:val="both"/>
        <w:rPr>
          <w:color w:val="auto"/>
          <w:sz w:val="24"/>
          <w:szCs w:val="24"/>
        </w:rPr>
      </w:pPr>
      <w:bookmarkStart w:id="750" w:name="bookmark4581"/>
      <w:bookmarkEnd w:id="750"/>
      <w:r>
        <w:rPr>
          <w:rStyle w:val="BodyTextChar1"/>
          <w:rFonts w:cs="Georgia"/>
        </w:rPr>
        <w:t>выявлять положение предметной формы в пространстве;</w:t>
      </w:r>
    </w:p>
    <w:p w:rsidR="00F44E79" w:rsidRDefault="00F44E79" w:rsidP="00E5323B">
      <w:pPr>
        <w:pStyle w:val="BodyText"/>
        <w:numPr>
          <w:ilvl w:val="0"/>
          <w:numId w:val="61"/>
        </w:numPr>
        <w:tabs>
          <w:tab w:val="left" w:pos="247"/>
        </w:tabs>
        <w:spacing w:line="360" w:lineRule="auto"/>
        <w:ind w:firstLine="0"/>
        <w:jc w:val="both"/>
        <w:rPr>
          <w:color w:val="auto"/>
          <w:sz w:val="24"/>
          <w:szCs w:val="24"/>
        </w:rPr>
      </w:pPr>
      <w:bookmarkStart w:id="751" w:name="bookmark4582"/>
      <w:bookmarkEnd w:id="751"/>
      <w:r>
        <w:rPr>
          <w:rStyle w:val="BodyTextChar1"/>
          <w:rFonts w:cs="Georgia"/>
        </w:rPr>
        <w:t>обобщать форму составной конструкции;</w:t>
      </w:r>
    </w:p>
    <w:p w:rsidR="00F44E79" w:rsidRDefault="00F44E79" w:rsidP="00E5323B">
      <w:pPr>
        <w:pStyle w:val="BodyText"/>
        <w:numPr>
          <w:ilvl w:val="0"/>
          <w:numId w:val="61"/>
        </w:numPr>
        <w:tabs>
          <w:tab w:val="left" w:pos="247"/>
        </w:tabs>
        <w:spacing w:line="307" w:lineRule="auto"/>
        <w:ind w:left="240" w:hanging="240"/>
        <w:jc w:val="both"/>
        <w:rPr>
          <w:color w:val="auto"/>
          <w:sz w:val="24"/>
          <w:szCs w:val="24"/>
        </w:rPr>
      </w:pPr>
      <w:bookmarkStart w:id="752" w:name="bookmark4583"/>
      <w:bookmarkEnd w:id="752"/>
      <w:r>
        <w:rPr>
          <w:rStyle w:val="BodyTextChar1"/>
          <w:rFonts w:cs="Georgia"/>
        </w:rPr>
        <w:t>анализировать структуру предмета, конструкции, простран</w:t>
      </w:r>
      <w:r>
        <w:rPr>
          <w:rStyle w:val="BodyTextChar1"/>
          <w:rFonts w:cs="Georgia"/>
        </w:rPr>
        <w:softHyphen/>
        <w:t>ства, зрительного образа;</w:t>
      </w:r>
    </w:p>
    <w:p w:rsidR="00F44E79" w:rsidRDefault="00F44E79" w:rsidP="00E5323B">
      <w:pPr>
        <w:pStyle w:val="BodyText"/>
        <w:numPr>
          <w:ilvl w:val="0"/>
          <w:numId w:val="61"/>
        </w:numPr>
        <w:tabs>
          <w:tab w:val="left" w:pos="247"/>
        </w:tabs>
        <w:spacing w:after="60" w:line="360" w:lineRule="auto"/>
        <w:ind w:left="240" w:hanging="240"/>
        <w:jc w:val="both"/>
        <w:rPr>
          <w:color w:val="auto"/>
          <w:sz w:val="24"/>
          <w:szCs w:val="24"/>
        </w:rPr>
      </w:pPr>
      <w:bookmarkStart w:id="753" w:name="bookmark4584"/>
      <w:bookmarkEnd w:id="753"/>
      <w:r>
        <w:rPr>
          <w:rStyle w:val="BodyTextChar1"/>
          <w:rFonts w:cs="Georgia"/>
        </w:rPr>
        <w:t>структурировать предметно-пространственные явления;</w:t>
      </w:r>
    </w:p>
    <w:p w:rsidR="00F44E79" w:rsidRDefault="00F44E79" w:rsidP="00E5323B">
      <w:pPr>
        <w:pStyle w:val="BodyText"/>
        <w:numPr>
          <w:ilvl w:val="0"/>
          <w:numId w:val="61"/>
        </w:numPr>
        <w:tabs>
          <w:tab w:val="left" w:pos="247"/>
        </w:tabs>
        <w:spacing w:line="307" w:lineRule="auto"/>
        <w:ind w:left="240" w:hanging="240"/>
        <w:jc w:val="both"/>
        <w:rPr>
          <w:color w:val="auto"/>
          <w:sz w:val="24"/>
          <w:szCs w:val="24"/>
        </w:rPr>
      </w:pPr>
      <w:bookmarkStart w:id="754" w:name="bookmark4585"/>
      <w:bookmarkEnd w:id="754"/>
      <w:r>
        <w:rPr>
          <w:rStyle w:val="BodyTextChar1"/>
          <w:rFonts w:cs="Georgia"/>
        </w:rPr>
        <w:t>сопоставлять пропорциональное соотношение частей внутри целого и предметов между собой;</w:t>
      </w:r>
    </w:p>
    <w:p w:rsidR="00F44E79" w:rsidRDefault="00F44E79" w:rsidP="00E5323B">
      <w:pPr>
        <w:pStyle w:val="BodyText"/>
        <w:numPr>
          <w:ilvl w:val="0"/>
          <w:numId w:val="61"/>
        </w:numPr>
        <w:tabs>
          <w:tab w:val="left" w:pos="247"/>
        </w:tabs>
        <w:spacing w:line="307" w:lineRule="auto"/>
        <w:ind w:left="240" w:hanging="240"/>
        <w:jc w:val="both"/>
        <w:rPr>
          <w:color w:val="auto"/>
          <w:sz w:val="24"/>
          <w:szCs w:val="24"/>
        </w:rPr>
      </w:pPr>
      <w:bookmarkStart w:id="755" w:name="bookmark4586"/>
      <w:bookmarkEnd w:id="755"/>
      <w:r>
        <w:rPr>
          <w:rStyle w:val="BodyTextChar1"/>
          <w:rFonts w:cs="Georgia"/>
        </w:rPr>
        <w:t>абстрагировать образ реальности в построении плоской или пространственной композиции.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Базовые логические и исследовательские действия:</w:t>
      </w:r>
    </w:p>
    <w:p w:rsidR="00F44E79" w:rsidRDefault="00F44E79" w:rsidP="00E5323B">
      <w:pPr>
        <w:pStyle w:val="BodyText"/>
        <w:numPr>
          <w:ilvl w:val="0"/>
          <w:numId w:val="61"/>
        </w:numPr>
        <w:tabs>
          <w:tab w:val="left" w:pos="247"/>
        </w:tabs>
        <w:spacing w:line="307" w:lineRule="auto"/>
        <w:ind w:left="240" w:hanging="240"/>
        <w:jc w:val="both"/>
        <w:rPr>
          <w:color w:val="auto"/>
          <w:sz w:val="24"/>
          <w:szCs w:val="24"/>
        </w:rPr>
      </w:pPr>
      <w:bookmarkStart w:id="756" w:name="bookmark4587"/>
      <w:bookmarkEnd w:id="756"/>
      <w:r>
        <w:rPr>
          <w:rStyle w:val="BodyTextChar1"/>
          <w:rFonts w:cs="Georgia"/>
        </w:rPr>
        <w:t>выявлять и характеризовать существенные признаки явле</w:t>
      </w:r>
      <w:r>
        <w:rPr>
          <w:rStyle w:val="BodyTextChar1"/>
          <w:rFonts w:cs="Georgia"/>
        </w:rPr>
        <w:softHyphen/>
        <w:t>ний художественной культуры;</w:t>
      </w:r>
    </w:p>
    <w:p w:rsidR="00F44E79" w:rsidRDefault="00F44E79" w:rsidP="00E5323B">
      <w:pPr>
        <w:pStyle w:val="BodyText"/>
        <w:numPr>
          <w:ilvl w:val="0"/>
          <w:numId w:val="61"/>
        </w:numPr>
        <w:tabs>
          <w:tab w:val="left" w:pos="247"/>
        </w:tabs>
        <w:spacing w:line="293" w:lineRule="auto"/>
        <w:ind w:left="240" w:hanging="240"/>
        <w:jc w:val="both"/>
        <w:rPr>
          <w:color w:val="auto"/>
          <w:sz w:val="24"/>
          <w:szCs w:val="24"/>
        </w:rPr>
      </w:pPr>
      <w:bookmarkStart w:id="757" w:name="bookmark4588"/>
      <w:bookmarkEnd w:id="757"/>
      <w:r>
        <w:rPr>
          <w:rStyle w:val="BodyTextChar1"/>
          <w:rFonts w:cs="Georgia"/>
        </w:rPr>
        <w:t>сопоставлять, анализировать, сравнивать и оценивать с по</w:t>
      </w:r>
      <w:r>
        <w:rPr>
          <w:rStyle w:val="BodyTextChar1"/>
          <w:rFonts w:cs="Georgia"/>
        </w:rPr>
        <w:softHyphen/>
        <w:t>зиций эстетических категорий явления искусства и действи</w:t>
      </w:r>
      <w:r>
        <w:rPr>
          <w:rStyle w:val="BodyTextChar1"/>
          <w:rFonts w:cs="Georgia"/>
        </w:rPr>
        <w:softHyphen/>
        <w:t>тельности;</w:t>
      </w:r>
    </w:p>
    <w:p w:rsidR="00F44E79" w:rsidRDefault="00F44E79" w:rsidP="00E5323B">
      <w:pPr>
        <w:pStyle w:val="BodyText"/>
        <w:numPr>
          <w:ilvl w:val="0"/>
          <w:numId w:val="61"/>
        </w:numPr>
        <w:tabs>
          <w:tab w:val="left" w:pos="247"/>
        </w:tabs>
        <w:spacing w:line="307" w:lineRule="auto"/>
        <w:ind w:left="240" w:hanging="240"/>
        <w:jc w:val="both"/>
        <w:rPr>
          <w:color w:val="auto"/>
          <w:sz w:val="24"/>
          <w:szCs w:val="24"/>
        </w:rPr>
      </w:pPr>
      <w:bookmarkStart w:id="758" w:name="bookmark4589"/>
      <w:bookmarkEnd w:id="758"/>
      <w:r>
        <w:rPr>
          <w:rStyle w:val="BodyTextChar1"/>
          <w:rFonts w:cs="Georgia"/>
        </w:rPr>
        <w:t>классифицировать произведения искусства по видам и, соот</w:t>
      </w:r>
      <w:r>
        <w:rPr>
          <w:rStyle w:val="BodyTextChar1"/>
          <w:rFonts w:cs="Georgia"/>
        </w:rPr>
        <w:softHyphen/>
        <w:t>ветственно, по назначению в жизни людей;</w:t>
      </w:r>
    </w:p>
    <w:p w:rsidR="00F44E79" w:rsidRDefault="00F44E79" w:rsidP="00E5323B">
      <w:pPr>
        <w:pStyle w:val="BodyText"/>
        <w:numPr>
          <w:ilvl w:val="0"/>
          <w:numId w:val="61"/>
        </w:numPr>
        <w:tabs>
          <w:tab w:val="left" w:pos="247"/>
        </w:tabs>
        <w:spacing w:line="307" w:lineRule="auto"/>
        <w:ind w:left="240" w:hanging="240"/>
        <w:jc w:val="both"/>
        <w:rPr>
          <w:color w:val="auto"/>
          <w:sz w:val="24"/>
          <w:szCs w:val="24"/>
        </w:rPr>
      </w:pPr>
      <w:bookmarkStart w:id="759" w:name="bookmark4590"/>
      <w:bookmarkEnd w:id="759"/>
      <w:r>
        <w:rPr>
          <w:rStyle w:val="BodyTextChar1"/>
          <w:rFonts w:cs="Georgia"/>
        </w:rPr>
        <w:t>ставить и использовать вопросы как исследовательский ин</w:t>
      </w:r>
      <w:r>
        <w:rPr>
          <w:rStyle w:val="BodyTextChar1"/>
          <w:rFonts w:cs="Georgia"/>
        </w:rPr>
        <w:softHyphen/>
        <w:t>струмент познания;</w:t>
      </w:r>
    </w:p>
    <w:p w:rsidR="00F44E79" w:rsidRDefault="00F44E79" w:rsidP="00E5323B">
      <w:pPr>
        <w:pStyle w:val="BodyText"/>
        <w:numPr>
          <w:ilvl w:val="0"/>
          <w:numId w:val="61"/>
        </w:numPr>
        <w:tabs>
          <w:tab w:val="left" w:pos="247"/>
        </w:tabs>
        <w:spacing w:after="80" w:line="307" w:lineRule="auto"/>
        <w:ind w:left="240" w:hanging="240"/>
        <w:jc w:val="both"/>
        <w:rPr>
          <w:color w:val="auto"/>
          <w:sz w:val="24"/>
          <w:szCs w:val="24"/>
        </w:rPr>
      </w:pPr>
      <w:bookmarkStart w:id="760" w:name="bookmark4591"/>
      <w:bookmarkEnd w:id="760"/>
      <w:r>
        <w:rPr>
          <w:rStyle w:val="BodyTextChar1"/>
          <w:rFonts w:cs="Georgia"/>
        </w:rPr>
        <w:t>вести исследовательскую работу по сбору информационного материала по установленной или выбранной теме;</w:t>
      </w:r>
    </w:p>
    <w:p w:rsidR="00F44E79" w:rsidRDefault="00F44E79" w:rsidP="00E5323B">
      <w:pPr>
        <w:pStyle w:val="BodyText"/>
        <w:numPr>
          <w:ilvl w:val="0"/>
          <w:numId w:val="61"/>
        </w:numPr>
        <w:tabs>
          <w:tab w:val="left" w:pos="207"/>
        </w:tabs>
        <w:spacing w:line="269" w:lineRule="auto"/>
        <w:ind w:left="240" w:hanging="240"/>
        <w:jc w:val="both"/>
        <w:rPr>
          <w:color w:val="auto"/>
          <w:sz w:val="24"/>
          <w:szCs w:val="24"/>
        </w:rPr>
      </w:pPr>
      <w:bookmarkStart w:id="761" w:name="bookmark4592"/>
      <w:bookmarkEnd w:id="761"/>
      <w:r>
        <w:rPr>
          <w:rStyle w:val="BodyTextChar1"/>
          <w:rFonts w:cs="Georgia"/>
        </w:rPr>
        <w:t>самостоятельно формулировать выводы и обобщения по ре</w:t>
      </w:r>
      <w:r>
        <w:rPr>
          <w:rStyle w:val="BodyTextChar1"/>
          <w:rFonts w:cs="Georgia"/>
        </w:rPr>
        <w:softHyphen/>
        <w:t>зультатам наблюдения или исследования, аргументированно защищать свои позиции.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Работа с информацией:</w:t>
      </w:r>
    </w:p>
    <w:p w:rsidR="00F44E79" w:rsidRDefault="00F44E79" w:rsidP="00E5323B">
      <w:pPr>
        <w:pStyle w:val="BodyText"/>
        <w:numPr>
          <w:ilvl w:val="0"/>
          <w:numId w:val="61"/>
        </w:numPr>
        <w:tabs>
          <w:tab w:val="left" w:pos="207"/>
        </w:tabs>
        <w:spacing w:line="269" w:lineRule="auto"/>
        <w:ind w:left="240" w:hanging="240"/>
        <w:jc w:val="both"/>
        <w:rPr>
          <w:color w:val="auto"/>
          <w:sz w:val="24"/>
          <w:szCs w:val="24"/>
        </w:rPr>
      </w:pPr>
      <w:bookmarkStart w:id="762" w:name="bookmark4593"/>
      <w:bookmarkEnd w:id="762"/>
      <w:r>
        <w:rPr>
          <w:rStyle w:val="BodyTextChar1"/>
          <w:rFonts w:cs="Georgia"/>
        </w:rPr>
        <w:t>использовать различные методы, в том числе электронные технологии, для поиска и отбора информации на основе об</w:t>
      </w:r>
      <w:r>
        <w:rPr>
          <w:rStyle w:val="BodyTextChar1"/>
          <w:rFonts w:cs="Georgia"/>
        </w:rPr>
        <w:softHyphen/>
        <w:t>разовательных задач и заданных критериев;</w:t>
      </w:r>
    </w:p>
    <w:p w:rsidR="00F44E79" w:rsidRDefault="00F44E79" w:rsidP="00E5323B">
      <w:pPr>
        <w:pStyle w:val="BodyText"/>
        <w:numPr>
          <w:ilvl w:val="0"/>
          <w:numId w:val="61"/>
        </w:numPr>
        <w:tabs>
          <w:tab w:val="left" w:pos="207"/>
        </w:tabs>
        <w:spacing w:line="269" w:lineRule="auto"/>
        <w:ind w:firstLine="0"/>
        <w:jc w:val="both"/>
        <w:rPr>
          <w:color w:val="auto"/>
          <w:sz w:val="24"/>
          <w:szCs w:val="24"/>
        </w:rPr>
      </w:pPr>
      <w:bookmarkStart w:id="763" w:name="bookmark4594"/>
      <w:bookmarkEnd w:id="763"/>
      <w:r>
        <w:rPr>
          <w:rStyle w:val="BodyTextChar1"/>
          <w:rFonts w:cs="Georgia"/>
        </w:rPr>
        <w:t>использовать электронные образовательные ресурсы;</w:t>
      </w:r>
    </w:p>
    <w:p w:rsidR="00F44E79" w:rsidRDefault="00F44E79" w:rsidP="00E5323B">
      <w:pPr>
        <w:pStyle w:val="BodyText"/>
        <w:numPr>
          <w:ilvl w:val="0"/>
          <w:numId w:val="61"/>
        </w:numPr>
        <w:tabs>
          <w:tab w:val="left" w:pos="207"/>
        </w:tabs>
        <w:spacing w:line="269" w:lineRule="auto"/>
        <w:ind w:left="240" w:hanging="240"/>
        <w:jc w:val="both"/>
        <w:rPr>
          <w:color w:val="auto"/>
          <w:sz w:val="24"/>
          <w:szCs w:val="24"/>
        </w:rPr>
      </w:pPr>
      <w:bookmarkStart w:id="764" w:name="bookmark4595"/>
      <w:bookmarkEnd w:id="764"/>
      <w:r>
        <w:rPr>
          <w:rStyle w:val="BodyTextChar1"/>
          <w:rFonts w:cs="Georgia"/>
        </w:rPr>
        <w:t>уметь работать с электронными учебными пособиями и учеб</w:t>
      </w:r>
      <w:r>
        <w:rPr>
          <w:rStyle w:val="BodyTextChar1"/>
          <w:rFonts w:cs="Georgia"/>
        </w:rPr>
        <w:softHyphen/>
        <w:t>никами;</w:t>
      </w:r>
    </w:p>
    <w:p w:rsidR="00F44E79" w:rsidRDefault="00F44E79" w:rsidP="00E5323B">
      <w:pPr>
        <w:pStyle w:val="BodyText"/>
        <w:numPr>
          <w:ilvl w:val="0"/>
          <w:numId w:val="61"/>
        </w:numPr>
        <w:tabs>
          <w:tab w:val="left" w:pos="207"/>
        </w:tabs>
        <w:spacing w:line="269" w:lineRule="auto"/>
        <w:ind w:left="240" w:hanging="240"/>
        <w:jc w:val="both"/>
        <w:rPr>
          <w:color w:val="auto"/>
          <w:sz w:val="24"/>
          <w:szCs w:val="24"/>
        </w:rPr>
      </w:pPr>
      <w:bookmarkStart w:id="765" w:name="bookmark4596"/>
      <w:bookmarkEnd w:id="765"/>
      <w:r>
        <w:rPr>
          <w:rStyle w:val="BodyTextChar1"/>
          <w:rFonts w:cs="Georgia"/>
        </w:rPr>
        <w:t>выбирать, анализировать, интерпретировать, обобщать и си</w:t>
      </w:r>
      <w:r>
        <w:rPr>
          <w:rStyle w:val="BodyTextChar1"/>
          <w:rFonts w:cs="Georgia"/>
        </w:rPr>
        <w:softHyphen/>
        <w:t>стематизировать информацию, представленную в произведе</w:t>
      </w:r>
      <w:r>
        <w:rPr>
          <w:rStyle w:val="BodyTextChar1"/>
          <w:rFonts w:cs="Georgia"/>
        </w:rPr>
        <w:softHyphen/>
        <w:t>ниях искусства, в текстах, таблицах и схемах;</w:t>
      </w:r>
    </w:p>
    <w:p w:rsidR="00F44E79" w:rsidRDefault="00F44E79" w:rsidP="00E5323B">
      <w:pPr>
        <w:pStyle w:val="BodyText"/>
        <w:numPr>
          <w:ilvl w:val="0"/>
          <w:numId w:val="61"/>
        </w:numPr>
        <w:tabs>
          <w:tab w:val="left" w:pos="207"/>
        </w:tabs>
        <w:spacing w:after="360" w:line="269" w:lineRule="auto"/>
        <w:ind w:left="240" w:hanging="240"/>
        <w:jc w:val="both"/>
        <w:rPr>
          <w:color w:val="auto"/>
          <w:sz w:val="24"/>
          <w:szCs w:val="24"/>
        </w:rPr>
      </w:pPr>
      <w:bookmarkStart w:id="766" w:name="bookmark4597"/>
      <w:bookmarkEnd w:id="766"/>
      <w:r>
        <w:rPr>
          <w:rStyle w:val="BodyTextChar1"/>
          <w:rFonts w:cs="Georgia"/>
        </w:rPr>
        <w:t>самостоятельно готовить информацию на заданную или вы</w:t>
      </w:r>
      <w:r>
        <w:rPr>
          <w:rStyle w:val="BodyTextChar1"/>
          <w:rFonts w:cs="Georgia"/>
        </w:rPr>
        <w:softHyphen/>
        <w:t>бранную тему в различных видах её представления: в рисун</w:t>
      </w:r>
      <w:r>
        <w:rPr>
          <w:rStyle w:val="BodyTextChar1"/>
          <w:rFonts w:cs="Georgia"/>
        </w:rPr>
        <w:softHyphen/>
        <w:t>ках и эскизах, тексте, таблицах, схемах, электронных пре</w:t>
      </w:r>
      <w:r>
        <w:rPr>
          <w:rStyle w:val="BodyTextChar1"/>
          <w:rFonts w:cs="Georgia"/>
        </w:rPr>
        <w:softHyphen/>
        <w:t>зентациях.</w:t>
      </w:r>
    </w:p>
    <w:p w:rsidR="00F44E79" w:rsidRDefault="00F44E79" w:rsidP="00E5323B">
      <w:pPr>
        <w:pStyle w:val="33"/>
        <w:keepNext/>
        <w:keepLines/>
        <w:numPr>
          <w:ilvl w:val="0"/>
          <w:numId w:val="60"/>
        </w:numPr>
        <w:tabs>
          <w:tab w:val="left" w:pos="303"/>
        </w:tabs>
        <w:spacing w:after="40"/>
        <w:jc w:val="both"/>
        <w:rPr>
          <w:b w:val="0"/>
          <w:bCs w:val="0"/>
          <w:color w:val="auto"/>
          <w:sz w:val="24"/>
          <w:szCs w:val="24"/>
        </w:rPr>
      </w:pPr>
      <w:bookmarkStart w:id="767" w:name="bookmark4600"/>
      <w:bookmarkStart w:id="768" w:name="bookmark4598"/>
      <w:bookmarkStart w:id="769" w:name="bookmark4599"/>
      <w:bookmarkStart w:id="770" w:name="bookmark4601"/>
      <w:bookmarkEnd w:id="767"/>
      <w:r>
        <w:rPr>
          <w:rStyle w:val="32"/>
          <w:rFonts w:cs="Arial"/>
          <w:b/>
        </w:rPr>
        <w:t>Овладение универсальными коммуникативными действиями</w:t>
      </w:r>
      <w:bookmarkEnd w:id="768"/>
      <w:bookmarkEnd w:id="769"/>
      <w:bookmarkEnd w:id="770"/>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Понимать искусство в качестве особого языка общения — межличностного (автор — зритель), между поколениями, меж</w:t>
      </w:r>
      <w:r>
        <w:rPr>
          <w:rStyle w:val="BodyTextChar1"/>
          <w:rFonts w:cs="Georgia"/>
        </w:rPr>
        <w:softHyphen/>
        <w:t>ду народами;</w:t>
      </w:r>
    </w:p>
    <w:p w:rsidR="00F44E79" w:rsidRDefault="00F44E79" w:rsidP="00E5323B">
      <w:pPr>
        <w:pStyle w:val="BodyText"/>
        <w:numPr>
          <w:ilvl w:val="0"/>
          <w:numId w:val="61"/>
        </w:numPr>
        <w:tabs>
          <w:tab w:val="left" w:pos="207"/>
        </w:tabs>
        <w:spacing w:line="269" w:lineRule="auto"/>
        <w:ind w:left="240" w:hanging="240"/>
        <w:jc w:val="both"/>
        <w:rPr>
          <w:color w:val="auto"/>
          <w:sz w:val="24"/>
          <w:szCs w:val="24"/>
        </w:rPr>
      </w:pPr>
      <w:bookmarkStart w:id="771" w:name="bookmark4602"/>
      <w:bookmarkEnd w:id="771"/>
      <w:r>
        <w:rPr>
          <w:rStyle w:val="BodyTextChar1"/>
          <w:rFonts w:cs="Georgia"/>
        </w:rPr>
        <w:t>воспринимать и формулировать суждения, выражать эмоции в соответствии с целями и условиями общения, развивая спо</w:t>
      </w:r>
      <w:r>
        <w:rPr>
          <w:rStyle w:val="BodyTextChar1"/>
          <w:rFonts w:cs="Georgia"/>
        </w:rPr>
        <w:softHyphen/>
        <w:t>собность к эмпатии и опираясь на восприятие окружающих;</w:t>
      </w:r>
    </w:p>
    <w:p w:rsidR="00F44E79" w:rsidRDefault="00F44E79" w:rsidP="00E5323B">
      <w:pPr>
        <w:pStyle w:val="BodyText"/>
        <w:numPr>
          <w:ilvl w:val="0"/>
          <w:numId w:val="61"/>
        </w:numPr>
        <w:tabs>
          <w:tab w:val="left" w:pos="207"/>
        </w:tabs>
        <w:spacing w:line="269" w:lineRule="auto"/>
        <w:ind w:left="240" w:hanging="240"/>
        <w:jc w:val="both"/>
        <w:rPr>
          <w:color w:val="auto"/>
          <w:sz w:val="24"/>
          <w:szCs w:val="24"/>
        </w:rPr>
      </w:pPr>
      <w:bookmarkStart w:id="772" w:name="bookmark4603"/>
      <w:bookmarkEnd w:id="772"/>
      <w:r>
        <w:rPr>
          <w:rStyle w:val="BodyTextChar1"/>
          <w:rFonts w:cs="Georgia"/>
        </w:rPr>
        <w:t>вести диалог и участвовать в дискуссии, проявляя уважи</w:t>
      </w:r>
      <w:r>
        <w:rPr>
          <w:rStyle w:val="BodyTextChar1"/>
          <w:rFonts w:cs="Georgia"/>
        </w:rPr>
        <w:softHyphen/>
        <w:t>тельное отношение к оппонентам, сопоставлять свои сужде</w:t>
      </w:r>
      <w:r>
        <w:rPr>
          <w:rStyle w:val="BodyTextChar1"/>
          <w:rFonts w:cs="Georgia"/>
        </w:rPr>
        <w:softHyphen/>
        <w:t>ния с суждениями участников общения, выявляя и коррек</w:t>
      </w:r>
      <w:r>
        <w:rPr>
          <w:rStyle w:val="BodyTextChar1"/>
          <w:rFonts w:cs="Georgia"/>
        </w:rPr>
        <w:softHyphen/>
        <w:t>тно, доказательно отстаивая свои позиции в оценке и пони</w:t>
      </w:r>
      <w:r>
        <w:rPr>
          <w:rStyle w:val="BodyTextChar1"/>
          <w:rFonts w:cs="Georgia"/>
        </w:rPr>
        <w:softHyphen/>
        <w:t>мании обсуждаемого явления; находить общее решение и разрешать конфликты на основе общих позиций и учёта ин</w:t>
      </w:r>
      <w:r>
        <w:rPr>
          <w:rStyle w:val="BodyTextChar1"/>
          <w:rFonts w:cs="Georgia"/>
        </w:rPr>
        <w:softHyphen/>
        <w:t>тересов;</w:t>
      </w:r>
    </w:p>
    <w:p w:rsidR="00F44E79" w:rsidRDefault="00F44E79" w:rsidP="00E5323B">
      <w:pPr>
        <w:pStyle w:val="BodyText"/>
        <w:numPr>
          <w:ilvl w:val="0"/>
          <w:numId w:val="61"/>
        </w:numPr>
        <w:tabs>
          <w:tab w:val="left" w:pos="207"/>
        </w:tabs>
        <w:spacing w:line="269" w:lineRule="auto"/>
        <w:ind w:left="240" w:hanging="240"/>
        <w:jc w:val="both"/>
        <w:rPr>
          <w:color w:val="auto"/>
          <w:sz w:val="24"/>
          <w:szCs w:val="24"/>
        </w:rPr>
      </w:pPr>
      <w:bookmarkStart w:id="773" w:name="bookmark4604"/>
      <w:bookmarkEnd w:id="773"/>
      <w:r>
        <w:rPr>
          <w:rStyle w:val="BodyTextChar1"/>
          <w:rFonts w:cs="Georgia"/>
        </w:rPr>
        <w:t>публично представлять и объяснять результаты своего творческого, художественного или исследовательского опы</w:t>
      </w:r>
      <w:r>
        <w:rPr>
          <w:rStyle w:val="BodyTextChar1"/>
          <w:rFonts w:cs="Georgia"/>
        </w:rPr>
        <w:softHyphen/>
        <w:t>та;</w:t>
      </w:r>
    </w:p>
    <w:p w:rsidR="00F44E79" w:rsidRDefault="00F44E79" w:rsidP="00E5323B">
      <w:pPr>
        <w:pStyle w:val="BodyText"/>
        <w:numPr>
          <w:ilvl w:val="0"/>
          <w:numId w:val="61"/>
        </w:numPr>
        <w:tabs>
          <w:tab w:val="left" w:pos="207"/>
        </w:tabs>
        <w:spacing w:after="200" w:line="269" w:lineRule="auto"/>
        <w:ind w:left="240" w:hanging="240"/>
        <w:jc w:val="both"/>
        <w:rPr>
          <w:color w:val="auto"/>
          <w:sz w:val="24"/>
          <w:szCs w:val="24"/>
        </w:rPr>
      </w:pPr>
      <w:bookmarkStart w:id="774" w:name="bookmark4605"/>
      <w:bookmarkEnd w:id="774"/>
      <w:r>
        <w:rPr>
          <w:rStyle w:val="BodyTextChar1"/>
          <w:rFonts w:cs="Georgia"/>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BodyTextChar1"/>
          <w:rFonts w:cs="Georgia"/>
        </w:rPr>
        <w:softHyphen/>
        <w:t>ководить, выполнять поручения, подчиняться, ответственно относиться к задачам, своей роли в достижении общего ре</w:t>
      </w:r>
      <w:r>
        <w:rPr>
          <w:rStyle w:val="BodyTextChar1"/>
          <w:rFonts w:cs="Georgia"/>
        </w:rPr>
        <w:softHyphen/>
        <w:t>зультата.</w:t>
      </w:r>
    </w:p>
    <w:p w:rsidR="00F44E79" w:rsidRDefault="00F44E79" w:rsidP="00E5323B">
      <w:pPr>
        <w:pStyle w:val="31"/>
        <w:numPr>
          <w:ilvl w:val="0"/>
          <w:numId w:val="60"/>
        </w:numPr>
        <w:tabs>
          <w:tab w:val="left" w:pos="338"/>
        </w:tabs>
        <w:spacing w:after="40"/>
        <w:jc w:val="both"/>
        <w:rPr>
          <w:b w:val="0"/>
          <w:bCs w:val="0"/>
          <w:color w:val="auto"/>
          <w:sz w:val="24"/>
          <w:szCs w:val="24"/>
        </w:rPr>
      </w:pPr>
      <w:bookmarkStart w:id="775" w:name="bookmark4606"/>
      <w:bookmarkEnd w:id="775"/>
      <w:r>
        <w:rPr>
          <w:rStyle w:val="30"/>
          <w:rFonts w:cs="Arial"/>
          <w:b/>
          <w:sz w:val="18"/>
          <w:szCs w:val="18"/>
        </w:rPr>
        <w:t>Овладение универсальными регулятивными действиями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Самоорганизация:</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76" w:name="bookmark4607"/>
      <w:bookmarkEnd w:id="776"/>
      <w:r>
        <w:rPr>
          <w:rStyle w:val="BodyTextChar1"/>
          <w:rFonts w:cs="Georgia"/>
        </w:rPr>
        <w:t>осознавать или самостоятельно формулировать цель и ре</w:t>
      </w:r>
      <w:r>
        <w:rPr>
          <w:rStyle w:val="BodyTextChar1"/>
          <w:rFonts w:cs="Georgia"/>
        </w:rPr>
        <w:softHyphen/>
        <w:t>зультат выполнения учебных задач, осознанно подчиняя по</w:t>
      </w:r>
      <w:r>
        <w:rPr>
          <w:rStyle w:val="BodyTextChar1"/>
          <w:rFonts w:cs="Georgia"/>
        </w:rPr>
        <w:softHyphen/>
        <w:t>ставленной цели совершаемые учебные действия, развивать мотивы и интересы своей учебной деятельности;</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77" w:name="bookmark4608"/>
      <w:bookmarkEnd w:id="777"/>
      <w:r>
        <w:rPr>
          <w:rStyle w:val="BodyTextChar1"/>
          <w:rFonts w:cs="Georgia"/>
        </w:rPr>
        <w:t>планировать пути достижения поставленных целей, состав</w:t>
      </w:r>
      <w:r>
        <w:rPr>
          <w:rStyle w:val="BodyTextChar1"/>
          <w:rFonts w:cs="Georgia"/>
        </w:rPr>
        <w:softHyphen/>
        <w:t>лять алгоритм действий, осознанно выбирать наиболее эф</w:t>
      </w:r>
      <w:r>
        <w:rPr>
          <w:rStyle w:val="BodyTextChar1"/>
          <w:rFonts w:cs="Georgia"/>
        </w:rPr>
        <w:softHyphen/>
        <w:t>фективные способы решения учебных, познавательных, ху</w:t>
      </w:r>
      <w:r>
        <w:rPr>
          <w:rStyle w:val="BodyTextChar1"/>
          <w:rFonts w:cs="Georgia"/>
        </w:rPr>
        <w:softHyphen/>
        <w:t>дожественно-творческих задач;</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78" w:name="bookmark4609"/>
      <w:bookmarkEnd w:id="778"/>
      <w:r>
        <w:rPr>
          <w:rStyle w:val="BodyTextChar1"/>
          <w:rFonts w:cs="Georgia"/>
        </w:rPr>
        <w:t>уметь организовывать своё рабочее место для практической работы, сохраняя порядок в окружающем пространстве и бе</w:t>
      </w:r>
      <w:r>
        <w:rPr>
          <w:rStyle w:val="BodyTextChar1"/>
          <w:rFonts w:cs="Georgia"/>
        </w:rPr>
        <w:softHyphen/>
        <w:t>режно относясь к используемым материалам.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Самоконтроль:</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79" w:name="bookmark4610"/>
      <w:bookmarkEnd w:id="779"/>
      <w:r>
        <w:rPr>
          <w:rStyle w:val="BodyTextChar1"/>
          <w:rFonts w:cs="Georgia"/>
        </w:rPr>
        <w:t>соотносить свои действия с планируемыми результатами, осуществлять контроль своей деятельности в процессе дости</w:t>
      </w:r>
      <w:r>
        <w:rPr>
          <w:rStyle w:val="BodyTextChar1"/>
          <w:rFonts w:cs="Georgia"/>
        </w:rPr>
        <w:softHyphen/>
        <w:t>жения результата;</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80" w:name="bookmark4611"/>
      <w:bookmarkEnd w:id="780"/>
      <w:r>
        <w:rPr>
          <w:rStyle w:val="BodyTextChar1"/>
          <w:rFonts w:cs="Georgia"/>
        </w:rPr>
        <w:t>владеть основами самоконтроля, рефлексии, самооценки на основе соответствующих целям критериев.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Эмоциональный интеллект:</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81" w:name="bookmark4612"/>
      <w:bookmarkEnd w:id="781"/>
      <w:r>
        <w:rPr>
          <w:rStyle w:val="BodyTextChar1"/>
          <w:rFonts w:cs="Georgia"/>
        </w:rPr>
        <w:t>развивать способность управлять собственными эмоциями, стремиться к пониманию эмоций других;</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82" w:name="bookmark4613"/>
      <w:bookmarkEnd w:id="782"/>
      <w:r>
        <w:rPr>
          <w:rStyle w:val="BodyTextChar1"/>
          <w:rFonts w:cs="Georgia"/>
        </w:rPr>
        <w:t>уметь рефлексировать эмоции как основание для художе</w:t>
      </w:r>
      <w:r>
        <w:rPr>
          <w:rStyle w:val="BodyTextChar1"/>
          <w:rFonts w:cs="Georgia"/>
        </w:rPr>
        <w:softHyphen/>
        <w:t>ственного восприятия искусства и собственной художествен</w:t>
      </w:r>
      <w:r>
        <w:rPr>
          <w:rStyle w:val="BodyTextChar1"/>
          <w:rFonts w:cs="Georgia"/>
        </w:rPr>
        <w:softHyphen/>
        <w:t>ной деятельности;</w:t>
      </w:r>
    </w:p>
    <w:p w:rsidR="00F44E79" w:rsidRDefault="00F44E79" w:rsidP="00E5323B">
      <w:pPr>
        <w:pStyle w:val="BodyText"/>
        <w:numPr>
          <w:ilvl w:val="0"/>
          <w:numId w:val="61"/>
        </w:numPr>
        <w:tabs>
          <w:tab w:val="left" w:pos="242"/>
        </w:tabs>
        <w:spacing w:line="269" w:lineRule="auto"/>
        <w:ind w:left="240" w:hanging="240"/>
        <w:jc w:val="both"/>
        <w:rPr>
          <w:color w:val="auto"/>
          <w:sz w:val="24"/>
          <w:szCs w:val="24"/>
        </w:rPr>
      </w:pPr>
      <w:bookmarkStart w:id="783" w:name="bookmark4614"/>
      <w:bookmarkEnd w:id="783"/>
      <w:r>
        <w:rPr>
          <w:rStyle w:val="BodyTextChar1"/>
          <w:rFonts w:cs="Georgia"/>
        </w:rPr>
        <w:t>развивать свои эмпатические способности, способность сопере</w:t>
      </w:r>
      <w:r>
        <w:rPr>
          <w:rStyle w:val="BodyTextChar1"/>
          <w:rFonts w:cs="Georgia"/>
        </w:rPr>
        <w:softHyphen/>
        <w:t>живать, понимать намерения и переживания свои и других;</w:t>
      </w:r>
    </w:p>
    <w:p w:rsidR="00F44E79" w:rsidRDefault="00F44E79" w:rsidP="00E5323B">
      <w:pPr>
        <w:pStyle w:val="BodyText"/>
        <w:numPr>
          <w:ilvl w:val="0"/>
          <w:numId w:val="61"/>
        </w:numPr>
        <w:tabs>
          <w:tab w:val="left" w:pos="242"/>
        </w:tabs>
        <w:spacing w:line="360" w:lineRule="auto"/>
        <w:ind w:firstLine="0"/>
        <w:jc w:val="both"/>
        <w:rPr>
          <w:color w:val="auto"/>
          <w:sz w:val="24"/>
          <w:szCs w:val="24"/>
        </w:rPr>
      </w:pPr>
      <w:bookmarkStart w:id="784" w:name="bookmark4615"/>
      <w:bookmarkEnd w:id="784"/>
      <w:r>
        <w:rPr>
          <w:rStyle w:val="BodyTextChar1"/>
          <w:rFonts w:cs="Georgia"/>
        </w:rPr>
        <w:t>признавать своё и чужое право на ошибку;</w:t>
      </w:r>
    </w:p>
    <w:p w:rsidR="00F44E79" w:rsidRDefault="00F44E79" w:rsidP="00E5323B">
      <w:pPr>
        <w:pStyle w:val="BodyText"/>
        <w:numPr>
          <w:ilvl w:val="0"/>
          <w:numId w:val="61"/>
        </w:numPr>
        <w:tabs>
          <w:tab w:val="left" w:pos="242"/>
        </w:tabs>
        <w:spacing w:after="360" w:line="269" w:lineRule="auto"/>
        <w:ind w:left="240" w:hanging="240"/>
        <w:jc w:val="both"/>
        <w:rPr>
          <w:color w:val="auto"/>
          <w:sz w:val="24"/>
          <w:szCs w:val="24"/>
        </w:rPr>
      </w:pPr>
      <w:bookmarkStart w:id="785" w:name="bookmark4616"/>
      <w:bookmarkEnd w:id="785"/>
      <w:r>
        <w:rPr>
          <w:rStyle w:val="BodyTextChar1"/>
          <w:rFonts w:cs="Georgia"/>
        </w:rPr>
        <w:t>работать индивидуально и в группе; продуктивно участвовать в учебном сотрудничестве, в совместной деятельности со свер</w:t>
      </w:r>
      <w:r>
        <w:rPr>
          <w:rStyle w:val="BodyTextChar1"/>
          <w:rFonts w:cs="Georgia"/>
        </w:rPr>
        <w:softHyphen/>
        <w:t>стниками, с педагогами и межвозрастном взаимодействии.</w:t>
      </w:r>
    </w:p>
    <w:p w:rsidR="00F44E79" w:rsidRDefault="00F44E79">
      <w:pPr>
        <w:pStyle w:val="22"/>
        <w:spacing w:after="40"/>
        <w:jc w:val="both"/>
        <w:rPr>
          <w:rFonts w:ascii="Courier New" w:hAnsi="Courier New" w:cs="Courier New"/>
          <w:b w:val="0"/>
          <w:bCs w:val="0"/>
          <w:color w:val="auto"/>
          <w:w w:val="100"/>
          <w:sz w:val="24"/>
          <w:szCs w:val="24"/>
        </w:rPr>
      </w:pPr>
      <w:r>
        <w:rPr>
          <w:rStyle w:val="21"/>
          <w:rFonts w:cs="Tahoma"/>
          <w:b/>
        </w:rPr>
        <w:t>ПРЕДМЕТНЫЕ РЕЗУЛЬТАТЫ</w:t>
      </w:r>
    </w:p>
    <w:p w:rsidR="00F44E79" w:rsidRDefault="00F44E79">
      <w:pPr>
        <w:pStyle w:val="BodyText"/>
        <w:spacing w:after="100" w:line="269" w:lineRule="auto"/>
        <w:jc w:val="both"/>
        <w:rPr>
          <w:rFonts w:ascii="Courier New" w:hAnsi="Courier New" w:cs="Courier New"/>
          <w:color w:val="auto"/>
          <w:sz w:val="24"/>
          <w:szCs w:val="24"/>
        </w:rPr>
      </w:pPr>
      <w:r>
        <w:rPr>
          <w:rStyle w:val="BodyTextChar1"/>
          <w:rFonts w:cs="Georgia"/>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BodyTextChar1"/>
          <w:rFonts w:cs="Georgia"/>
        </w:rPr>
        <w:softHyphen/>
        <w:t>ний.</w:t>
      </w:r>
    </w:p>
    <w:p w:rsidR="00F44E79" w:rsidRDefault="00F44E79">
      <w:pPr>
        <w:pStyle w:val="31"/>
        <w:spacing w:after="40"/>
        <w:jc w:val="both"/>
        <w:rPr>
          <w:rFonts w:ascii="Courier New" w:hAnsi="Courier New" w:cs="Courier New"/>
          <w:b w:val="0"/>
          <w:bCs w:val="0"/>
          <w:color w:val="auto"/>
          <w:sz w:val="24"/>
          <w:szCs w:val="24"/>
        </w:rPr>
      </w:pPr>
      <w:r>
        <w:rPr>
          <w:rStyle w:val="30"/>
          <w:rFonts w:cs="Arial"/>
          <w:b/>
          <w:sz w:val="18"/>
          <w:szCs w:val="18"/>
        </w:rPr>
        <w:t>Модуль № 1 «Декоративно-прикладное и народное искусство»:</w:t>
      </w:r>
    </w:p>
    <w:p w:rsidR="00F44E79" w:rsidRDefault="00F44E79" w:rsidP="00E5323B">
      <w:pPr>
        <w:pStyle w:val="BodyText"/>
        <w:numPr>
          <w:ilvl w:val="0"/>
          <w:numId w:val="61"/>
        </w:numPr>
        <w:tabs>
          <w:tab w:val="left" w:pos="242"/>
        </w:tabs>
        <w:spacing w:line="266" w:lineRule="auto"/>
        <w:ind w:left="240" w:hanging="240"/>
        <w:jc w:val="both"/>
        <w:rPr>
          <w:color w:val="auto"/>
          <w:sz w:val="24"/>
          <w:szCs w:val="24"/>
        </w:rPr>
      </w:pPr>
      <w:bookmarkStart w:id="786" w:name="bookmark4617"/>
      <w:bookmarkEnd w:id="786"/>
      <w:r>
        <w:rPr>
          <w:rStyle w:val="BodyTextChar1"/>
          <w:rFonts w:cs="Georgia"/>
        </w:rPr>
        <w:t>знать о многообразии видов декоративно-прикладного искус</w:t>
      </w:r>
      <w:r>
        <w:rPr>
          <w:rStyle w:val="BodyTextChar1"/>
          <w:rFonts w:cs="Georgia"/>
        </w:rPr>
        <w:softHyphen/>
        <w:t>ства: народного, классического, современного, искусства промыслов; понимать связь декоративно-прикладного искус</w:t>
      </w:r>
      <w:r>
        <w:rPr>
          <w:rStyle w:val="BodyTextChar1"/>
          <w:rFonts w:cs="Georgia"/>
        </w:rPr>
        <w:softHyphen/>
        <w:t>ства с бытовыми потребностями людей, необходимость при</w:t>
      </w:r>
      <w:r>
        <w:rPr>
          <w:rStyle w:val="BodyTextChar1"/>
          <w:rFonts w:cs="Georgia"/>
        </w:rPr>
        <w:softHyphen/>
        <w:t>сутствия в предметном мире и жилой среде;</w:t>
      </w:r>
    </w:p>
    <w:p w:rsidR="00F44E79" w:rsidRDefault="00F44E79" w:rsidP="00E5323B">
      <w:pPr>
        <w:pStyle w:val="BodyText"/>
        <w:numPr>
          <w:ilvl w:val="0"/>
          <w:numId w:val="61"/>
        </w:numPr>
        <w:tabs>
          <w:tab w:val="left" w:pos="207"/>
        </w:tabs>
        <w:spacing w:line="283" w:lineRule="auto"/>
        <w:ind w:left="160" w:hanging="160"/>
        <w:jc w:val="both"/>
        <w:rPr>
          <w:color w:val="auto"/>
          <w:sz w:val="24"/>
          <w:szCs w:val="24"/>
        </w:rPr>
      </w:pPr>
      <w:bookmarkStart w:id="787" w:name="bookmark4618"/>
      <w:bookmarkEnd w:id="787"/>
      <w:r>
        <w:rPr>
          <w:rStyle w:val="BodyTextChar1"/>
          <w:rFonts w:cs="Georgia"/>
        </w:rPr>
        <w:t>иметь представление (уметь рассуждать, приводить приме</w:t>
      </w:r>
      <w:r>
        <w:rPr>
          <w:rStyle w:val="BodyTextChar1"/>
          <w:rFonts w:cs="Georgia"/>
        </w:rPr>
        <w:softHyphen/>
        <w:t>ры) о мифологическом и магическом значении орнаменталь</w:t>
      </w:r>
      <w:r>
        <w:rPr>
          <w:rStyle w:val="BodyTextChar1"/>
          <w:rFonts w:cs="Georgia"/>
        </w:rPr>
        <w:softHyphen/>
        <w:t>ного оформления жилой среды в древней истории человече</w:t>
      </w:r>
      <w:r>
        <w:rPr>
          <w:rStyle w:val="BodyTextChar1"/>
          <w:rFonts w:cs="Georgia"/>
        </w:rPr>
        <w:softHyphen/>
        <w:t>ства, о присутствии в древних орнаментах символического описания мира;</w:t>
      </w:r>
    </w:p>
    <w:p w:rsidR="00F44E79" w:rsidRDefault="00F44E79" w:rsidP="00E5323B">
      <w:pPr>
        <w:pStyle w:val="BodyText"/>
        <w:numPr>
          <w:ilvl w:val="0"/>
          <w:numId w:val="61"/>
        </w:numPr>
        <w:tabs>
          <w:tab w:val="left" w:pos="207"/>
        </w:tabs>
        <w:spacing w:line="307" w:lineRule="auto"/>
        <w:ind w:left="160" w:hanging="160"/>
        <w:jc w:val="both"/>
        <w:rPr>
          <w:color w:val="auto"/>
          <w:sz w:val="24"/>
          <w:szCs w:val="24"/>
        </w:rPr>
      </w:pPr>
      <w:bookmarkStart w:id="788" w:name="bookmark4619"/>
      <w:bookmarkEnd w:id="788"/>
      <w:r>
        <w:rPr>
          <w:rStyle w:val="BodyTextChar1"/>
          <w:rFonts w:cs="Georgia"/>
        </w:rPr>
        <w:t>характеризовать коммуникативные, познавательные и куль</w:t>
      </w:r>
      <w:r>
        <w:rPr>
          <w:rStyle w:val="BodyTextChar1"/>
          <w:rFonts w:cs="Georgia"/>
        </w:rPr>
        <w:softHyphen/>
        <w:t>товые функции декоративно-прикладного искусства;</w:t>
      </w:r>
    </w:p>
    <w:p w:rsidR="00F44E79" w:rsidRDefault="00F44E79" w:rsidP="00E5323B">
      <w:pPr>
        <w:pStyle w:val="BodyText"/>
        <w:numPr>
          <w:ilvl w:val="0"/>
          <w:numId w:val="61"/>
        </w:numPr>
        <w:tabs>
          <w:tab w:val="left" w:pos="207"/>
        </w:tabs>
        <w:spacing w:line="288" w:lineRule="auto"/>
        <w:ind w:left="160" w:hanging="160"/>
        <w:jc w:val="both"/>
        <w:rPr>
          <w:color w:val="auto"/>
          <w:sz w:val="24"/>
          <w:szCs w:val="24"/>
        </w:rPr>
      </w:pPr>
      <w:bookmarkStart w:id="789" w:name="bookmark4620"/>
      <w:bookmarkEnd w:id="789"/>
      <w:r>
        <w:rPr>
          <w:rStyle w:val="BodyTextChar1"/>
          <w:rFonts w:cs="Georgia"/>
        </w:rPr>
        <w:t>уметь объяснять коммуникативное значение декоративного образа в организации межличностных отношений, в обозна</w:t>
      </w:r>
      <w:r>
        <w:rPr>
          <w:rStyle w:val="BodyTextChar1"/>
          <w:rFonts w:cs="Georgia"/>
        </w:rPr>
        <w:softHyphen/>
        <w:t>чении социальной роли человека, в оформлении предметно</w:t>
      </w:r>
      <w:r>
        <w:rPr>
          <w:rStyle w:val="BodyTextChar1"/>
          <w:rFonts w:cs="Georgia"/>
        </w:rPr>
        <w:softHyphen/>
        <w:t>пространственной среды;</w:t>
      </w:r>
    </w:p>
    <w:p w:rsidR="00F44E79" w:rsidRDefault="00F44E79" w:rsidP="00E5323B">
      <w:pPr>
        <w:pStyle w:val="BodyText"/>
        <w:numPr>
          <w:ilvl w:val="0"/>
          <w:numId w:val="61"/>
        </w:numPr>
        <w:tabs>
          <w:tab w:val="left" w:pos="207"/>
        </w:tabs>
        <w:spacing w:line="288" w:lineRule="auto"/>
        <w:ind w:left="160" w:hanging="160"/>
        <w:jc w:val="both"/>
        <w:rPr>
          <w:color w:val="auto"/>
          <w:sz w:val="24"/>
          <w:szCs w:val="24"/>
        </w:rPr>
      </w:pPr>
      <w:bookmarkStart w:id="790" w:name="bookmark4621"/>
      <w:bookmarkEnd w:id="790"/>
      <w:r>
        <w:rPr>
          <w:rStyle w:val="BodyTextChar1"/>
          <w:rFonts w:cs="Georgia"/>
        </w:rPr>
        <w:t>распознавать произведения декоративно-прикладного искус</w:t>
      </w:r>
      <w:r>
        <w:rPr>
          <w:rStyle w:val="BodyTextChar1"/>
          <w:rFonts w:cs="Georgia"/>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F44E79" w:rsidRDefault="00F44E79" w:rsidP="00E5323B">
      <w:pPr>
        <w:pStyle w:val="BodyText"/>
        <w:numPr>
          <w:ilvl w:val="0"/>
          <w:numId w:val="61"/>
        </w:numPr>
        <w:tabs>
          <w:tab w:val="left" w:pos="207"/>
        </w:tabs>
        <w:spacing w:line="293" w:lineRule="auto"/>
        <w:ind w:left="160" w:hanging="160"/>
        <w:jc w:val="both"/>
        <w:rPr>
          <w:color w:val="auto"/>
          <w:sz w:val="24"/>
          <w:szCs w:val="24"/>
        </w:rPr>
      </w:pPr>
      <w:bookmarkStart w:id="791" w:name="bookmark4622"/>
      <w:bookmarkEnd w:id="791"/>
      <w:r>
        <w:rPr>
          <w:rStyle w:val="BodyTextChar1"/>
          <w:rFonts w:cs="Georgia"/>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44E79" w:rsidRDefault="00F44E79" w:rsidP="00E5323B">
      <w:pPr>
        <w:pStyle w:val="BodyText"/>
        <w:numPr>
          <w:ilvl w:val="0"/>
          <w:numId w:val="61"/>
        </w:numPr>
        <w:tabs>
          <w:tab w:val="left" w:pos="207"/>
        </w:tabs>
        <w:spacing w:line="293" w:lineRule="auto"/>
        <w:ind w:left="160" w:hanging="160"/>
        <w:jc w:val="both"/>
        <w:rPr>
          <w:color w:val="auto"/>
          <w:sz w:val="24"/>
          <w:szCs w:val="24"/>
        </w:rPr>
      </w:pPr>
      <w:bookmarkStart w:id="792" w:name="bookmark4623"/>
      <w:bookmarkEnd w:id="792"/>
      <w:r>
        <w:rPr>
          <w:rStyle w:val="BodyTextChar1"/>
          <w:rFonts w:cs="Georgia"/>
        </w:rPr>
        <w:t>знать специфику образного языка декоративного искус</w:t>
      </w:r>
      <w:r>
        <w:rPr>
          <w:rStyle w:val="BodyTextChar1"/>
          <w:rFonts w:cs="Georgia"/>
        </w:rPr>
        <w:softHyphen/>
        <w:t>ства — его знаковую природу, орнаментальность, стилиза</w:t>
      </w:r>
      <w:r>
        <w:rPr>
          <w:rStyle w:val="BodyTextChar1"/>
          <w:rFonts w:cs="Georgia"/>
        </w:rPr>
        <w:softHyphen/>
        <w:t>цию изображения;</w:t>
      </w:r>
    </w:p>
    <w:p w:rsidR="00F44E79" w:rsidRDefault="00F44E79" w:rsidP="00E5323B">
      <w:pPr>
        <w:pStyle w:val="BodyText"/>
        <w:numPr>
          <w:ilvl w:val="0"/>
          <w:numId w:val="61"/>
        </w:numPr>
        <w:tabs>
          <w:tab w:val="left" w:pos="207"/>
        </w:tabs>
        <w:spacing w:line="307" w:lineRule="auto"/>
        <w:ind w:left="160" w:hanging="160"/>
        <w:jc w:val="both"/>
        <w:rPr>
          <w:color w:val="auto"/>
          <w:sz w:val="24"/>
          <w:szCs w:val="24"/>
        </w:rPr>
      </w:pPr>
      <w:bookmarkStart w:id="793" w:name="bookmark4624"/>
      <w:bookmarkEnd w:id="793"/>
      <w:r>
        <w:rPr>
          <w:rStyle w:val="BodyTextChar1"/>
          <w:rFonts w:cs="Georgia"/>
        </w:rPr>
        <w:t>различать разные виды орнамента по сюжетной основе: гео</w:t>
      </w:r>
      <w:r>
        <w:rPr>
          <w:rStyle w:val="BodyTextChar1"/>
          <w:rFonts w:cs="Georgia"/>
        </w:rPr>
        <w:softHyphen/>
        <w:t>метрический, растительный, зооморфный, антропоморфный;</w:t>
      </w:r>
    </w:p>
    <w:p w:rsidR="00F44E79" w:rsidRDefault="00F44E79" w:rsidP="00E5323B">
      <w:pPr>
        <w:pStyle w:val="BodyText"/>
        <w:numPr>
          <w:ilvl w:val="0"/>
          <w:numId w:val="61"/>
        </w:numPr>
        <w:tabs>
          <w:tab w:val="left" w:pos="207"/>
        </w:tabs>
        <w:spacing w:line="293" w:lineRule="auto"/>
        <w:ind w:left="160" w:hanging="160"/>
        <w:jc w:val="both"/>
        <w:rPr>
          <w:color w:val="auto"/>
          <w:sz w:val="24"/>
          <w:szCs w:val="24"/>
        </w:rPr>
      </w:pPr>
      <w:bookmarkStart w:id="794" w:name="bookmark4625"/>
      <w:bookmarkEnd w:id="794"/>
      <w:r>
        <w:rPr>
          <w:rStyle w:val="BodyTextChar1"/>
          <w:rFonts w:cs="Georgia"/>
        </w:rPr>
        <w:t>владеть практическими навыками самостоятельного творче</w:t>
      </w:r>
      <w:r>
        <w:rPr>
          <w:rStyle w:val="BodyTextChar1"/>
          <w:rFonts w:cs="Georgia"/>
        </w:rPr>
        <w:softHyphen/>
        <w:t>ского создания орнаментов ленточных, сетчатых, центриче</w:t>
      </w:r>
      <w:r>
        <w:rPr>
          <w:rStyle w:val="BodyTextChar1"/>
          <w:rFonts w:cs="Georgia"/>
        </w:rPr>
        <w:softHyphen/>
        <w:t>ских;</w:t>
      </w:r>
    </w:p>
    <w:p w:rsidR="00F44E79" w:rsidRDefault="00F44E79" w:rsidP="00E5323B">
      <w:pPr>
        <w:pStyle w:val="BodyText"/>
        <w:numPr>
          <w:ilvl w:val="0"/>
          <w:numId w:val="61"/>
        </w:numPr>
        <w:tabs>
          <w:tab w:val="left" w:pos="207"/>
        </w:tabs>
        <w:spacing w:line="293" w:lineRule="auto"/>
        <w:ind w:left="160" w:hanging="160"/>
        <w:jc w:val="both"/>
        <w:rPr>
          <w:color w:val="auto"/>
          <w:sz w:val="24"/>
          <w:szCs w:val="24"/>
        </w:rPr>
      </w:pPr>
      <w:bookmarkStart w:id="795" w:name="bookmark4626"/>
      <w:bookmarkEnd w:id="795"/>
      <w:r>
        <w:rPr>
          <w:rStyle w:val="BodyTextChar1"/>
          <w:rFonts w:cs="Georgia"/>
        </w:rPr>
        <w:t>знать о значении ритма, раппорта, различных видов симме</w:t>
      </w:r>
      <w:r>
        <w:rPr>
          <w:rStyle w:val="BodyTextChar1"/>
          <w:rFonts w:cs="Georgia"/>
        </w:rPr>
        <w:softHyphen/>
        <w:t>трии в построении орнамента и уметь применять эти знания в собственных творческих декоративных работах;</w:t>
      </w:r>
    </w:p>
    <w:p w:rsidR="00F44E79" w:rsidRDefault="00F44E79" w:rsidP="00E5323B">
      <w:pPr>
        <w:pStyle w:val="BodyText"/>
        <w:numPr>
          <w:ilvl w:val="0"/>
          <w:numId w:val="61"/>
        </w:numPr>
        <w:tabs>
          <w:tab w:val="left" w:pos="207"/>
        </w:tabs>
        <w:spacing w:line="276" w:lineRule="auto"/>
        <w:ind w:left="160" w:hanging="160"/>
        <w:jc w:val="both"/>
        <w:rPr>
          <w:color w:val="auto"/>
          <w:sz w:val="24"/>
          <w:szCs w:val="24"/>
        </w:rPr>
      </w:pPr>
      <w:bookmarkStart w:id="796" w:name="bookmark4627"/>
      <w:bookmarkEnd w:id="796"/>
      <w:r>
        <w:rPr>
          <w:rStyle w:val="BodyTextChar1"/>
          <w:rFonts w:cs="Georgia"/>
        </w:rPr>
        <w:t>овладеть практическими навыками стилизованного — орна</w:t>
      </w:r>
      <w:r>
        <w:rPr>
          <w:rStyle w:val="BodyTextChar1"/>
          <w:rFonts w:cs="Georgia"/>
        </w:rPr>
        <w:softHyphen/>
        <w:t>ментального лаконичного изображения деталей природы, стилизованного обобщённого изображения представите</w:t>
      </w:r>
      <w:r>
        <w:rPr>
          <w:rStyle w:val="BodyTextChar1"/>
          <w:rFonts w:cs="Georgia"/>
        </w:rPr>
        <w:softHyphen/>
        <w:t>лей животного мира, сказочных и мифологических персо</w:t>
      </w:r>
      <w:r>
        <w:rPr>
          <w:rStyle w:val="BodyTextChar1"/>
          <w:rFonts w:cs="Georgia"/>
        </w:rPr>
        <w:softHyphen/>
        <w:t>нажей с опорой на традиционные образы мирового искус</w:t>
      </w:r>
      <w:r>
        <w:rPr>
          <w:rStyle w:val="BodyTextChar1"/>
          <w:rFonts w:cs="Georgia"/>
        </w:rPr>
        <w:softHyphen/>
        <w:t>ства;</w:t>
      </w:r>
    </w:p>
    <w:p w:rsidR="00F44E79" w:rsidRDefault="00F44E79" w:rsidP="00E5323B">
      <w:pPr>
        <w:pStyle w:val="BodyText"/>
        <w:numPr>
          <w:ilvl w:val="0"/>
          <w:numId w:val="61"/>
        </w:numPr>
        <w:tabs>
          <w:tab w:val="left" w:pos="207"/>
        </w:tabs>
        <w:spacing w:line="288" w:lineRule="auto"/>
        <w:ind w:left="160" w:hanging="160"/>
        <w:jc w:val="both"/>
        <w:rPr>
          <w:color w:val="auto"/>
          <w:sz w:val="24"/>
          <w:szCs w:val="24"/>
        </w:rPr>
      </w:pPr>
      <w:bookmarkStart w:id="797" w:name="bookmark4628"/>
      <w:bookmarkEnd w:id="797"/>
      <w:r>
        <w:rPr>
          <w:rStyle w:val="BodyTextChar1"/>
          <w:rFonts w:cs="Georgia"/>
        </w:rPr>
        <w:t>знать особенности народного крестьянского искусства как целостного мира, в предметной среде которого выражено от</w:t>
      </w:r>
      <w:r>
        <w:rPr>
          <w:rStyle w:val="BodyTextChar1"/>
          <w:rFonts w:cs="Georgia"/>
        </w:rPr>
        <w:softHyphen/>
        <w:t>ношение человека к труду, к природе, к добру и злу, к жиз</w:t>
      </w:r>
      <w:r>
        <w:rPr>
          <w:rStyle w:val="BodyTextChar1"/>
          <w:rFonts w:cs="Georgia"/>
        </w:rPr>
        <w:softHyphen/>
        <w:t>ни в целом;</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798" w:name="bookmark4629"/>
      <w:bookmarkEnd w:id="798"/>
      <w:r>
        <w:rPr>
          <w:rStyle w:val="BodyTextChar1"/>
          <w:rFonts w:cs="Georgia"/>
        </w:rPr>
        <w:t>уметь объяснять символическое значение традиционных зна</w:t>
      </w:r>
      <w:r>
        <w:rPr>
          <w:rStyle w:val="BodyTextChar1"/>
          <w:rFonts w:cs="Georgia"/>
        </w:rPr>
        <w:softHyphen/>
        <w:t>ков народного крестьянского искусства (солярные знаки, древо жизни, конь, птица, мать-земля);</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799" w:name="bookmark4630"/>
      <w:bookmarkEnd w:id="799"/>
      <w:r>
        <w:rPr>
          <w:rStyle w:val="BodyTextChar1"/>
          <w:rFonts w:cs="Georgia"/>
        </w:rPr>
        <w:t>знать и самостоятельно изображать конструкцию традицион</w:t>
      </w:r>
      <w:r>
        <w:rPr>
          <w:rStyle w:val="BodyTextChar1"/>
          <w:rFonts w:cs="Georgia"/>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BodyTextChar1"/>
          <w:rFonts w:cs="Georgia"/>
        </w:rPr>
        <w:softHyphen/>
        <w:t>жение уклада крестьянской жизни и памятник архитектуры;</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0" w:name="bookmark4631"/>
      <w:bookmarkEnd w:id="800"/>
      <w:r>
        <w:rPr>
          <w:rStyle w:val="BodyTextChar1"/>
          <w:rFonts w:cs="Georgia"/>
        </w:rPr>
        <w:t>иметь практический опыт изображения характерных тради</w:t>
      </w:r>
      <w:r>
        <w:rPr>
          <w:rStyle w:val="BodyTextChar1"/>
          <w:rFonts w:cs="Georgia"/>
        </w:rPr>
        <w:softHyphen/>
        <w:t>ционных предметов крестьянского быта;</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1" w:name="bookmark4632"/>
      <w:bookmarkEnd w:id="801"/>
      <w:r>
        <w:rPr>
          <w:rStyle w:val="BodyTextChar1"/>
          <w:rFonts w:cs="Georgia"/>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2" w:name="bookmark4633"/>
      <w:bookmarkEnd w:id="802"/>
      <w:r>
        <w:rPr>
          <w:rStyle w:val="BodyTextChar1"/>
          <w:rFonts w:cs="Georgia"/>
        </w:rPr>
        <w:t>осознавать произведения народного искусства как бесценное культурное наследие, хранящее в своих материальных фор</w:t>
      </w:r>
      <w:r>
        <w:rPr>
          <w:rStyle w:val="BodyTextChar1"/>
          <w:rFonts w:cs="Georgia"/>
        </w:rPr>
        <w:softHyphen/>
        <w:t>мах глубинные духовные ценности;</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3" w:name="bookmark4634"/>
      <w:bookmarkEnd w:id="803"/>
      <w:r>
        <w:rPr>
          <w:rStyle w:val="BodyTextChar1"/>
          <w:rFonts w:cs="Georgia"/>
        </w:rPr>
        <w:t>знать и уметь изображать или конструировать устройство традиционных жилищ разных народов, например юрты, сак</w:t>
      </w:r>
      <w:r>
        <w:rPr>
          <w:rStyle w:val="BodyTextChar1"/>
          <w:rFonts w:cs="Georgia"/>
        </w:rPr>
        <w:softHyphen/>
        <w:t>ли, хаты-мазанки; объяснять семантическое значение дета</w:t>
      </w:r>
      <w:r>
        <w:rPr>
          <w:rStyle w:val="BodyTextChar1"/>
          <w:rFonts w:cs="Georgia"/>
        </w:rPr>
        <w:softHyphen/>
        <w:t>лей конструкции и декора, их связь с природой, трудом и бытом;</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4" w:name="bookmark4635"/>
      <w:bookmarkEnd w:id="804"/>
      <w:r>
        <w:rPr>
          <w:rStyle w:val="BodyTextChar1"/>
          <w:rFonts w:cs="Georgia"/>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BodyTextChar1"/>
          <w:rFonts w:cs="Georgia"/>
        </w:rPr>
        <w:softHyphen/>
        <w:t>невековье); понимать разнообразие образов декоративно-при</w:t>
      </w:r>
      <w:r>
        <w:rPr>
          <w:rStyle w:val="BodyTextChar1"/>
          <w:rFonts w:cs="Georgia"/>
        </w:rPr>
        <w:softHyphen/>
        <w:t>кладного искусства, его единство и целостность для каждой конкретной культуры, определяемые природными условия</w:t>
      </w:r>
      <w:r>
        <w:rPr>
          <w:rStyle w:val="BodyTextChar1"/>
          <w:rFonts w:cs="Georgia"/>
        </w:rPr>
        <w:softHyphen/>
        <w:t>ми и сложившийся историей;</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5" w:name="bookmark4636"/>
      <w:bookmarkEnd w:id="805"/>
      <w:r>
        <w:rPr>
          <w:rStyle w:val="BodyTextChar1"/>
          <w:rFonts w:cs="Georgia"/>
        </w:rPr>
        <w:t>объяснять значение народных промыслов и традиций худо</w:t>
      </w:r>
      <w:r>
        <w:rPr>
          <w:rStyle w:val="BodyTextChar1"/>
          <w:rFonts w:cs="Georgia"/>
        </w:rPr>
        <w:softHyphen/>
        <w:t>жественного ремесла в современной жизни;</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6" w:name="bookmark4637"/>
      <w:bookmarkEnd w:id="806"/>
      <w:r>
        <w:rPr>
          <w:rStyle w:val="BodyTextChar1"/>
          <w:rFonts w:cs="Georgia"/>
        </w:rPr>
        <w:t>рассказывать о происхождении народных художественных промыслов; о соотношении ремесла и искусства;</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7" w:name="bookmark4638"/>
      <w:bookmarkEnd w:id="807"/>
      <w:r>
        <w:rPr>
          <w:rStyle w:val="BodyTextChar1"/>
          <w:rFonts w:cs="Georgia"/>
        </w:rPr>
        <w:t>называть характерные черты орнаментов и изделий ряда отечественных народных художественных промыслов;</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8" w:name="bookmark4639"/>
      <w:bookmarkEnd w:id="808"/>
      <w:r>
        <w:rPr>
          <w:rStyle w:val="BodyTextChar1"/>
          <w:rFonts w:cs="Georgia"/>
        </w:rPr>
        <w:t>характеризовать древние образы народного искусства в про</w:t>
      </w:r>
      <w:r>
        <w:rPr>
          <w:rStyle w:val="BodyTextChar1"/>
          <w:rFonts w:cs="Georgia"/>
        </w:rPr>
        <w:softHyphen/>
        <w:t>изведениях современных народных промыслов;</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09" w:name="bookmark4640"/>
      <w:bookmarkEnd w:id="809"/>
      <w:r>
        <w:rPr>
          <w:rStyle w:val="BodyTextChar1"/>
          <w:rFonts w:cs="Georgia"/>
        </w:rPr>
        <w:t>уметь перечислять материалы, используемые в народных ху</w:t>
      </w:r>
      <w:r>
        <w:rPr>
          <w:rStyle w:val="BodyTextChar1"/>
          <w:rFonts w:cs="Georgia"/>
        </w:rPr>
        <w:softHyphen/>
        <w:t>дожественных промыслах: дерево, глина, металл, стекло, др.;</w:t>
      </w:r>
    </w:p>
    <w:p w:rsidR="00F44E79" w:rsidRDefault="00F44E79" w:rsidP="00E5323B">
      <w:pPr>
        <w:pStyle w:val="BodyText"/>
        <w:numPr>
          <w:ilvl w:val="0"/>
          <w:numId w:val="61"/>
        </w:numPr>
        <w:tabs>
          <w:tab w:val="left" w:pos="207"/>
        </w:tabs>
        <w:spacing w:line="262" w:lineRule="auto"/>
        <w:ind w:left="160" w:hanging="160"/>
        <w:jc w:val="both"/>
        <w:rPr>
          <w:color w:val="auto"/>
          <w:sz w:val="24"/>
          <w:szCs w:val="24"/>
        </w:rPr>
      </w:pPr>
      <w:bookmarkStart w:id="810" w:name="bookmark4641"/>
      <w:bookmarkEnd w:id="810"/>
      <w:r>
        <w:rPr>
          <w:rStyle w:val="BodyTextChar1"/>
          <w:rFonts w:cs="Georgia"/>
        </w:rPr>
        <w:t>различать изделия народных художественных промыслов по материалу изготовления и технике декора;</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11" w:name="bookmark4642"/>
      <w:bookmarkEnd w:id="811"/>
      <w:r>
        <w:rPr>
          <w:rStyle w:val="BodyTextChar1"/>
          <w:rFonts w:cs="Georgia"/>
        </w:rPr>
        <w:t>объяснять связь между материалом, формой и техникой де</w:t>
      </w:r>
      <w:r>
        <w:rPr>
          <w:rStyle w:val="BodyTextChar1"/>
          <w:rFonts w:cs="Georgia"/>
        </w:rPr>
        <w:softHyphen/>
        <w:t>кора в произведениях народных промыслов;</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12" w:name="bookmark4643"/>
      <w:bookmarkEnd w:id="812"/>
      <w:r>
        <w:rPr>
          <w:rStyle w:val="BodyTextChar1"/>
          <w:rFonts w:cs="Georgia"/>
        </w:rPr>
        <w:t>иметь представление о приёмах и последовательности работы при создании изделий некоторых художественных промыс</w:t>
      </w:r>
      <w:r>
        <w:rPr>
          <w:rStyle w:val="BodyTextChar1"/>
          <w:rFonts w:cs="Georgia"/>
        </w:rPr>
        <w:softHyphen/>
        <w:t>лов;</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13" w:name="bookmark4644"/>
      <w:bookmarkEnd w:id="813"/>
      <w:r>
        <w:rPr>
          <w:rStyle w:val="BodyTextChar1"/>
          <w:rFonts w:cs="Georgia"/>
        </w:rPr>
        <w:t>уметь изображать фрагменты орнаментов, отдельные сюже</w:t>
      </w:r>
      <w:r>
        <w:rPr>
          <w:rStyle w:val="BodyTextChar1"/>
          <w:rFonts w:cs="Georgia"/>
        </w:rPr>
        <w:softHyphen/>
        <w:t>ты, детали или общий вид изделий ряда отечественных ху</w:t>
      </w:r>
      <w:r>
        <w:rPr>
          <w:rStyle w:val="BodyTextChar1"/>
          <w:rFonts w:cs="Georgia"/>
        </w:rPr>
        <w:softHyphen/>
        <w:t>дожественных промыслов;</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14" w:name="bookmark4645"/>
      <w:bookmarkEnd w:id="814"/>
      <w:r>
        <w:rPr>
          <w:rStyle w:val="BodyTextChar1"/>
          <w:rFonts w:cs="Georgia"/>
        </w:rPr>
        <w:t>характеризовать роль символического знака в современной жизни (герб, эмблема, логотип, указующий или декоратив</w:t>
      </w:r>
      <w:r>
        <w:rPr>
          <w:rStyle w:val="BodyTextChar1"/>
          <w:rFonts w:cs="Georgia"/>
        </w:rPr>
        <w:softHyphen/>
        <w:t>ный знак) и иметь опыт творческого создания эмблемы или логотипа;</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15" w:name="bookmark4646"/>
      <w:bookmarkEnd w:id="815"/>
      <w:r>
        <w:rPr>
          <w:rStyle w:val="BodyTextChar1"/>
          <w:rFonts w:cs="Georgia"/>
        </w:rPr>
        <w:t>понимать и объяснять значение государственной символики, иметь представление о значении и содержании геральдики;</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16" w:name="bookmark4647"/>
      <w:bookmarkEnd w:id="816"/>
      <w:r>
        <w:rPr>
          <w:rStyle w:val="BodyTextChar1"/>
          <w:rFonts w:cs="Georgia"/>
        </w:rPr>
        <w:t>уметь определять и указывать продукты декоративно-при</w:t>
      </w:r>
      <w:r>
        <w:rPr>
          <w:rStyle w:val="BodyTextChar1"/>
          <w:rFonts w:cs="Georgia"/>
        </w:rPr>
        <w:softHyphen/>
        <w:t>кладной художественной деятельности в окружающей пред</w:t>
      </w:r>
      <w:r>
        <w:rPr>
          <w:rStyle w:val="BodyTextChar1"/>
          <w:rFonts w:cs="Georgia"/>
        </w:rPr>
        <w:softHyphen/>
        <w:t>метно-пространственной среде, обычной жизненной обста</w:t>
      </w:r>
      <w:r>
        <w:rPr>
          <w:rStyle w:val="BodyTextChar1"/>
          <w:rFonts w:cs="Georgia"/>
        </w:rPr>
        <w:softHyphen/>
        <w:t>новке и характеризовать их образное назначение;</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17" w:name="bookmark4648"/>
      <w:bookmarkEnd w:id="817"/>
      <w:r>
        <w:rPr>
          <w:rStyle w:val="BodyTextChar1"/>
          <w:rFonts w:cs="Georgia"/>
        </w:rPr>
        <w:t>ориентироваться в широком разнообразии современного де</w:t>
      </w:r>
      <w:r>
        <w:rPr>
          <w:rStyle w:val="BodyTextChar1"/>
          <w:rFonts w:cs="Georgia"/>
        </w:rPr>
        <w:softHyphen/>
        <w:t>коративно-прикладного искусства; различать по материа</w:t>
      </w:r>
      <w:r>
        <w:rPr>
          <w:rStyle w:val="BodyTextChar1"/>
          <w:rFonts w:cs="Georgia"/>
        </w:rPr>
        <w:softHyphen/>
        <w:t>лам, технике исполнения художественное стекло, керамику, ковку, литьё, гобелен и т. д.;</w:t>
      </w:r>
    </w:p>
    <w:p w:rsidR="00F44E79" w:rsidRDefault="00F44E79" w:rsidP="00E5323B">
      <w:pPr>
        <w:pStyle w:val="BodyText"/>
        <w:numPr>
          <w:ilvl w:val="0"/>
          <w:numId w:val="61"/>
        </w:numPr>
        <w:tabs>
          <w:tab w:val="left" w:pos="212"/>
        </w:tabs>
        <w:spacing w:after="100" w:line="266" w:lineRule="auto"/>
        <w:ind w:left="240" w:hanging="240"/>
        <w:jc w:val="both"/>
        <w:rPr>
          <w:color w:val="auto"/>
          <w:sz w:val="24"/>
          <w:szCs w:val="24"/>
        </w:rPr>
      </w:pPr>
      <w:bookmarkStart w:id="818" w:name="bookmark4649"/>
      <w:bookmarkEnd w:id="818"/>
      <w:r>
        <w:rPr>
          <w:rStyle w:val="BodyTextChar1"/>
          <w:rFonts w:cs="Georgia"/>
        </w:rPr>
        <w:t>овладевать навыками коллективной практической творче</w:t>
      </w:r>
      <w:r>
        <w:rPr>
          <w:rStyle w:val="BodyTextChar1"/>
          <w:rFonts w:cs="Georgia"/>
        </w:rPr>
        <w:softHyphen/>
        <w:t>ской работы по оформлению пространства школы и школь</w:t>
      </w:r>
      <w:r>
        <w:rPr>
          <w:rStyle w:val="BodyTextChar1"/>
          <w:rFonts w:cs="Georgia"/>
        </w:rPr>
        <w:softHyphen/>
        <w:t>ных праздников.</w:t>
      </w:r>
    </w:p>
    <w:p w:rsidR="00F44E79" w:rsidRDefault="00F44E79">
      <w:pPr>
        <w:pStyle w:val="33"/>
        <w:keepNext/>
        <w:keepLines/>
        <w:spacing w:after="40"/>
        <w:jc w:val="both"/>
        <w:rPr>
          <w:rFonts w:ascii="Courier New" w:hAnsi="Courier New" w:cs="Courier New"/>
          <w:b w:val="0"/>
          <w:bCs w:val="0"/>
          <w:color w:val="auto"/>
          <w:sz w:val="24"/>
          <w:szCs w:val="24"/>
        </w:rPr>
      </w:pPr>
      <w:bookmarkStart w:id="819" w:name="bookmark4650"/>
      <w:bookmarkStart w:id="820" w:name="bookmark4651"/>
      <w:bookmarkStart w:id="821" w:name="bookmark4652"/>
      <w:r>
        <w:rPr>
          <w:rStyle w:val="32"/>
          <w:rFonts w:cs="Arial"/>
          <w:b/>
        </w:rPr>
        <w:t>Модуль № 2 «Живопись, графика, скульптура»:</w:t>
      </w:r>
      <w:bookmarkEnd w:id="819"/>
      <w:bookmarkEnd w:id="820"/>
      <w:bookmarkEnd w:id="821"/>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22" w:name="bookmark4653"/>
      <w:bookmarkEnd w:id="822"/>
      <w:r>
        <w:rPr>
          <w:rStyle w:val="BodyTextChar1"/>
          <w:rFonts w:cs="Georgia"/>
        </w:rPr>
        <w:t>характеризовать различия между пространственными и вре</w:t>
      </w:r>
      <w:r>
        <w:rPr>
          <w:rStyle w:val="BodyTextChar1"/>
          <w:rFonts w:cs="Georgia"/>
        </w:rPr>
        <w:softHyphen/>
        <w:t>менными видами искусства и их значение в жизни людей;</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23" w:name="bookmark4654"/>
      <w:bookmarkEnd w:id="823"/>
      <w:r>
        <w:rPr>
          <w:rStyle w:val="BodyTextChar1"/>
          <w:rFonts w:cs="Georgia"/>
        </w:rPr>
        <w:t>объяснять причины деления пространственных искусств на виды;</w:t>
      </w:r>
    </w:p>
    <w:p w:rsidR="00F44E79" w:rsidRDefault="00F44E79" w:rsidP="00E5323B">
      <w:pPr>
        <w:pStyle w:val="BodyText"/>
        <w:numPr>
          <w:ilvl w:val="0"/>
          <w:numId w:val="61"/>
        </w:numPr>
        <w:tabs>
          <w:tab w:val="left" w:pos="212"/>
        </w:tabs>
        <w:spacing w:after="100" w:line="266" w:lineRule="auto"/>
        <w:ind w:left="240" w:hanging="240"/>
        <w:jc w:val="both"/>
        <w:rPr>
          <w:color w:val="auto"/>
          <w:sz w:val="24"/>
          <w:szCs w:val="24"/>
        </w:rPr>
      </w:pPr>
      <w:bookmarkStart w:id="824" w:name="bookmark4655"/>
      <w:bookmarkEnd w:id="824"/>
      <w:r>
        <w:rPr>
          <w:rStyle w:val="BodyTextChar1"/>
          <w:rFonts w:cs="Georgia"/>
        </w:rPr>
        <w:t>знать основные виды живописи, графики и скульптуры, объ</w:t>
      </w:r>
      <w:r>
        <w:rPr>
          <w:rStyle w:val="BodyTextChar1"/>
          <w:rFonts w:cs="Georgia"/>
        </w:rPr>
        <w:softHyphen/>
        <w:t>яснять их назначение в жизни людей.</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Язык изобразительного искусства и его выразительные средства:</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25" w:name="bookmark4656"/>
      <w:bookmarkEnd w:id="825"/>
      <w:r>
        <w:rPr>
          <w:rStyle w:val="BodyTextChar1"/>
          <w:rFonts w:cs="Georgia"/>
        </w:rPr>
        <w:t>различать и характеризовать традиционные художественные материалы для графики, живописи, скульптуры;</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26" w:name="bookmark4657"/>
      <w:bookmarkEnd w:id="826"/>
      <w:r>
        <w:rPr>
          <w:rStyle w:val="BodyTextChar1"/>
          <w:rFonts w:cs="Georgia"/>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44E79" w:rsidRDefault="00F44E79" w:rsidP="00E5323B">
      <w:pPr>
        <w:pStyle w:val="BodyText"/>
        <w:numPr>
          <w:ilvl w:val="0"/>
          <w:numId w:val="61"/>
        </w:numPr>
        <w:tabs>
          <w:tab w:val="left" w:pos="212"/>
        </w:tabs>
        <w:spacing w:line="266" w:lineRule="auto"/>
        <w:ind w:left="240" w:hanging="240"/>
        <w:jc w:val="both"/>
        <w:rPr>
          <w:color w:val="auto"/>
          <w:sz w:val="24"/>
          <w:szCs w:val="24"/>
        </w:rPr>
      </w:pPr>
      <w:bookmarkStart w:id="827" w:name="bookmark4658"/>
      <w:bookmarkEnd w:id="827"/>
      <w:r>
        <w:rPr>
          <w:rStyle w:val="BodyTextChar1"/>
          <w:rFonts w:cs="Georgia"/>
        </w:rPr>
        <w:t>иметь практические навыки изображения карандашами раз</w:t>
      </w:r>
      <w:r>
        <w:rPr>
          <w:rStyle w:val="BodyTextChar1"/>
          <w:rFonts w:cs="Georgia"/>
        </w:rPr>
        <w:softHyphen/>
        <w:t>ной жёсткости, фломастерами, углём, пастелью и мелками, акварелью, гуашью, лепкой из пластилина, а также исполь</w:t>
      </w:r>
      <w:r>
        <w:rPr>
          <w:rStyle w:val="BodyTextChar1"/>
          <w:rFonts w:cs="Georgia"/>
        </w:rPr>
        <w:softHyphen/>
        <w:t>зовать возможности применять другие доступные художе</w:t>
      </w:r>
      <w:r>
        <w:rPr>
          <w:rStyle w:val="BodyTextChar1"/>
          <w:rFonts w:cs="Georgia"/>
        </w:rPr>
        <w:softHyphen/>
        <w:t>ственные материалы;</w:t>
      </w:r>
    </w:p>
    <w:p w:rsidR="00F44E79" w:rsidRDefault="00F44E79" w:rsidP="00E5323B">
      <w:pPr>
        <w:pStyle w:val="BodyText"/>
        <w:numPr>
          <w:ilvl w:val="0"/>
          <w:numId w:val="61"/>
        </w:numPr>
        <w:tabs>
          <w:tab w:val="left" w:pos="222"/>
        </w:tabs>
        <w:spacing w:line="305" w:lineRule="auto"/>
        <w:ind w:left="240" w:hanging="240"/>
        <w:jc w:val="both"/>
        <w:rPr>
          <w:color w:val="auto"/>
          <w:sz w:val="24"/>
          <w:szCs w:val="24"/>
        </w:rPr>
      </w:pPr>
      <w:bookmarkStart w:id="828" w:name="bookmark4659"/>
      <w:bookmarkEnd w:id="828"/>
      <w:r>
        <w:rPr>
          <w:rStyle w:val="BodyTextChar1"/>
          <w:rFonts w:cs="Georgia"/>
        </w:rPr>
        <w:t>иметь представление о различных художественных техниках в использовании художественных материалов;</w:t>
      </w:r>
    </w:p>
    <w:p w:rsidR="00F44E79" w:rsidRDefault="00F44E79" w:rsidP="00E5323B">
      <w:pPr>
        <w:pStyle w:val="BodyText"/>
        <w:numPr>
          <w:ilvl w:val="0"/>
          <w:numId w:val="61"/>
        </w:numPr>
        <w:tabs>
          <w:tab w:val="left" w:pos="222"/>
        </w:tabs>
        <w:spacing w:line="305" w:lineRule="auto"/>
        <w:ind w:left="240" w:hanging="240"/>
        <w:jc w:val="both"/>
        <w:rPr>
          <w:color w:val="auto"/>
          <w:sz w:val="24"/>
          <w:szCs w:val="24"/>
        </w:rPr>
      </w:pPr>
      <w:bookmarkStart w:id="829" w:name="bookmark4660"/>
      <w:bookmarkEnd w:id="829"/>
      <w:r>
        <w:rPr>
          <w:rStyle w:val="BodyTextChar1"/>
          <w:rFonts w:cs="Georgia"/>
        </w:rPr>
        <w:t>понимать роль рисунка как основы изобразительной деятель</w:t>
      </w:r>
      <w:r>
        <w:rPr>
          <w:rStyle w:val="BodyTextChar1"/>
          <w:rFonts w:cs="Georgia"/>
        </w:rPr>
        <w:softHyphen/>
        <w:t>ности;</w:t>
      </w:r>
    </w:p>
    <w:p w:rsidR="00F44E79" w:rsidRDefault="00F44E79" w:rsidP="00E5323B">
      <w:pPr>
        <w:pStyle w:val="BodyText"/>
        <w:numPr>
          <w:ilvl w:val="0"/>
          <w:numId w:val="61"/>
        </w:numPr>
        <w:tabs>
          <w:tab w:val="left" w:pos="222"/>
        </w:tabs>
        <w:spacing w:line="305" w:lineRule="auto"/>
        <w:ind w:left="240" w:hanging="240"/>
        <w:jc w:val="both"/>
        <w:rPr>
          <w:color w:val="auto"/>
          <w:sz w:val="24"/>
          <w:szCs w:val="24"/>
        </w:rPr>
      </w:pPr>
      <w:bookmarkStart w:id="830" w:name="bookmark4661"/>
      <w:bookmarkEnd w:id="830"/>
      <w:r>
        <w:rPr>
          <w:rStyle w:val="BodyTextChar1"/>
          <w:rFonts w:cs="Georgia"/>
        </w:rPr>
        <w:t>иметь опыт учебного рисунка — светотеневого изображения объёмных форм;</w:t>
      </w:r>
    </w:p>
    <w:p w:rsidR="00F44E79" w:rsidRDefault="00F44E79" w:rsidP="00E5323B">
      <w:pPr>
        <w:pStyle w:val="BodyText"/>
        <w:numPr>
          <w:ilvl w:val="0"/>
          <w:numId w:val="61"/>
        </w:numPr>
        <w:tabs>
          <w:tab w:val="left" w:pos="222"/>
        </w:tabs>
        <w:spacing w:line="305" w:lineRule="auto"/>
        <w:ind w:left="240" w:hanging="240"/>
        <w:jc w:val="both"/>
        <w:rPr>
          <w:color w:val="auto"/>
          <w:sz w:val="24"/>
          <w:szCs w:val="24"/>
        </w:rPr>
      </w:pPr>
      <w:bookmarkStart w:id="831" w:name="bookmark4662"/>
      <w:bookmarkEnd w:id="831"/>
      <w:r>
        <w:rPr>
          <w:rStyle w:val="BodyTextChar1"/>
          <w:rFonts w:cs="Georgia"/>
        </w:rPr>
        <w:t>знать основы линейной перспективы и уметь изображать объёмные геометрические тела на двухмерной плоскости;</w:t>
      </w:r>
    </w:p>
    <w:p w:rsidR="00F44E79" w:rsidRDefault="00F44E79" w:rsidP="00E5323B">
      <w:pPr>
        <w:pStyle w:val="BodyText"/>
        <w:numPr>
          <w:ilvl w:val="0"/>
          <w:numId w:val="61"/>
        </w:numPr>
        <w:tabs>
          <w:tab w:val="left" w:pos="222"/>
        </w:tabs>
        <w:spacing w:line="290" w:lineRule="auto"/>
        <w:ind w:left="240" w:hanging="240"/>
        <w:jc w:val="both"/>
        <w:rPr>
          <w:color w:val="auto"/>
          <w:sz w:val="24"/>
          <w:szCs w:val="24"/>
        </w:rPr>
      </w:pPr>
      <w:bookmarkStart w:id="832" w:name="bookmark4663"/>
      <w:bookmarkEnd w:id="832"/>
      <w:r>
        <w:rPr>
          <w:rStyle w:val="BodyTextChar1"/>
          <w:rFonts w:cs="Georgia"/>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44E79" w:rsidRDefault="00F44E79" w:rsidP="00E5323B">
      <w:pPr>
        <w:pStyle w:val="BodyText"/>
        <w:numPr>
          <w:ilvl w:val="0"/>
          <w:numId w:val="61"/>
        </w:numPr>
        <w:tabs>
          <w:tab w:val="left" w:pos="222"/>
        </w:tabs>
        <w:spacing w:line="305" w:lineRule="auto"/>
        <w:ind w:left="240" w:hanging="240"/>
        <w:jc w:val="both"/>
        <w:rPr>
          <w:color w:val="auto"/>
          <w:sz w:val="24"/>
          <w:szCs w:val="24"/>
        </w:rPr>
      </w:pPr>
      <w:bookmarkStart w:id="833" w:name="bookmark4664"/>
      <w:bookmarkEnd w:id="833"/>
      <w:r>
        <w:rPr>
          <w:rStyle w:val="BodyTextChar1"/>
          <w:rFonts w:cs="Georgia"/>
        </w:rPr>
        <w:t>понимать содержание понятий «тон», «тональные отноше</w:t>
      </w:r>
      <w:r>
        <w:rPr>
          <w:rStyle w:val="BodyTextChar1"/>
          <w:rFonts w:cs="Georgia"/>
        </w:rPr>
        <w:softHyphen/>
        <w:t>ния» и иметь опыт их визуального анализа;</w:t>
      </w:r>
    </w:p>
    <w:p w:rsidR="00F44E79" w:rsidRDefault="00F44E79" w:rsidP="00E5323B">
      <w:pPr>
        <w:pStyle w:val="BodyText"/>
        <w:numPr>
          <w:ilvl w:val="0"/>
          <w:numId w:val="61"/>
        </w:numPr>
        <w:tabs>
          <w:tab w:val="left" w:pos="222"/>
        </w:tabs>
        <w:spacing w:line="290" w:lineRule="auto"/>
        <w:ind w:left="240" w:hanging="240"/>
        <w:jc w:val="both"/>
        <w:rPr>
          <w:color w:val="auto"/>
          <w:sz w:val="24"/>
          <w:szCs w:val="24"/>
        </w:rPr>
      </w:pPr>
      <w:bookmarkStart w:id="834" w:name="bookmark4665"/>
      <w:bookmarkEnd w:id="834"/>
      <w:r>
        <w:rPr>
          <w:rStyle w:val="BodyTextChar1"/>
          <w:rFonts w:cs="Georgia"/>
        </w:rPr>
        <w:t>обладать навыком определения конструкции сложных форм, геометризации плоскостных и объёмных форм, умением со</w:t>
      </w:r>
      <w:r>
        <w:rPr>
          <w:rStyle w:val="BodyTextChar1"/>
          <w:rFonts w:cs="Georgia"/>
        </w:rPr>
        <w:softHyphen/>
        <w:t>относить между собой пропорции частей внутри целого;</w:t>
      </w:r>
    </w:p>
    <w:p w:rsidR="00F44E79" w:rsidRDefault="00F44E79" w:rsidP="00E5323B">
      <w:pPr>
        <w:pStyle w:val="BodyText"/>
        <w:numPr>
          <w:ilvl w:val="0"/>
          <w:numId w:val="61"/>
        </w:numPr>
        <w:tabs>
          <w:tab w:val="left" w:pos="222"/>
        </w:tabs>
        <w:spacing w:line="305" w:lineRule="auto"/>
        <w:ind w:left="240" w:hanging="240"/>
        <w:jc w:val="both"/>
        <w:rPr>
          <w:color w:val="auto"/>
          <w:sz w:val="24"/>
          <w:szCs w:val="24"/>
        </w:rPr>
      </w:pPr>
      <w:bookmarkStart w:id="835" w:name="bookmark4666"/>
      <w:bookmarkEnd w:id="835"/>
      <w:r>
        <w:rPr>
          <w:rStyle w:val="BodyTextChar1"/>
          <w:rFonts w:cs="Georgia"/>
        </w:rPr>
        <w:t>иметь опыт линейного рисунка, понимать выразительные возможности линии;</w:t>
      </w:r>
    </w:p>
    <w:p w:rsidR="00F44E79" w:rsidRDefault="00F44E79" w:rsidP="00E5323B">
      <w:pPr>
        <w:pStyle w:val="BodyText"/>
        <w:numPr>
          <w:ilvl w:val="0"/>
          <w:numId w:val="61"/>
        </w:numPr>
        <w:tabs>
          <w:tab w:val="left" w:pos="222"/>
        </w:tabs>
        <w:spacing w:line="290" w:lineRule="auto"/>
        <w:ind w:left="240" w:hanging="240"/>
        <w:jc w:val="both"/>
        <w:rPr>
          <w:color w:val="auto"/>
          <w:sz w:val="24"/>
          <w:szCs w:val="24"/>
        </w:rPr>
      </w:pPr>
      <w:bookmarkStart w:id="836" w:name="bookmark4667"/>
      <w:bookmarkEnd w:id="836"/>
      <w:r>
        <w:rPr>
          <w:rStyle w:val="BodyTextChar1"/>
          <w:rFonts w:cs="Georgia"/>
        </w:rPr>
        <w:t>иметь опыт творческого композиционного рисунка в ответ на заданную учебную задачу или как самостоятельное творче</w:t>
      </w:r>
      <w:r>
        <w:rPr>
          <w:rStyle w:val="BodyTextChar1"/>
          <w:rFonts w:cs="Georgia"/>
        </w:rPr>
        <w:softHyphen/>
        <w:t>ское действие;</w:t>
      </w:r>
    </w:p>
    <w:p w:rsidR="00F44E79" w:rsidRDefault="00F44E79" w:rsidP="00E5323B">
      <w:pPr>
        <w:pStyle w:val="BodyText"/>
        <w:numPr>
          <w:ilvl w:val="0"/>
          <w:numId w:val="61"/>
        </w:numPr>
        <w:tabs>
          <w:tab w:val="left" w:pos="222"/>
        </w:tabs>
        <w:spacing w:line="290" w:lineRule="auto"/>
        <w:ind w:left="240" w:hanging="240"/>
        <w:jc w:val="both"/>
        <w:rPr>
          <w:color w:val="auto"/>
          <w:sz w:val="24"/>
          <w:szCs w:val="24"/>
        </w:rPr>
      </w:pPr>
      <w:bookmarkStart w:id="837" w:name="bookmark4668"/>
      <w:bookmarkEnd w:id="837"/>
      <w:r>
        <w:rPr>
          <w:rStyle w:val="BodyTextChar1"/>
          <w:rFonts w:cs="Georgia"/>
        </w:rPr>
        <w:t>знать основы цветоведения: характеризовать основные и со</w:t>
      </w:r>
      <w:r>
        <w:rPr>
          <w:rStyle w:val="BodyTextChar1"/>
          <w:rFonts w:cs="Georgia"/>
        </w:rPr>
        <w:softHyphen/>
        <w:t>ставные цвета, дополнительные цвета — и значение этих зна</w:t>
      </w:r>
      <w:r>
        <w:rPr>
          <w:rStyle w:val="BodyTextChar1"/>
          <w:rFonts w:cs="Georgia"/>
        </w:rPr>
        <w:softHyphen/>
        <w:t>ний для искусства живописи;</w:t>
      </w:r>
    </w:p>
    <w:p w:rsidR="00F44E79" w:rsidRDefault="00F44E79" w:rsidP="00E5323B">
      <w:pPr>
        <w:pStyle w:val="BodyText"/>
        <w:numPr>
          <w:ilvl w:val="0"/>
          <w:numId w:val="61"/>
        </w:numPr>
        <w:tabs>
          <w:tab w:val="left" w:pos="222"/>
        </w:tabs>
        <w:spacing w:line="290" w:lineRule="auto"/>
        <w:ind w:left="240" w:hanging="240"/>
        <w:jc w:val="both"/>
        <w:rPr>
          <w:color w:val="auto"/>
          <w:sz w:val="24"/>
          <w:szCs w:val="24"/>
        </w:rPr>
      </w:pPr>
      <w:bookmarkStart w:id="838" w:name="bookmark4669"/>
      <w:bookmarkEnd w:id="838"/>
      <w:r>
        <w:rPr>
          <w:rStyle w:val="BodyTextChar1"/>
          <w:rFonts w:cs="Georgia"/>
        </w:rPr>
        <w:t>определять содержание понятий «колорит», «цветовые отно</w:t>
      </w:r>
      <w:r>
        <w:rPr>
          <w:rStyle w:val="BodyTextChar1"/>
          <w:rFonts w:cs="Georgia"/>
        </w:rPr>
        <w:softHyphen/>
        <w:t>шения», «цветовой контраст» и иметь навыки практической работы гуашью и акварелью;</w:t>
      </w:r>
    </w:p>
    <w:p w:rsidR="00F44E79" w:rsidRDefault="00F44E79" w:rsidP="00E5323B">
      <w:pPr>
        <w:pStyle w:val="BodyText"/>
        <w:numPr>
          <w:ilvl w:val="0"/>
          <w:numId w:val="61"/>
        </w:numPr>
        <w:tabs>
          <w:tab w:val="left" w:pos="222"/>
        </w:tabs>
        <w:spacing w:after="40" w:line="283" w:lineRule="auto"/>
        <w:ind w:left="240" w:hanging="240"/>
        <w:jc w:val="both"/>
        <w:rPr>
          <w:color w:val="auto"/>
          <w:sz w:val="24"/>
          <w:szCs w:val="24"/>
        </w:rPr>
      </w:pPr>
      <w:bookmarkStart w:id="839" w:name="bookmark4670"/>
      <w:bookmarkEnd w:id="839"/>
      <w:r>
        <w:rPr>
          <w:rStyle w:val="BodyTextChar1"/>
          <w:rFonts w:cs="Georgia"/>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BodyTextChar1"/>
          <w:rFonts w:cs="Georgia"/>
        </w:rPr>
        <w:softHyphen/>
        <w:t>вотных.</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Жанры изобразительного искусства:</w:t>
      </w:r>
    </w:p>
    <w:p w:rsidR="00F44E79" w:rsidRDefault="00F44E79" w:rsidP="00E5323B">
      <w:pPr>
        <w:pStyle w:val="BodyText"/>
        <w:numPr>
          <w:ilvl w:val="0"/>
          <w:numId w:val="61"/>
        </w:numPr>
        <w:tabs>
          <w:tab w:val="left" w:pos="222"/>
        </w:tabs>
        <w:spacing w:line="307" w:lineRule="auto"/>
        <w:ind w:left="240" w:hanging="240"/>
        <w:jc w:val="both"/>
        <w:rPr>
          <w:color w:val="auto"/>
          <w:sz w:val="24"/>
          <w:szCs w:val="24"/>
        </w:rPr>
      </w:pPr>
      <w:bookmarkStart w:id="840" w:name="bookmark4671"/>
      <w:bookmarkEnd w:id="840"/>
      <w:r>
        <w:rPr>
          <w:rStyle w:val="BodyTextChar1"/>
          <w:rFonts w:cs="Georgia"/>
        </w:rPr>
        <w:t>объяснять понятие «жанры в изобразительном искусстве», перечислять жанры;</w:t>
      </w:r>
    </w:p>
    <w:p w:rsidR="00F44E79" w:rsidRDefault="00F44E79" w:rsidP="00E5323B">
      <w:pPr>
        <w:pStyle w:val="BodyText"/>
        <w:numPr>
          <w:ilvl w:val="0"/>
          <w:numId w:val="61"/>
        </w:numPr>
        <w:tabs>
          <w:tab w:val="left" w:pos="222"/>
        </w:tabs>
        <w:spacing w:after="40" w:line="307" w:lineRule="auto"/>
        <w:ind w:left="240" w:hanging="240"/>
        <w:jc w:val="both"/>
        <w:rPr>
          <w:color w:val="auto"/>
          <w:sz w:val="24"/>
          <w:szCs w:val="24"/>
        </w:rPr>
      </w:pPr>
      <w:bookmarkStart w:id="841" w:name="bookmark4672"/>
      <w:bookmarkEnd w:id="841"/>
      <w:r>
        <w:rPr>
          <w:rStyle w:val="BodyTextChar1"/>
          <w:rFonts w:cs="Georgia"/>
        </w:rPr>
        <w:t>объяснять разницу между предметом изображения, сюжетом и содержанием произведения искусства.</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Натюрморт:</w:t>
      </w:r>
    </w:p>
    <w:p w:rsidR="00F44E79" w:rsidRDefault="00F44E79" w:rsidP="00E5323B">
      <w:pPr>
        <w:pStyle w:val="BodyText"/>
        <w:numPr>
          <w:ilvl w:val="0"/>
          <w:numId w:val="61"/>
        </w:numPr>
        <w:tabs>
          <w:tab w:val="left" w:pos="222"/>
        </w:tabs>
        <w:spacing w:after="40" w:line="288" w:lineRule="auto"/>
        <w:ind w:left="240" w:hanging="240"/>
        <w:jc w:val="both"/>
        <w:rPr>
          <w:color w:val="auto"/>
          <w:sz w:val="24"/>
          <w:szCs w:val="24"/>
        </w:rPr>
      </w:pPr>
      <w:bookmarkStart w:id="842" w:name="bookmark4673"/>
      <w:bookmarkEnd w:id="842"/>
      <w:r>
        <w:rPr>
          <w:rStyle w:val="BodyTextChar1"/>
          <w:rFonts w:cs="Georgia"/>
        </w:rPr>
        <w:t>характеризовать изображение предметного мира в различ</w:t>
      </w:r>
      <w:r>
        <w:rPr>
          <w:rStyle w:val="BodyTextChar1"/>
          <w:rFonts w:cs="Georgia"/>
        </w:rPr>
        <w:softHyphen/>
        <w:t>ные эпохи истории человечества и приводить примеры на</w:t>
      </w:r>
      <w:r>
        <w:rPr>
          <w:rStyle w:val="BodyTextChar1"/>
          <w:rFonts w:cs="Georgia"/>
        </w:rPr>
        <w:softHyphen/>
        <w:t>тюрморта в европейской живописи Нового времени;</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43" w:name="bookmark4674"/>
      <w:bookmarkEnd w:id="843"/>
      <w:r>
        <w:rPr>
          <w:rStyle w:val="BodyTextChar1"/>
          <w:rFonts w:cs="Georgia"/>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44" w:name="bookmark4675"/>
      <w:bookmarkEnd w:id="844"/>
      <w:r>
        <w:rPr>
          <w:rStyle w:val="BodyTextChar1"/>
          <w:rFonts w:cs="Georgia"/>
        </w:rPr>
        <w:t>знать и уметь применять в рисунке правила линейной пер</w:t>
      </w:r>
      <w:r>
        <w:rPr>
          <w:rStyle w:val="BodyTextChar1"/>
          <w:rFonts w:cs="Georgia"/>
        </w:rPr>
        <w:softHyphen/>
        <w:t>спективы и изображения объёмного предмета в двухмерном пространстве листа;</w:t>
      </w:r>
    </w:p>
    <w:p w:rsidR="00F44E79" w:rsidRDefault="00F44E79" w:rsidP="00E5323B">
      <w:pPr>
        <w:pStyle w:val="BodyText"/>
        <w:numPr>
          <w:ilvl w:val="0"/>
          <w:numId w:val="61"/>
        </w:numPr>
        <w:tabs>
          <w:tab w:val="left" w:pos="217"/>
        </w:tabs>
        <w:spacing w:line="269" w:lineRule="auto"/>
        <w:ind w:firstLine="0"/>
        <w:jc w:val="both"/>
        <w:rPr>
          <w:color w:val="auto"/>
          <w:sz w:val="24"/>
          <w:szCs w:val="24"/>
        </w:rPr>
      </w:pPr>
      <w:bookmarkStart w:id="845" w:name="bookmark4676"/>
      <w:bookmarkEnd w:id="845"/>
      <w:r>
        <w:rPr>
          <w:rStyle w:val="BodyTextChar1"/>
          <w:rFonts w:cs="Georgia"/>
        </w:rPr>
        <w:t>знать об освещении как средстве выявления объёма предмета;</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46" w:name="bookmark4677"/>
      <w:bookmarkEnd w:id="846"/>
      <w:r>
        <w:rPr>
          <w:rStyle w:val="BodyTextChar1"/>
          <w:rFonts w:cs="Georgia"/>
        </w:rPr>
        <w:t>иметь опыт построения композиции натюрморта: опыт раз</w:t>
      </w:r>
      <w:r>
        <w:rPr>
          <w:rStyle w:val="BodyTextChar1"/>
          <w:rFonts w:cs="Georgia"/>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F44E79" w:rsidRDefault="00F44E79" w:rsidP="00E5323B">
      <w:pPr>
        <w:pStyle w:val="BodyText"/>
        <w:numPr>
          <w:ilvl w:val="0"/>
          <w:numId w:val="61"/>
        </w:numPr>
        <w:tabs>
          <w:tab w:val="left" w:pos="217"/>
        </w:tabs>
        <w:spacing w:line="269" w:lineRule="auto"/>
        <w:ind w:firstLine="0"/>
        <w:jc w:val="both"/>
        <w:rPr>
          <w:color w:val="auto"/>
          <w:sz w:val="24"/>
          <w:szCs w:val="24"/>
        </w:rPr>
      </w:pPr>
      <w:bookmarkStart w:id="847" w:name="bookmark4678"/>
      <w:bookmarkEnd w:id="847"/>
      <w:r>
        <w:rPr>
          <w:rStyle w:val="BodyTextChar1"/>
          <w:rFonts w:cs="Georgia"/>
        </w:rPr>
        <w:t>иметь опыт создания графического натюрморта;</w:t>
      </w:r>
    </w:p>
    <w:p w:rsidR="00F44E79" w:rsidRDefault="00F44E79" w:rsidP="00E5323B">
      <w:pPr>
        <w:pStyle w:val="BodyText"/>
        <w:numPr>
          <w:ilvl w:val="0"/>
          <w:numId w:val="61"/>
        </w:numPr>
        <w:tabs>
          <w:tab w:val="left" w:pos="217"/>
        </w:tabs>
        <w:spacing w:after="240" w:line="269" w:lineRule="auto"/>
        <w:ind w:firstLine="0"/>
        <w:jc w:val="both"/>
        <w:rPr>
          <w:color w:val="auto"/>
          <w:sz w:val="24"/>
          <w:szCs w:val="24"/>
        </w:rPr>
      </w:pPr>
      <w:bookmarkStart w:id="848" w:name="bookmark4679"/>
      <w:bookmarkEnd w:id="848"/>
      <w:r>
        <w:rPr>
          <w:rStyle w:val="BodyTextChar1"/>
          <w:rFonts w:cs="Georgia"/>
        </w:rPr>
        <w:t>иметь опыт создания натюрморта средствами живописи.</w:t>
      </w:r>
    </w:p>
    <w:p w:rsidR="00F44E79" w:rsidRDefault="00F44E79">
      <w:pPr>
        <w:pStyle w:val="90"/>
        <w:spacing w:after="80"/>
        <w:rPr>
          <w:rFonts w:ascii="Courier New" w:hAnsi="Courier New" w:cs="Courier New"/>
          <w:b w:val="0"/>
          <w:bCs w:val="0"/>
          <w:color w:val="auto"/>
          <w:sz w:val="24"/>
          <w:szCs w:val="24"/>
        </w:rPr>
      </w:pPr>
      <w:r>
        <w:rPr>
          <w:rStyle w:val="9"/>
          <w:rFonts w:cs="Trebuchet MS"/>
          <w:b/>
        </w:rPr>
        <w:t>Портрет:</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49" w:name="bookmark4680"/>
      <w:bookmarkEnd w:id="849"/>
      <w:r>
        <w:rPr>
          <w:rStyle w:val="BodyTextChar1"/>
          <w:rFonts w:cs="Georgia"/>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0" w:name="bookmark4681"/>
      <w:bookmarkEnd w:id="850"/>
      <w:r>
        <w:rPr>
          <w:rStyle w:val="BodyTextChar1"/>
          <w:rFonts w:cs="Georgia"/>
        </w:rPr>
        <w:t>сравнивать содержание портретного образа в искусстве Древ</w:t>
      </w:r>
      <w:r>
        <w:rPr>
          <w:rStyle w:val="BodyTextChar1"/>
          <w:rFonts w:cs="Georgia"/>
        </w:rPr>
        <w:softHyphen/>
        <w:t>него Рима, эпохи Возрождения и Нового времени;</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1" w:name="bookmark4682"/>
      <w:bookmarkEnd w:id="851"/>
      <w:r>
        <w:rPr>
          <w:rStyle w:val="BodyTextChar1"/>
          <w:rFonts w:cs="Georgia"/>
        </w:rPr>
        <w:t>понимать, что в художественном портрете присутствует также выражение идеалов эпохи и авторская позиция художника;</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2" w:name="bookmark4683"/>
      <w:bookmarkEnd w:id="852"/>
      <w:r>
        <w:rPr>
          <w:rStyle w:val="BodyTextChar1"/>
          <w:rFonts w:cs="Georgia"/>
        </w:rPr>
        <w:t>узнавать произведения и называть имена нескольких вели</w:t>
      </w:r>
      <w:r>
        <w:rPr>
          <w:rStyle w:val="BodyTextChar1"/>
          <w:rFonts w:cs="Georgia"/>
        </w:rPr>
        <w:softHyphen/>
        <w:t>ких портретистов европейского искусства (Леонардо да Вин</w:t>
      </w:r>
      <w:r>
        <w:rPr>
          <w:rStyle w:val="BodyTextChar1"/>
          <w:rFonts w:cs="Georgia"/>
        </w:rPr>
        <w:softHyphen/>
        <w:t>чи, Рафаэль, Микеланджело, Рембрандт и др.);</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3" w:name="bookmark4684"/>
      <w:bookmarkEnd w:id="853"/>
      <w:r>
        <w:rPr>
          <w:rStyle w:val="BodyTextChar1"/>
          <w:rFonts w:cs="Georgia"/>
        </w:rPr>
        <w:t>уметь рассказывать историю портрета в русском изобрази</w:t>
      </w:r>
      <w:r>
        <w:rPr>
          <w:rStyle w:val="BodyTextChar1"/>
          <w:rFonts w:cs="Georgia"/>
        </w:rPr>
        <w:softHyphen/>
        <w:t>тельном искусстве, называть имена великих художников- портретистов (В. Боровиковский, А. Венецианов, О. Кипрен</w:t>
      </w:r>
      <w:r>
        <w:rPr>
          <w:rStyle w:val="BodyTextChar1"/>
          <w:rFonts w:cs="Georgia"/>
        </w:rPr>
        <w:softHyphen/>
        <w:t>ский, В. Тропинин, К. Брюллов, И. Крамской, И. Репин, В. Суриков, В. Серов и др.);</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4" w:name="bookmark4685"/>
      <w:bookmarkEnd w:id="854"/>
      <w:r>
        <w:rPr>
          <w:rStyle w:val="BodyTextChar1"/>
          <w:rFonts w:cs="Georgia"/>
        </w:rPr>
        <w:t>знать и претворять в рисунке основные позиции конструк</w:t>
      </w:r>
      <w:r>
        <w:rPr>
          <w:rStyle w:val="BodyTextChar1"/>
          <w:rFonts w:cs="Georgia"/>
        </w:rPr>
        <w:softHyphen/>
        <w:t>ции головы человека, пропорции лица, соотношение лицевой и черепной частей головы;</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5" w:name="bookmark4686"/>
      <w:bookmarkEnd w:id="855"/>
      <w:r>
        <w:rPr>
          <w:rStyle w:val="BodyTextChar1"/>
          <w:rFonts w:cs="Georgia"/>
        </w:rPr>
        <w:t>иметь представление о способах объёмного изображения го</w:t>
      </w:r>
      <w:r>
        <w:rPr>
          <w:rStyle w:val="BodyTextChar1"/>
          <w:rFonts w:cs="Georgia"/>
        </w:rPr>
        <w:softHyphen/>
        <w:t>ловы человека, создавать зарисовки объёмной конструкции го</w:t>
      </w:r>
      <w:r>
        <w:rPr>
          <w:rStyle w:val="BodyTextChar1"/>
          <w:rFonts w:cs="Georgia"/>
        </w:rPr>
        <w:softHyphen/>
        <w:t>ловы; понимать термин «ракурс» и определять его на практике;</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6" w:name="bookmark4687"/>
      <w:bookmarkEnd w:id="856"/>
      <w:r>
        <w:rPr>
          <w:rStyle w:val="BodyTextChar1"/>
          <w:rFonts w:cs="Georgia"/>
        </w:rPr>
        <w:t>иметь представление о скульптурном портрете в истории ис</w:t>
      </w:r>
      <w:r>
        <w:rPr>
          <w:rStyle w:val="BodyTextChar1"/>
          <w:rFonts w:cs="Georgia"/>
        </w:rPr>
        <w:softHyphen/>
        <w:t>кусства, о выражении характера человека и образа эпохи в скульптурном портрете;</w:t>
      </w:r>
    </w:p>
    <w:p w:rsidR="00F44E79" w:rsidRDefault="00F44E79" w:rsidP="00E5323B">
      <w:pPr>
        <w:pStyle w:val="BodyText"/>
        <w:numPr>
          <w:ilvl w:val="0"/>
          <w:numId w:val="61"/>
        </w:numPr>
        <w:tabs>
          <w:tab w:val="left" w:pos="217"/>
        </w:tabs>
        <w:spacing w:line="269" w:lineRule="auto"/>
        <w:ind w:firstLine="0"/>
        <w:jc w:val="both"/>
        <w:rPr>
          <w:color w:val="auto"/>
          <w:sz w:val="24"/>
          <w:szCs w:val="24"/>
        </w:rPr>
      </w:pPr>
      <w:bookmarkStart w:id="857" w:name="bookmark4688"/>
      <w:bookmarkEnd w:id="857"/>
      <w:r>
        <w:rPr>
          <w:rStyle w:val="BodyTextChar1"/>
          <w:rFonts w:cs="Georgia"/>
        </w:rPr>
        <w:t>иметь начальный опыт лепки головы человека;</w:t>
      </w:r>
    </w:p>
    <w:p w:rsidR="00F44E79" w:rsidRDefault="00F44E79" w:rsidP="00E5323B">
      <w:pPr>
        <w:pStyle w:val="BodyText"/>
        <w:numPr>
          <w:ilvl w:val="0"/>
          <w:numId w:val="61"/>
        </w:numPr>
        <w:tabs>
          <w:tab w:val="left" w:pos="217"/>
        </w:tabs>
        <w:spacing w:after="160" w:line="269" w:lineRule="auto"/>
        <w:ind w:left="220" w:hanging="220"/>
        <w:jc w:val="both"/>
        <w:rPr>
          <w:color w:val="auto"/>
          <w:sz w:val="24"/>
          <w:szCs w:val="24"/>
        </w:rPr>
      </w:pPr>
      <w:bookmarkStart w:id="858" w:name="bookmark4689"/>
      <w:bookmarkEnd w:id="858"/>
      <w:r>
        <w:rPr>
          <w:rStyle w:val="BodyTextChar1"/>
          <w:rFonts w:cs="Georgia"/>
        </w:rPr>
        <w:t>приобретать опыт графического портретного изображения как нового для себя видения индивидуальности человека;</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59" w:name="bookmark4690"/>
      <w:bookmarkEnd w:id="859"/>
      <w:r>
        <w:rPr>
          <w:rStyle w:val="BodyTextChar1"/>
          <w:rFonts w:cs="Georgia"/>
        </w:rPr>
        <w:t>иметь представление о графических портретах мастеров раз</w:t>
      </w:r>
      <w:r>
        <w:rPr>
          <w:rStyle w:val="BodyTextChar1"/>
          <w:rFonts w:cs="Georgia"/>
        </w:rPr>
        <w:softHyphen/>
        <w:t>ных эпох, о разнообразии графических средств в изображе</w:t>
      </w:r>
      <w:r>
        <w:rPr>
          <w:rStyle w:val="BodyTextChar1"/>
          <w:rFonts w:cs="Georgia"/>
        </w:rPr>
        <w:softHyphen/>
        <w:t>нии образа человека;</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0" w:name="bookmark4691"/>
      <w:bookmarkEnd w:id="860"/>
      <w:r>
        <w:rPr>
          <w:rStyle w:val="BodyTextChar1"/>
          <w:rFonts w:cs="Georgia"/>
        </w:rPr>
        <w:t>уметь характеризовать роль освещения как выразительного средства при создании художественного образа;</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1" w:name="bookmark4692"/>
      <w:bookmarkEnd w:id="861"/>
      <w:r>
        <w:rPr>
          <w:rStyle w:val="BodyTextChar1"/>
          <w:rFonts w:cs="Georgia"/>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44E79" w:rsidRDefault="00F44E79" w:rsidP="00E5323B">
      <w:pPr>
        <w:pStyle w:val="BodyText"/>
        <w:numPr>
          <w:ilvl w:val="0"/>
          <w:numId w:val="61"/>
        </w:numPr>
        <w:tabs>
          <w:tab w:val="left" w:pos="217"/>
        </w:tabs>
        <w:spacing w:after="180" w:line="269" w:lineRule="auto"/>
        <w:ind w:left="220" w:hanging="220"/>
        <w:jc w:val="both"/>
        <w:rPr>
          <w:color w:val="auto"/>
          <w:sz w:val="24"/>
          <w:szCs w:val="24"/>
        </w:rPr>
      </w:pPr>
      <w:bookmarkStart w:id="862" w:name="bookmark4693"/>
      <w:bookmarkEnd w:id="862"/>
      <w:r>
        <w:rPr>
          <w:rStyle w:val="BodyTextChar1"/>
          <w:rFonts w:cs="Georgia"/>
        </w:rPr>
        <w:t>иметь представление о жанре портрета в искусстве ХХ в. — западном и отечественном.</w:t>
      </w:r>
    </w:p>
    <w:p w:rsidR="00F44E79" w:rsidRDefault="00F44E79">
      <w:pPr>
        <w:pStyle w:val="90"/>
        <w:jc w:val="both"/>
        <w:rPr>
          <w:rFonts w:ascii="Courier New" w:hAnsi="Courier New" w:cs="Courier New"/>
          <w:b w:val="0"/>
          <w:bCs w:val="0"/>
          <w:color w:val="auto"/>
          <w:sz w:val="24"/>
          <w:szCs w:val="24"/>
        </w:rPr>
      </w:pPr>
      <w:r>
        <w:rPr>
          <w:rStyle w:val="9"/>
          <w:rFonts w:cs="Trebuchet MS"/>
          <w:b/>
        </w:rPr>
        <w:t>Пейзаж:</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3" w:name="bookmark4694"/>
      <w:bookmarkEnd w:id="863"/>
      <w:r>
        <w:rPr>
          <w:rStyle w:val="BodyTextChar1"/>
          <w:rFonts w:cs="Georgia"/>
        </w:rPr>
        <w:t>иметь представление и уметь сравнивать изображение про</w:t>
      </w:r>
      <w:r>
        <w:rPr>
          <w:rStyle w:val="BodyTextChar1"/>
          <w:rFonts w:cs="Georgia"/>
        </w:rPr>
        <w:softHyphen/>
        <w:t>странства в эпоху Древнего мира, в Средневековом искусстве и в эпоху Возрождения;</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4" w:name="bookmark4695"/>
      <w:bookmarkEnd w:id="864"/>
      <w:r>
        <w:rPr>
          <w:rStyle w:val="BodyTextChar1"/>
          <w:rFonts w:cs="Georgia"/>
        </w:rPr>
        <w:t>знать правила построения линейной перспективы и уметь применять их в рисунке;</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5" w:name="bookmark4696"/>
      <w:bookmarkEnd w:id="865"/>
      <w:r>
        <w:rPr>
          <w:rStyle w:val="BodyTextChar1"/>
          <w:rFonts w:cs="Georgia"/>
        </w:rPr>
        <w:t>определять содержание понятий: линия горизонта, точка схода, низкий и высокий горизонт, перспективные сокраще</w:t>
      </w:r>
      <w:r>
        <w:rPr>
          <w:rStyle w:val="BodyTextChar1"/>
          <w:rFonts w:cs="Georgia"/>
        </w:rPr>
        <w:softHyphen/>
        <w:t>ния, центральная и угловая перспектива;</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6" w:name="bookmark4697"/>
      <w:bookmarkEnd w:id="866"/>
      <w:r>
        <w:rPr>
          <w:rStyle w:val="BodyTextChar1"/>
          <w:rFonts w:cs="Georgia"/>
        </w:rPr>
        <w:t>знать правила воздушной перспективы и уметь их применять на практике;</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7" w:name="bookmark4698"/>
      <w:bookmarkEnd w:id="867"/>
      <w:r>
        <w:rPr>
          <w:rStyle w:val="BodyTextChar1"/>
          <w:rFonts w:cs="Georgia"/>
        </w:rPr>
        <w:t>характеризовать особенности изображения разных состоя</w:t>
      </w:r>
      <w:r>
        <w:rPr>
          <w:rStyle w:val="BodyTextChar1"/>
          <w:rFonts w:cs="Georgia"/>
        </w:rPr>
        <w:softHyphen/>
        <w:t>ний природы в романтическом пейзаже и пейзаже творчества импрессионистов и постимпрессионистов;</w:t>
      </w:r>
    </w:p>
    <w:p w:rsidR="00F44E79" w:rsidRDefault="00F44E79" w:rsidP="00E5323B">
      <w:pPr>
        <w:pStyle w:val="BodyText"/>
        <w:numPr>
          <w:ilvl w:val="0"/>
          <w:numId w:val="61"/>
        </w:numPr>
        <w:tabs>
          <w:tab w:val="left" w:pos="217"/>
        </w:tabs>
        <w:spacing w:line="269" w:lineRule="auto"/>
        <w:ind w:firstLine="0"/>
        <w:jc w:val="both"/>
        <w:rPr>
          <w:color w:val="auto"/>
          <w:sz w:val="24"/>
          <w:szCs w:val="24"/>
        </w:rPr>
      </w:pPr>
      <w:bookmarkStart w:id="868" w:name="bookmark4699"/>
      <w:bookmarkEnd w:id="868"/>
      <w:r>
        <w:rPr>
          <w:rStyle w:val="BodyTextChar1"/>
          <w:rFonts w:cs="Georgia"/>
        </w:rPr>
        <w:t>иметь представление о морских пейзажах И. Айвазовского;</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69" w:name="bookmark4700"/>
      <w:bookmarkEnd w:id="869"/>
      <w:r>
        <w:rPr>
          <w:rStyle w:val="BodyTextChar1"/>
          <w:rFonts w:cs="Georgia"/>
        </w:rPr>
        <w:t>иметь представление об особенностях пленэрной живописи и колористической изменчивости состояний природы;</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70" w:name="bookmark4701"/>
      <w:bookmarkEnd w:id="870"/>
      <w:r>
        <w:rPr>
          <w:rStyle w:val="BodyTextChar1"/>
          <w:rFonts w:cs="Georgia"/>
        </w:rPr>
        <w:t>знать и уметь рассказывать историю пейзажа в русской жи</w:t>
      </w:r>
      <w:r>
        <w:rPr>
          <w:rStyle w:val="BodyTextChar1"/>
          <w:rFonts w:cs="Georgia"/>
        </w:rPr>
        <w:softHyphen/>
        <w:t>вописи, характеризуя особенности понимания пейзажа в творчестве А. Саврасова, И. Шишкина, И. Левитана и ху</w:t>
      </w:r>
      <w:r>
        <w:rPr>
          <w:rStyle w:val="BodyTextChar1"/>
          <w:rFonts w:cs="Georgia"/>
        </w:rPr>
        <w:softHyphen/>
        <w:t>дожников ХХ в. (по выбору);</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71" w:name="bookmark4702"/>
      <w:bookmarkEnd w:id="871"/>
      <w:r>
        <w:rPr>
          <w:rStyle w:val="BodyTextChar1"/>
          <w:rFonts w:cs="Georgia"/>
        </w:rPr>
        <w:t>уметь объяснять, как в пейзажной живописи развивался об</w:t>
      </w:r>
      <w:r>
        <w:rPr>
          <w:rStyle w:val="BodyTextChar1"/>
          <w:rFonts w:cs="Georgia"/>
        </w:rPr>
        <w:softHyphen/>
        <w:t>раз отечественной природы и каково его значение в развитии чувства Родины;</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72" w:name="bookmark4703"/>
      <w:bookmarkEnd w:id="872"/>
      <w:r>
        <w:rPr>
          <w:rStyle w:val="BodyTextChar1"/>
          <w:rFonts w:cs="Georgia"/>
        </w:rPr>
        <w:t>иметь опыт живописного изображения различных активно выраженных состояний природы;</w:t>
      </w:r>
    </w:p>
    <w:p w:rsidR="00F44E79" w:rsidRDefault="00F44E79" w:rsidP="00E5323B">
      <w:pPr>
        <w:pStyle w:val="BodyText"/>
        <w:numPr>
          <w:ilvl w:val="0"/>
          <w:numId w:val="61"/>
        </w:numPr>
        <w:tabs>
          <w:tab w:val="left" w:pos="217"/>
        </w:tabs>
        <w:spacing w:line="269" w:lineRule="auto"/>
        <w:ind w:left="220" w:hanging="220"/>
        <w:jc w:val="both"/>
        <w:rPr>
          <w:color w:val="auto"/>
          <w:sz w:val="24"/>
          <w:szCs w:val="24"/>
        </w:rPr>
      </w:pPr>
      <w:bookmarkStart w:id="873" w:name="bookmark4704"/>
      <w:bookmarkEnd w:id="873"/>
      <w:r>
        <w:rPr>
          <w:rStyle w:val="BodyTextChar1"/>
          <w:rFonts w:cs="Georgia"/>
        </w:rPr>
        <w:t>иметь опыт пейзажных зарисовок, графического изображе</w:t>
      </w:r>
      <w:r>
        <w:rPr>
          <w:rStyle w:val="BodyTextChar1"/>
          <w:rFonts w:cs="Georgia"/>
        </w:rPr>
        <w:softHyphen/>
        <w:t>ния природы по памяти и представлению;</w:t>
      </w:r>
    </w:p>
    <w:p w:rsidR="00F44E79" w:rsidRDefault="00F44E79" w:rsidP="00E5323B">
      <w:pPr>
        <w:pStyle w:val="BodyText"/>
        <w:numPr>
          <w:ilvl w:val="0"/>
          <w:numId w:val="61"/>
        </w:numPr>
        <w:tabs>
          <w:tab w:val="left" w:pos="217"/>
        </w:tabs>
        <w:spacing w:after="120" w:line="269" w:lineRule="auto"/>
        <w:ind w:left="220" w:hanging="220"/>
        <w:jc w:val="both"/>
        <w:rPr>
          <w:color w:val="auto"/>
          <w:sz w:val="24"/>
          <w:szCs w:val="24"/>
        </w:rPr>
      </w:pPr>
      <w:bookmarkStart w:id="874" w:name="bookmark4705"/>
      <w:bookmarkEnd w:id="874"/>
      <w:r>
        <w:rPr>
          <w:rStyle w:val="BodyTextChar1"/>
          <w:rFonts w:cs="Georgia"/>
        </w:rPr>
        <w:t>иметь опыт художественной наблюдательности как способа развития интереса к окружающему миру и его художествен</w:t>
      </w:r>
      <w:r>
        <w:rPr>
          <w:rStyle w:val="BodyTextChar1"/>
          <w:rFonts w:cs="Georgia"/>
        </w:rPr>
        <w:softHyphen/>
        <w:t>но-поэтическому видению;</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75" w:name="bookmark4706"/>
      <w:bookmarkEnd w:id="875"/>
      <w:r>
        <w:rPr>
          <w:rStyle w:val="BodyTextChar1"/>
          <w:rFonts w:cs="Georgia"/>
        </w:rPr>
        <w:t>иметь опыт изображения городского пейзажа — по памяти или представлению;</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76" w:name="bookmark4707"/>
      <w:bookmarkEnd w:id="876"/>
      <w:r>
        <w:rPr>
          <w:rStyle w:val="BodyTextChar1"/>
          <w:rFonts w:cs="Georgia"/>
        </w:rPr>
        <w:t>обрести навыки восприятия образности городского простран</w:t>
      </w:r>
      <w:r>
        <w:rPr>
          <w:rStyle w:val="BodyTextChar1"/>
          <w:rFonts w:cs="Georgia"/>
        </w:rPr>
        <w:softHyphen/>
        <w:t>ства как выражения самобытного лица культуры и истории народа;</w:t>
      </w:r>
    </w:p>
    <w:p w:rsidR="00F44E79" w:rsidRDefault="00F44E79" w:rsidP="00E5323B">
      <w:pPr>
        <w:pStyle w:val="BodyText"/>
        <w:numPr>
          <w:ilvl w:val="0"/>
          <w:numId w:val="61"/>
        </w:numPr>
        <w:tabs>
          <w:tab w:val="left" w:pos="207"/>
        </w:tabs>
        <w:spacing w:after="100" w:line="276" w:lineRule="auto"/>
        <w:ind w:left="220" w:hanging="220"/>
        <w:jc w:val="both"/>
        <w:rPr>
          <w:color w:val="auto"/>
          <w:sz w:val="24"/>
          <w:szCs w:val="24"/>
        </w:rPr>
      </w:pPr>
      <w:bookmarkStart w:id="877" w:name="bookmark4708"/>
      <w:bookmarkEnd w:id="877"/>
      <w:r>
        <w:rPr>
          <w:rStyle w:val="BodyTextChar1"/>
          <w:rFonts w:cs="Georgia"/>
        </w:rPr>
        <w:t>понимать и объяснять роль культурного наследия в город</w:t>
      </w:r>
      <w:r>
        <w:rPr>
          <w:rStyle w:val="BodyTextChar1"/>
          <w:rFonts w:cs="Georgia"/>
        </w:rPr>
        <w:softHyphen/>
        <w:t>ском пространстве, задачи его охраны и сохранения.</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Бытовой жанр:</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78" w:name="bookmark4709"/>
      <w:bookmarkEnd w:id="878"/>
      <w:r>
        <w:rPr>
          <w:rStyle w:val="BodyTextChar1"/>
          <w:rFonts w:cs="Georgia"/>
        </w:rPr>
        <w:t>характеризовать роль изобразительного искусства в форми</w:t>
      </w:r>
      <w:r>
        <w:rPr>
          <w:rStyle w:val="BodyTextChar1"/>
          <w:rFonts w:cs="Georgia"/>
        </w:rPr>
        <w:softHyphen/>
        <w:t>ровании представлений о жизни людей разных эпох и наро</w:t>
      </w:r>
      <w:r>
        <w:rPr>
          <w:rStyle w:val="BodyTextChar1"/>
          <w:rFonts w:cs="Georgia"/>
        </w:rPr>
        <w:softHyphen/>
        <w:t>дов;</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79" w:name="bookmark4710"/>
      <w:bookmarkEnd w:id="879"/>
      <w:r>
        <w:rPr>
          <w:rStyle w:val="BodyTextChar1"/>
          <w:rFonts w:cs="Georgia"/>
        </w:rPr>
        <w:t>уметь объяснять понятия «тематическая картина», «станко</w:t>
      </w:r>
      <w:r>
        <w:rPr>
          <w:rStyle w:val="BodyTextChar1"/>
          <w:rFonts w:cs="Georgia"/>
        </w:rPr>
        <w:softHyphen/>
        <w:t>вая живопись», «монументальная живопись»; перечислять основные жанры тематической картины;</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80" w:name="bookmark4711"/>
      <w:bookmarkEnd w:id="880"/>
      <w:r>
        <w:rPr>
          <w:rStyle w:val="BodyTextChar1"/>
          <w:rFonts w:cs="Georgia"/>
        </w:rPr>
        <w:t>различать тему, сюжет и содержание в жанровой картине; выявлять образ нравственных и ценностных смыслов в жан</w:t>
      </w:r>
      <w:r>
        <w:rPr>
          <w:rStyle w:val="BodyTextChar1"/>
          <w:rFonts w:cs="Georgia"/>
        </w:rPr>
        <w:softHyphen/>
        <w:t>ровой картине;</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81" w:name="bookmark4712"/>
      <w:bookmarkEnd w:id="881"/>
      <w:r>
        <w:rPr>
          <w:rStyle w:val="BodyTextChar1"/>
          <w:rFonts w:cs="Georgia"/>
        </w:rPr>
        <w:t>иметь представление о композиции как целостности в орга</w:t>
      </w:r>
      <w:r>
        <w:rPr>
          <w:rStyle w:val="BodyTextChar1"/>
          <w:rFonts w:cs="Georgia"/>
        </w:rPr>
        <w:softHyphen/>
        <w:t>низации художественных выразительных средств, взаимо</w:t>
      </w:r>
      <w:r>
        <w:rPr>
          <w:rStyle w:val="BodyTextChar1"/>
          <w:rFonts w:cs="Georgia"/>
        </w:rPr>
        <w:softHyphen/>
        <w:t>связи всех компонентов художественного произведения;</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82" w:name="bookmark4713"/>
      <w:bookmarkEnd w:id="882"/>
      <w:r>
        <w:rPr>
          <w:rStyle w:val="BodyTextChar1"/>
          <w:rFonts w:cs="Georgia"/>
        </w:rPr>
        <w:t>объяснять значение художественного изображения бытовой жизни людей в понимании истории человечества и современ</w:t>
      </w:r>
      <w:r>
        <w:rPr>
          <w:rStyle w:val="BodyTextChar1"/>
          <w:rFonts w:cs="Georgia"/>
        </w:rPr>
        <w:softHyphen/>
        <w:t>ной жизни;</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83" w:name="bookmark4714"/>
      <w:bookmarkEnd w:id="883"/>
      <w:r>
        <w:rPr>
          <w:rStyle w:val="BodyTextChar1"/>
          <w:rFonts w:cs="Georgia"/>
        </w:rPr>
        <w:t>осознавать многообразие форм организации бытовой жизни и одновременно единство мира людей;</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84" w:name="bookmark4715"/>
      <w:bookmarkEnd w:id="884"/>
      <w:r>
        <w:rPr>
          <w:rStyle w:val="BodyTextChar1"/>
          <w:rFonts w:cs="Georgia"/>
        </w:rPr>
        <w:t>иметь представление об изображении труда и повседневных занятий человека в искусстве разных эпох и народов; раз</w:t>
      </w:r>
      <w:r>
        <w:rPr>
          <w:rStyle w:val="BodyTextChar1"/>
          <w:rFonts w:cs="Georgia"/>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85" w:name="bookmark4716"/>
      <w:bookmarkEnd w:id="885"/>
      <w:r>
        <w:rPr>
          <w:rStyle w:val="BodyTextChar1"/>
          <w:rFonts w:cs="Georgia"/>
        </w:rPr>
        <w:t>иметь опыт изображения бытовой жизни разных народов в контексте традиций их искусства;</w:t>
      </w:r>
    </w:p>
    <w:p w:rsidR="00F44E79" w:rsidRDefault="00F44E79" w:rsidP="00E5323B">
      <w:pPr>
        <w:pStyle w:val="BodyText"/>
        <w:numPr>
          <w:ilvl w:val="0"/>
          <w:numId w:val="61"/>
        </w:numPr>
        <w:tabs>
          <w:tab w:val="left" w:pos="207"/>
        </w:tabs>
        <w:spacing w:line="276" w:lineRule="auto"/>
        <w:ind w:left="220" w:hanging="220"/>
        <w:jc w:val="both"/>
        <w:rPr>
          <w:color w:val="auto"/>
          <w:sz w:val="24"/>
          <w:szCs w:val="24"/>
        </w:rPr>
      </w:pPr>
      <w:bookmarkStart w:id="886" w:name="bookmark4717"/>
      <w:bookmarkEnd w:id="886"/>
      <w:r>
        <w:rPr>
          <w:rStyle w:val="BodyTextChar1"/>
          <w:rFonts w:cs="Georgia"/>
        </w:rPr>
        <w:t>характеризовать понятие «бытовой жанр» и уметь приводить несколько примеров произведений европейского и отече</w:t>
      </w:r>
      <w:r>
        <w:rPr>
          <w:rStyle w:val="BodyTextChar1"/>
          <w:rFonts w:cs="Georgia"/>
        </w:rPr>
        <w:softHyphen/>
        <w:t>ственного искусства;</w:t>
      </w:r>
    </w:p>
    <w:p w:rsidR="00F44E79" w:rsidRDefault="00F44E79" w:rsidP="00E5323B">
      <w:pPr>
        <w:pStyle w:val="BodyText"/>
        <w:numPr>
          <w:ilvl w:val="0"/>
          <w:numId w:val="61"/>
        </w:numPr>
        <w:tabs>
          <w:tab w:val="left" w:pos="207"/>
        </w:tabs>
        <w:spacing w:after="60" w:line="276" w:lineRule="auto"/>
        <w:ind w:left="220" w:hanging="220"/>
        <w:jc w:val="both"/>
        <w:rPr>
          <w:color w:val="auto"/>
          <w:sz w:val="24"/>
          <w:szCs w:val="24"/>
        </w:rPr>
      </w:pPr>
      <w:bookmarkStart w:id="887" w:name="bookmark4718"/>
      <w:bookmarkEnd w:id="887"/>
      <w:r>
        <w:rPr>
          <w:rStyle w:val="BodyTextChar1"/>
          <w:rFonts w:cs="Georgia"/>
        </w:rPr>
        <w:t>обрести опыт создания композиции на сюжеты из реальной повседневной жизни, обучаясь художественной наблюда</w:t>
      </w:r>
      <w:r>
        <w:rPr>
          <w:rStyle w:val="BodyTextChar1"/>
          <w:rFonts w:cs="Georgia"/>
        </w:rPr>
        <w:softHyphen/>
        <w:t>тельности и образному видению окружающей действитель</w:t>
      </w:r>
      <w:r>
        <w:rPr>
          <w:rStyle w:val="BodyTextChar1"/>
          <w:rFonts w:cs="Georgia"/>
        </w:rPr>
        <w:softHyphen/>
        <w:t>ности.</w:t>
      </w:r>
    </w:p>
    <w:p w:rsidR="00F44E79" w:rsidRDefault="00F44E79">
      <w:pPr>
        <w:pStyle w:val="90"/>
        <w:jc w:val="both"/>
        <w:rPr>
          <w:rFonts w:ascii="Courier New" w:hAnsi="Courier New" w:cs="Courier New"/>
          <w:b w:val="0"/>
          <w:bCs w:val="0"/>
          <w:color w:val="auto"/>
          <w:sz w:val="24"/>
          <w:szCs w:val="24"/>
        </w:rPr>
      </w:pPr>
      <w:r>
        <w:rPr>
          <w:rStyle w:val="9"/>
          <w:rFonts w:cs="Trebuchet MS"/>
          <w:b/>
        </w:rPr>
        <w:t>Исторический жанр:</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88" w:name="bookmark4719"/>
      <w:bookmarkEnd w:id="888"/>
      <w:r>
        <w:rPr>
          <w:rStyle w:val="BodyTextChar1"/>
          <w:rFonts w:cs="Georgia"/>
        </w:rPr>
        <w:t>характеризовать исторический жанр в истории искусства и объяснять его значение для жизни общества; уметь объяс</w:t>
      </w:r>
      <w:r>
        <w:rPr>
          <w:rStyle w:val="BodyTextChar1"/>
          <w:rFonts w:cs="Georgia"/>
        </w:rPr>
        <w:softHyphen/>
        <w:t>нить, почему историческая картина считалась самым высо</w:t>
      </w:r>
      <w:r>
        <w:rPr>
          <w:rStyle w:val="BodyTextChar1"/>
          <w:rFonts w:cs="Georgia"/>
        </w:rPr>
        <w:softHyphen/>
        <w:t>ким жанром произведений изобразительного искусства;</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89" w:name="bookmark4720"/>
      <w:bookmarkEnd w:id="889"/>
      <w:r>
        <w:rPr>
          <w:rStyle w:val="BodyTextChar1"/>
          <w:rFonts w:cs="Georgia"/>
        </w:rPr>
        <w:t>знать авторов, узнавать и уметь объяснять содержание таких картин, как «Последний день Помпеи» К. Брюллова, «Боя</w:t>
      </w:r>
      <w:r>
        <w:rPr>
          <w:rStyle w:val="BodyTextChar1"/>
          <w:rFonts w:cs="Georgia"/>
        </w:rPr>
        <w:softHyphen/>
        <w:t>рыня Морозова» и другие картины В. Сурикова, «Бурлаки на Волге» И. Репина;</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0" w:name="bookmark4721"/>
      <w:bookmarkEnd w:id="890"/>
      <w:r>
        <w:rPr>
          <w:rStyle w:val="BodyTextChar1"/>
          <w:rFonts w:cs="Georgia"/>
        </w:rPr>
        <w:t>иметь представление о развитии исторического жанра в твор</w:t>
      </w:r>
      <w:r>
        <w:rPr>
          <w:rStyle w:val="BodyTextChar1"/>
          <w:rFonts w:cs="Georgia"/>
        </w:rPr>
        <w:softHyphen/>
        <w:t>честве отечественных художников ХХ в.;</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1" w:name="bookmark4722"/>
      <w:bookmarkEnd w:id="891"/>
      <w:r>
        <w:rPr>
          <w:rStyle w:val="BodyTextChar1"/>
          <w:rFonts w:cs="Georgia"/>
        </w:rPr>
        <w:t>уметь объяснять, почему произведения на библейские, мифо</w:t>
      </w:r>
      <w:r>
        <w:rPr>
          <w:rStyle w:val="BodyTextChar1"/>
          <w:rFonts w:cs="Georgia"/>
        </w:rPr>
        <w:softHyphen/>
        <w:t>логические темы, сюжеты об античных героях принято от</w:t>
      </w:r>
      <w:r>
        <w:rPr>
          <w:rStyle w:val="BodyTextChar1"/>
          <w:rFonts w:cs="Georgia"/>
        </w:rPr>
        <w:softHyphen/>
        <w:t>носить к историческому жанру;</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2" w:name="bookmark4723"/>
      <w:bookmarkEnd w:id="892"/>
      <w:r>
        <w:rPr>
          <w:rStyle w:val="BodyTextChar1"/>
          <w:rFonts w:cs="Georgia"/>
        </w:rPr>
        <w:t>узнавать и называть авторов таких произведений, как «Давид» Микеланджело, «Весна» С. Боттичелли;</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3" w:name="bookmark4724"/>
      <w:bookmarkEnd w:id="893"/>
      <w:r>
        <w:rPr>
          <w:rStyle w:val="BodyTextChar1"/>
          <w:rFonts w:cs="Georgia"/>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44E79" w:rsidRDefault="00F44E79" w:rsidP="00E5323B">
      <w:pPr>
        <w:pStyle w:val="BodyText"/>
        <w:numPr>
          <w:ilvl w:val="0"/>
          <w:numId w:val="61"/>
        </w:numPr>
        <w:tabs>
          <w:tab w:val="left" w:pos="207"/>
        </w:tabs>
        <w:spacing w:after="120" w:line="269" w:lineRule="auto"/>
        <w:ind w:left="220" w:hanging="220"/>
        <w:jc w:val="both"/>
        <w:rPr>
          <w:color w:val="auto"/>
          <w:sz w:val="24"/>
          <w:szCs w:val="24"/>
        </w:rPr>
      </w:pPr>
      <w:bookmarkStart w:id="894" w:name="bookmark4725"/>
      <w:bookmarkEnd w:id="894"/>
      <w:r>
        <w:rPr>
          <w:rStyle w:val="BodyTextChar1"/>
          <w:rFonts w:cs="Georgia"/>
        </w:rPr>
        <w:t>иметь опыт разработки композиции на выбранную историче</w:t>
      </w:r>
      <w:r>
        <w:rPr>
          <w:rStyle w:val="BodyTextChar1"/>
          <w:rFonts w:cs="Georgia"/>
        </w:rPr>
        <w:softHyphen/>
        <w:t>скую тему (художественный проект): сбор материала, работа над эскизами, работа над композицией.</w:t>
      </w:r>
    </w:p>
    <w:p w:rsidR="00F44E79" w:rsidRDefault="00F44E79">
      <w:pPr>
        <w:pStyle w:val="90"/>
        <w:jc w:val="both"/>
        <w:rPr>
          <w:rFonts w:ascii="Courier New" w:hAnsi="Courier New" w:cs="Courier New"/>
          <w:b w:val="0"/>
          <w:bCs w:val="0"/>
          <w:color w:val="auto"/>
          <w:sz w:val="24"/>
          <w:szCs w:val="24"/>
        </w:rPr>
      </w:pPr>
      <w:r>
        <w:rPr>
          <w:rStyle w:val="9"/>
          <w:rFonts w:cs="Trebuchet MS"/>
          <w:b/>
        </w:rPr>
        <w:t>Библейские темы в изобразительном искусстве:</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5" w:name="bookmark4726"/>
      <w:bookmarkEnd w:id="895"/>
      <w:r>
        <w:rPr>
          <w:rStyle w:val="BodyTextChar1"/>
          <w:rFonts w:cs="Georgia"/>
        </w:rPr>
        <w:t>знать о значении библейских сюжетов в истории культуры и узнавать сюжеты Священной истории в произведениях ис</w:t>
      </w:r>
      <w:r>
        <w:rPr>
          <w:rStyle w:val="BodyTextChar1"/>
          <w:rFonts w:cs="Georgia"/>
        </w:rPr>
        <w:softHyphen/>
        <w:t>кусства;</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6" w:name="bookmark4727"/>
      <w:bookmarkEnd w:id="896"/>
      <w:r>
        <w:rPr>
          <w:rStyle w:val="BodyTextChar1"/>
          <w:rFonts w:cs="Georgia"/>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7" w:name="bookmark4728"/>
      <w:bookmarkEnd w:id="897"/>
      <w:r>
        <w:rPr>
          <w:rStyle w:val="BodyTextChar1"/>
          <w:rFonts w:cs="Georgia"/>
        </w:rPr>
        <w:t>знать, объяснять содержание, узнавать произведения вели</w:t>
      </w:r>
      <w:r>
        <w:rPr>
          <w:rStyle w:val="BodyTextChar1"/>
          <w:rFonts w:cs="Georgia"/>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F44E79" w:rsidRDefault="00F44E79" w:rsidP="00E5323B">
      <w:pPr>
        <w:pStyle w:val="BodyText"/>
        <w:numPr>
          <w:ilvl w:val="0"/>
          <w:numId w:val="61"/>
        </w:numPr>
        <w:tabs>
          <w:tab w:val="left" w:pos="207"/>
        </w:tabs>
        <w:spacing w:line="269" w:lineRule="auto"/>
        <w:ind w:left="220" w:hanging="220"/>
        <w:jc w:val="both"/>
        <w:rPr>
          <w:color w:val="auto"/>
          <w:sz w:val="24"/>
          <w:szCs w:val="24"/>
        </w:rPr>
      </w:pPr>
      <w:bookmarkStart w:id="898" w:name="bookmark4729"/>
      <w:bookmarkEnd w:id="898"/>
      <w:r>
        <w:rPr>
          <w:rStyle w:val="BodyTextChar1"/>
          <w:rFonts w:cs="Georgia"/>
        </w:rPr>
        <w:t>знать о картинах на библейские темы в истории русского ис</w:t>
      </w:r>
      <w:r>
        <w:rPr>
          <w:rStyle w:val="BodyTextChar1"/>
          <w:rFonts w:cs="Georgia"/>
        </w:rPr>
        <w:softHyphen/>
        <w:t>кусства;</w:t>
      </w:r>
    </w:p>
    <w:p w:rsidR="00F44E79" w:rsidRDefault="00F44E79" w:rsidP="00E5323B">
      <w:pPr>
        <w:pStyle w:val="BodyText"/>
        <w:numPr>
          <w:ilvl w:val="0"/>
          <w:numId w:val="61"/>
        </w:numPr>
        <w:tabs>
          <w:tab w:val="left" w:pos="207"/>
        </w:tabs>
        <w:spacing w:after="100" w:line="269" w:lineRule="auto"/>
        <w:ind w:left="220" w:hanging="220"/>
        <w:jc w:val="both"/>
        <w:rPr>
          <w:color w:val="auto"/>
          <w:sz w:val="24"/>
          <w:szCs w:val="24"/>
        </w:rPr>
      </w:pPr>
      <w:bookmarkStart w:id="899" w:name="bookmark4730"/>
      <w:bookmarkEnd w:id="899"/>
      <w:r>
        <w:rPr>
          <w:rStyle w:val="BodyTextChar1"/>
          <w:rFonts w:cs="Georgia"/>
        </w:rPr>
        <w:t>уметь рассказывать о содержании знаменитых русских кар</w:t>
      </w:r>
      <w:r>
        <w:rPr>
          <w:rStyle w:val="BodyTextChar1"/>
          <w:rFonts w:cs="Georgia"/>
        </w:rPr>
        <w:softHyphen/>
        <w:t>тин на библейские темы, таких как «Явление Христа наро</w:t>
      </w:r>
      <w:r>
        <w:rPr>
          <w:rStyle w:val="BodyTextChar1"/>
          <w:rFonts w:cs="Georgia"/>
        </w:rPr>
        <w:softHyphen/>
        <w:t>ду» А. Иванова, «Христос в пустыне» И. Крамского, «Тайная вечеря» Н. Ге, «Христос и грешница» В. Поленова и др.;</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00" w:name="bookmark4731"/>
      <w:bookmarkEnd w:id="900"/>
      <w:r>
        <w:rPr>
          <w:rStyle w:val="BodyTextChar1"/>
          <w:rFonts w:cs="Georgia"/>
        </w:rPr>
        <w:t>иметь представление о смысловом различии между иконой и картиной на библейские темы;</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01" w:name="bookmark4732"/>
      <w:bookmarkEnd w:id="901"/>
      <w:r>
        <w:rPr>
          <w:rStyle w:val="BodyTextChar1"/>
          <w:rFonts w:cs="Georgia"/>
        </w:rPr>
        <w:t>иметь знания о русской иконописи, о великих русских ико</w:t>
      </w:r>
      <w:r>
        <w:rPr>
          <w:rStyle w:val="BodyTextChar1"/>
          <w:rFonts w:cs="Georgia"/>
        </w:rPr>
        <w:softHyphen/>
        <w:t>нописцах: Андрее Рублёве, Феофане Греке, Дионисии;</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02" w:name="bookmark4733"/>
      <w:bookmarkEnd w:id="902"/>
      <w:r>
        <w:rPr>
          <w:rStyle w:val="BodyTextChar1"/>
          <w:rFonts w:cs="Georgia"/>
        </w:rPr>
        <w:t>воспринимать искусство древнерусской иконописи как уни</w:t>
      </w:r>
      <w:r>
        <w:rPr>
          <w:rStyle w:val="BodyTextChar1"/>
          <w:rFonts w:cs="Georgia"/>
        </w:rPr>
        <w:softHyphen/>
        <w:t>кальное и высокое достижение отечественной культуры;</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03" w:name="bookmark4734"/>
      <w:bookmarkEnd w:id="903"/>
      <w:r>
        <w:rPr>
          <w:rStyle w:val="BodyTextChar1"/>
          <w:rFonts w:cs="Georgia"/>
        </w:rPr>
        <w:t>объяснять творческий и деятельный характер восприятия произведений искусства на основе художественной культуры зрителя;</w:t>
      </w:r>
    </w:p>
    <w:p w:rsidR="00F44E79" w:rsidRDefault="00F44E79" w:rsidP="00E5323B">
      <w:pPr>
        <w:pStyle w:val="BodyText"/>
        <w:numPr>
          <w:ilvl w:val="0"/>
          <w:numId w:val="61"/>
        </w:numPr>
        <w:tabs>
          <w:tab w:val="left" w:pos="250"/>
        </w:tabs>
        <w:spacing w:after="180" w:line="269" w:lineRule="auto"/>
        <w:ind w:left="220" w:hanging="220"/>
        <w:jc w:val="both"/>
        <w:rPr>
          <w:color w:val="auto"/>
          <w:sz w:val="24"/>
          <w:szCs w:val="24"/>
        </w:rPr>
      </w:pPr>
      <w:bookmarkStart w:id="904" w:name="bookmark4735"/>
      <w:bookmarkEnd w:id="904"/>
      <w:r>
        <w:rPr>
          <w:rStyle w:val="BodyTextChar1"/>
          <w:rFonts w:cs="Georgia"/>
        </w:rPr>
        <w:t>уметь рассуждать о месте и значении изобразительного ис</w:t>
      </w:r>
      <w:r>
        <w:rPr>
          <w:rStyle w:val="BodyTextChar1"/>
          <w:rFonts w:cs="Georgia"/>
        </w:rPr>
        <w:softHyphen/>
        <w:t>кусства в культуре, в жизни общества, в жизни человека.</w:t>
      </w:r>
    </w:p>
    <w:p w:rsidR="00F44E79" w:rsidRDefault="00F44E79">
      <w:pPr>
        <w:pStyle w:val="33"/>
        <w:keepNext/>
        <w:keepLines/>
        <w:spacing w:after="80"/>
        <w:jc w:val="both"/>
        <w:rPr>
          <w:rFonts w:ascii="Courier New" w:hAnsi="Courier New" w:cs="Courier New"/>
          <w:b w:val="0"/>
          <w:bCs w:val="0"/>
          <w:color w:val="auto"/>
          <w:sz w:val="24"/>
          <w:szCs w:val="24"/>
        </w:rPr>
      </w:pPr>
      <w:bookmarkStart w:id="905" w:name="bookmark4736"/>
      <w:bookmarkStart w:id="906" w:name="bookmark4737"/>
      <w:bookmarkStart w:id="907" w:name="bookmark4738"/>
      <w:r>
        <w:rPr>
          <w:rStyle w:val="32"/>
          <w:rFonts w:cs="Arial"/>
          <w:b/>
        </w:rPr>
        <w:t>Модуль № 3 «Архитектура и дизайн»:</w:t>
      </w:r>
      <w:bookmarkEnd w:id="905"/>
      <w:bookmarkEnd w:id="906"/>
      <w:bookmarkEnd w:id="907"/>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08" w:name="bookmark4739"/>
      <w:bookmarkEnd w:id="908"/>
      <w:r>
        <w:rPr>
          <w:rStyle w:val="BodyTextChar1"/>
          <w:rFonts w:cs="Georgia"/>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09" w:name="bookmark4740"/>
      <w:bookmarkEnd w:id="909"/>
      <w:r>
        <w:rPr>
          <w:rStyle w:val="BodyTextChar1"/>
          <w:rFonts w:cs="Georgia"/>
        </w:rPr>
        <w:t>объяснять роль архитектуры и дизайна в построении пред</w:t>
      </w:r>
      <w:r>
        <w:rPr>
          <w:rStyle w:val="BodyTextChar1"/>
          <w:rFonts w:cs="Georgia"/>
        </w:rPr>
        <w:softHyphen/>
        <w:t>метно-пространственной среды жизнедеятельности человека;</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0" w:name="bookmark4741"/>
      <w:bookmarkEnd w:id="910"/>
      <w:r>
        <w:rPr>
          <w:rStyle w:val="BodyTextChar1"/>
          <w:rFonts w:cs="Georgia"/>
        </w:rPr>
        <w:t>рассуждать о влиянии предметно-пространственной среды на чувства, установки и поведение человека;</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1" w:name="bookmark4742"/>
      <w:bookmarkEnd w:id="911"/>
      <w:r>
        <w:rPr>
          <w:rStyle w:val="BodyTextChar1"/>
          <w:rFonts w:cs="Georgia"/>
        </w:rPr>
        <w:t>рассуждать о том, как предметно-пространственная среда ор</w:t>
      </w:r>
      <w:r>
        <w:rPr>
          <w:rStyle w:val="BodyTextChar1"/>
          <w:rFonts w:cs="Georgia"/>
        </w:rPr>
        <w:softHyphen/>
        <w:t>ганизует деятельность человека и представления о самом се</w:t>
      </w:r>
      <w:r>
        <w:rPr>
          <w:rStyle w:val="BodyTextChar1"/>
          <w:rFonts w:cs="Georgia"/>
        </w:rPr>
        <w:softHyphen/>
        <w:t>бе;</w:t>
      </w:r>
    </w:p>
    <w:p w:rsidR="00F44E79" w:rsidRDefault="00F44E79" w:rsidP="00E5323B">
      <w:pPr>
        <w:pStyle w:val="BodyText"/>
        <w:numPr>
          <w:ilvl w:val="0"/>
          <w:numId w:val="61"/>
        </w:numPr>
        <w:tabs>
          <w:tab w:val="left" w:pos="250"/>
        </w:tabs>
        <w:spacing w:after="80" w:line="269" w:lineRule="auto"/>
        <w:ind w:left="220" w:hanging="220"/>
        <w:jc w:val="both"/>
        <w:rPr>
          <w:color w:val="auto"/>
          <w:sz w:val="24"/>
          <w:szCs w:val="24"/>
        </w:rPr>
      </w:pPr>
      <w:bookmarkStart w:id="912" w:name="bookmark4743"/>
      <w:bookmarkEnd w:id="912"/>
      <w:r>
        <w:rPr>
          <w:rStyle w:val="BodyTextChar1"/>
          <w:rFonts w:cs="Georgia"/>
        </w:rPr>
        <w:t>объяснять ценность сохранения культурного наследия, вы</w:t>
      </w:r>
      <w:r>
        <w:rPr>
          <w:rStyle w:val="BodyTextChar1"/>
          <w:rFonts w:cs="Georgia"/>
        </w:rPr>
        <w:softHyphen/>
        <w:t>раженного в архитектуре, предметах труда и быта разных эпох.</w:t>
      </w:r>
    </w:p>
    <w:p w:rsidR="00F44E79" w:rsidRDefault="00F44E79">
      <w:pPr>
        <w:pStyle w:val="90"/>
        <w:spacing w:after="80"/>
        <w:jc w:val="both"/>
        <w:rPr>
          <w:rFonts w:ascii="Courier New" w:hAnsi="Courier New" w:cs="Courier New"/>
          <w:b w:val="0"/>
          <w:bCs w:val="0"/>
          <w:color w:val="auto"/>
          <w:sz w:val="24"/>
          <w:szCs w:val="24"/>
        </w:rPr>
      </w:pPr>
      <w:r>
        <w:rPr>
          <w:rStyle w:val="9"/>
          <w:rFonts w:cs="Trebuchet MS"/>
          <w:b/>
        </w:rPr>
        <w:t>Графический дизайн:</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3" w:name="bookmark4744"/>
      <w:bookmarkEnd w:id="913"/>
      <w:r>
        <w:rPr>
          <w:rStyle w:val="BodyTextChar1"/>
          <w:rFonts w:cs="Georgia"/>
        </w:rPr>
        <w:t>объяснять понятие формальной композиции и её значение как основы языка конструктивных искусств;</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4" w:name="bookmark4745"/>
      <w:bookmarkEnd w:id="914"/>
      <w:r>
        <w:rPr>
          <w:rStyle w:val="BodyTextChar1"/>
          <w:rFonts w:cs="Georgia"/>
        </w:rPr>
        <w:t>объяснять основные средства — требования к композиции;</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5" w:name="bookmark4746"/>
      <w:bookmarkEnd w:id="915"/>
      <w:r>
        <w:rPr>
          <w:rStyle w:val="BodyTextChar1"/>
          <w:rFonts w:cs="Georgia"/>
        </w:rPr>
        <w:t>уметь перечислять и объяснять основные типы формальной композиции;</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6" w:name="bookmark4747"/>
      <w:bookmarkEnd w:id="916"/>
      <w:r>
        <w:rPr>
          <w:rStyle w:val="BodyTextChar1"/>
          <w:rFonts w:cs="Georgia"/>
        </w:rPr>
        <w:t>составлять различные формальные композиции на плоскости в зависимости от поставленных задач;</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7" w:name="bookmark4748"/>
      <w:bookmarkEnd w:id="917"/>
      <w:r>
        <w:rPr>
          <w:rStyle w:val="BodyTextChar1"/>
          <w:rFonts w:cs="Georgia"/>
        </w:rPr>
        <w:t>выделять при творческом построении композиции листа композиционную доминанту;</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8" w:name="bookmark4749"/>
      <w:bookmarkEnd w:id="918"/>
      <w:r>
        <w:rPr>
          <w:rStyle w:val="BodyTextChar1"/>
          <w:rFonts w:cs="Georgia"/>
        </w:rPr>
        <w:t>составлять формальные композиции на выражение в них движения и статики;</w:t>
      </w:r>
    </w:p>
    <w:p w:rsidR="00F44E79" w:rsidRDefault="00F44E79" w:rsidP="00E5323B">
      <w:pPr>
        <w:pStyle w:val="BodyText"/>
        <w:numPr>
          <w:ilvl w:val="0"/>
          <w:numId w:val="61"/>
        </w:numPr>
        <w:tabs>
          <w:tab w:val="left" w:pos="250"/>
        </w:tabs>
        <w:spacing w:line="269" w:lineRule="auto"/>
        <w:ind w:left="220" w:hanging="220"/>
        <w:jc w:val="both"/>
        <w:rPr>
          <w:color w:val="auto"/>
          <w:sz w:val="24"/>
          <w:szCs w:val="24"/>
        </w:rPr>
      </w:pPr>
      <w:bookmarkStart w:id="919" w:name="bookmark4750"/>
      <w:bookmarkEnd w:id="919"/>
      <w:r>
        <w:rPr>
          <w:rStyle w:val="BodyTextChar1"/>
          <w:rFonts w:cs="Georgia"/>
        </w:rPr>
        <w:t>осваивать навыки вариативности в ритмической организа</w:t>
      </w:r>
      <w:r>
        <w:rPr>
          <w:rStyle w:val="BodyTextChar1"/>
          <w:rFonts w:cs="Georgia"/>
        </w:rPr>
        <w:softHyphen/>
        <w:t>ции листа;</w:t>
      </w:r>
    </w:p>
    <w:p w:rsidR="00F44E79" w:rsidRDefault="00F44E79" w:rsidP="00E5323B">
      <w:pPr>
        <w:pStyle w:val="BodyText"/>
        <w:numPr>
          <w:ilvl w:val="0"/>
          <w:numId w:val="61"/>
        </w:numPr>
        <w:tabs>
          <w:tab w:val="left" w:pos="250"/>
        </w:tabs>
        <w:spacing w:after="80" w:line="269" w:lineRule="auto"/>
        <w:ind w:left="220" w:hanging="220"/>
        <w:jc w:val="both"/>
        <w:rPr>
          <w:color w:val="auto"/>
          <w:sz w:val="24"/>
          <w:szCs w:val="24"/>
        </w:rPr>
      </w:pPr>
      <w:bookmarkStart w:id="920" w:name="bookmark4751"/>
      <w:bookmarkEnd w:id="920"/>
      <w:r>
        <w:rPr>
          <w:rStyle w:val="BodyTextChar1"/>
          <w:rFonts w:cs="Georgia"/>
        </w:rPr>
        <w:t>объяснять роль цвета в конструктивных искусствах;</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21" w:name="bookmark4752"/>
      <w:bookmarkEnd w:id="921"/>
      <w:r>
        <w:rPr>
          <w:rStyle w:val="BodyTextChar1"/>
          <w:rFonts w:cs="Georgia"/>
        </w:rPr>
        <w:t>различать технологию использования цвета в живописи и в конструктивных искусствах;</w:t>
      </w:r>
    </w:p>
    <w:p w:rsidR="00F44E79" w:rsidRDefault="00F44E79" w:rsidP="00E5323B">
      <w:pPr>
        <w:pStyle w:val="BodyText"/>
        <w:numPr>
          <w:ilvl w:val="0"/>
          <w:numId w:val="61"/>
        </w:numPr>
        <w:tabs>
          <w:tab w:val="left" w:pos="207"/>
        </w:tabs>
        <w:spacing w:line="266" w:lineRule="auto"/>
        <w:ind w:firstLine="0"/>
        <w:jc w:val="both"/>
        <w:rPr>
          <w:color w:val="auto"/>
          <w:sz w:val="24"/>
          <w:szCs w:val="24"/>
        </w:rPr>
      </w:pPr>
      <w:bookmarkStart w:id="922" w:name="bookmark4753"/>
      <w:bookmarkEnd w:id="922"/>
      <w:r>
        <w:rPr>
          <w:rStyle w:val="BodyTextChar1"/>
          <w:rFonts w:cs="Georgia"/>
        </w:rPr>
        <w:t>объяснять выражение «цветовой образ»;</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23" w:name="bookmark4754"/>
      <w:bookmarkEnd w:id="923"/>
      <w:r>
        <w:rPr>
          <w:rStyle w:val="BodyTextChar1"/>
          <w:rFonts w:cs="Georgia"/>
        </w:rPr>
        <w:t>применять цвет в графических композициях как акцент или доминанту, объединённые одним стилем;</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24" w:name="bookmark4755"/>
      <w:bookmarkEnd w:id="924"/>
      <w:r>
        <w:rPr>
          <w:rStyle w:val="BodyTextChar1"/>
          <w:rFonts w:cs="Georgia"/>
        </w:rPr>
        <w:t>определять шрифт как графический рисунок начертания букв, объединённых общим стилем, отвечающий законам ху</w:t>
      </w:r>
      <w:r>
        <w:rPr>
          <w:rStyle w:val="BodyTextChar1"/>
          <w:rFonts w:cs="Georgia"/>
        </w:rPr>
        <w:softHyphen/>
        <w:t>дожественной композиции;</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25" w:name="bookmark4756"/>
      <w:bookmarkEnd w:id="925"/>
      <w:r>
        <w:rPr>
          <w:rStyle w:val="BodyTextChar1"/>
          <w:rFonts w:cs="Georgia"/>
        </w:rPr>
        <w:t>соотносить особенности стилизации рисунка шрифта и содер</w:t>
      </w:r>
      <w:r>
        <w:rPr>
          <w:rStyle w:val="BodyTextChar1"/>
          <w:rFonts w:cs="Georgia"/>
        </w:rPr>
        <w:softHyphen/>
        <w:t>жание текста; различать «архитектуру» шрифта и особенно</w:t>
      </w:r>
      <w:r>
        <w:rPr>
          <w:rStyle w:val="BodyTextChar1"/>
          <w:rFonts w:cs="Georgia"/>
        </w:rPr>
        <w:softHyphen/>
        <w:t>сти шрифтовых гарнитур; иметь опыт творческого воплоще</w:t>
      </w:r>
      <w:r>
        <w:rPr>
          <w:rStyle w:val="BodyTextChar1"/>
          <w:rFonts w:cs="Georgia"/>
        </w:rPr>
        <w:softHyphen/>
        <w:t>ния шрифтовой композиции (буквицы);</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26" w:name="bookmark4757"/>
      <w:bookmarkEnd w:id="926"/>
      <w:r>
        <w:rPr>
          <w:rStyle w:val="BodyTextChar1"/>
          <w:rFonts w:cs="Georgia"/>
        </w:rPr>
        <w:t>применять печатное слово, типографскую строку в качестве элементов графической композиции;</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27" w:name="bookmark4758"/>
      <w:bookmarkEnd w:id="927"/>
      <w:r>
        <w:rPr>
          <w:rStyle w:val="BodyTextChar1"/>
          <w:rFonts w:cs="Georgia"/>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BodyTextChar1"/>
          <w:rFonts w:cs="Georgia"/>
        </w:rPr>
        <w:softHyphen/>
        <w:t>типа на выбранную тему;</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28" w:name="bookmark4759"/>
      <w:bookmarkEnd w:id="928"/>
      <w:r>
        <w:rPr>
          <w:rStyle w:val="BodyTextChar1"/>
          <w:rFonts w:cs="Georgia"/>
        </w:rPr>
        <w:t>приобрести творческий опыт построения композиции плака</w:t>
      </w:r>
      <w:r>
        <w:rPr>
          <w:rStyle w:val="BodyTextChar1"/>
          <w:rFonts w:cs="Georgia"/>
        </w:rPr>
        <w:softHyphen/>
        <w:t>та, поздравительной открытки или рекламы на основе соеди</w:t>
      </w:r>
      <w:r>
        <w:rPr>
          <w:rStyle w:val="BodyTextChar1"/>
          <w:rFonts w:cs="Georgia"/>
        </w:rPr>
        <w:softHyphen/>
        <w:t>нения текста и изображения;</w:t>
      </w:r>
    </w:p>
    <w:p w:rsidR="00F44E79" w:rsidRDefault="00F44E79" w:rsidP="00E5323B">
      <w:pPr>
        <w:pStyle w:val="BodyText"/>
        <w:numPr>
          <w:ilvl w:val="0"/>
          <w:numId w:val="61"/>
        </w:numPr>
        <w:tabs>
          <w:tab w:val="left" w:pos="207"/>
        </w:tabs>
        <w:spacing w:after="60" w:line="266" w:lineRule="auto"/>
        <w:ind w:left="240" w:hanging="240"/>
        <w:jc w:val="both"/>
        <w:rPr>
          <w:color w:val="auto"/>
          <w:sz w:val="24"/>
          <w:szCs w:val="24"/>
        </w:rPr>
      </w:pPr>
      <w:bookmarkStart w:id="929" w:name="bookmark4760"/>
      <w:bookmarkEnd w:id="929"/>
      <w:r>
        <w:rPr>
          <w:rStyle w:val="BodyTextChar1"/>
          <w:rFonts w:cs="Georgia"/>
        </w:rPr>
        <w:t>иметь представление об искусстве конструирования книги, дизайне журнала; иметь практический творческий опыт об</w:t>
      </w:r>
      <w:r>
        <w:rPr>
          <w:rStyle w:val="BodyTextChar1"/>
          <w:rFonts w:cs="Georgia"/>
        </w:rPr>
        <w:softHyphen/>
        <w:t>разного построения книжного и журнального разворотов в качестве графических композиций.</w:t>
      </w:r>
    </w:p>
    <w:p w:rsidR="00F44E79" w:rsidRDefault="00F44E79">
      <w:pPr>
        <w:pStyle w:val="90"/>
        <w:jc w:val="both"/>
        <w:rPr>
          <w:rFonts w:ascii="Courier New" w:hAnsi="Courier New" w:cs="Courier New"/>
          <w:b w:val="0"/>
          <w:bCs w:val="0"/>
          <w:color w:val="auto"/>
          <w:sz w:val="24"/>
          <w:szCs w:val="24"/>
        </w:rPr>
      </w:pPr>
      <w:r>
        <w:rPr>
          <w:rStyle w:val="9"/>
          <w:rFonts w:cs="Trebuchet MS"/>
          <w:b/>
        </w:rPr>
        <w:t>Социальное значение дизайна и архитектуры как среды жизни человека:</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30" w:name="bookmark4761"/>
      <w:bookmarkEnd w:id="930"/>
      <w:r>
        <w:rPr>
          <w:rStyle w:val="BodyTextChar1"/>
          <w:rFonts w:cs="Georgia"/>
        </w:rPr>
        <w:t>иметь опыт построения объёмно-пространственной компози</w:t>
      </w:r>
      <w:r>
        <w:rPr>
          <w:rStyle w:val="BodyTextChar1"/>
          <w:rFonts w:cs="Georgia"/>
        </w:rPr>
        <w:softHyphen/>
        <w:t>ции как макета архитектурного пространства в реальной жизни;</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31" w:name="bookmark4762"/>
      <w:bookmarkEnd w:id="931"/>
      <w:r>
        <w:rPr>
          <w:rStyle w:val="BodyTextChar1"/>
          <w:rFonts w:cs="Georgia"/>
        </w:rPr>
        <w:t>выполнять построение макета пространственно-объёмной композиции по его чертежу;</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32" w:name="bookmark4763"/>
      <w:bookmarkEnd w:id="932"/>
      <w:r>
        <w:rPr>
          <w:rStyle w:val="BodyTextChar1"/>
          <w:rFonts w:cs="Georgia"/>
        </w:rPr>
        <w:t>выявлять структуру различных типов зданий и характеризо</w:t>
      </w:r>
      <w:r>
        <w:rPr>
          <w:rStyle w:val="BodyTextChar1"/>
          <w:rFonts w:cs="Georgia"/>
        </w:rPr>
        <w:softHyphen/>
        <w:t>вать влияние объёмов и их сочетаний на образный характер постройки и её влияние на организацию жизнедеятельности людей;</w:t>
      </w:r>
    </w:p>
    <w:p w:rsidR="00F44E79" w:rsidRDefault="00F44E79" w:rsidP="00E5323B">
      <w:pPr>
        <w:pStyle w:val="BodyText"/>
        <w:numPr>
          <w:ilvl w:val="0"/>
          <w:numId w:val="61"/>
        </w:numPr>
        <w:tabs>
          <w:tab w:val="left" w:pos="207"/>
        </w:tabs>
        <w:spacing w:line="266" w:lineRule="auto"/>
        <w:ind w:left="240" w:hanging="240"/>
        <w:jc w:val="both"/>
        <w:rPr>
          <w:color w:val="auto"/>
          <w:sz w:val="24"/>
          <w:szCs w:val="24"/>
        </w:rPr>
      </w:pPr>
      <w:bookmarkStart w:id="933" w:name="bookmark4764"/>
      <w:bookmarkEnd w:id="933"/>
      <w:r>
        <w:rPr>
          <w:rStyle w:val="BodyTextChar1"/>
          <w:rFonts w:cs="Georgia"/>
        </w:rPr>
        <w:t>знать о роли строительного материала в эволюции архитек</w:t>
      </w:r>
      <w:r>
        <w:rPr>
          <w:rStyle w:val="BodyTextChar1"/>
          <w:rFonts w:cs="Georgia"/>
        </w:rPr>
        <w:softHyphen/>
        <w:t>турных конструкций и изменении облика архитектурных со</w:t>
      </w:r>
      <w:r>
        <w:rPr>
          <w:rStyle w:val="BodyTextChar1"/>
          <w:rFonts w:cs="Georgia"/>
        </w:rPr>
        <w:softHyphen/>
        <w:t>оружений;</w:t>
      </w:r>
    </w:p>
    <w:p w:rsidR="00F44E79" w:rsidRDefault="00F44E79" w:rsidP="00E5323B">
      <w:pPr>
        <w:pStyle w:val="BodyText"/>
        <w:numPr>
          <w:ilvl w:val="0"/>
          <w:numId w:val="61"/>
        </w:numPr>
        <w:tabs>
          <w:tab w:val="left" w:pos="207"/>
        </w:tabs>
        <w:spacing w:after="60" w:line="266" w:lineRule="auto"/>
        <w:ind w:left="240" w:hanging="240"/>
        <w:jc w:val="both"/>
        <w:rPr>
          <w:color w:val="auto"/>
          <w:sz w:val="24"/>
          <w:szCs w:val="24"/>
        </w:rPr>
      </w:pPr>
      <w:bookmarkStart w:id="934" w:name="bookmark4765"/>
      <w:bookmarkEnd w:id="934"/>
      <w:r>
        <w:rPr>
          <w:rStyle w:val="BodyTextChar1"/>
          <w:rFonts w:cs="Georgia"/>
        </w:rPr>
        <w:t>иметь представление, как в архитектуре проявляются миро</w:t>
      </w:r>
      <w:r>
        <w:rPr>
          <w:rStyle w:val="BodyTextChar1"/>
          <w:rFonts w:cs="Georgia"/>
        </w:rPr>
        <w:softHyphen/>
        <w:t>воззренческие изменения в жизни общества и как изменение архитектуры влияет на характер организации и жизнедея</w:t>
      </w:r>
      <w:r>
        <w:rPr>
          <w:rStyle w:val="BodyTextChar1"/>
          <w:rFonts w:cs="Georgia"/>
        </w:rPr>
        <w:softHyphen/>
        <w:t>тельности людей;</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35" w:name="bookmark4766"/>
      <w:bookmarkEnd w:id="935"/>
      <w:r>
        <w:rPr>
          <w:rStyle w:val="BodyTextChar1"/>
          <w:rFonts w:cs="Georgia"/>
        </w:rPr>
        <w:t>иметь знания и опыт изображения особенностей архитектур</w:t>
      </w:r>
      <w:r>
        <w:rPr>
          <w:rStyle w:val="BodyTextChar1"/>
          <w:rFonts w:cs="Georgia"/>
        </w:rPr>
        <w:softHyphen/>
        <w:t>но-художественных стилей разных эпох, выраженных в по</w:t>
      </w:r>
      <w:r>
        <w:rPr>
          <w:rStyle w:val="BodyTextChar1"/>
          <w:rFonts w:cs="Georgia"/>
        </w:rPr>
        <w:softHyphen/>
        <w:t>стройках общественных зданий, храмовой архитектуре и частном строительстве, в организации городской среды;</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36" w:name="bookmark4767"/>
      <w:bookmarkEnd w:id="936"/>
      <w:r>
        <w:rPr>
          <w:rStyle w:val="BodyTextChar1"/>
          <w:rFonts w:cs="Georgia"/>
        </w:rPr>
        <w:t>характеризовать архитектурные и градостроительные изме</w:t>
      </w:r>
      <w:r>
        <w:rPr>
          <w:rStyle w:val="BodyTextChar1"/>
          <w:rFonts w:cs="Georgia"/>
        </w:rPr>
        <w:softHyphen/>
        <w:t>нения в культуре новейшего времени, современный уровень развития технологий и материалов; рассуждать о социокуль</w:t>
      </w:r>
      <w:r>
        <w:rPr>
          <w:rStyle w:val="BodyTextChar1"/>
          <w:rFonts w:cs="Georgia"/>
        </w:rPr>
        <w:softHyphen/>
        <w:t>турных противоречиях в организации современной город</w:t>
      </w:r>
      <w:r>
        <w:rPr>
          <w:rStyle w:val="BodyTextChar1"/>
          <w:rFonts w:cs="Georgia"/>
        </w:rPr>
        <w:softHyphen/>
        <w:t>ской среды и поисках путей их преодоления;</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37" w:name="bookmark4768"/>
      <w:bookmarkEnd w:id="937"/>
      <w:r>
        <w:rPr>
          <w:rStyle w:val="BodyTextChar1"/>
          <w:rFonts w:cs="Georgia"/>
        </w:rPr>
        <w:t>знать о значении сохранения исторического облика города для современной жизни, сохранения архитектурного насле</w:t>
      </w:r>
      <w:r>
        <w:rPr>
          <w:rStyle w:val="BodyTextChar1"/>
          <w:rFonts w:cs="Georgia"/>
        </w:rPr>
        <w:softHyphen/>
        <w:t>дия как важнейшего фактора исторической памяти и пони</w:t>
      </w:r>
      <w:r>
        <w:rPr>
          <w:rStyle w:val="BodyTextChar1"/>
          <w:rFonts w:cs="Georgia"/>
        </w:rPr>
        <w:softHyphen/>
        <w:t>мания своей идентичности;</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38" w:name="bookmark4769"/>
      <w:bookmarkEnd w:id="938"/>
      <w:r>
        <w:rPr>
          <w:rStyle w:val="BodyTextChar1"/>
          <w:rFonts w:cs="Georgia"/>
        </w:rPr>
        <w:t>определять понятие «городская среда»; рассматривать и объ</w:t>
      </w:r>
      <w:r>
        <w:rPr>
          <w:rStyle w:val="BodyTextChar1"/>
          <w:rFonts w:cs="Georgia"/>
        </w:rPr>
        <w:softHyphen/>
        <w:t>яснять планировку города как способ организации образа жизни людей;</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39" w:name="bookmark4770"/>
      <w:bookmarkEnd w:id="939"/>
      <w:r>
        <w:rPr>
          <w:rStyle w:val="BodyTextChar1"/>
          <w:rFonts w:cs="Georgia"/>
        </w:rPr>
        <w:t>знать различные виды планировки города; иметь опыт раз</w:t>
      </w:r>
      <w:r>
        <w:rPr>
          <w:rStyle w:val="BodyTextChar1"/>
          <w:rFonts w:cs="Georgia"/>
        </w:rPr>
        <w:softHyphen/>
        <w:t>работки построения городского пространства в виде макет</w:t>
      </w:r>
      <w:r>
        <w:rPr>
          <w:rStyle w:val="BodyTextChar1"/>
          <w:rFonts w:cs="Georgia"/>
        </w:rPr>
        <w:softHyphen/>
        <w:t>ной или графической схемы;</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40" w:name="bookmark4771"/>
      <w:bookmarkEnd w:id="940"/>
      <w:r>
        <w:rPr>
          <w:rStyle w:val="BodyTextChar1"/>
          <w:rFonts w:cs="Georgia"/>
        </w:rPr>
        <w:t>характеризовать эстетическое и экологическое взаимное со</w:t>
      </w:r>
      <w:r>
        <w:rPr>
          <w:rStyle w:val="BodyTextChar1"/>
          <w:rFonts w:cs="Georgia"/>
        </w:rPr>
        <w:softHyphen/>
        <w:t>существование природы и архитектуры; иметь представле</w:t>
      </w:r>
      <w:r>
        <w:rPr>
          <w:rStyle w:val="BodyTextChar1"/>
          <w:rFonts w:cs="Georgia"/>
        </w:rPr>
        <w:softHyphen/>
        <w:t>ние о традициях ландшафтно-парковой архитектуры и шко</w:t>
      </w:r>
      <w:r>
        <w:rPr>
          <w:rStyle w:val="BodyTextChar1"/>
          <w:rFonts w:cs="Georgia"/>
        </w:rPr>
        <w:softHyphen/>
        <w:t>лах ландшафтного дизайна;</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41" w:name="bookmark4772"/>
      <w:bookmarkEnd w:id="941"/>
      <w:r>
        <w:rPr>
          <w:rStyle w:val="BodyTextChar1"/>
          <w:rFonts w:cs="Georgia"/>
        </w:rPr>
        <w:t>объяснять роль малой архитектуры и архитектурного дизай</w:t>
      </w:r>
      <w:r>
        <w:rPr>
          <w:rStyle w:val="BodyTextChar1"/>
          <w:rFonts w:cs="Georgia"/>
        </w:rPr>
        <w:softHyphen/>
        <w:t>на в установке связи между человеком и архитектурой, в «проживании» городского пространства;</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42" w:name="bookmark4773"/>
      <w:bookmarkEnd w:id="942"/>
      <w:r>
        <w:rPr>
          <w:rStyle w:val="BodyTextChar1"/>
          <w:rFonts w:cs="Georgia"/>
        </w:rPr>
        <w:t>иметь представление о задачах соотношения функциональ</w:t>
      </w:r>
      <w:r>
        <w:rPr>
          <w:rStyle w:val="BodyTextChar1"/>
          <w:rFonts w:cs="Georgia"/>
        </w:rPr>
        <w:softHyphen/>
        <w:t>ного и образного в построении формы предметов, создавае</w:t>
      </w:r>
      <w:r>
        <w:rPr>
          <w:rStyle w:val="BodyTextChar1"/>
          <w:rFonts w:cs="Georgia"/>
        </w:rPr>
        <w:softHyphen/>
        <w:t>мых людьми; видеть образ времени и характер жизнедея</w:t>
      </w:r>
      <w:r>
        <w:rPr>
          <w:rStyle w:val="BodyTextChar1"/>
          <w:rFonts w:cs="Georgia"/>
        </w:rPr>
        <w:softHyphen/>
        <w:t>тельности человека в предметах его быта;</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43" w:name="bookmark4774"/>
      <w:bookmarkEnd w:id="943"/>
      <w:r>
        <w:rPr>
          <w:rStyle w:val="BodyTextChar1"/>
          <w:rFonts w:cs="Georgia"/>
        </w:rPr>
        <w:t>объяснять, в чём заключается взаимосвязь формы и матери</w:t>
      </w:r>
      <w:r>
        <w:rPr>
          <w:rStyle w:val="BodyTextChar1"/>
          <w:rFonts w:cs="Georgia"/>
        </w:rPr>
        <w:softHyphen/>
        <w:t>ала при построении предметного мира; объяснять характер влияния цвета на восприятие человеком формы объектов ар</w:t>
      </w:r>
      <w:r>
        <w:rPr>
          <w:rStyle w:val="BodyTextChar1"/>
          <w:rFonts w:cs="Georgia"/>
        </w:rPr>
        <w:softHyphen/>
        <w:t>хитектуры и дизайна;</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44" w:name="bookmark4775"/>
      <w:bookmarkEnd w:id="944"/>
      <w:r>
        <w:rPr>
          <w:rStyle w:val="BodyTextChar1"/>
          <w:rFonts w:cs="Georgia"/>
        </w:rPr>
        <w:t>иметь опыт творческого проектирования интерьерного про</w:t>
      </w:r>
      <w:r>
        <w:rPr>
          <w:rStyle w:val="BodyTextChar1"/>
          <w:rFonts w:cs="Georgia"/>
        </w:rPr>
        <w:softHyphen/>
        <w:t>странства для конкретных задач жизнедеятельности чело</w:t>
      </w:r>
      <w:r>
        <w:rPr>
          <w:rStyle w:val="BodyTextChar1"/>
          <w:rFonts w:cs="Georgia"/>
        </w:rPr>
        <w:softHyphen/>
        <w:t>века;</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45" w:name="bookmark4776"/>
      <w:bookmarkEnd w:id="945"/>
      <w:r>
        <w:rPr>
          <w:rStyle w:val="BodyTextChar1"/>
          <w:rFonts w:cs="Georgia"/>
        </w:rPr>
        <w:t>объяснять, как в одежде проявляются характер человека, его ценностные позиции и конкретные намерения действий; объ</w:t>
      </w:r>
      <w:r>
        <w:rPr>
          <w:rStyle w:val="BodyTextChar1"/>
          <w:rFonts w:cs="Georgia"/>
        </w:rPr>
        <w:softHyphen/>
        <w:t>яснять, что такое стиль в одежде;</w:t>
      </w:r>
    </w:p>
    <w:p w:rsidR="00F44E79" w:rsidRDefault="00F44E79" w:rsidP="00E5323B">
      <w:pPr>
        <w:pStyle w:val="BodyText"/>
        <w:numPr>
          <w:ilvl w:val="0"/>
          <w:numId w:val="61"/>
        </w:numPr>
        <w:tabs>
          <w:tab w:val="left" w:pos="207"/>
        </w:tabs>
        <w:spacing w:line="269" w:lineRule="auto"/>
        <w:ind w:left="160" w:hanging="160"/>
        <w:jc w:val="both"/>
        <w:rPr>
          <w:color w:val="auto"/>
          <w:sz w:val="24"/>
          <w:szCs w:val="24"/>
        </w:rPr>
      </w:pPr>
      <w:bookmarkStart w:id="946" w:name="bookmark4777"/>
      <w:bookmarkEnd w:id="946"/>
      <w:r>
        <w:rPr>
          <w:rStyle w:val="BodyTextChar1"/>
          <w:rFonts w:cs="Georgia"/>
        </w:rPr>
        <w:t>иметь представление об истории костюма в истории разных эпох; характеризовать понятие моды в одежде; объяснять,</w:t>
      </w:r>
    </w:p>
    <w:p w:rsidR="00F44E79" w:rsidRDefault="00F44E79">
      <w:pPr>
        <w:pStyle w:val="BodyText"/>
        <w:spacing w:line="266" w:lineRule="auto"/>
        <w:ind w:left="240" w:firstLine="0"/>
        <w:jc w:val="both"/>
        <w:rPr>
          <w:rFonts w:ascii="Courier New" w:hAnsi="Courier New" w:cs="Courier New"/>
          <w:color w:val="auto"/>
          <w:sz w:val="24"/>
          <w:szCs w:val="24"/>
        </w:rPr>
      </w:pPr>
      <w:r>
        <w:rPr>
          <w:rStyle w:val="BodyTextChar1"/>
          <w:rFonts w:cs="Georgia"/>
        </w:rPr>
        <w:t>как в одежде проявляются социальный статус человека, его ценностные ориентации, мировоззренческие идеалы и харак</w:t>
      </w:r>
      <w:r>
        <w:rPr>
          <w:rStyle w:val="BodyTextChar1"/>
          <w:rFonts w:cs="Georgia"/>
        </w:rPr>
        <w:softHyphen/>
        <w:t>тер деятельности;</w:t>
      </w:r>
    </w:p>
    <w:p w:rsidR="00F44E79" w:rsidRDefault="00F44E79" w:rsidP="00E5323B">
      <w:pPr>
        <w:pStyle w:val="BodyText"/>
        <w:numPr>
          <w:ilvl w:val="0"/>
          <w:numId w:val="62"/>
        </w:numPr>
        <w:tabs>
          <w:tab w:val="left" w:pos="207"/>
        </w:tabs>
        <w:spacing w:line="293" w:lineRule="auto"/>
        <w:ind w:left="240" w:hanging="240"/>
        <w:jc w:val="both"/>
        <w:rPr>
          <w:color w:val="auto"/>
          <w:sz w:val="24"/>
          <w:szCs w:val="24"/>
        </w:rPr>
      </w:pPr>
      <w:bookmarkStart w:id="947" w:name="bookmark4778"/>
      <w:bookmarkEnd w:id="947"/>
      <w:r>
        <w:rPr>
          <w:rStyle w:val="BodyTextChar1"/>
          <w:rFonts w:cs="Georgia"/>
        </w:rPr>
        <w:t>иметь представление о конструкции костюма и применении законов композиции в проектировании одежды, ансамбле в костюме;</w:t>
      </w:r>
    </w:p>
    <w:p w:rsidR="00F44E79" w:rsidRDefault="00F44E79" w:rsidP="00E5323B">
      <w:pPr>
        <w:pStyle w:val="BodyText"/>
        <w:numPr>
          <w:ilvl w:val="0"/>
          <w:numId w:val="62"/>
        </w:numPr>
        <w:tabs>
          <w:tab w:val="left" w:pos="207"/>
        </w:tabs>
        <w:spacing w:line="293" w:lineRule="auto"/>
        <w:ind w:left="240" w:hanging="240"/>
        <w:jc w:val="both"/>
        <w:rPr>
          <w:color w:val="auto"/>
          <w:sz w:val="24"/>
          <w:szCs w:val="24"/>
        </w:rPr>
      </w:pPr>
      <w:bookmarkStart w:id="948" w:name="bookmark4779"/>
      <w:bookmarkEnd w:id="948"/>
      <w:r>
        <w:rPr>
          <w:rStyle w:val="BodyTextChar1"/>
          <w:rFonts w:cs="Georgia"/>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44E79" w:rsidRDefault="00F44E79" w:rsidP="00E5323B">
      <w:pPr>
        <w:pStyle w:val="BodyText"/>
        <w:numPr>
          <w:ilvl w:val="0"/>
          <w:numId w:val="62"/>
        </w:numPr>
        <w:tabs>
          <w:tab w:val="left" w:pos="207"/>
        </w:tabs>
        <w:spacing w:line="286" w:lineRule="auto"/>
        <w:ind w:left="240" w:hanging="240"/>
        <w:jc w:val="both"/>
        <w:rPr>
          <w:color w:val="auto"/>
          <w:sz w:val="24"/>
          <w:szCs w:val="24"/>
        </w:rPr>
      </w:pPr>
      <w:bookmarkStart w:id="949" w:name="bookmark4780"/>
      <w:bookmarkEnd w:id="949"/>
      <w:r>
        <w:rPr>
          <w:rStyle w:val="BodyTextChar1"/>
          <w:rFonts w:cs="Georgia"/>
        </w:rPr>
        <w:t>иметь опыт выполнения практических творческих эскизов по теме «Дизайн современной одежды», создания эскизов мо</w:t>
      </w:r>
      <w:r>
        <w:rPr>
          <w:rStyle w:val="BodyTextChar1"/>
          <w:rFonts w:cs="Georgia"/>
        </w:rPr>
        <w:softHyphen/>
        <w:t>лодёжной одежды для разных жизненных задач (спортив</w:t>
      </w:r>
      <w:r>
        <w:rPr>
          <w:rStyle w:val="BodyTextChar1"/>
          <w:rFonts w:cs="Georgia"/>
        </w:rPr>
        <w:softHyphen/>
        <w:t>ной, праздничной, повседневной и др.);</w:t>
      </w:r>
    </w:p>
    <w:p w:rsidR="00F44E79" w:rsidRDefault="00F44E79" w:rsidP="00E5323B">
      <w:pPr>
        <w:pStyle w:val="BodyText"/>
        <w:numPr>
          <w:ilvl w:val="0"/>
          <w:numId w:val="62"/>
        </w:numPr>
        <w:tabs>
          <w:tab w:val="left" w:pos="207"/>
        </w:tabs>
        <w:spacing w:after="100" w:line="276" w:lineRule="auto"/>
        <w:ind w:left="240" w:hanging="240"/>
        <w:jc w:val="both"/>
        <w:rPr>
          <w:color w:val="auto"/>
          <w:sz w:val="24"/>
          <w:szCs w:val="24"/>
        </w:rPr>
      </w:pPr>
      <w:bookmarkStart w:id="950" w:name="bookmark4781"/>
      <w:bookmarkEnd w:id="950"/>
      <w:r>
        <w:rPr>
          <w:rStyle w:val="BodyTextChar1"/>
          <w:rFonts w:cs="Georgia"/>
        </w:rPr>
        <w:t>различать задачи искусства театрального грима и бытового макияжа; иметь представление об имидж-дизайне, его зада</w:t>
      </w:r>
      <w:r>
        <w:rPr>
          <w:rStyle w:val="BodyTextChar1"/>
          <w:rFonts w:cs="Georgia"/>
        </w:rPr>
        <w:softHyphen/>
        <w:t>чах и социальном бытовании; иметь опыт создания эскизов для макияжа театральных образов и опыт бытового макия</w:t>
      </w:r>
      <w:r>
        <w:rPr>
          <w:rStyle w:val="BodyTextChar1"/>
          <w:rFonts w:cs="Georgia"/>
        </w:rPr>
        <w:softHyphen/>
        <w:t>жа; определять эстетические и этические границы примене</w:t>
      </w:r>
      <w:r>
        <w:rPr>
          <w:rStyle w:val="BodyTextChar1"/>
          <w:rFonts w:cs="Georgia"/>
        </w:rPr>
        <w:softHyphen/>
        <w:t>ния макияжа и стилистики причёски в повседневном быту.</w:t>
      </w:r>
    </w:p>
    <w:p w:rsidR="00F44E79" w:rsidRDefault="00F44E79">
      <w:pPr>
        <w:pStyle w:val="31"/>
        <w:spacing w:after="0" w:line="290" w:lineRule="auto"/>
        <w:jc w:val="both"/>
        <w:rPr>
          <w:rFonts w:ascii="Courier New" w:hAnsi="Courier New" w:cs="Courier New"/>
          <w:b w:val="0"/>
          <w:bCs w:val="0"/>
          <w:color w:val="auto"/>
          <w:sz w:val="24"/>
          <w:szCs w:val="24"/>
        </w:rPr>
      </w:pPr>
      <w:r>
        <w:rPr>
          <w:rStyle w:val="30"/>
          <w:rFonts w:cs="Arial"/>
          <w:b/>
          <w:sz w:val="18"/>
          <w:szCs w:val="18"/>
        </w:rPr>
        <w:t>Модуль № 4 «Изображение в синтетических,</w:t>
      </w:r>
    </w:p>
    <w:p w:rsidR="00F44E79" w:rsidRDefault="00F44E79">
      <w:pPr>
        <w:pStyle w:val="31"/>
        <w:spacing w:after="40" w:line="290" w:lineRule="auto"/>
        <w:jc w:val="both"/>
        <w:rPr>
          <w:rFonts w:ascii="Courier New" w:hAnsi="Courier New" w:cs="Courier New"/>
          <w:b w:val="0"/>
          <w:bCs w:val="0"/>
          <w:color w:val="auto"/>
          <w:sz w:val="24"/>
          <w:szCs w:val="24"/>
        </w:rPr>
      </w:pPr>
      <w:r>
        <w:rPr>
          <w:rStyle w:val="30"/>
          <w:rFonts w:cs="Arial"/>
          <w:b/>
          <w:sz w:val="18"/>
          <w:szCs w:val="18"/>
        </w:rPr>
        <w:t xml:space="preserve">экранных видах искусства и художественная фотография» </w:t>
      </w:r>
      <w:r>
        <w:rPr>
          <w:rStyle w:val="30"/>
          <w:rFonts w:cs="Arial"/>
          <w:b/>
          <w:i/>
          <w:iCs/>
          <w:sz w:val="18"/>
          <w:szCs w:val="18"/>
        </w:rPr>
        <w:t>(вариативный):</w:t>
      </w:r>
    </w:p>
    <w:p w:rsidR="00F44E79" w:rsidRDefault="00F44E79" w:rsidP="00E5323B">
      <w:pPr>
        <w:pStyle w:val="BodyText"/>
        <w:numPr>
          <w:ilvl w:val="0"/>
          <w:numId w:val="62"/>
        </w:numPr>
        <w:tabs>
          <w:tab w:val="left" w:pos="207"/>
        </w:tabs>
        <w:spacing w:line="293" w:lineRule="auto"/>
        <w:ind w:left="240" w:hanging="240"/>
        <w:jc w:val="both"/>
        <w:rPr>
          <w:color w:val="auto"/>
          <w:sz w:val="24"/>
          <w:szCs w:val="24"/>
        </w:rPr>
      </w:pPr>
      <w:bookmarkStart w:id="951" w:name="bookmark4782"/>
      <w:bookmarkEnd w:id="951"/>
      <w:r>
        <w:rPr>
          <w:rStyle w:val="BodyTextChar1"/>
          <w:rFonts w:cs="Georgia"/>
        </w:rPr>
        <w:t>знать о синтетической природе — коллективности творческого процесса в синтетических искусствах, синтезирующих выра</w:t>
      </w:r>
      <w:r>
        <w:rPr>
          <w:rStyle w:val="BodyTextChar1"/>
          <w:rFonts w:cs="Georgia"/>
        </w:rPr>
        <w:softHyphen/>
        <w:t>зительные средства разных видов художественного творчества;</w:t>
      </w:r>
    </w:p>
    <w:p w:rsidR="00F44E79" w:rsidRDefault="00F44E79" w:rsidP="00E5323B">
      <w:pPr>
        <w:pStyle w:val="BodyText"/>
        <w:numPr>
          <w:ilvl w:val="0"/>
          <w:numId w:val="62"/>
        </w:numPr>
        <w:tabs>
          <w:tab w:val="left" w:pos="207"/>
        </w:tabs>
        <w:spacing w:line="307" w:lineRule="auto"/>
        <w:ind w:left="240" w:hanging="240"/>
        <w:jc w:val="both"/>
        <w:rPr>
          <w:color w:val="auto"/>
          <w:sz w:val="24"/>
          <w:szCs w:val="24"/>
        </w:rPr>
      </w:pPr>
      <w:bookmarkStart w:id="952" w:name="bookmark4783"/>
      <w:bookmarkEnd w:id="952"/>
      <w:r>
        <w:rPr>
          <w:rStyle w:val="BodyTextChar1"/>
          <w:rFonts w:cs="Georgia"/>
        </w:rPr>
        <w:t>понимать и характеризовать роль визуального образа в син</w:t>
      </w:r>
      <w:r>
        <w:rPr>
          <w:rStyle w:val="BodyTextChar1"/>
          <w:rFonts w:cs="Georgia"/>
        </w:rPr>
        <w:softHyphen/>
        <w:t>тетических искусствах;</w:t>
      </w:r>
    </w:p>
    <w:p w:rsidR="00F44E79" w:rsidRDefault="00F44E79" w:rsidP="00E5323B">
      <w:pPr>
        <w:pStyle w:val="BodyText"/>
        <w:numPr>
          <w:ilvl w:val="0"/>
          <w:numId w:val="62"/>
        </w:numPr>
        <w:tabs>
          <w:tab w:val="left" w:pos="207"/>
        </w:tabs>
        <w:spacing w:after="40" w:line="293" w:lineRule="auto"/>
        <w:ind w:left="240" w:hanging="240"/>
        <w:jc w:val="both"/>
        <w:rPr>
          <w:color w:val="auto"/>
          <w:sz w:val="24"/>
          <w:szCs w:val="24"/>
        </w:rPr>
      </w:pPr>
      <w:bookmarkStart w:id="953" w:name="bookmark4784"/>
      <w:bookmarkEnd w:id="953"/>
      <w:r>
        <w:rPr>
          <w:rStyle w:val="BodyTextChar1"/>
          <w:rFonts w:cs="Georgia"/>
        </w:rPr>
        <w:t>иметь представление о влиянии развития технологий на по</w:t>
      </w:r>
      <w:r>
        <w:rPr>
          <w:rStyle w:val="BodyTextChar1"/>
          <w:rFonts w:cs="Georgia"/>
        </w:rPr>
        <w:softHyphen/>
        <w:t>явление новых видов художественного творчества и их раз</w:t>
      </w:r>
      <w:r>
        <w:rPr>
          <w:rStyle w:val="BodyTextChar1"/>
          <w:rFonts w:cs="Georgia"/>
        </w:rPr>
        <w:softHyphen/>
        <w:t>витии параллельно с традиционными видами искусства.</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Художник и искусство театра:</w:t>
      </w:r>
    </w:p>
    <w:p w:rsidR="00F44E79" w:rsidRDefault="00F44E79" w:rsidP="00E5323B">
      <w:pPr>
        <w:pStyle w:val="BodyText"/>
        <w:numPr>
          <w:ilvl w:val="0"/>
          <w:numId w:val="62"/>
        </w:numPr>
        <w:tabs>
          <w:tab w:val="left" w:pos="207"/>
        </w:tabs>
        <w:spacing w:line="307" w:lineRule="auto"/>
        <w:ind w:left="240" w:hanging="240"/>
        <w:jc w:val="both"/>
        <w:rPr>
          <w:color w:val="auto"/>
          <w:sz w:val="24"/>
          <w:szCs w:val="24"/>
        </w:rPr>
      </w:pPr>
      <w:bookmarkStart w:id="954" w:name="bookmark4785"/>
      <w:bookmarkEnd w:id="954"/>
      <w:r>
        <w:rPr>
          <w:rStyle w:val="BodyTextChar1"/>
          <w:rFonts w:cs="Georgia"/>
        </w:rPr>
        <w:t>иметь представление об истории развития театра и жанровом многообразии театральных представлений;</w:t>
      </w:r>
    </w:p>
    <w:p w:rsidR="00F44E79" w:rsidRDefault="00F44E79" w:rsidP="00E5323B">
      <w:pPr>
        <w:pStyle w:val="BodyText"/>
        <w:numPr>
          <w:ilvl w:val="0"/>
          <w:numId w:val="62"/>
        </w:numPr>
        <w:tabs>
          <w:tab w:val="left" w:pos="207"/>
        </w:tabs>
        <w:spacing w:line="307" w:lineRule="auto"/>
        <w:ind w:left="240" w:hanging="240"/>
        <w:jc w:val="both"/>
        <w:rPr>
          <w:color w:val="auto"/>
          <w:sz w:val="24"/>
          <w:szCs w:val="24"/>
        </w:rPr>
      </w:pPr>
      <w:bookmarkStart w:id="955" w:name="bookmark4786"/>
      <w:bookmarkEnd w:id="955"/>
      <w:r>
        <w:rPr>
          <w:rStyle w:val="BodyTextChar1"/>
          <w:rFonts w:cs="Georgia"/>
        </w:rPr>
        <w:t>знать о роли художника и видах профессиональной худож</w:t>
      </w:r>
      <w:r>
        <w:rPr>
          <w:rStyle w:val="BodyTextChar1"/>
          <w:rFonts w:cs="Georgia"/>
        </w:rPr>
        <w:softHyphen/>
        <w:t>нической деятельности в современном театре;</w:t>
      </w:r>
    </w:p>
    <w:p w:rsidR="00F44E79" w:rsidRDefault="00F44E79" w:rsidP="00E5323B">
      <w:pPr>
        <w:pStyle w:val="BodyText"/>
        <w:numPr>
          <w:ilvl w:val="0"/>
          <w:numId w:val="62"/>
        </w:numPr>
        <w:tabs>
          <w:tab w:val="left" w:pos="207"/>
        </w:tabs>
        <w:spacing w:line="307" w:lineRule="auto"/>
        <w:ind w:left="240" w:hanging="240"/>
        <w:jc w:val="both"/>
        <w:rPr>
          <w:color w:val="auto"/>
          <w:sz w:val="24"/>
          <w:szCs w:val="24"/>
        </w:rPr>
      </w:pPr>
      <w:bookmarkStart w:id="956" w:name="bookmark4787"/>
      <w:bookmarkEnd w:id="956"/>
      <w:r>
        <w:rPr>
          <w:rStyle w:val="BodyTextChar1"/>
          <w:rFonts w:cs="Georgia"/>
        </w:rPr>
        <w:t>иметь представление о сценографии и символическом харак</w:t>
      </w:r>
      <w:r>
        <w:rPr>
          <w:rStyle w:val="BodyTextChar1"/>
          <w:rFonts w:cs="Georgia"/>
        </w:rPr>
        <w:softHyphen/>
        <w:t>тере сценического образа;</w:t>
      </w:r>
    </w:p>
    <w:p w:rsidR="00F44E79" w:rsidRDefault="00F44E79" w:rsidP="00E5323B">
      <w:pPr>
        <w:pStyle w:val="BodyText"/>
        <w:numPr>
          <w:ilvl w:val="0"/>
          <w:numId w:val="62"/>
        </w:numPr>
        <w:tabs>
          <w:tab w:val="left" w:pos="207"/>
        </w:tabs>
        <w:spacing w:after="40" w:line="286" w:lineRule="auto"/>
        <w:ind w:left="240" w:hanging="240"/>
        <w:jc w:val="both"/>
        <w:rPr>
          <w:color w:val="auto"/>
          <w:sz w:val="24"/>
          <w:szCs w:val="24"/>
        </w:rPr>
      </w:pPr>
      <w:bookmarkStart w:id="957" w:name="bookmark4788"/>
      <w:bookmarkEnd w:id="957"/>
      <w:r>
        <w:rPr>
          <w:rStyle w:val="BodyTextChar1"/>
          <w:rFonts w:cs="Georgia"/>
        </w:rPr>
        <w:t>понимать различие между бытовым костюмом в жизни и сце</w:t>
      </w:r>
      <w:r>
        <w:rPr>
          <w:rStyle w:val="BodyTextChar1"/>
          <w:rFonts w:cs="Georgia"/>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F44E79" w:rsidRDefault="00F44E79" w:rsidP="00E5323B">
      <w:pPr>
        <w:pStyle w:val="BodyText"/>
        <w:numPr>
          <w:ilvl w:val="0"/>
          <w:numId w:val="62"/>
        </w:numPr>
        <w:tabs>
          <w:tab w:val="left" w:pos="207"/>
        </w:tabs>
        <w:spacing w:line="259" w:lineRule="auto"/>
        <w:ind w:left="240" w:hanging="240"/>
        <w:jc w:val="both"/>
        <w:rPr>
          <w:color w:val="auto"/>
          <w:sz w:val="24"/>
          <w:szCs w:val="24"/>
        </w:rPr>
      </w:pPr>
      <w:bookmarkStart w:id="958" w:name="bookmark4789"/>
      <w:bookmarkEnd w:id="958"/>
      <w:r>
        <w:rPr>
          <w:rStyle w:val="BodyTextChar1"/>
          <w:rFonts w:cs="Georgia"/>
        </w:rPr>
        <w:t>иметь представление о творчестве наиболее известных ху</w:t>
      </w:r>
      <w:r>
        <w:rPr>
          <w:rStyle w:val="BodyTextChar1"/>
          <w:rFonts w:cs="Georgia"/>
        </w:rPr>
        <w:softHyphen/>
        <w:t>дожников-постановщиков в истории отечественного искус</w:t>
      </w:r>
      <w:r>
        <w:rPr>
          <w:rStyle w:val="BodyTextChar1"/>
          <w:rFonts w:cs="Georgia"/>
        </w:rPr>
        <w:softHyphen/>
        <w:t>ства (эскизы костюмов и декораций в творчестве К. Корови</w:t>
      </w:r>
      <w:r>
        <w:rPr>
          <w:rStyle w:val="BodyTextChar1"/>
          <w:rFonts w:cs="Georgia"/>
        </w:rPr>
        <w:softHyphen/>
        <w:t>на, И. Билибина, А. Головина и др.);</w:t>
      </w:r>
    </w:p>
    <w:p w:rsidR="00F44E79" w:rsidRDefault="00F44E79" w:rsidP="00E5323B">
      <w:pPr>
        <w:pStyle w:val="BodyText"/>
        <w:numPr>
          <w:ilvl w:val="0"/>
          <w:numId w:val="62"/>
        </w:numPr>
        <w:tabs>
          <w:tab w:val="left" w:pos="207"/>
        </w:tabs>
        <w:spacing w:line="259" w:lineRule="auto"/>
        <w:ind w:left="240" w:hanging="240"/>
        <w:jc w:val="both"/>
        <w:rPr>
          <w:color w:val="auto"/>
          <w:sz w:val="24"/>
          <w:szCs w:val="24"/>
        </w:rPr>
      </w:pPr>
      <w:bookmarkStart w:id="959" w:name="bookmark4790"/>
      <w:bookmarkEnd w:id="959"/>
      <w:r>
        <w:rPr>
          <w:rStyle w:val="BodyTextChar1"/>
          <w:rFonts w:cs="Georgia"/>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F44E79" w:rsidRDefault="00F44E79" w:rsidP="00E5323B">
      <w:pPr>
        <w:pStyle w:val="BodyText"/>
        <w:numPr>
          <w:ilvl w:val="0"/>
          <w:numId w:val="62"/>
        </w:numPr>
        <w:tabs>
          <w:tab w:val="left" w:pos="207"/>
        </w:tabs>
        <w:spacing w:line="259" w:lineRule="auto"/>
        <w:ind w:left="240" w:hanging="240"/>
        <w:jc w:val="both"/>
        <w:rPr>
          <w:color w:val="auto"/>
          <w:sz w:val="24"/>
          <w:szCs w:val="24"/>
        </w:rPr>
      </w:pPr>
      <w:bookmarkStart w:id="960" w:name="bookmark4791"/>
      <w:bookmarkEnd w:id="960"/>
      <w:r>
        <w:rPr>
          <w:rStyle w:val="BodyTextChar1"/>
          <w:rFonts w:cs="Georgia"/>
        </w:rPr>
        <w:t>объяснять ведущую роль художника кукольного спектакля как соавтора режиссёра и актёра в процессе создания образа персонажа;</w:t>
      </w:r>
    </w:p>
    <w:p w:rsidR="00F44E79" w:rsidRDefault="00F44E79" w:rsidP="00E5323B">
      <w:pPr>
        <w:pStyle w:val="BodyText"/>
        <w:numPr>
          <w:ilvl w:val="0"/>
          <w:numId w:val="62"/>
        </w:numPr>
        <w:tabs>
          <w:tab w:val="left" w:pos="207"/>
        </w:tabs>
        <w:spacing w:line="259" w:lineRule="auto"/>
        <w:ind w:left="240" w:hanging="240"/>
        <w:jc w:val="both"/>
        <w:rPr>
          <w:color w:val="auto"/>
          <w:sz w:val="24"/>
          <w:szCs w:val="24"/>
        </w:rPr>
      </w:pPr>
      <w:bookmarkStart w:id="961" w:name="bookmark4792"/>
      <w:bookmarkEnd w:id="961"/>
      <w:r>
        <w:rPr>
          <w:rStyle w:val="BodyTextChar1"/>
          <w:rFonts w:cs="Georgia"/>
        </w:rPr>
        <w:t>иметь практический навык игрового одушевления куклы из простых бытовых предметов;</w:t>
      </w:r>
    </w:p>
    <w:p w:rsidR="00F44E79" w:rsidRDefault="00F44E79" w:rsidP="00E5323B">
      <w:pPr>
        <w:pStyle w:val="BodyText"/>
        <w:numPr>
          <w:ilvl w:val="0"/>
          <w:numId w:val="62"/>
        </w:numPr>
        <w:tabs>
          <w:tab w:val="left" w:pos="207"/>
        </w:tabs>
        <w:spacing w:after="40" w:line="259" w:lineRule="auto"/>
        <w:ind w:left="240" w:hanging="240"/>
        <w:jc w:val="both"/>
        <w:rPr>
          <w:color w:val="auto"/>
          <w:sz w:val="24"/>
          <w:szCs w:val="24"/>
        </w:rPr>
      </w:pPr>
      <w:bookmarkStart w:id="962" w:name="bookmark4793"/>
      <w:bookmarkEnd w:id="962"/>
      <w:r>
        <w:rPr>
          <w:rStyle w:val="BodyTextChar1"/>
          <w:rFonts w:cs="Georgia"/>
        </w:rPr>
        <w:t>понимать необходимость зрительских знаний и умений — об</w:t>
      </w:r>
      <w:r>
        <w:rPr>
          <w:rStyle w:val="BodyTextChar1"/>
          <w:rFonts w:cs="Georgia"/>
        </w:rPr>
        <w:softHyphen/>
        <w:t>ладания зрительской культурой для восприятия произведе</w:t>
      </w:r>
      <w:r>
        <w:rPr>
          <w:rStyle w:val="BodyTextChar1"/>
          <w:rFonts w:cs="Georgia"/>
        </w:rPr>
        <w:softHyphen/>
        <w:t>ний художественного творчества и понимания их значения в интерпретации явлений жизни.</w:t>
      </w:r>
    </w:p>
    <w:p w:rsidR="00F44E79" w:rsidRDefault="00F44E79">
      <w:pPr>
        <w:pStyle w:val="90"/>
        <w:spacing w:after="40"/>
        <w:jc w:val="both"/>
        <w:rPr>
          <w:rFonts w:ascii="Courier New" w:hAnsi="Courier New" w:cs="Courier New"/>
          <w:b w:val="0"/>
          <w:bCs w:val="0"/>
          <w:color w:val="auto"/>
          <w:sz w:val="24"/>
          <w:szCs w:val="24"/>
        </w:rPr>
      </w:pPr>
      <w:r>
        <w:rPr>
          <w:rStyle w:val="9"/>
          <w:rFonts w:cs="Trebuchet MS"/>
          <w:b/>
        </w:rPr>
        <w:t>Художественная фотография:</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63" w:name="bookmark4794"/>
      <w:bookmarkEnd w:id="963"/>
      <w:r>
        <w:rPr>
          <w:rStyle w:val="BodyTextChar1"/>
          <w:rFonts w:cs="Georgia"/>
        </w:rPr>
        <w:t>иметь представление о рождении и истории фотографии, о соотношении прогресса технологий и развитии искусства за</w:t>
      </w:r>
      <w:r>
        <w:rPr>
          <w:rStyle w:val="BodyTextChar1"/>
          <w:rFonts w:cs="Georgia"/>
        </w:rPr>
        <w:softHyphen/>
        <w:t>печатления реальности в зримых образах;</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64" w:name="bookmark4795"/>
      <w:bookmarkEnd w:id="964"/>
      <w:r>
        <w:rPr>
          <w:rStyle w:val="BodyTextChar1"/>
          <w:rFonts w:cs="Georgia"/>
        </w:rPr>
        <w:t>уметь объяснять понятия «длительность экспозиции», «вы</w:t>
      </w:r>
      <w:r>
        <w:rPr>
          <w:rStyle w:val="BodyTextChar1"/>
          <w:rFonts w:cs="Georgia"/>
        </w:rPr>
        <w:softHyphen/>
        <w:t>держка», «диафрагма»;</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65" w:name="bookmark4796"/>
      <w:bookmarkEnd w:id="965"/>
      <w:r>
        <w:rPr>
          <w:rStyle w:val="BodyTextChar1"/>
          <w:rFonts w:cs="Georgia"/>
        </w:rPr>
        <w:t>иметь навыки фотографирования и обработки цифровых фото</w:t>
      </w:r>
      <w:r>
        <w:rPr>
          <w:rStyle w:val="BodyTextChar1"/>
          <w:rFonts w:cs="Georgia"/>
        </w:rPr>
        <w:softHyphen/>
        <w:t>графий с помощью компьютерных графических редакторов;</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66" w:name="bookmark4797"/>
      <w:bookmarkEnd w:id="966"/>
      <w:r>
        <w:rPr>
          <w:rStyle w:val="BodyTextChar1"/>
          <w:rFonts w:cs="Georgia"/>
        </w:rPr>
        <w:t>уметь объяснять значение фотографий «Родиноведения» С. М. Прокудина-Горского для современных представлений об истории жизни в нашей стране;</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67" w:name="bookmark4798"/>
      <w:bookmarkEnd w:id="967"/>
      <w:r>
        <w:rPr>
          <w:rStyle w:val="BodyTextChar1"/>
          <w:rFonts w:cs="Georgia"/>
        </w:rPr>
        <w:t>различать и характеризовать различные жанры художе</w:t>
      </w:r>
      <w:r>
        <w:rPr>
          <w:rStyle w:val="BodyTextChar1"/>
          <w:rFonts w:cs="Georgia"/>
        </w:rPr>
        <w:softHyphen/>
        <w:t>ственной фотографии;</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68" w:name="bookmark4799"/>
      <w:bookmarkEnd w:id="968"/>
      <w:r>
        <w:rPr>
          <w:rStyle w:val="BodyTextChar1"/>
          <w:rFonts w:cs="Georgia"/>
        </w:rPr>
        <w:t>объяснять роль света как художественного средства в искус</w:t>
      </w:r>
      <w:r>
        <w:rPr>
          <w:rStyle w:val="BodyTextChar1"/>
          <w:rFonts w:cs="Georgia"/>
        </w:rPr>
        <w:softHyphen/>
        <w:t>стве фотографии;</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69" w:name="bookmark4800"/>
      <w:bookmarkEnd w:id="969"/>
      <w:r>
        <w:rPr>
          <w:rStyle w:val="BodyTextChar1"/>
          <w:rFonts w:cs="Georgia"/>
        </w:rPr>
        <w:t>понимать, как в художественной фотографии проявляются средства выразительности изобразительного искусства, и стре</w:t>
      </w:r>
      <w:r>
        <w:rPr>
          <w:rStyle w:val="BodyTextChar1"/>
          <w:rFonts w:cs="Georgia"/>
        </w:rPr>
        <w:softHyphen/>
        <w:t>миться к их применению в своей практике фотографирования;</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70" w:name="bookmark4801"/>
      <w:bookmarkEnd w:id="970"/>
      <w:r>
        <w:rPr>
          <w:rStyle w:val="BodyTextChar1"/>
          <w:rFonts w:cs="Georgia"/>
        </w:rPr>
        <w:t>иметь опыт наблюдения и художественно-эстетического ана</w:t>
      </w:r>
      <w:r>
        <w:rPr>
          <w:rStyle w:val="BodyTextChar1"/>
          <w:rFonts w:cs="Georgia"/>
        </w:rPr>
        <w:softHyphen/>
        <w:t>лиза художественных фотографий известных профессио</w:t>
      </w:r>
      <w:r>
        <w:rPr>
          <w:rStyle w:val="BodyTextChar1"/>
          <w:rFonts w:cs="Georgia"/>
        </w:rPr>
        <w:softHyphen/>
        <w:t>нальных мастеров фотографии;</w:t>
      </w:r>
    </w:p>
    <w:p w:rsidR="00F44E79" w:rsidRDefault="00F44E79" w:rsidP="00E5323B">
      <w:pPr>
        <w:pStyle w:val="BodyText"/>
        <w:numPr>
          <w:ilvl w:val="0"/>
          <w:numId w:val="62"/>
        </w:numPr>
        <w:tabs>
          <w:tab w:val="left" w:pos="207"/>
        </w:tabs>
        <w:spacing w:line="262" w:lineRule="auto"/>
        <w:ind w:left="240" w:hanging="240"/>
        <w:jc w:val="both"/>
        <w:rPr>
          <w:color w:val="auto"/>
          <w:sz w:val="24"/>
          <w:szCs w:val="24"/>
        </w:rPr>
      </w:pPr>
      <w:bookmarkStart w:id="971" w:name="bookmark4802"/>
      <w:bookmarkEnd w:id="971"/>
      <w:r>
        <w:rPr>
          <w:rStyle w:val="BodyTextChar1"/>
          <w:rFonts w:cs="Georgia"/>
        </w:rPr>
        <w:t>иметь опыт применения знаний о художественно-образных критериях к композиции кадра при самостоятельном фото</w:t>
      </w:r>
      <w:r>
        <w:rPr>
          <w:rStyle w:val="BodyTextChar1"/>
          <w:rFonts w:cs="Georgia"/>
        </w:rPr>
        <w:softHyphen/>
        <w:t>графировании окружающей жизни;</w:t>
      </w:r>
    </w:p>
    <w:p w:rsidR="00F44E79" w:rsidRDefault="00F44E79" w:rsidP="00E5323B">
      <w:pPr>
        <w:pStyle w:val="BodyText"/>
        <w:numPr>
          <w:ilvl w:val="0"/>
          <w:numId w:val="62"/>
        </w:numPr>
        <w:tabs>
          <w:tab w:val="left" w:pos="207"/>
        </w:tabs>
        <w:spacing w:after="40" w:line="262" w:lineRule="auto"/>
        <w:ind w:left="240" w:hanging="240"/>
        <w:jc w:val="both"/>
        <w:rPr>
          <w:color w:val="auto"/>
          <w:sz w:val="24"/>
          <w:szCs w:val="24"/>
        </w:rPr>
      </w:pPr>
      <w:bookmarkStart w:id="972" w:name="bookmark4803"/>
      <w:bookmarkEnd w:id="972"/>
      <w:r>
        <w:rPr>
          <w:rStyle w:val="BodyTextChar1"/>
          <w:rFonts w:cs="Georgia"/>
        </w:rPr>
        <w:t>обретать опыт художественного наблюдения жизни, разви</w:t>
      </w:r>
      <w:r>
        <w:rPr>
          <w:rStyle w:val="BodyTextChar1"/>
          <w:rFonts w:cs="Georgia"/>
        </w:rPr>
        <w:softHyphen/>
        <w:t>вая познавательный интерес и внимание к окружающему миру, к людям;</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73" w:name="bookmark4804"/>
      <w:bookmarkEnd w:id="973"/>
      <w:r>
        <w:rPr>
          <w:rStyle w:val="BodyTextChar1"/>
          <w:rFonts w:cs="Georgia"/>
        </w:rPr>
        <w:t>уметь объяснять разницу в содержании искусства живопис</w:t>
      </w:r>
      <w:r>
        <w:rPr>
          <w:rStyle w:val="BodyTextChar1"/>
          <w:rFonts w:cs="Georgia"/>
        </w:rPr>
        <w:softHyphen/>
        <w:t>ной картины, графического рисунка и фотоснимка, возмож</w:t>
      </w:r>
      <w:r>
        <w:rPr>
          <w:rStyle w:val="BodyTextChar1"/>
          <w:rFonts w:cs="Georgia"/>
        </w:rPr>
        <w:softHyphen/>
        <w:t>ности их одновременного существования и актуальности в современной художественной культуре;</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74" w:name="bookmark4805"/>
      <w:bookmarkEnd w:id="974"/>
      <w:r>
        <w:rPr>
          <w:rStyle w:val="BodyTextChar1"/>
          <w:rFonts w:cs="Georgia"/>
        </w:rPr>
        <w:t>понимать значение репортажного жанра, роли журналистов- фотографов в истории ХХ в. и современном мире;</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75" w:name="bookmark4806"/>
      <w:bookmarkEnd w:id="975"/>
      <w:r>
        <w:rPr>
          <w:rStyle w:val="BodyTextChar1"/>
          <w:rFonts w:cs="Georgia"/>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44E79" w:rsidRDefault="00F44E79" w:rsidP="00E5323B">
      <w:pPr>
        <w:pStyle w:val="BodyText"/>
        <w:numPr>
          <w:ilvl w:val="0"/>
          <w:numId w:val="62"/>
        </w:numPr>
        <w:tabs>
          <w:tab w:val="left" w:pos="208"/>
        </w:tabs>
        <w:spacing w:after="180" w:line="269" w:lineRule="auto"/>
        <w:ind w:left="220" w:hanging="220"/>
        <w:jc w:val="both"/>
        <w:rPr>
          <w:color w:val="auto"/>
          <w:sz w:val="24"/>
          <w:szCs w:val="24"/>
        </w:rPr>
      </w:pPr>
      <w:bookmarkStart w:id="976" w:name="bookmark4807"/>
      <w:bookmarkEnd w:id="976"/>
      <w:r>
        <w:rPr>
          <w:rStyle w:val="BodyTextChar1"/>
          <w:rFonts w:cs="Georgia"/>
        </w:rPr>
        <w:t>иметь навыки компьютерной обработки и преобразования фотографий.</w:t>
      </w:r>
    </w:p>
    <w:p w:rsidR="00F44E79" w:rsidRDefault="00F44E79">
      <w:pPr>
        <w:pStyle w:val="90"/>
        <w:jc w:val="both"/>
        <w:rPr>
          <w:rFonts w:ascii="Courier New" w:hAnsi="Courier New" w:cs="Courier New"/>
          <w:b w:val="0"/>
          <w:bCs w:val="0"/>
          <w:color w:val="auto"/>
          <w:sz w:val="24"/>
          <w:szCs w:val="24"/>
        </w:rPr>
      </w:pPr>
      <w:r>
        <w:rPr>
          <w:rStyle w:val="9"/>
          <w:rFonts w:cs="Trebuchet MS"/>
          <w:b/>
        </w:rPr>
        <w:t>Изображение и искусство кино:</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77" w:name="bookmark4808"/>
      <w:bookmarkEnd w:id="977"/>
      <w:r>
        <w:rPr>
          <w:rStyle w:val="BodyTextChar1"/>
          <w:rFonts w:cs="Georgia"/>
        </w:rPr>
        <w:t>иметь представление об этапах в истории кино и его эволю</w:t>
      </w:r>
      <w:r>
        <w:rPr>
          <w:rStyle w:val="BodyTextChar1"/>
          <w:rFonts w:cs="Georgia"/>
        </w:rPr>
        <w:softHyphen/>
        <w:t>ции как искусства;</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78" w:name="bookmark4809"/>
      <w:bookmarkEnd w:id="978"/>
      <w:r>
        <w:rPr>
          <w:rStyle w:val="BodyTextChar1"/>
          <w:rFonts w:cs="Georgia"/>
        </w:rPr>
        <w:t>уметь объяснять, почему экранное время и всё изображаемое в фильме, являясь условностью, формирует у людей воспри</w:t>
      </w:r>
      <w:r>
        <w:rPr>
          <w:rStyle w:val="BodyTextChar1"/>
          <w:rFonts w:cs="Georgia"/>
        </w:rPr>
        <w:softHyphen/>
        <w:t>ятие реального мира;</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79" w:name="bookmark4810"/>
      <w:bookmarkEnd w:id="979"/>
      <w:r>
        <w:rPr>
          <w:rStyle w:val="BodyTextChar1"/>
          <w:rFonts w:cs="Georgia"/>
        </w:rPr>
        <w:t>иметь представление об экранных искусствах как монтаже композиционно построенных кадров;</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80" w:name="bookmark4811"/>
      <w:bookmarkEnd w:id="980"/>
      <w:r>
        <w:rPr>
          <w:rStyle w:val="BodyTextChar1"/>
          <w:rFonts w:cs="Georgia"/>
        </w:rPr>
        <w:t>знать и объяснять, в чём состоит работа художника-поста</w:t>
      </w:r>
      <w:r>
        <w:rPr>
          <w:rStyle w:val="BodyTextChar1"/>
          <w:rFonts w:cs="Georgia"/>
        </w:rPr>
        <w:softHyphen/>
        <w:t>новщика и специалистов его команды художников в период подготовки и съёмки игрового фильма;</w:t>
      </w:r>
    </w:p>
    <w:p w:rsidR="00F44E79" w:rsidRDefault="00F44E79" w:rsidP="00E5323B">
      <w:pPr>
        <w:pStyle w:val="BodyText"/>
        <w:numPr>
          <w:ilvl w:val="0"/>
          <w:numId w:val="62"/>
        </w:numPr>
        <w:tabs>
          <w:tab w:val="left" w:pos="208"/>
        </w:tabs>
        <w:spacing w:line="269" w:lineRule="auto"/>
        <w:ind w:firstLine="0"/>
        <w:jc w:val="both"/>
        <w:rPr>
          <w:color w:val="auto"/>
          <w:sz w:val="24"/>
          <w:szCs w:val="24"/>
        </w:rPr>
      </w:pPr>
      <w:bookmarkStart w:id="981" w:name="bookmark4812"/>
      <w:bookmarkEnd w:id="981"/>
      <w:r>
        <w:rPr>
          <w:rStyle w:val="BodyTextChar1"/>
          <w:rFonts w:cs="Georgia"/>
        </w:rPr>
        <w:t>объяснять роль видео в современной бытовой культуре;</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82" w:name="bookmark4813"/>
      <w:bookmarkEnd w:id="982"/>
      <w:r>
        <w:rPr>
          <w:rStyle w:val="BodyTextChar1"/>
          <w:rFonts w:cs="Georgia"/>
        </w:rPr>
        <w:t>приобрести опыт создания видеоролика; осваивать основные этапы создания видеоролика и планировать свою работу по созданию видеоролика;</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83" w:name="bookmark4814"/>
      <w:bookmarkEnd w:id="983"/>
      <w:r>
        <w:rPr>
          <w:rStyle w:val="BodyTextChar1"/>
          <w:rFonts w:cs="Georgia"/>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BodyTextChar1"/>
          <w:rFonts w:cs="Georgia"/>
        </w:rPr>
        <w:softHyphen/>
        <w:t>зыкального клипа, документального фильма;</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84" w:name="bookmark4815"/>
      <w:bookmarkEnd w:id="984"/>
      <w:r>
        <w:rPr>
          <w:rStyle w:val="BodyTextChar1"/>
          <w:rFonts w:cs="Georgia"/>
        </w:rPr>
        <w:t>осваивать начальные навыки практической работы по видео</w:t>
      </w:r>
      <w:r>
        <w:rPr>
          <w:rStyle w:val="BodyTextChar1"/>
          <w:rFonts w:cs="Georgia"/>
        </w:rPr>
        <w:softHyphen/>
        <w:t>монтажу на основе соответствующих компьютерных программ;</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85" w:name="bookmark4816"/>
      <w:bookmarkEnd w:id="985"/>
      <w:r>
        <w:rPr>
          <w:rStyle w:val="BodyTextChar1"/>
          <w:rFonts w:cs="Georgia"/>
        </w:rPr>
        <w:t>обрести навык критического осмысления качества снятых роликов;</w:t>
      </w:r>
    </w:p>
    <w:p w:rsidR="00F44E79" w:rsidRDefault="00F44E79" w:rsidP="00E5323B">
      <w:pPr>
        <w:pStyle w:val="BodyText"/>
        <w:numPr>
          <w:ilvl w:val="0"/>
          <w:numId w:val="62"/>
        </w:numPr>
        <w:tabs>
          <w:tab w:val="left" w:pos="208"/>
        </w:tabs>
        <w:spacing w:line="269" w:lineRule="auto"/>
        <w:ind w:left="220" w:hanging="220"/>
        <w:jc w:val="both"/>
        <w:rPr>
          <w:color w:val="auto"/>
          <w:sz w:val="24"/>
          <w:szCs w:val="24"/>
        </w:rPr>
      </w:pPr>
      <w:bookmarkStart w:id="986" w:name="bookmark4817"/>
      <w:bookmarkEnd w:id="986"/>
      <w:r>
        <w:rPr>
          <w:rStyle w:val="BodyTextChar1"/>
          <w:rFonts w:cs="Georgia"/>
        </w:rPr>
        <w:t>иметь знания по истории мультипликации и уметь приво</w:t>
      </w:r>
      <w:r>
        <w:rPr>
          <w:rStyle w:val="BodyTextChar1"/>
          <w:rFonts w:cs="Georgia"/>
        </w:rPr>
        <w:softHyphen/>
        <w:t>дить примеры использования электронно-цифровых техно</w:t>
      </w:r>
      <w:r>
        <w:rPr>
          <w:rStyle w:val="BodyTextChar1"/>
          <w:rFonts w:cs="Georgia"/>
        </w:rPr>
        <w:softHyphen/>
        <w:t>логий в современном игровом кинематографе;</w:t>
      </w:r>
    </w:p>
    <w:p w:rsidR="00F44E79" w:rsidRDefault="00F44E79" w:rsidP="00E5323B">
      <w:pPr>
        <w:pStyle w:val="BodyText"/>
        <w:numPr>
          <w:ilvl w:val="0"/>
          <w:numId w:val="62"/>
        </w:numPr>
        <w:tabs>
          <w:tab w:val="left" w:pos="208"/>
        </w:tabs>
        <w:spacing w:after="120" w:line="269" w:lineRule="auto"/>
        <w:ind w:left="220" w:hanging="220"/>
        <w:jc w:val="both"/>
        <w:rPr>
          <w:color w:val="auto"/>
          <w:sz w:val="24"/>
          <w:szCs w:val="24"/>
        </w:rPr>
      </w:pPr>
      <w:bookmarkStart w:id="987" w:name="bookmark4818"/>
      <w:bookmarkEnd w:id="987"/>
      <w:r>
        <w:rPr>
          <w:rStyle w:val="BodyTextChar1"/>
          <w:rFonts w:cs="Georgia"/>
        </w:rPr>
        <w:t>иметь опыт анализа художественного образа и средств его до</w:t>
      </w:r>
      <w:r>
        <w:rPr>
          <w:rStyle w:val="BodyTextChar1"/>
          <w:rFonts w:cs="Georgia"/>
        </w:rPr>
        <w:softHyphen/>
        <w:t>стижения в лучших отечественных мультфильмах; осозна</w:t>
      </w:r>
      <w:r>
        <w:rPr>
          <w:rStyle w:val="BodyTextChar1"/>
          <w:rFonts w:cs="Georgia"/>
        </w:rPr>
        <w:softHyphen/>
        <w:t>вать многообразие подходов, поэзию и уникальность художе</w:t>
      </w:r>
      <w:r>
        <w:rPr>
          <w:rStyle w:val="BodyTextChar1"/>
          <w:rFonts w:cs="Georgia"/>
        </w:rPr>
        <w:softHyphen/>
        <w:t>ственных образов отечественной мультипликации;</w:t>
      </w:r>
    </w:p>
    <w:p w:rsidR="00F44E79" w:rsidRDefault="00F44E79" w:rsidP="00E5323B">
      <w:pPr>
        <w:pStyle w:val="BodyText"/>
        <w:numPr>
          <w:ilvl w:val="0"/>
          <w:numId w:val="62"/>
        </w:numPr>
        <w:tabs>
          <w:tab w:val="left" w:pos="224"/>
        </w:tabs>
        <w:spacing w:line="266" w:lineRule="auto"/>
        <w:ind w:left="220" w:hanging="220"/>
        <w:jc w:val="both"/>
        <w:rPr>
          <w:color w:val="auto"/>
          <w:sz w:val="24"/>
          <w:szCs w:val="24"/>
        </w:rPr>
      </w:pPr>
      <w:bookmarkStart w:id="988" w:name="bookmark4819"/>
      <w:bookmarkEnd w:id="988"/>
      <w:r>
        <w:rPr>
          <w:rStyle w:val="BodyTextChar1"/>
          <w:rFonts w:cs="Georgia"/>
        </w:rPr>
        <w:t>осваивать опыт создания компьютерной анимации в выбран</w:t>
      </w:r>
      <w:r>
        <w:rPr>
          <w:rStyle w:val="BodyTextChar1"/>
          <w:rFonts w:cs="Georgia"/>
        </w:rPr>
        <w:softHyphen/>
        <w:t>ной технике и в соответствующей компьютерной программе;</w:t>
      </w:r>
    </w:p>
    <w:p w:rsidR="00F44E79" w:rsidRDefault="00F44E79" w:rsidP="00E5323B">
      <w:pPr>
        <w:pStyle w:val="BodyText"/>
        <w:numPr>
          <w:ilvl w:val="0"/>
          <w:numId w:val="62"/>
        </w:numPr>
        <w:tabs>
          <w:tab w:val="left" w:pos="224"/>
        </w:tabs>
        <w:spacing w:after="80" w:line="266" w:lineRule="auto"/>
        <w:ind w:left="220" w:hanging="220"/>
        <w:jc w:val="both"/>
        <w:rPr>
          <w:color w:val="auto"/>
          <w:sz w:val="24"/>
          <w:szCs w:val="24"/>
        </w:rPr>
      </w:pPr>
      <w:bookmarkStart w:id="989" w:name="bookmark4820"/>
      <w:bookmarkEnd w:id="989"/>
      <w:r>
        <w:rPr>
          <w:rStyle w:val="BodyTextChar1"/>
          <w:rFonts w:cs="Georgia"/>
        </w:rPr>
        <w:t>иметь опыт совместной творческой коллективной работы по созданию анимационного фильма.</w:t>
      </w:r>
    </w:p>
    <w:p w:rsidR="00F44E79" w:rsidRDefault="00F44E79">
      <w:pPr>
        <w:pStyle w:val="90"/>
        <w:spacing w:after="80"/>
        <w:rPr>
          <w:rFonts w:ascii="Courier New" w:hAnsi="Courier New" w:cs="Courier New"/>
          <w:b w:val="0"/>
          <w:bCs w:val="0"/>
          <w:color w:val="auto"/>
          <w:sz w:val="24"/>
          <w:szCs w:val="24"/>
        </w:rPr>
      </w:pPr>
      <w:r>
        <w:rPr>
          <w:rStyle w:val="9"/>
          <w:rFonts w:cs="Trebuchet MS"/>
          <w:b/>
        </w:rPr>
        <w:t>Изобразительное искусство на телевидении:</w:t>
      </w:r>
    </w:p>
    <w:p w:rsidR="00F44E79" w:rsidRDefault="00F44E79" w:rsidP="00E5323B">
      <w:pPr>
        <w:pStyle w:val="BodyText"/>
        <w:numPr>
          <w:ilvl w:val="0"/>
          <w:numId w:val="62"/>
        </w:numPr>
        <w:tabs>
          <w:tab w:val="left" w:pos="224"/>
        </w:tabs>
        <w:ind w:left="220" w:hanging="220"/>
        <w:jc w:val="both"/>
        <w:rPr>
          <w:color w:val="auto"/>
          <w:sz w:val="24"/>
          <w:szCs w:val="24"/>
        </w:rPr>
      </w:pPr>
      <w:bookmarkStart w:id="990" w:name="bookmark4821"/>
      <w:bookmarkEnd w:id="990"/>
      <w:r>
        <w:rPr>
          <w:rStyle w:val="BodyTextChar1"/>
          <w:rFonts w:cs="Georgia"/>
        </w:rPr>
        <w:t>объяснять особую роль и функции телевидения в жизни об</w:t>
      </w:r>
      <w:r>
        <w:rPr>
          <w:rStyle w:val="BodyTextChar1"/>
          <w:rFonts w:cs="Georgia"/>
        </w:rPr>
        <w:softHyphen/>
        <w:t>щества как экранного искусства и средства массовой инфор</w:t>
      </w:r>
      <w:r>
        <w:rPr>
          <w:rStyle w:val="BodyTextChar1"/>
          <w:rFonts w:cs="Georgia"/>
        </w:rPr>
        <w:softHyphen/>
        <w:t>мации, художественного и научного просвещения, развлече</w:t>
      </w:r>
      <w:r>
        <w:rPr>
          <w:rStyle w:val="BodyTextChar1"/>
          <w:rFonts w:cs="Georgia"/>
        </w:rPr>
        <w:softHyphen/>
        <w:t>ния и организации досуга;</w:t>
      </w:r>
    </w:p>
    <w:p w:rsidR="00F44E79" w:rsidRDefault="00F44E79" w:rsidP="00E5323B">
      <w:pPr>
        <w:pStyle w:val="BodyText"/>
        <w:numPr>
          <w:ilvl w:val="0"/>
          <w:numId w:val="62"/>
        </w:numPr>
        <w:tabs>
          <w:tab w:val="left" w:pos="224"/>
        </w:tabs>
        <w:ind w:left="220" w:hanging="220"/>
        <w:jc w:val="both"/>
        <w:rPr>
          <w:color w:val="auto"/>
          <w:sz w:val="24"/>
          <w:szCs w:val="24"/>
        </w:rPr>
      </w:pPr>
      <w:bookmarkStart w:id="991" w:name="bookmark4822"/>
      <w:bookmarkEnd w:id="991"/>
      <w:r>
        <w:rPr>
          <w:rStyle w:val="BodyTextChar1"/>
          <w:rFonts w:cs="Georgia"/>
        </w:rPr>
        <w:t>знать о создателе телевидения — русском инженере Влади</w:t>
      </w:r>
      <w:r>
        <w:rPr>
          <w:rStyle w:val="BodyTextChar1"/>
          <w:rFonts w:cs="Georgia"/>
        </w:rPr>
        <w:softHyphen/>
        <w:t>мире Зворыкине;</w:t>
      </w:r>
    </w:p>
    <w:p w:rsidR="00F44E79" w:rsidRDefault="00F44E79" w:rsidP="00E5323B">
      <w:pPr>
        <w:pStyle w:val="BodyText"/>
        <w:numPr>
          <w:ilvl w:val="0"/>
          <w:numId w:val="62"/>
        </w:numPr>
        <w:tabs>
          <w:tab w:val="left" w:pos="224"/>
        </w:tabs>
        <w:ind w:left="220" w:hanging="220"/>
        <w:jc w:val="both"/>
        <w:rPr>
          <w:color w:val="auto"/>
          <w:sz w:val="24"/>
          <w:szCs w:val="24"/>
        </w:rPr>
      </w:pPr>
      <w:bookmarkStart w:id="992" w:name="bookmark4823"/>
      <w:bookmarkEnd w:id="992"/>
      <w:r>
        <w:rPr>
          <w:rStyle w:val="BodyTextChar1"/>
          <w:rFonts w:cs="Georgia"/>
        </w:rPr>
        <w:t>осознавать роль телевидения в превращении мира в единое информационное пространство;</w:t>
      </w:r>
    </w:p>
    <w:p w:rsidR="00F44E79" w:rsidRDefault="00F44E79" w:rsidP="00E5323B">
      <w:pPr>
        <w:pStyle w:val="BodyText"/>
        <w:numPr>
          <w:ilvl w:val="0"/>
          <w:numId w:val="62"/>
        </w:numPr>
        <w:tabs>
          <w:tab w:val="left" w:pos="224"/>
        </w:tabs>
        <w:ind w:left="220" w:hanging="220"/>
        <w:jc w:val="both"/>
        <w:rPr>
          <w:color w:val="auto"/>
          <w:sz w:val="24"/>
          <w:szCs w:val="24"/>
        </w:rPr>
      </w:pPr>
      <w:bookmarkStart w:id="993" w:name="bookmark4824"/>
      <w:bookmarkEnd w:id="993"/>
      <w:r>
        <w:rPr>
          <w:rStyle w:val="BodyTextChar1"/>
          <w:rFonts w:cs="Georgia"/>
        </w:rPr>
        <w:t>иметь представление о многих направлениях деятельности и профессиях художника на телевидении;</w:t>
      </w:r>
    </w:p>
    <w:p w:rsidR="00F44E79" w:rsidRDefault="00F44E79" w:rsidP="00E5323B">
      <w:pPr>
        <w:pStyle w:val="BodyText"/>
        <w:numPr>
          <w:ilvl w:val="0"/>
          <w:numId w:val="62"/>
        </w:numPr>
        <w:tabs>
          <w:tab w:val="left" w:pos="224"/>
        </w:tabs>
        <w:ind w:left="220" w:hanging="220"/>
        <w:jc w:val="both"/>
        <w:rPr>
          <w:color w:val="auto"/>
          <w:sz w:val="24"/>
          <w:szCs w:val="24"/>
        </w:rPr>
      </w:pPr>
      <w:bookmarkStart w:id="994" w:name="bookmark4825"/>
      <w:bookmarkEnd w:id="994"/>
      <w:r>
        <w:rPr>
          <w:rStyle w:val="BodyTextChar1"/>
          <w:rFonts w:cs="Georgia"/>
        </w:rPr>
        <w:t>применять полученные знания и опыт творчества в работе школьного телевидения и студии мультимедиа;</w:t>
      </w:r>
    </w:p>
    <w:p w:rsidR="00F44E79" w:rsidRDefault="00F44E79" w:rsidP="00E5323B">
      <w:pPr>
        <w:pStyle w:val="BodyText"/>
        <w:numPr>
          <w:ilvl w:val="0"/>
          <w:numId w:val="62"/>
        </w:numPr>
        <w:tabs>
          <w:tab w:val="left" w:pos="224"/>
        </w:tabs>
        <w:ind w:left="220" w:hanging="220"/>
        <w:jc w:val="both"/>
        <w:rPr>
          <w:color w:val="auto"/>
          <w:sz w:val="24"/>
          <w:szCs w:val="24"/>
        </w:rPr>
      </w:pPr>
      <w:bookmarkStart w:id="995" w:name="bookmark4826"/>
      <w:bookmarkEnd w:id="995"/>
      <w:r>
        <w:rPr>
          <w:rStyle w:val="BodyTextChar1"/>
          <w:rFonts w:cs="Georgia"/>
        </w:rPr>
        <w:t>понимать образовательные задачи зрительской культуры и необходимость зрительских умений;</w:t>
      </w:r>
    </w:p>
    <w:p w:rsidR="00F44E79" w:rsidRDefault="00F44E79" w:rsidP="00E5323B">
      <w:pPr>
        <w:pStyle w:val="BodyText"/>
        <w:numPr>
          <w:ilvl w:val="0"/>
          <w:numId w:val="62"/>
        </w:numPr>
        <w:tabs>
          <w:tab w:val="left" w:pos="224"/>
        </w:tabs>
        <w:spacing w:after="80"/>
        <w:ind w:left="220" w:hanging="220"/>
        <w:jc w:val="both"/>
        <w:rPr>
          <w:color w:val="auto"/>
          <w:sz w:val="24"/>
          <w:szCs w:val="24"/>
        </w:rPr>
        <w:sectPr w:rsidR="00F44E79">
          <w:footnotePr>
            <w:numFmt w:val="upperRoman"/>
          </w:footnotePr>
          <w:pgSz w:w="7824" w:h="12019"/>
          <w:pgMar w:top="674" w:right="702" w:bottom="874" w:left="720" w:header="0" w:footer="3" w:gutter="0"/>
          <w:cols w:space="720"/>
          <w:noEndnote/>
          <w:docGrid w:linePitch="360"/>
        </w:sectPr>
      </w:pPr>
      <w:bookmarkStart w:id="996" w:name="bookmark4827"/>
      <w:bookmarkEnd w:id="996"/>
      <w:r>
        <w:rPr>
          <w:rStyle w:val="BodyTextChar1"/>
          <w:rFonts w:cs="Georgia"/>
        </w:rPr>
        <w:t>осознавать значение художественной культуры для личност</w:t>
      </w:r>
      <w:r>
        <w:rPr>
          <w:rStyle w:val="BodyTextChar1"/>
          <w:rFonts w:cs="Georgia"/>
        </w:rPr>
        <w:softHyphen/>
        <w:t>ного духовно-нравственного развития и самореализации, определять место и роль художественной деятельности в сво</w:t>
      </w:r>
      <w:r>
        <w:rPr>
          <w:rStyle w:val="BodyTextChar1"/>
          <w:rFonts w:cs="Georgia"/>
        </w:rPr>
        <w:softHyphen/>
        <w:t>ей жизни и в жизни общества.</w:t>
      </w:r>
    </w:p>
    <w:p w:rsidR="00F44E79" w:rsidRDefault="00F44E79" w:rsidP="001C7BA4">
      <w:pPr>
        <w:pStyle w:val="33"/>
        <w:keepNext/>
        <w:keepLines/>
        <w:numPr>
          <w:ilvl w:val="2"/>
          <w:numId w:val="131"/>
        </w:numPr>
        <w:pBdr>
          <w:bottom w:val="single" w:sz="4" w:space="0" w:color="auto"/>
        </w:pBdr>
        <w:tabs>
          <w:tab w:val="left" w:pos="754"/>
        </w:tabs>
        <w:spacing w:after="280" w:line="240" w:lineRule="auto"/>
        <w:rPr>
          <w:b w:val="0"/>
          <w:bCs w:val="0"/>
          <w:color w:val="auto"/>
          <w:sz w:val="24"/>
          <w:szCs w:val="24"/>
        </w:rPr>
      </w:pPr>
      <w:bookmarkStart w:id="997" w:name="bookmark4830"/>
      <w:bookmarkStart w:id="998" w:name="bookmark4828"/>
      <w:bookmarkStart w:id="999" w:name="bookmark4829"/>
      <w:bookmarkStart w:id="1000" w:name="bookmark4831"/>
      <w:bookmarkEnd w:id="997"/>
      <w:r>
        <w:rPr>
          <w:rStyle w:val="32"/>
          <w:rFonts w:cs="Arial"/>
          <w:b/>
          <w:sz w:val="19"/>
          <w:szCs w:val="19"/>
        </w:rPr>
        <w:t>МУЗЫКА</w:t>
      </w:r>
      <w:bookmarkEnd w:id="998"/>
      <w:bookmarkEnd w:id="999"/>
      <w:bookmarkEnd w:id="1000"/>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BodyTextChar1"/>
          <w:rFonts w:cs="Georgia"/>
        </w:rPr>
        <w:softHyphen/>
        <w:t>дарственном образовательном стандарте основного общего образования, с учётом:</w:t>
      </w:r>
    </w:p>
    <w:p w:rsidR="00F44E79" w:rsidRDefault="00F44E79" w:rsidP="00E5323B">
      <w:pPr>
        <w:pStyle w:val="BodyText"/>
        <w:numPr>
          <w:ilvl w:val="0"/>
          <w:numId w:val="62"/>
        </w:numPr>
        <w:tabs>
          <w:tab w:val="left" w:pos="207"/>
        </w:tabs>
        <w:spacing w:line="293" w:lineRule="auto"/>
        <w:ind w:left="240" w:hanging="240"/>
        <w:jc w:val="both"/>
        <w:rPr>
          <w:color w:val="auto"/>
          <w:sz w:val="24"/>
          <w:szCs w:val="24"/>
        </w:rPr>
      </w:pPr>
      <w:bookmarkStart w:id="1001" w:name="bookmark4832"/>
      <w:bookmarkEnd w:id="1001"/>
      <w:r>
        <w:rPr>
          <w:rStyle w:val="BodyTextChar1"/>
          <w:rFonts w:cs="Georgia"/>
        </w:rPr>
        <w:t>распределённых по модулям проверяемых требований к ре</w:t>
      </w:r>
      <w:r>
        <w:rPr>
          <w:rStyle w:val="BodyTextChar1"/>
          <w:rFonts w:cs="Georgia"/>
        </w:rPr>
        <w:softHyphen/>
        <w:t>зультатам освоения основной образовательной программы основного общего образования по предмету «Музыка»;</w:t>
      </w:r>
    </w:p>
    <w:p w:rsidR="00F44E79" w:rsidRDefault="00F44E79" w:rsidP="00FD4913">
      <w:pPr>
        <w:pStyle w:val="BodyText"/>
        <w:tabs>
          <w:tab w:val="left" w:pos="207"/>
        </w:tabs>
        <w:spacing w:after="280" w:line="360" w:lineRule="auto"/>
        <w:ind w:firstLine="0"/>
        <w:jc w:val="both"/>
        <w:rPr>
          <w:rStyle w:val="BodyTextChar1"/>
          <w:rFonts w:cs="Georgia"/>
        </w:rPr>
      </w:pPr>
      <w:bookmarkStart w:id="1002" w:name="bookmark4833"/>
      <w:bookmarkEnd w:id="1002"/>
    </w:p>
    <w:p w:rsidR="00F44E79" w:rsidRPr="00B718C7" w:rsidRDefault="00F44E79" w:rsidP="00D03D6E">
      <w:pPr>
        <w:ind w:firstLine="709"/>
        <w:jc w:val="both"/>
        <w:rPr>
          <w:rFonts w:ascii="Times New Roman" w:hAnsi="Times New Roman" w:cs="Times New Roman"/>
        </w:rPr>
      </w:pPr>
      <w:r w:rsidRPr="00533BC4">
        <w:rPr>
          <w:rFonts w:ascii="Times New Roman" w:hAnsi="Times New Roman" w:cs="Times New Roman"/>
          <w:b/>
        </w:rPr>
        <w:t>Основные линии содержания курса</w:t>
      </w:r>
      <w:r>
        <w:rPr>
          <w:rFonts w:ascii="Times New Roman" w:hAnsi="Times New Roman" w:cs="Times New Roman"/>
        </w:rPr>
        <w:t xml:space="preserve"> музыки в 5-8 классах представлены</w:t>
      </w:r>
      <w:r w:rsidRPr="00B718C7">
        <w:rPr>
          <w:rFonts w:ascii="Times New Roman" w:hAnsi="Times New Roman" w:cs="Times New Roman"/>
        </w:rPr>
        <w:t xml:space="preserve"> девятью модулями (темат</w:t>
      </w:r>
      <w:r>
        <w:rPr>
          <w:rFonts w:ascii="Times New Roman" w:hAnsi="Times New Roman" w:cs="Times New Roman"/>
        </w:rPr>
        <w:t>ическими линиями), обеспечиваю</w:t>
      </w:r>
      <w:r w:rsidRPr="00B718C7">
        <w:rPr>
          <w:rFonts w:ascii="Times New Roman" w:hAnsi="Times New Roman" w:cs="Times New Roman"/>
        </w:rPr>
        <w:t>щими преемственность с</w:t>
      </w:r>
      <w:r>
        <w:rPr>
          <w:rFonts w:ascii="Times New Roman" w:hAnsi="Times New Roman" w:cs="Times New Roman"/>
        </w:rPr>
        <w:t xml:space="preserve"> образовательной программой на</w:t>
      </w:r>
      <w:r w:rsidRPr="00B718C7">
        <w:rPr>
          <w:rFonts w:ascii="Times New Roman" w:hAnsi="Times New Roman" w:cs="Times New Roman"/>
        </w:rPr>
        <w:t>чального образования и непрерывность изучения предмета и образовательной области «Искусство» на протяжении всего курса школьного обучения:</w:t>
      </w:r>
    </w:p>
    <w:p w:rsidR="00F44E79" w:rsidRPr="00B718C7" w:rsidRDefault="00F44E79" w:rsidP="00D03D6E">
      <w:pPr>
        <w:ind w:firstLine="709"/>
        <w:jc w:val="both"/>
        <w:rPr>
          <w:rFonts w:ascii="Times New Roman" w:hAnsi="Times New Roman" w:cs="Times New Roman"/>
        </w:rPr>
      </w:pPr>
      <w:r w:rsidRPr="00B718C7">
        <w:rPr>
          <w:rFonts w:ascii="Times New Roman" w:hAnsi="Times New Roman" w:cs="Times New Roman"/>
        </w:rPr>
        <w:t>модуль № 1 «Музыка моего края»;</w:t>
      </w:r>
    </w:p>
    <w:p w:rsidR="00F44E79" w:rsidRDefault="00F44E79" w:rsidP="00D03D6E">
      <w:pPr>
        <w:ind w:firstLine="709"/>
        <w:jc w:val="both"/>
        <w:rPr>
          <w:rFonts w:ascii="Times New Roman" w:hAnsi="Times New Roman" w:cs="Times New Roman"/>
        </w:rPr>
      </w:pPr>
      <w:r w:rsidRPr="00B718C7">
        <w:rPr>
          <w:rFonts w:ascii="Times New Roman" w:hAnsi="Times New Roman" w:cs="Times New Roman"/>
        </w:rPr>
        <w:t xml:space="preserve">модуль № 2 «Народное музыкальное творчество России»; </w:t>
      </w:r>
    </w:p>
    <w:p w:rsidR="00F44E79" w:rsidRPr="00B718C7" w:rsidRDefault="00F44E79" w:rsidP="00D03D6E">
      <w:pPr>
        <w:ind w:firstLine="709"/>
        <w:jc w:val="both"/>
        <w:rPr>
          <w:rFonts w:ascii="Times New Roman" w:hAnsi="Times New Roman" w:cs="Times New Roman"/>
        </w:rPr>
      </w:pPr>
      <w:r w:rsidRPr="00B718C7">
        <w:rPr>
          <w:rFonts w:ascii="Times New Roman" w:hAnsi="Times New Roman" w:cs="Times New Roman"/>
        </w:rPr>
        <w:t>модуль № 3 «Музыка народов мира»;</w:t>
      </w:r>
    </w:p>
    <w:p w:rsidR="00F44E79" w:rsidRDefault="00F44E79" w:rsidP="00D03D6E">
      <w:pPr>
        <w:ind w:firstLine="709"/>
        <w:jc w:val="both"/>
        <w:rPr>
          <w:rFonts w:ascii="Times New Roman" w:hAnsi="Times New Roman" w:cs="Times New Roman"/>
        </w:rPr>
      </w:pPr>
      <w:r w:rsidRPr="00B718C7">
        <w:rPr>
          <w:rFonts w:ascii="Times New Roman" w:hAnsi="Times New Roman" w:cs="Times New Roman"/>
        </w:rPr>
        <w:t xml:space="preserve">модуль № 4 «Европейская классическая музыка»; </w:t>
      </w:r>
    </w:p>
    <w:p w:rsidR="00F44E79" w:rsidRPr="00B718C7" w:rsidRDefault="00F44E79" w:rsidP="00D03D6E">
      <w:pPr>
        <w:ind w:firstLine="709"/>
        <w:jc w:val="both"/>
        <w:rPr>
          <w:rFonts w:ascii="Times New Roman" w:hAnsi="Times New Roman" w:cs="Times New Roman"/>
        </w:rPr>
      </w:pPr>
      <w:r w:rsidRPr="00B718C7">
        <w:rPr>
          <w:rFonts w:ascii="Times New Roman" w:hAnsi="Times New Roman" w:cs="Times New Roman"/>
        </w:rPr>
        <w:t>модуль № 5 «Русская классическая музыка»;</w:t>
      </w:r>
    </w:p>
    <w:p w:rsidR="00F44E79" w:rsidRPr="00B718C7" w:rsidRDefault="00F44E79" w:rsidP="00D03D6E">
      <w:pPr>
        <w:ind w:firstLine="709"/>
        <w:jc w:val="both"/>
        <w:rPr>
          <w:rFonts w:ascii="Times New Roman" w:hAnsi="Times New Roman" w:cs="Times New Roman"/>
        </w:rPr>
      </w:pPr>
      <w:r w:rsidRPr="00B718C7">
        <w:rPr>
          <w:rFonts w:ascii="Times New Roman" w:hAnsi="Times New Roman" w:cs="Times New Roman"/>
        </w:rPr>
        <w:t>модуль № 6 «Истоки и о</w:t>
      </w:r>
      <w:r>
        <w:rPr>
          <w:rFonts w:ascii="Times New Roman" w:hAnsi="Times New Roman" w:cs="Times New Roman"/>
        </w:rPr>
        <w:t>бразы русской и европейской ду</w:t>
      </w:r>
      <w:r w:rsidRPr="00B718C7">
        <w:rPr>
          <w:rFonts w:ascii="Times New Roman" w:hAnsi="Times New Roman" w:cs="Times New Roman"/>
        </w:rPr>
        <w:t>ховной музыки»;</w:t>
      </w:r>
    </w:p>
    <w:p w:rsidR="00F44E79" w:rsidRPr="00B718C7" w:rsidRDefault="00F44E79" w:rsidP="00D03D6E">
      <w:pPr>
        <w:ind w:firstLine="709"/>
        <w:jc w:val="both"/>
        <w:rPr>
          <w:rFonts w:ascii="Times New Roman" w:hAnsi="Times New Roman" w:cs="Times New Roman"/>
        </w:rPr>
      </w:pPr>
      <w:r w:rsidRPr="00B718C7">
        <w:rPr>
          <w:rFonts w:ascii="Times New Roman" w:hAnsi="Times New Roman" w:cs="Times New Roman"/>
        </w:rPr>
        <w:t>модуль № 7 «Современн</w:t>
      </w:r>
      <w:r>
        <w:rPr>
          <w:rFonts w:ascii="Times New Roman" w:hAnsi="Times New Roman" w:cs="Times New Roman"/>
        </w:rPr>
        <w:t>ая музыка: основные жанры и на</w:t>
      </w:r>
      <w:r w:rsidRPr="00B718C7">
        <w:rPr>
          <w:rFonts w:ascii="Times New Roman" w:hAnsi="Times New Roman" w:cs="Times New Roman"/>
        </w:rPr>
        <w:t>правления»;</w:t>
      </w:r>
    </w:p>
    <w:p w:rsidR="00F44E79" w:rsidRDefault="00F44E79" w:rsidP="00D03D6E">
      <w:pPr>
        <w:ind w:firstLine="709"/>
        <w:jc w:val="both"/>
        <w:rPr>
          <w:rFonts w:ascii="Times New Roman" w:hAnsi="Times New Roman" w:cs="Times New Roman"/>
        </w:rPr>
      </w:pPr>
      <w:r w:rsidRPr="00B718C7">
        <w:rPr>
          <w:rFonts w:ascii="Times New Roman" w:hAnsi="Times New Roman" w:cs="Times New Roman"/>
        </w:rPr>
        <w:t xml:space="preserve">модуль № 8 «Связь музыки с другими видами искусства»; </w:t>
      </w:r>
    </w:p>
    <w:p w:rsidR="00F44E79" w:rsidRDefault="00F44E79" w:rsidP="00D03D6E">
      <w:pPr>
        <w:ind w:firstLine="709"/>
        <w:jc w:val="both"/>
        <w:rPr>
          <w:rFonts w:ascii="Times New Roman" w:hAnsi="Times New Roman" w:cs="Times New Roman"/>
        </w:rPr>
      </w:pPr>
      <w:r w:rsidRPr="00B718C7">
        <w:rPr>
          <w:rFonts w:ascii="Times New Roman" w:hAnsi="Times New Roman" w:cs="Times New Roman"/>
        </w:rPr>
        <w:t>модуль № 9 «Жанры музыкал</w:t>
      </w:r>
      <w:r>
        <w:rPr>
          <w:rFonts w:ascii="Times New Roman" w:hAnsi="Times New Roman" w:cs="Times New Roman"/>
        </w:rPr>
        <w:t>ьного искусства»</w:t>
      </w:r>
      <w:r w:rsidRPr="00B718C7">
        <w:rPr>
          <w:rFonts w:ascii="Times New Roman" w:hAnsi="Times New Roman" w:cs="Times New Roman"/>
        </w:rPr>
        <w:t>.</w:t>
      </w:r>
    </w:p>
    <w:p w:rsidR="00F44E79" w:rsidRPr="00C9716F" w:rsidRDefault="00F44E79" w:rsidP="00D03D6E">
      <w:pPr>
        <w:jc w:val="both"/>
        <w:rPr>
          <w:rFonts w:ascii="Times New Roman" w:hAnsi="Times New Roman" w:cs="Times New Roman"/>
        </w:rPr>
      </w:pPr>
      <w:r w:rsidRPr="00C9716F">
        <w:rPr>
          <w:rFonts w:ascii="Times New Roman" w:hAnsi="Times New Roman" w:cs="Times New Roman"/>
        </w:rPr>
        <w:t>М</w:t>
      </w:r>
      <w:r>
        <w:rPr>
          <w:rFonts w:ascii="Times New Roman" w:hAnsi="Times New Roman" w:cs="Times New Roman"/>
        </w:rPr>
        <w:t>ЕСТО УЧЕБНОГО ПРЕДМЕТА «МУЗЫ</w:t>
      </w:r>
      <w:r w:rsidRPr="00C9716F">
        <w:rPr>
          <w:rFonts w:ascii="Times New Roman" w:hAnsi="Times New Roman" w:cs="Times New Roman"/>
        </w:rPr>
        <w:t>КА» В УЧЕБНОМ ПЛАНЕ</w:t>
      </w:r>
    </w:p>
    <w:p w:rsidR="00F44E79" w:rsidRPr="00EC4635" w:rsidRDefault="00F44E79" w:rsidP="00D03D6E">
      <w:pPr>
        <w:ind w:firstLine="709"/>
        <w:jc w:val="both"/>
        <w:rPr>
          <w:rFonts w:ascii="Times New Roman" w:hAnsi="Times New Roman" w:cs="Times New Roman"/>
        </w:rPr>
      </w:pPr>
      <w:r w:rsidRPr="00EC4635">
        <w:rPr>
          <w:rFonts w:ascii="Times New Roman" w:hAnsi="Times New Roman" w:cs="Times New Roman"/>
        </w:rPr>
        <w:t>В соответствии с Федера</w:t>
      </w:r>
      <w:r>
        <w:rPr>
          <w:rFonts w:ascii="Times New Roman" w:hAnsi="Times New Roman" w:cs="Times New Roman"/>
        </w:rPr>
        <w:t>льным государственным образова</w:t>
      </w:r>
      <w:r w:rsidRPr="00EC4635">
        <w:rPr>
          <w:rFonts w:ascii="Times New Roman" w:hAnsi="Times New Roman" w:cs="Times New Roman"/>
        </w:rPr>
        <w:t>тельным стандартом основного общего образования учебный предмет «Музыка» вход</w:t>
      </w:r>
      <w:r>
        <w:rPr>
          <w:rFonts w:ascii="Times New Roman" w:hAnsi="Times New Roman" w:cs="Times New Roman"/>
        </w:rPr>
        <w:t>ит в предметную область «Искус</w:t>
      </w:r>
      <w:r w:rsidRPr="00EC4635">
        <w:rPr>
          <w:rFonts w:ascii="Times New Roman" w:hAnsi="Times New Roman" w:cs="Times New Roman"/>
        </w:rPr>
        <w:t>ство», является обязательным для изучения и преподаётся в основной школе с</w:t>
      </w:r>
      <w:r>
        <w:rPr>
          <w:rFonts w:ascii="Times New Roman" w:hAnsi="Times New Roman" w:cs="Times New Roman"/>
        </w:rPr>
        <w:t xml:space="preserve"> 5 по 8 класс включительно</w:t>
      </w:r>
      <w:r w:rsidRPr="00EC4635">
        <w:rPr>
          <w:rFonts w:ascii="Times New Roman" w:hAnsi="Times New Roman" w:cs="Times New Roman"/>
        </w:rPr>
        <w:t>.</w:t>
      </w:r>
    </w:p>
    <w:p w:rsidR="00F44E79" w:rsidRDefault="00F44E79" w:rsidP="00D03D6E">
      <w:pPr>
        <w:ind w:firstLine="709"/>
        <w:jc w:val="both"/>
        <w:rPr>
          <w:rFonts w:ascii="Times New Roman" w:hAnsi="Times New Roman" w:cs="Times New Roman"/>
        </w:rPr>
      </w:pPr>
      <w:r w:rsidRPr="00533BC4">
        <w:rPr>
          <w:rFonts w:ascii="Times New Roman" w:hAnsi="Times New Roman" w:cs="Times New Roman"/>
        </w:rPr>
        <w:t>Настоящей программой предусматривается выделение в уч</w:t>
      </w:r>
      <w:r>
        <w:rPr>
          <w:rFonts w:ascii="Times New Roman" w:hAnsi="Times New Roman" w:cs="Times New Roman"/>
        </w:rPr>
        <w:t>ебном плане на изучение музыки в 5-8</w:t>
      </w:r>
      <w:r w:rsidRPr="00533BC4">
        <w:rPr>
          <w:rFonts w:ascii="Times New Roman" w:hAnsi="Times New Roman" w:cs="Times New Roman"/>
        </w:rPr>
        <w:t xml:space="preserve"> классах </w:t>
      </w:r>
      <w:r>
        <w:rPr>
          <w:rFonts w:ascii="Times New Roman" w:hAnsi="Times New Roman" w:cs="Times New Roman"/>
        </w:rPr>
        <w:t>1 учебный час в неделю</w:t>
      </w:r>
      <w:r w:rsidRPr="00EC4635">
        <w:rPr>
          <w:rFonts w:ascii="Times New Roman" w:hAnsi="Times New Roman" w:cs="Times New Roman"/>
        </w:rPr>
        <w:t xml:space="preserve">. Общее количество </w:t>
      </w:r>
      <w:r>
        <w:rPr>
          <w:rFonts w:ascii="Times New Roman" w:hAnsi="Times New Roman" w:cs="Times New Roman"/>
        </w:rPr>
        <w:t>– 136 часов (по 34 часа в год)</w:t>
      </w:r>
      <w:r w:rsidRPr="00533BC4">
        <w:rPr>
          <w:rFonts w:ascii="Times New Roman" w:hAnsi="Times New Roman" w:cs="Times New Roman"/>
        </w:rPr>
        <w:t>.</w:t>
      </w:r>
    </w:p>
    <w:p w:rsidR="00F44E79" w:rsidRDefault="00F44E79" w:rsidP="00D03D6E">
      <w:pPr>
        <w:ind w:firstLine="709"/>
        <w:jc w:val="both"/>
        <w:rPr>
          <w:rFonts w:ascii="Times New Roman" w:hAnsi="Times New Roman" w:cs="Times New Roman"/>
        </w:rPr>
      </w:pPr>
    </w:p>
    <w:p w:rsidR="00F44E79" w:rsidRDefault="00F44E79" w:rsidP="00D03D6E">
      <w:pPr>
        <w:jc w:val="both"/>
        <w:rPr>
          <w:rFonts w:ascii="Times New Roman" w:hAnsi="Times New Roman" w:cs="Times New Roman"/>
        </w:rPr>
      </w:pPr>
      <w:r w:rsidRPr="00C9716F">
        <w:rPr>
          <w:rFonts w:ascii="Times New Roman" w:hAnsi="Times New Roman" w:cs="Times New Roman"/>
        </w:rPr>
        <w:t>ПЛАНИРУЕМЫЕ РЕЗУЛЬТАТЫ ОСВО</w:t>
      </w:r>
      <w:r>
        <w:rPr>
          <w:rFonts w:ascii="Times New Roman" w:hAnsi="Times New Roman" w:cs="Times New Roman"/>
        </w:rPr>
        <w:t>ЕНИЯ УЧЕБНОГО ПРЕДМЕТА «МУЗЫ</w:t>
      </w:r>
      <w:r w:rsidRPr="00C9716F">
        <w:rPr>
          <w:rFonts w:ascii="Times New Roman" w:hAnsi="Times New Roman" w:cs="Times New Roman"/>
        </w:rPr>
        <w:t xml:space="preserve">КА» НА УРОВНЕ ОСНОВНОГО ОБЩЕГО ОБРАЗОВАНИЯ </w:t>
      </w:r>
    </w:p>
    <w:p w:rsidR="00F44E79" w:rsidRDefault="00F44E79" w:rsidP="00D03D6E">
      <w:pPr>
        <w:ind w:firstLine="709"/>
        <w:jc w:val="both"/>
        <w:rPr>
          <w:rFonts w:ascii="Times New Roman" w:hAnsi="Times New Roman" w:cs="Times New Roman"/>
        </w:rPr>
      </w:pPr>
      <w:r w:rsidRPr="00A5745D">
        <w:rPr>
          <w:rFonts w:ascii="Times New Roman" w:hAnsi="Times New Roman"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w:t>
      </w:r>
      <w:r>
        <w:rPr>
          <w:rFonts w:ascii="Times New Roman" w:hAnsi="Times New Roman" w:cs="Times New Roman"/>
        </w:rPr>
        <w:t>ых, метапредметных и предметных</w:t>
      </w:r>
      <w:r w:rsidRPr="00A5745D">
        <w:rPr>
          <w:rFonts w:ascii="Times New Roman" w:hAnsi="Times New Roman" w:cs="Times New Roman"/>
        </w:rPr>
        <w:t>.</w:t>
      </w:r>
    </w:p>
    <w:p w:rsidR="00F44E79" w:rsidRDefault="00F44E79" w:rsidP="00D03D6E">
      <w:pPr>
        <w:ind w:firstLine="709"/>
        <w:jc w:val="both"/>
        <w:rPr>
          <w:rFonts w:ascii="Times New Roman" w:hAnsi="Times New Roman" w:cs="Times New Roman"/>
        </w:rPr>
      </w:pPr>
    </w:p>
    <w:p w:rsidR="00F44E79" w:rsidRDefault="00F44E79" w:rsidP="00D03D6E">
      <w:pPr>
        <w:jc w:val="both"/>
        <w:rPr>
          <w:rFonts w:ascii="Times New Roman" w:hAnsi="Times New Roman" w:cs="Times New Roman"/>
        </w:rPr>
      </w:pPr>
      <w:r w:rsidRPr="00C9716F">
        <w:rPr>
          <w:rFonts w:ascii="Times New Roman" w:hAnsi="Times New Roman" w:cs="Times New Roman"/>
        </w:rPr>
        <w:t xml:space="preserve">ЛИЧНОСТНЫЕ РЕЗУЛЬТАТЫ </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w:t>
      </w:r>
      <w:r>
        <w:rPr>
          <w:rFonts w:ascii="Times New Roman" w:hAnsi="Times New Roman" w:cs="Times New Roman"/>
        </w:rPr>
        <w:t>й и внеурочной деятельности. Они должны отражать готов</w:t>
      </w:r>
      <w:r w:rsidRPr="00A95AEB">
        <w:rPr>
          <w:rFonts w:ascii="Times New Roman" w:hAnsi="Times New Roman" w:cs="Times New Roman"/>
        </w:rPr>
        <w:t>ность обучающихся руководствоваться системой позитивных ценностных ориентаций, в том числе в части:</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1</w:t>
      </w:r>
      <w:r w:rsidRPr="00A95AEB">
        <w:rPr>
          <w:rFonts w:ascii="Times New Roman" w:hAnsi="Times New Roman" w:cs="Times New Roman"/>
        </w:rPr>
        <w:t>. Патриотического воспитания:</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осознание российской гражданской идентичности в поли- культурном и многоконфессиональном обществе; знание Гимна России и традиций</w:t>
      </w:r>
      <w:r>
        <w:rPr>
          <w:rFonts w:ascii="Times New Roman" w:hAnsi="Times New Roman" w:cs="Times New Roman"/>
        </w:rPr>
        <w:t xml:space="preserve"> его исполнения, уважение музы</w:t>
      </w:r>
      <w:r w:rsidRPr="00A95AEB">
        <w:rPr>
          <w:rFonts w:ascii="Times New Roman" w:hAnsi="Times New Roman" w:cs="Times New Roman"/>
        </w:rPr>
        <w:t>кальных символов респуб</w:t>
      </w:r>
      <w:r>
        <w:rPr>
          <w:rFonts w:ascii="Times New Roman" w:hAnsi="Times New Roman" w:cs="Times New Roman"/>
        </w:rPr>
        <w:t>лик Российской Федерации и дру</w:t>
      </w:r>
      <w:r w:rsidRPr="00A95AEB">
        <w:rPr>
          <w:rFonts w:ascii="Times New Roman" w:hAnsi="Times New Roman" w:cs="Times New Roman"/>
        </w:rPr>
        <w:t>гих стран мира; проявлени</w:t>
      </w:r>
      <w:r>
        <w:rPr>
          <w:rFonts w:ascii="Times New Roman" w:hAnsi="Times New Roman" w:cs="Times New Roman"/>
        </w:rPr>
        <w:t>е интереса к освоению музыкаль</w:t>
      </w:r>
      <w:r w:rsidRPr="00A95AEB">
        <w:rPr>
          <w:rFonts w:ascii="Times New Roman" w:hAnsi="Times New Roman" w:cs="Times New Roman"/>
        </w:rPr>
        <w:t>ных традиций своего края, музыкальной культуры народов России; знание достижений отечественных музыкантов, их вклада в мировую музыкал</w:t>
      </w:r>
      <w:r>
        <w:rPr>
          <w:rFonts w:ascii="Times New Roman" w:hAnsi="Times New Roman" w:cs="Times New Roman"/>
        </w:rPr>
        <w:t>ьную культуру; интерес к изуче</w:t>
      </w:r>
      <w:r w:rsidRPr="00A95AEB">
        <w:rPr>
          <w:rFonts w:ascii="Times New Roman" w:hAnsi="Times New Roman" w:cs="Times New Roman"/>
        </w:rPr>
        <w:t>нию истории отечественн</w:t>
      </w:r>
      <w:r>
        <w:rPr>
          <w:rFonts w:ascii="Times New Roman" w:hAnsi="Times New Roman" w:cs="Times New Roman"/>
        </w:rPr>
        <w:t>ой музыкальной культуры; стрем</w:t>
      </w:r>
      <w:r w:rsidRPr="00A95AEB">
        <w:rPr>
          <w:rFonts w:ascii="Times New Roman" w:hAnsi="Times New Roman" w:cs="Times New Roman"/>
        </w:rPr>
        <w:t>ление развивать и сохранять музыкальную кул</w:t>
      </w:r>
      <w:r>
        <w:rPr>
          <w:rFonts w:ascii="Times New Roman" w:hAnsi="Times New Roman" w:cs="Times New Roman"/>
        </w:rPr>
        <w:t>ьтуру своей страны, своего края</w:t>
      </w:r>
      <w:r w:rsidRPr="00A95AEB">
        <w:rPr>
          <w:rFonts w:ascii="Times New Roman" w:hAnsi="Times New Roman" w:cs="Times New Roman"/>
        </w:rPr>
        <w:t>.</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2</w:t>
      </w:r>
      <w:r w:rsidRPr="00A95AEB">
        <w:rPr>
          <w:rFonts w:ascii="Times New Roman" w:hAnsi="Times New Roman" w:cs="Times New Roman"/>
        </w:rPr>
        <w:t>. Гражданского воспитания:</w:t>
      </w:r>
    </w:p>
    <w:p w:rsidR="00F44E79" w:rsidRDefault="00F44E79" w:rsidP="00D03D6E">
      <w:pPr>
        <w:ind w:firstLine="709"/>
        <w:jc w:val="both"/>
        <w:rPr>
          <w:rFonts w:ascii="Times New Roman" w:hAnsi="Times New Roman" w:cs="Times New Roman"/>
        </w:rPr>
      </w:pPr>
      <w:r w:rsidRPr="00A95AEB">
        <w:rPr>
          <w:rFonts w:ascii="Times New Roman" w:hAnsi="Times New Roman" w:cs="Times New Roman"/>
        </w:rPr>
        <w:t>готовность к выполнению</w:t>
      </w:r>
      <w:r>
        <w:rPr>
          <w:rFonts w:ascii="Times New Roman" w:hAnsi="Times New Roman" w:cs="Times New Roman"/>
        </w:rPr>
        <w:t xml:space="preserve"> обязанностей гражданина и реа</w:t>
      </w:r>
      <w:r w:rsidRPr="00A95AEB">
        <w:rPr>
          <w:rFonts w:ascii="Times New Roman" w:hAnsi="Times New Roman" w:cs="Times New Roman"/>
        </w:rPr>
        <w:t>лизации его прав, уважени</w:t>
      </w:r>
      <w:r>
        <w:rPr>
          <w:rFonts w:ascii="Times New Roman" w:hAnsi="Times New Roman" w:cs="Times New Roman"/>
        </w:rPr>
        <w:t>е прав, свобод и законных инте</w:t>
      </w:r>
      <w:r w:rsidRPr="00A95AEB">
        <w:rPr>
          <w:rFonts w:ascii="Times New Roman" w:hAnsi="Times New Roman" w:cs="Times New Roman"/>
        </w:rPr>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w:t>
      </w:r>
      <w:r>
        <w:rPr>
          <w:rFonts w:ascii="Times New Roman" w:hAnsi="Times New Roman" w:cs="Times New Roman"/>
        </w:rPr>
        <w:t>вное участие в музыкально-куль</w:t>
      </w:r>
      <w:r w:rsidRPr="00A95AEB">
        <w:rPr>
          <w:rFonts w:ascii="Times New Roman" w:hAnsi="Times New Roman" w:cs="Times New Roman"/>
        </w:rPr>
        <w:t>турной жизни семьи, образ</w:t>
      </w:r>
      <w:r>
        <w:rPr>
          <w:rFonts w:ascii="Times New Roman" w:hAnsi="Times New Roman" w:cs="Times New Roman"/>
        </w:rPr>
        <w:t>овательной организации, местно</w:t>
      </w:r>
      <w:r w:rsidRPr="00A95AEB">
        <w:rPr>
          <w:rFonts w:ascii="Times New Roman" w:hAnsi="Times New Roman" w:cs="Times New Roman"/>
        </w:rPr>
        <w:t>го сообщества, родного края, страны, в том ч</w:t>
      </w:r>
      <w:r>
        <w:rPr>
          <w:rFonts w:ascii="Times New Roman" w:hAnsi="Times New Roman" w:cs="Times New Roman"/>
        </w:rPr>
        <w:t>исле в каче</w:t>
      </w:r>
      <w:r w:rsidRPr="00A95AEB">
        <w:rPr>
          <w:rFonts w:ascii="Times New Roman" w:hAnsi="Times New Roman" w:cs="Times New Roman"/>
        </w:rPr>
        <w:t>стве участников творческ</w:t>
      </w:r>
      <w:r>
        <w:rPr>
          <w:rFonts w:ascii="Times New Roman" w:hAnsi="Times New Roman" w:cs="Times New Roman"/>
        </w:rPr>
        <w:t>их конкурсов и фестивалей, кон</w:t>
      </w:r>
      <w:r w:rsidRPr="00A95AEB">
        <w:rPr>
          <w:rFonts w:ascii="Times New Roman" w:hAnsi="Times New Roman" w:cs="Times New Roman"/>
        </w:rPr>
        <w:t>цертов, культурно-просветительских акций, в качестве волонтёр</w:t>
      </w:r>
      <w:r>
        <w:rPr>
          <w:rFonts w:ascii="Times New Roman" w:hAnsi="Times New Roman" w:cs="Times New Roman"/>
        </w:rPr>
        <w:t>а в дни праздничных мероприятий</w:t>
      </w:r>
      <w:r w:rsidRPr="00A95AEB">
        <w:rPr>
          <w:rFonts w:ascii="Times New Roman" w:hAnsi="Times New Roman" w:cs="Times New Roman"/>
        </w:rPr>
        <w:t>.</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3</w:t>
      </w:r>
      <w:r w:rsidRPr="00A95AEB">
        <w:rPr>
          <w:rFonts w:ascii="Times New Roman" w:hAnsi="Times New Roman" w:cs="Times New Roman"/>
        </w:rPr>
        <w:t>. Духовно-нравственного воспитания:</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ориентация на моральные ценности и нормы в ситуациях нравственного выбора; го</w:t>
      </w:r>
      <w:r>
        <w:rPr>
          <w:rFonts w:ascii="Times New Roman" w:hAnsi="Times New Roman" w:cs="Times New Roman"/>
        </w:rPr>
        <w:t>товность воспринимать музыкаль</w:t>
      </w:r>
      <w:r w:rsidRPr="00A95AEB">
        <w:rPr>
          <w:rFonts w:ascii="Times New Roman" w:hAnsi="Times New Roman" w:cs="Times New Roman"/>
        </w:rPr>
        <w:t>ное искусство с учётом моральных и духовных ценностей этического и религиозного</w:t>
      </w:r>
      <w:r>
        <w:rPr>
          <w:rFonts w:ascii="Times New Roman" w:hAnsi="Times New Roman" w:cs="Times New Roman"/>
        </w:rPr>
        <w:t xml:space="preserve"> контекста, социально-историче</w:t>
      </w:r>
      <w:r w:rsidRPr="00A95AEB">
        <w:rPr>
          <w:rFonts w:ascii="Times New Roman" w:hAnsi="Times New Roman" w:cs="Times New Roman"/>
        </w:rPr>
        <w:t>ских особенностей этики и</w:t>
      </w:r>
      <w:r>
        <w:rPr>
          <w:rFonts w:ascii="Times New Roman" w:hAnsi="Times New Roman" w:cs="Times New Roman"/>
        </w:rPr>
        <w:t xml:space="preserve"> эстетики; придерживаться прин</w:t>
      </w:r>
      <w:r w:rsidRPr="00A95AEB">
        <w:rPr>
          <w:rFonts w:ascii="Times New Roman" w:hAnsi="Times New Roman" w:cs="Times New Roman"/>
        </w:rPr>
        <w:t>ципов справедливости, вза</w:t>
      </w:r>
      <w:r>
        <w:rPr>
          <w:rFonts w:ascii="Times New Roman" w:hAnsi="Times New Roman" w:cs="Times New Roman"/>
        </w:rPr>
        <w:t>имопомощи и творческого сотруд</w:t>
      </w:r>
      <w:r w:rsidRPr="00A95AEB">
        <w:rPr>
          <w:rFonts w:ascii="Times New Roman" w:hAnsi="Times New Roman" w:cs="Times New Roman"/>
        </w:rPr>
        <w:t>ничества в процессе непосредственной музыкальной и учеб- ной деятельности, при подготовке внеклассных к</w:t>
      </w:r>
      <w:r>
        <w:rPr>
          <w:rFonts w:ascii="Times New Roman" w:hAnsi="Times New Roman" w:cs="Times New Roman"/>
        </w:rPr>
        <w:t>онцертов, фестивалей, конкурсов</w:t>
      </w:r>
      <w:r w:rsidRPr="00A95AEB">
        <w:rPr>
          <w:rFonts w:ascii="Times New Roman" w:hAnsi="Times New Roman" w:cs="Times New Roman"/>
        </w:rPr>
        <w:t>.</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4</w:t>
      </w:r>
      <w:r w:rsidRPr="00A95AEB">
        <w:rPr>
          <w:rFonts w:ascii="Times New Roman" w:hAnsi="Times New Roman" w:cs="Times New Roman"/>
        </w:rPr>
        <w:t>. Эстетического воспитания:</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восприимчивость к различным видам искусства, умение видеть прекрасное в окру</w:t>
      </w:r>
      <w:r>
        <w:rPr>
          <w:rFonts w:ascii="Times New Roman" w:hAnsi="Times New Roman" w:cs="Times New Roman"/>
        </w:rPr>
        <w:t>жающей действительности, готов</w:t>
      </w:r>
      <w:r w:rsidRPr="00A95AEB">
        <w:rPr>
          <w:rFonts w:ascii="Times New Roman" w:hAnsi="Times New Roman" w:cs="Times New Roman"/>
        </w:rPr>
        <w:t>ность прислушиваться к пр</w:t>
      </w:r>
      <w:r>
        <w:rPr>
          <w:rFonts w:ascii="Times New Roman" w:hAnsi="Times New Roman" w:cs="Times New Roman"/>
        </w:rPr>
        <w:t>ироде, людям, самому себе; осо</w:t>
      </w:r>
      <w:r w:rsidRPr="00A95AEB">
        <w:rPr>
          <w:rFonts w:ascii="Times New Roman" w:hAnsi="Times New Roman" w:cs="Times New Roman"/>
        </w:rPr>
        <w:t xml:space="preserve">знание ценности творчества, таланта; осознание важности музыкального искусства </w:t>
      </w:r>
      <w:r>
        <w:rPr>
          <w:rFonts w:ascii="Times New Roman" w:hAnsi="Times New Roman" w:cs="Times New Roman"/>
        </w:rPr>
        <w:t>как средства коммуникации и са</w:t>
      </w:r>
      <w:r w:rsidRPr="00A95AEB">
        <w:rPr>
          <w:rFonts w:ascii="Times New Roman" w:hAnsi="Times New Roman" w:cs="Times New Roman"/>
        </w:rPr>
        <w:t>мовыражения; понимание це</w:t>
      </w:r>
      <w:r>
        <w:rPr>
          <w:rFonts w:ascii="Times New Roman" w:hAnsi="Times New Roman" w:cs="Times New Roman"/>
        </w:rPr>
        <w:t>нности отечественного и миро</w:t>
      </w:r>
      <w:r w:rsidRPr="00A95AEB">
        <w:rPr>
          <w:rFonts w:ascii="Times New Roman" w:hAnsi="Times New Roman" w:cs="Times New Roman"/>
        </w:rPr>
        <w:t>вого искусства, роли этнических культурных традиций и народного творчества; ст</w:t>
      </w:r>
      <w:r>
        <w:rPr>
          <w:rFonts w:ascii="Times New Roman" w:hAnsi="Times New Roman" w:cs="Times New Roman"/>
        </w:rPr>
        <w:t>ремление к самовыражению в раз</w:t>
      </w:r>
      <w:r w:rsidRPr="00A95AEB">
        <w:rPr>
          <w:rFonts w:ascii="Times New Roman" w:hAnsi="Times New Roman" w:cs="Times New Roman"/>
        </w:rPr>
        <w:t>ных видах искусства .</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5</w:t>
      </w:r>
      <w:r w:rsidRPr="00A95AEB">
        <w:rPr>
          <w:rFonts w:ascii="Times New Roman" w:hAnsi="Times New Roman" w:cs="Times New Roman"/>
        </w:rPr>
        <w:t>. Ценности научного познания:</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ориентация в деятельнос</w:t>
      </w:r>
      <w:r>
        <w:rPr>
          <w:rFonts w:ascii="Times New Roman" w:hAnsi="Times New Roman" w:cs="Times New Roman"/>
        </w:rPr>
        <w:t>ти на современную систему науч</w:t>
      </w:r>
      <w:r w:rsidRPr="00A95AEB">
        <w:rPr>
          <w:rFonts w:ascii="Times New Roman" w:hAnsi="Times New Roman" w:cs="Times New Roman"/>
        </w:rPr>
        <w:t>ных представлений об основных закономерностях развития человека, природы и общества, взаимосвязях человека с природной, социальной, к</w:t>
      </w:r>
      <w:r>
        <w:rPr>
          <w:rFonts w:ascii="Times New Roman" w:hAnsi="Times New Roman" w:cs="Times New Roman"/>
        </w:rPr>
        <w:t>ультурной средой; овладение му</w:t>
      </w:r>
      <w:r w:rsidRPr="00A95AEB">
        <w:rPr>
          <w:rFonts w:ascii="Times New Roman" w:hAnsi="Times New Roman" w:cs="Times New Roman"/>
        </w:rPr>
        <w:t xml:space="preserve">зыкальным языком, навыками познания </w:t>
      </w:r>
      <w:r>
        <w:rPr>
          <w:rFonts w:ascii="Times New Roman" w:hAnsi="Times New Roman" w:cs="Times New Roman"/>
        </w:rPr>
        <w:t>музыки как искус</w:t>
      </w:r>
      <w:r w:rsidRPr="00A95AEB">
        <w:rPr>
          <w:rFonts w:ascii="Times New Roman" w:hAnsi="Times New Roman" w:cs="Times New Roman"/>
        </w:rPr>
        <w:t>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w:t>
      </w:r>
      <w:r>
        <w:rPr>
          <w:rFonts w:ascii="Times New Roman" w:hAnsi="Times New Roman" w:cs="Times New Roman"/>
        </w:rPr>
        <w:t>усства, использование доступно</w:t>
      </w:r>
      <w:r w:rsidRPr="00A95AEB">
        <w:rPr>
          <w:rFonts w:ascii="Times New Roman" w:hAnsi="Times New Roman" w:cs="Times New Roman"/>
        </w:rPr>
        <w:t>го объёма специальной терминологии .</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6</w:t>
      </w:r>
      <w:r w:rsidRPr="00A95AEB">
        <w:rPr>
          <w:rFonts w:ascii="Times New Roman" w:hAnsi="Times New Roman" w:cs="Times New Roman"/>
        </w:rPr>
        <w:t>. Физического воспита</w:t>
      </w:r>
      <w:r>
        <w:rPr>
          <w:rFonts w:ascii="Times New Roman" w:hAnsi="Times New Roman" w:cs="Times New Roman"/>
        </w:rPr>
        <w:t>ния, формирования культуры здо</w:t>
      </w:r>
      <w:r w:rsidRPr="00A95AEB">
        <w:rPr>
          <w:rFonts w:ascii="Times New Roman" w:hAnsi="Times New Roman" w:cs="Times New Roman"/>
        </w:rPr>
        <w:t>ровья и эмоционального благополучия:</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осознание ценности жиз</w:t>
      </w:r>
      <w:r>
        <w:rPr>
          <w:rFonts w:ascii="Times New Roman" w:hAnsi="Times New Roman" w:cs="Times New Roman"/>
        </w:rPr>
        <w:t>ни с опорой на собственный жиз</w:t>
      </w:r>
      <w:r w:rsidRPr="00A95AEB">
        <w:rPr>
          <w:rFonts w:ascii="Times New Roman" w:hAnsi="Times New Roman" w:cs="Times New Roman"/>
        </w:rPr>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w:t>
      </w:r>
      <w:r>
        <w:rPr>
          <w:rFonts w:ascii="Times New Roman" w:hAnsi="Times New Roman" w:cs="Times New Roman"/>
        </w:rPr>
        <w:t xml:space="preserve"> и эмоциональное состояние дру</w:t>
      </w:r>
      <w:r w:rsidRPr="00A95AEB">
        <w:rPr>
          <w:rFonts w:ascii="Times New Roman" w:hAnsi="Times New Roman" w:cs="Times New Roman"/>
        </w:rPr>
        <w:t>гих, использовать адекватные интонационные средства для выражения своего состояния,</w:t>
      </w:r>
      <w:r>
        <w:rPr>
          <w:rFonts w:ascii="Times New Roman" w:hAnsi="Times New Roman" w:cs="Times New Roman"/>
        </w:rPr>
        <w:t xml:space="preserve"> в том числе в процессе повсед</w:t>
      </w:r>
      <w:r w:rsidRPr="00A95AEB">
        <w:rPr>
          <w:rFonts w:ascii="Times New Roman" w:hAnsi="Times New Roman" w:cs="Times New Roman"/>
        </w:rPr>
        <w:t>невного общения;</w:t>
      </w:r>
      <w:r>
        <w:rPr>
          <w:rFonts w:ascii="Times New Roman" w:hAnsi="Times New Roman" w:cs="Times New Roman"/>
        </w:rPr>
        <w:t xml:space="preserve"> </w:t>
      </w:r>
      <w:r w:rsidRPr="00A95AEB">
        <w:rPr>
          <w:rFonts w:ascii="Times New Roman" w:hAnsi="Times New Roman" w:cs="Times New Roman"/>
        </w:rPr>
        <w:t>сформированность навыков рефлексии,</w:t>
      </w:r>
      <w:r>
        <w:rPr>
          <w:rFonts w:ascii="Times New Roman" w:hAnsi="Times New Roman" w:cs="Times New Roman"/>
        </w:rPr>
        <w:t xml:space="preserve"> </w:t>
      </w:r>
      <w:r w:rsidRPr="00A95AEB">
        <w:rPr>
          <w:rFonts w:ascii="Times New Roman" w:hAnsi="Times New Roman" w:cs="Times New Roman"/>
        </w:rPr>
        <w:t xml:space="preserve">признание своего права на </w:t>
      </w:r>
      <w:r>
        <w:rPr>
          <w:rFonts w:ascii="Times New Roman" w:hAnsi="Times New Roman" w:cs="Times New Roman"/>
        </w:rPr>
        <w:t>ошибку и такого же права другого человека</w:t>
      </w:r>
      <w:r w:rsidRPr="00A95AEB">
        <w:rPr>
          <w:rFonts w:ascii="Times New Roman" w:hAnsi="Times New Roman" w:cs="Times New Roman"/>
        </w:rPr>
        <w:t>.</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7</w:t>
      </w:r>
      <w:r w:rsidRPr="00A95AEB">
        <w:rPr>
          <w:rFonts w:ascii="Times New Roman" w:hAnsi="Times New Roman" w:cs="Times New Roman"/>
        </w:rPr>
        <w:t>. Трудового воспитания:</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 xml:space="preserve">установка на посильное активное участие в практической деятельности; трудолюбие в </w:t>
      </w:r>
      <w:r>
        <w:rPr>
          <w:rFonts w:ascii="Times New Roman" w:hAnsi="Times New Roman" w:cs="Times New Roman"/>
        </w:rPr>
        <w:t>учёбе, настойчивость в достиже</w:t>
      </w:r>
      <w:r w:rsidRPr="00A95AEB">
        <w:rPr>
          <w:rFonts w:ascii="Times New Roman" w:hAnsi="Times New Roman" w:cs="Times New Roman"/>
        </w:rPr>
        <w:t>нии поставленных целей;</w:t>
      </w:r>
      <w:r>
        <w:rPr>
          <w:rFonts w:ascii="Times New Roman" w:hAnsi="Times New Roman" w:cs="Times New Roman"/>
        </w:rPr>
        <w:t xml:space="preserve"> интерес к практическому изуче</w:t>
      </w:r>
      <w:r w:rsidRPr="00A95AEB">
        <w:rPr>
          <w:rFonts w:ascii="Times New Roman" w:hAnsi="Times New Roman" w:cs="Times New Roman"/>
        </w:rPr>
        <w:t>нию профессий в сфере культуры и искусства; уважение к труду и результатам трудовой деятель</w:t>
      </w:r>
      <w:r>
        <w:rPr>
          <w:rFonts w:ascii="Times New Roman" w:hAnsi="Times New Roman" w:cs="Times New Roman"/>
        </w:rPr>
        <w:t>ности</w:t>
      </w:r>
      <w:r w:rsidRPr="00A95AEB">
        <w:rPr>
          <w:rFonts w:ascii="Times New Roman" w:hAnsi="Times New Roman" w:cs="Times New Roman"/>
        </w:rPr>
        <w:t>.</w:t>
      </w:r>
    </w:p>
    <w:p w:rsidR="00F44E79" w:rsidRPr="00A95AEB" w:rsidRDefault="00F44E79" w:rsidP="00D03D6E">
      <w:pPr>
        <w:ind w:firstLine="709"/>
        <w:jc w:val="both"/>
        <w:rPr>
          <w:rFonts w:ascii="Times New Roman" w:hAnsi="Times New Roman" w:cs="Times New Roman"/>
        </w:rPr>
      </w:pPr>
      <w:r>
        <w:rPr>
          <w:rFonts w:ascii="Times New Roman" w:hAnsi="Times New Roman" w:cs="Times New Roman"/>
        </w:rPr>
        <w:t>8</w:t>
      </w:r>
      <w:r w:rsidRPr="00A95AEB">
        <w:rPr>
          <w:rFonts w:ascii="Times New Roman" w:hAnsi="Times New Roman" w:cs="Times New Roman"/>
        </w:rPr>
        <w:t>. Экологического воспитания:</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участие в эколо</w:t>
      </w:r>
      <w:r>
        <w:rPr>
          <w:rFonts w:ascii="Times New Roman" w:hAnsi="Times New Roman" w:cs="Times New Roman"/>
        </w:rPr>
        <w:t>гических проектах через различ</w:t>
      </w:r>
      <w:r w:rsidRPr="00A95AEB">
        <w:rPr>
          <w:rFonts w:ascii="Times New Roman" w:hAnsi="Times New Roman" w:cs="Times New Roman"/>
        </w:rPr>
        <w:t>ны</w:t>
      </w:r>
      <w:r>
        <w:rPr>
          <w:rFonts w:ascii="Times New Roman" w:hAnsi="Times New Roman" w:cs="Times New Roman"/>
        </w:rPr>
        <w:t>е формы музыкального творчества</w:t>
      </w:r>
      <w:r w:rsidRPr="00A95AEB">
        <w:rPr>
          <w:rFonts w:ascii="Times New Roman" w:hAnsi="Times New Roman" w:cs="Times New Roman"/>
        </w:rPr>
        <w:t>.</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Личностные результаты</w:t>
      </w:r>
      <w:r>
        <w:rPr>
          <w:rFonts w:ascii="Times New Roman" w:hAnsi="Times New Roman" w:cs="Times New Roman"/>
        </w:rPr>
        <w:t>, обеспечивающие адаптацию обу</w:t>
      </w:r>
      <w:r w:rsidRPr="00A95AEB">
        <w:rPr>
          <w:rFonts w:ascii="Times New Roman" w:hAnsi="Times New Roman" w:cs="Times New Roman"/>
        </w:rPr>
        <w:t>чающегося к изменяющ</w:t>
      </w:r>
      <w:r>
        <w:rPr>
          <w:rFonts w:ascii="Times New Roman" w:hAnsi="Times New Roman" w:cs="Times New Roman"/>
        </w:rPr>
        <w:t>имся условиям социальной и при</w:t>
      </w:r>
      <w:r w:rsidRPr="00A95AEB">
        <w:rPr>
          <w:rFonts w:ascii="Times New Roman" w:hAnsi="Times New Roman" w:cs="Times New Roman"/>
        </w:rPr>
        <w:t>родной среды:</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 xml:space="preserve">освоение обучающимися </w:t>
      </w:r>
      <w:r>
        <w:rPr>
          <w:rFonts w:ascii="Times New Roman" w:hAnsi="Times New Roman" w:cs="Times New Roman"/>
        </w:rPr>
        <w:t>социального опыта, основных со</w:t>
      </w:r>
      <w:r w:rsidRPr="00A95AEB">
        <w:rPr>
          <w:rFonts w:ascii="Times New Roman" w:hAnsi="Times New Roman" w:cs="Times New Roman"/>
        </w:rPr>
        <w:t>циальных ролей, норм и правил общественного поведения, форм социальной жизни, включая семью, группы, с</w:t>
      </w:r>
      <w:r>
        <w:rPr>
          <w:rFonts w:ascii="Times New Roman" w:hAnsi="Times New Roman" w:cs="Times New Roman"/>
        </w:rPr>
        <w:t>форми</w:t>
      </w:r>
      <w:r w:rsidRPr="00A95AEB">
        <w:rPr>
          <w:rFonts w:ascii="Times New Roman" w:hAnsi="Times New Roman" w:cs="Times New Roman"/>
        </w:rPr>
        <w:t>рованные в учебной иссл</w:t>
      </w:r>
      <w:r>
        <w:rPr>
          <w:rFonts w:ascii="Times New Roman" w:hAnsi="Times New Roman" w:cs="Times New Roman"/>
        </w:rPr>
        <w:t>едовательской и творческой дея</w:t>
      </w:r>
      <w:r w:rsidRPr="00A95AEB">
        <w:rPr>
          <w:rFonts w:ascii="Times New Roman" w:hAnsi="Times New Roman" w:cs="Times New Roman"/>
        </w:rPr>
        <w:t>тельности, а также в рамках социального взаимодействия с людьми из другой культурной среды;</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стремление перенимат</w:t>
      </w:r>
      <w:r>
        <w:rPr>
          <w:rFonts w:ascii="Times New Roman" w:hAnsi="Times New Roman" w:cs="Times New Roman"/>
        </w:rPr>
        <w:t>ь опыт, учиться у других людей –</w:t>
      </w:r>
      <w:r w:rsidRPr="00A95AEB">
        <w:rPr>
          <w:rFonts w:ascii="Times New Roman" w:hAnsi="Times New Roman" w:cs="Times New Roman"/>
        </w:rPr>
        <w:t xml:space="preserve"> как взрослых, так и сверстников, в том числе в ра</w:t>
      </w:r>
      <w:r>
        <w:rPr>
          <w:rFonts w:ascii="Times New Roman" w:hAnsi="Times New Roman" w:cs="Times New Roman"/>
        </w:rPr>
        <w:t>знообраз</w:t>
      </w:r>
      <w:r w:rsidRPr="00A95AEB">
        <w:rPr>
          <w:rFonts w:ascii="Times New Roman" w:hAnsi="Times New Roman" w:cs="Times New Roman"/>
        </w:rPr>
        <w:t>ных проявлениях творчес</w:t>
      </w:r>
      <w:r>
        <w:rPr>
          <w:rFonts w:ascii="Times New Roman" w:hAnsi="Times New Roman" w:cs="Times New Roman"/>
        </w:rPr>
        <w:t>тва, овладения различными навы</w:t>
      </w:r>
      <w:r w:rsidRPr="00A95AEB">
        <w:rPr>
          <w:rFonts w:ascii="Times New Roman" w:hAnsi="Times New Roman" w:cs="Times New Roman"/>
        </w:rPr>
        <w:t>ками в сфере музыкального и других видов искусства;</w:t>
      </w:r>
    </w:p>
    <w:p w:rsidR="00F44E79" w:rsidRPr="00A95AEB" w:rsidRDefault="00F44E79" w:rsidP="00D03D6E">
      <w:pPr>
        <w:ind w:firstLine="709"/>
        <w:jc w:val="both"/>
        <w:rPr>
          <w:rFonts w:ascii="Times New Roman" w:hAnsi="Times New Roman" w:cs="Times New Roman"/>
        </w:rPr>
      </w:pPr>
      <w:r w:rsidRPr="00A95AEB">
        <w:rPr>
          <w:rFonts w:ascii="Times New Roman" w:hAnsi="Times New Roman"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w:t>
      </w:r>
      <w:r>
        <w:rPr>
          <w:rFonts w:ascii="Times New Roman" w:hAnsi="Times New Roman" w:cs="Times New Roman"/>
        </w:rPr>
        <w:t>едвидеть ход событий, об</w:t>
      </w:r>
      <w:r w:rsidRPr="00A95AEB">
        <w:rPr>
          <w:rFonts w:ascii="Times New Roman" w:hAnsi="Times New Roman" w:cs="Times New Roman"/>
        </w:rPr>
        <w:t>ращать внимание на перс</w:t>
      </w:r>
      <w:r>
        <w:rPr>
          <w:rFonts w:ascii="Times New Roman" w:hAnsi="Times New Roman" w:cs="Times New Roman"/>
        </w:rPr>
        <w:t>пективные тенденции и направле</w:t>
      </w:r>
      <w:r w:rsidRPr="00A95AEB">
        <w:rPr>
          <w:rFonts w:ascii="Times New Roman" w:hAnsi="Times New Roman" w:cs="Times New Roman"/>
        </w:rPr>
        <w:t>ния развития культуры и социума;</w:t>
      </w:r>
    </w:p>
    <w:p w:rsidR="00F44E79" w:rsidRDefault="00F44E79" w:rsidP="00D03D6E">
      <w:pPr>
        <w:ind w:firstLine="709"/>
        <w:jc w:val="both"/>
        <w:rPr>
          <w:rFonts w:ascii="Times New Roman" w:hAnsi="Times New Roman" w:cs="Times New Roman"/>
        </w:rPr>
      </w:pPr>
      <w:r w:rsidRPr="00A95AEB">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w:t>
      </w:r>
      <w:r>
        <w:rPr>
          <w:rFonts w:ascii="Times New Roman" w:hAnsi="Times New Roman" w:cs="Times New Roman"/>
        </w:rPr>
        <w:t>и психо-эмоциональными ресурса</w:t>
      </w:r>
      <w:r w:rsidRPr="00A95AEB">
        <w:rPr>
          <w:rFonts w:ascii="Times New Roman" w:hAnsi="Times New Roman" w:cs="Times New Roman"/>
        </w:rPr>
        <w:t>ми в стр</w:t>
      </w:r>
      <w:r>
        <w:rPr>
          <w:rFonts w:ascii="Times New Roman" w:hAnsi="Times New Roman" w:cs="Times New Roman"/>
        </w:rPr>
        <w:t>ессовой ситуации, воля к победе</w:t>
      </w:r>
      <w:r w:rsidRPr="00A95AEB">
        <w:rPr>
          <w:rFonts w:ascii="Times New Roman" w:hAnsi="Times New Roman" w:cs="Times New Roman"/>
        </w:rPr>
        <w:t>.</w:t>
      </w:r>
    </w:p>
    <w:p w:rsidR="00F44E79" w:rsidRPr="00A95AEB" w:rsidRDefault="00F44E79" w:rsidP="00D03D6E">
      <w:pPr>
        <w:ind w:firstLine="709"/>
        <w:jc w:val="both"/>
        <w:rPr>
          <w:rFonts w:ascii="Times New Roman" w:hAnsi="Times New Roman" w:cs="Times New Roman"/>
        </w:rPr>
      </w:pPr>
    </w:p>
    <w:p w:rsidR="00F44E79" w:rsidRDefault="00F44E79" w:rsidP="00D03D6E">
      <w:pPr>
        <w:jc w:val="both"/>
        <w:rPr>
          <w:rFonts w:ascii="Times New Roman" w:hAnsi="Times New Roman" w:cs="Times New Roman"/>
        </w:rPr>
      </w:pPr>
      <w:r w:rsidRPr="00C9716F">
        <w:rPr>
          <w:rFonts w:ascii="Times New Roman" w:hAnsi="Times New Roman" w:cs="Times New Roman"/>
        </w:rPr>
        <w:t xml:space="preserve">МЕТАПРЕДМЕТНЫЕ РЕЗУЛЬТАТЫ </w:t>
      </w:r>
    </w:p>
    <w:p w:rsidR="00F44E79"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Метапредметные результ</w:t>
      </w:r>
      <w:r>
        <w:rPr>
          <w:rFonts w:ascii="Times New Roman" w:hAnsi="Times New Roman"/>
          <w:sz w:val="24"/>
          <w:szCs w:val="24"/>
        </w:rPr>
        <w:t>аты освоения основной образова</w:t>
      </w:r>
      <w:r w:rsidRPr="00836BD7">
        <w:rPr>
          <w:rFonts w:ascii="Times New Roman" w:hAnsi="Times New Roman"/>
          <w:sz w:val="24"/>
          <w:szCs w:val="24"/>
        </w:rPr>
        <w:t>тельной программы, фо</w:t>
      </w:r>
      <w:r>
        <w:rPr>
          <w:rFonts w:ascii="Times New Roman" w:hAnsi="Times New Roman"/>
          <w:sz w:val="24"/>
          <w:szCs w:val="24"/>
        </w:rPr>
        <w:t xml:space="preserve">рмируемые при изучении предмета </w:t>
      </w:r>
      <w:r w:rsidRPr="00836BD7">
        <w:rPr>
          <w:rFonts w:ascii="Times New Roman" w:hAnsi="Times New Roman"/>
          <w:sz w:val="24"/>
          <w:szCs w:val="24"/>
        </w:rPr>
        <w:t>«Музыка»:</w:t>
      </w:r>
    </w:p>
    <w:p w:rsidR="00F44E79" w:rsidRPr="00836BD7" w:rsidRDefault="00F44E79" w:rsidP="00D03D6E">
      <w:pPr>
        <w:pStyle w:val="ListParagraph"/>
        <w:spacing w:after="0"/>
        <w:ind w:left="0" w:firstLine="709"/>
        <w:jc w:val="both"/>
        <w:rPr>
          <w:rFonts w:ascii="Times New Roman" w:hAnsi="Times New Roman"/>
          <w:sz w:val="24"/>
          <w:szCs w:val="24"/>
        </w:rPr>
      </w:pPr>
      <w:r>
        <w:rPr>
          <w:rFonts w:ascii="Times New Roman" w:hAnsi="Times New Roman"/>
          <w:sz w:val="24"/>
          <w:szCs w:val="24"/>
        </w:rPr>
        <w:t>1</w:t>
      </w:r>
      <w:r w:rsidRPr="00836BD7">
        <w:rPr>
          <w:rFonts w:ascii="Times New Roman" w:hAnsi="Times New Roman"/>
          <w:sz w:val="24"/>
          <w:szCs w:val="24"/>
        </w:rPr>
        <w:t>. Овладение универсальны</w:t>
      </w:r>
      <w:r>
        <w:rPr>
          <w:rFonts w:ascii="Times New Roman" w:hAnsi="Times New Roman"/>
          <w:sz w:val="24"/>
          <w:szCs w:val="24"/>
        </w:rPr>
        <w:t>ми познавательными действия</w:t>
      </w:r>
      <w:r w:rsidRPr="00836BD7">
        <w:rPr>
          <w:rFonts w:ascii="Times New Roman" w:hAnsi="Times New Roman"/>
          <w:sz w:val="24"/>
          <w:szCs w:val="24"/>
        </w:rPr>
        <w:t>ми</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Базовые логические действия:</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устанавливать сущест</w:t>
      </w:r>
      <w:r>
        <w:rPr>
          <w:rFonts w:ascii="Times New Roman" w:hAnsi="Times New Roman"/>
          <w:sz w:val="24"/>
          <w:szCs w:val="24"/>
        </w:rPr>
        <w:t>венные признаки для классифика</w:t>
      </w:r>
      <w:r w:rsidRPr="00836BD7">
        <w:rPr>
          <w:rFonts w:ascii="Times New Roman" w:hAnsi="Times New Roman"/>
          <w:sz w:val="24"/>
          <w:szCs w:val="24"/>
        </w:rPr>
        <w:t>ции музыкальных явлений</w:t>
      </w:r>
      <w:r>
        <w:rPr>
          <w:rFonts w:ascii="Times New Roman" w:hAnsi="Times New Roman"/>
          <w:sz w:val="24"/>
          <w:szCs w:val="24"/>
        </w:rPr>
        <w:t>, выбирать основания для анали</w:t>
      </w:r>
      <w:r w:rsidRPr="00836BD7">
        <w:rPr>
          <w:rFonts w:ascii="Times New Roman" w:hAnsi="Times New Roman"/>
          <w:sz w:val="24"/>
          <w:szCs w:val="24"/>
        </w:rPr>
        <w:t>за, сравнения и обобщения отдельных интонаций, мелодий и ритмов, других элементов музыкального языка;</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сопоставлять, сравнивать</w:t>
      </w:r>
      <w:r>
        <w:rPr>
          <w:rFonts w:ascii="Times New Roman" w:hAnsi="Times New Roman"/>
          <w:sz w:val="24"/>
          <w:szCs w:val="24"/>
        </w:rPr>
        <w:t xml:space="preserve"> на основании существенных при</w:t>
      </w:r>
      <w:r w:rsidRPr="00836BD7">
        <w:rPr>
          <w:rFonts w:ascii="Times New Roman" w:hAnsi="Times New Roman"/>
          <w:sz w:val="24"/>
          <w:szCs w:val="24"/>
        </w:rPr>
        <w:t>знаков произведения, жа</w:t>
      </w:r>
      <w:r>
        <w:rPr>
          <w:rFonts w:ascii="Times New Roman" w:hAnsi="Times New Roman"/>
          <w:sz w:val="24"/>
          <w:szCs w:val="24"/>
        </w:rPr>
        <w:t>нры и стили музыкального и дру</w:t>
      </w:r>
      <w:r w:rsidRPr="00836BD7">
        <w:rPr>
          <w:rFonts w:ascii="Times New Roman" w:hAnsi="Times New Roman"/>
          <w:sz w:val="24"/>
          <w:szCs w:val="24"/>
        </w:rPr>
        <w:t>гих видов искусства;</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обнаруживать взаимны</w:t>
      </w:r>
      <w:r>
        <w:rPr>
          <w:rFonts w:ascii="Times New Roman" w:hAnsi="Times New Roman"/>
          <w:sz w:val="24"/>
          <w:szCs w:val="24"/>
        </w:rPr>
        <w:t>е влияния отдельных видов, жан</w:t>
      </w:r>
      <w:r w:rsidRPr="00836BD7">
        <w:rPr>
          <w:rFonts w:ascii="Times New Roman" w:hAnsi="Times New Roman"/>
          <w:sz w:val="24"/>
          <w:szCs w:val="24"/>
        </w:rPr>
        <w:t xml:space="preserve">ров и стилей музыки друг </w:t>
      </w:r>
      <w:r>
        <w:rPr>
          <w:rFonts w:ascii="Times New Roman" w:hAnsi="Times New Roman"/>
          <w:sz w:val="24"/>
          <w:szCs w:val="24"/>
        </w:rPr>
        <w:t>на друга, формулировать гипоте</w:t>
      </w:r>
      <w:r w:rsidRPr="00836BD7">
        <w:rPr>
          <w:rFonts w:ascii="Times New Roman" w:hAnsi="Times New Roman"/>
          <w:sz w:val="24"/>
          <w:szCs w:val="24"/>
        </w:rPr>
        <w:t>зы о взаимосвязях;</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выявлять общее и особе</w:t>
      </w:r>
      <w:r>
        <w:rPr>
          <w:rFonts w:ascii="Times New Roman" w:hAnsi="Times New Roman"/>
          <w:sz w:val="24"/>
          <w:szCs w:val="24"/>
        </w:rPr>
        <w:t>нное, закономерности и противо</w:t>
      </w:r>
      <w:r w:rsidRPr="00836BD7">
        <w:rPr>
          <w:rFonts w:ascii="Times New Roman" w:hAnsi="Times New Roman"/>
          <w:sz w:val="24"/>
          <w:szCs w:val="24"/>
        </w:rPr>
        <w:t>речия в комплексе выразительных средств, используемых при создании музыкальног</w:t>
      </w:r>
      <w:r>
        <w:rPr>
          <w:rFonts w:ascii="Times New Roman" w:hAnsi="Times New Roman"/>
          <w:sz w:val="24"/>
          <w:szCs w:val="24"/>
        </w:rPr>
        <w:t>о образа конкретного произведе</w:t>
      </w:r>
      <w:r w:rsidRPr="00836BD7">
        <w:rPr>
          <w:rFonts w:ascii="Times New Roman" w:hAnsi="Times New Roman"/>
          <w:sz w:val="24"/>
          <w:szCs w:val="24"/>
        </w:rPr>
        <w:t>ния, жанра, стиля;</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выявлять и характеризо</w:t>
      </w:r>
      <w:r>
        <w:rPr>
          <w:rFonts w:ascii="Times New Roman" w:hAnsi="Times New Roman"/>
          <w:sz w:val="24"/>
          <w:szCs w:val="24"/>
        </w:rPr>
        <w:t>вать существенные признаки кон</w:t>
      </w:r>
      <w:r w:rsidRPr="00836BD7">
        <w:rPr>
          <w:rFonts w:ascii="Times New Roman" w:hAnsi="Times New Roman"/>
          <w:sz w:val="24"/>
          <w:szCs w:val="24"/>
        </w:rPr>
        <w:t>кретного музыкального звучания;</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самостоятельно обобщат</w:t>
      </w:r>
      <w:r>
        <w:rPr>
          <w:rFonts w:ascii="Times New Roman" w:hAnsi="Times New Roman"/>
          <w:sz w:val="24"/>
          <w:szCs w:val="24"/>
        </w:rPr>
        <w:t>ь и формулировать выводы по ре</w:t>
      </w:r>
      <w:r w:rsidRPr="00836BD7">
        <w:rPr>
          <w:rFonts w:ascii="Times New Roman" w:hAnsi="Times New Roman"/>
          <w:sz w:val="24"/>
          <w:szCs w:val="24"/>
        </w:rPr>
        <w:t>зультатам проведённого слухового наблюдения-исследования .</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Базовые исследовательские действия:</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следовать внутренним слухом за развитием музыкального процесса, «наблюдать» звучание музыки;</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использовать вопросы как исследовательский инструмент познания;</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формулировать собстве</w:t>
      </w:r>
      <w:r>
        <w:rPr>
          <w:rFonts w:ascii="Times New Roman" w:hAnsi="Times New Roman"/>
          <w:sz w:val="24"/>
          <w:szCs w:val="24"/>
        </w:rPr>
        <w:t>нные вопросы, фиксирующие несо</w:t>
      </w:r>
      <w:r w:rsidRPr="00836BD7">
        <w:rPr>
          <w:rFonts w:ascii="Times New Roman" w:hAnsi="Times New Roman"/>
          <w:sz w:val="24"/>
          <w:szCs w:val="24"/>
        </w:rPr>
        <w:t>ответствие между реальным и желательным состоянием учебной ситуации, восприятия, исполнения музыки;</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составлять алгоритм дейс</w:t>
      </w:r>
      <w:r>
        <w:rPr>
          <w:rFonts w:ascii="Times New Roman" w:hAnsi="Times New Roman"/>
          <w:sz w:val="24"/>
          <w:szCs w:val="24"/>
        </w:rPr>
        <w:t>твий и использовать его для ре</w:t>
      </w:r>
      <w:r w:rsidRPr="00836BD7">
        <w:rPr>
          <w:rFonts w:ascii="Times New Roman" w:hAnsi="Times New Roman"/>
          <w:sz w:val="24"/>
          <w:szCs w:val="24"/>
        </w:rPr>
        <w:t>шения учебных, в том числе исполнительских и творческих задач;</w:t>
      </w:r>
    </w:p>
    <w:p w:rsidR="00F44E79" w:rsidRPr="00836BD7"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проводить по самосто</w:t>
      </w:r>
      <w:r>
        <w:rPr>
          <w:rFonts w:ascii="Times New Roman" w:hAnsi="Times New Roman"/>
          <w:sz w:val="24"/>
          <w:szCs w:val="24"/>
        </w:rPr>
        <w:t>ятельно составленному плану не</w:t>
      </w:r>
      <w:r w:rsidRPr="00836BD7">
        <w:rPr>
          <w:rFonts w:ascii="Times New Roman" w:hAnsi="Times New Roman"/>
          <w:sz w:val="24"/>
          <w:szCs w:val="24"/>
        </w:rPr>
        <w:t>большое исследование по у</w:t>
      </w:r>
      <w:r>
        <w:rPr>
          <w:rFonts w:ascii="Times New Roman" w:hAnsi="Times New Roman"/>
          <w:sz w:val="24"/>
          <w:szCs w:val="24"/>
        </w:rPr>
        <w:t>становлению особенностей музык</w:t>
      </w:r>
      <w:r w:rsidRPr="00836BD7">
        <w:rPr>
          <w:rFonts w:ascii="Times New Roman" w:hAnsi="Times New Roman"/>
          <w:sz w:val="24"/>
          <w:szCs w:val="24"/>
        </w:rPr>
        <w:t>ально-языковых единиц, сравнению художественных пр</w:t>
      </w:r>
      <w:r>
        <w:rPr>
          <w:rFonts w:ascii="Times New Roman" w:hAnsi="Times New Roman"/>
          <w:sz w:val="24"/>
          <w:szCs w:val="24"/>
        </w:rPr>
        <w:t>о</w:t>
      </w:r>
      <w:r w:rsidRPr="00836BD7">
        <w:rPr>
          <w:rFonts w:ascii="Times New Roman" w:hAnsi="Times New Roman"/>
          <w:sz w:val="24"/>
          <w:szCs w:val="24"/>
        </w:rPr>
        <w:t>цессов, музыкальных явлений, культурных объектов между собой;</w:t>
      </w:r>
    </w:p>
    <w:p w:rsidR="00F44E79" w:rsidRDefault="00F44E79" w:rsidP="00D03D6E">
      <w:pPr>
        <w:pStyle w:val="ListParagraph"/>
        <w:spacing w:after="0"/>
        <w:ind w:left="0" w:firstLine="709"/>
        <w:jc w:val="both"/>
        <w:rPr>
          <w:rFonts w:ascii="Times New Roman" w:hAnsi="Times New Roman"/>
          <w:sz w:val="24"/>
          <w:szCs w:val="24"/>
        </w:rPr>
      </w:pPr>
      <w:r w:rsidRPr="00836BD7">
        <w:rPr>
          <w:rFonts w:ascii="Times New Roman" w:hAnsi="Times New Roman"/>
          <w:sz w:val="24"/>
          <w:szCs w:val="24"/>
        </w:rPr>
        <w:t>самостоятельно формулировать обобщения и выводы по результатам проведённого н</w:t>
      </w:r>
      <w:r>
        <w:rPr>
          <w:rFonts w:ascii="Times New Roman" w:hAnsi="Times New Roman"/>
          <w:sz w:val="24"/>
          <w:szCs w:val="24"/>
        </w:rPr>
        <w:t>аблюдения, слухового исследования</w:t>
      </w:r>
      <w:r w:rsidRPr="00836BD7">
        <w:rPr>
          <w:rFonts w:ascii="Times New Roman" w:hAnsi="Times New Roman"/>
          <w:sz w:val="24"/>
          <w:szCs w:val="24"/>
        </w:rPr>
        <w:t>.</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Работа с информацией:</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понимать специфику р</w:t>
      </w:r>
      <w:r>
        <w:rPr>
          <w:rFonts w:ascii="Times New Roman" w:hAnsi="Times New Roman"/>
          <w:sz w:val="24"/>
          <w:szCs w:val="24"/>
        </w:rPr>
        <w:t>аботы с аудиоинформацией, музы</w:t>
      </w:r>
      <w:r w:rsidRPr="00D80A93">
        <w:rPr>
          <w:rFonts w:ascii="Times New Roman" w:hAnsi="Times New Roman"/>
          <w:sz w:val="24"/>
          <w:szCs w:val="24"/>
        </w:rPr>
        <w:t>кальными записями;</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использовать интонирование для запоминания звуковой информации, музыкальных произведений;</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использовать смысловое</w:t>
      </w:r>
      <w:r>
        <w:rPr>
          <w:rFonts w:ascii="Times New Roman" w:hAnsi="Times New Roman"/>
          <w:sz w:val="24"/>
          <w:szCs w:val="24"/>
        </w:rPr>
        <w:t xml:space="preserve"> чтение для извлечения, обобще</w:t>
      </w:r>
      <w:r w:rsidRPr="00D80A93">
        <w:rPr>
          <w:rFonts w:ascii="Times New Roman" w:hAnsi="Times New Roman"/>
          <w:sz w:val="24"/>
          <w:szCs w:val="24"/>
        </w:rPr>
        <w:t>ния и систематизации информации из одного или неск</w:t>
      </w:r>
      <w:r>
        <w:rPr>
          <w:rFonts w:ascii="Times New Roman" w:hAnsi="Times New Roman"/>
          <w:sz w:val="24"/>
          <w:szCs w:val="24"/>
        </w:rPr>
        <w:t>оль</w:t>
      </w:r>
      <w:r w:rsidRPr="00D80A93">
        <w:rPr>
          <w:rFonts w:ascii="Times New Roman" w:hAnsi="Times New Roman"/>
          <w:sz w:val="24"/>
          <w:szCs w:val="24"/>
        </w:rPr>
        <w:t>ких источников с учётом поставленных целей;</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оценивать надёжность и</w:t>
      </w:r>
      <w:r>
        <w:rPr>
          <w:rFonts w:ascii="Times New Roman" w:hAnsi="Times New Roman"/>
          <w:sz w:val="24"/>
          <w:szCs w:val="24"/>
        </w:rPr>
        <w:t>нформации по критериям, предло</w:t>
      </w:r>
      <w:r w:rsidRPr="00D80A93">
        <w:rPr>
          <w:rFonts w:ascii="Times New Roman" w:hAnsi="Times New Roman"/>
          <w:sz w:val="24"/>
          <w:szCs w:val="24"/>
        </w:rPr>
        <w:t>женным учителем или сформулированным самостоятельно;</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различать тексты информ</w:t>
      </w:r>
      <w:r>
        <w:rPr>
          <w:rFonts w:ascii="Times New Roman" w:hAnsi="Times New Roman"/>
          <w:sz w:val="24"/>
          <w:szCs w:val="24"/>
        </w:rPr>
        <w:t>ационного и художественного со</w:t>
      </w:r>
      <w:r w:rsidRPr="00D80A93">
        <w:rPr>
          <w:rFonts w:ascii="Times New Roman" w:hAnsi="Times New Roman"/>
          <w:sz w:val="24"/>
          <w:szCs w:val="24"/>
        </w:rPr>
        <w:t xml:space="preserve">держания, трансформировать, интерпретировать </w:t>
      </w:r>
      <w:r>
        <w:rPr>
          <w:rFonts w:ascii="Times New Roman" w:hAnsi="Times New Roman"/>
          <w:sz w:val="24"/>
          <w:szCs w:val="24"/>
        </w:rPr>
        <w:t>их в соот</w:t>
      </w:r>
      <w:r w:rsidRPr="00D80A93">
        <w:rPr>
          <w:rFonts w:ascii="Times New Roman" w:hAnsi="Times New Roman"/>
          <w:sz w:val="24"/>
          <w:szCs w:val="24"/>
        </w:rPr>
        <w:t>ветствии с учебной задачей;</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самостоятельно выбират</w:t>
      </w:r>
      <w:r>
        <w:rPr>
          <w:rFonts w:ascii="Times New Roman" w:hAnsi="Times New Roman"/>
          <w:sz w:val="24"/>
          <w:szCs w:val="24"/>
        </w:rPr>
        <w:t>ь оптимальную форму представле</w:t>
      </w:r>
      <w:r w:rsidRPr="00D80A93">
        <w:rPr>
          <w:rFonts w:ascii="Times New Roman" w:hAnsi="Times New Roman"/>
          <w:sz w:val="24"/>
          <w:szCs w:val="24"/>
        </w:rPr>
        <w:t>ния информации (текст, та</w:t>
      </w:r>
      <w:r>
        <w:rPr>
          <w:rFonts w:ascii="Times New Roman" w:hAnsi="Times New Roman"/>
          <w:sz w:val="24"/>
          <w:szCs w:val="24"/>
        </w:rPr>
        <w:t>блица, схема, презентация, театрализация и др</w:t>
      </w:r>
      <w:r w:rsidRPr="00D80A93">
        <w:rPr>
          <w:rFonts w:ascii="Times New Roman" w:hAnsi="Times New Roman"/>
          <w:sz w:val="24"/>
          <w:szCs w:val="24"/>
        </w:rPr>
        <w:t>.) в зави</w:t>
      </w:r>
      <w:r>
        <w:rPr>
          <w:rFonts w:ascii="Times New Roman" w:hAnsi="Times New Roman"/>
          <w:sz w:val="24"/>
          <w:szCs w:val="24"/>
        </w:rPr>
        <w:t>симости от коммуникативной установки</w:t>
      </w:r>
      <w:r w:rsidRPr="00D80A93">
        <w:rPr>
          <w:rFonts w:ascii="Times New Roman" w:hAnsi="Times New Roman"/>
          <w:sz w:val="24"/>
          <w:szCs w:val="24"/>
        </w:rPr>
        <w:t>.</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Овладение системой универсальных познава</w:t>
      </w:r>
      <w:r>
        <w:rPr>
          <w:rFonts w:ascii="Times New Roman" w:hAnsi="Times New Roman"/>
          <w:sz w:val="24"/>
          <w:szCs w:val="24"/>
        </w:rPr>
        <w:t>тельных дей</w:t>
      </w:r>
      <w:r w:rsidRPr="00D80A93">
        <w:rPr>
          <w:rFonts w:ascii="Times New Roman" w:hAnsi="Times New Roman"/>
          <w:sz w:val="24"/>
          <w:szCs w:val="24"/>
        </w:rPr>
        <w:t>ствий обеспечивает сформированность когнитивных навыков обучающихся, в том числе р</w:t>
      </w:r>
      <w:r>
        <w:rPr>
          <w:rFonts w:ascii="Times New Roman" w:hAnsi="Times New Roman"/>
          <w:sz w:val="24"/>
          <w:szCs w:val="24"/>
        </w:rPr>
        <w:t>азвитие специфического типа ин</w:t>
      </w:r>
      <w:r w:rsidRPr="00D80A93">
        <w:rPr>
          <w:rFonts w:ascii="Times New Roman" w:hAnsi="Times New Roman"/>
          <w:sz w:val="24"/>
          <w:szCs w:val="24"/>
        </w:rPr>
        <w:t xml:space="preserve">теллектуальной деятельности </w:t>
      </w:r>
      <w:r>
        <w:rPr>
          <w:rFonts w:ascii="Times New Roman" w:hAnsi="Times New Roman"/>
          <w:sz w:val="24"/>
          <w:szCs w:val="24"/>
        </w:rPr>
        <w:t>– музыкального мышления</w:t>
      </w:r>
      <w:r w:rsidRPr="00D80A93">
        <w:rPr>
          <w:rFonts w:ascii="Times New Roman" w:hAnsi="Times New Roman"/>
          <w:sz w:val="24"/>
          <w:szCs w:val="24"/>
        </w:rPr>
        <w:t>.</w:t>
      </w:r>
    </w:p>
    <w:p w:rsidR="00F44E79" w:rsidRPr="00D80A93" w:rsidRDefault="00F44E79" w:rsidP="00D03D6E">
      <w:pPr>
        <w:pStyle w:val="ListParagraph"/>
        <w:spacing w:after="0"/>
        <w:ind w:left="0" w:firstLine="709"/>
        <w:jc w:val="both"/>
        <w:rPr>
          <w:rFonts w:ascii="Times New Roman" w:hAnsi="Times New Roman"/>
          <w:sz w:val="24"/>
          <w:szCs w:val="24"/>
        </w:rPr>
      </w:pPr>
      <w:r>
        <w:rPr>
          <w:rFonts w:ascii="Times New Roman" w:hAnsi="Times New Roman"/>
          <w:sz w:val="24"/>
          <w:szCs w:val="24"/>
        </w:rPr>
        <w:t>2</w:t>
      </w:r>
      <w:r w:rsidRPr="00D80A93">
        <w:rPr>
          <w:rFonts w:ascii="Times New Roman" w:hAnsi="Times New Roman"/>
          <w:sz w:val="24"/>
          <w:szCs w:val="24"/>
        </w:rPr>
        <w:t>. Овладение униве</w:t>
      </w:r>
      <w:r>
        <w:rPr>
          <w:rFonts w:ascii="Times New Roman" w:hAnsi="Times New Roman"/>
          <w:sz w:val="24"/>
          <w:szCs w:val="24"/>
        </w:rPr>
        <w:t>рсальными коммуникативными дей</w:t>
      </w:r>
      <w:r w:rsidRPr="00D80A93">
        <w:rPr>
          <w:rFonts w:ascii="Times New Roman" w:hAnsi="Times New Roman"/>
          <w:sz w:val="24"/>
          <w:szCs w:val="24"/>
        </w:rPr>
        <w:t>ствиями</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Невербальная коммуникация:</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воспринимать музыку ка</w:t>
      </w:r>
      <w:r>
        <w:rPr>
          <w:rFonts w:ascii="Times New Roman" w:hAnsi="Times New Roman"/>
          <w:sz w:val="24"/>
          <w:szCs w:val="24"/>
        </w:rPr>
        <w:t>к искусство интонируемого смыс</w:t>
      </w:r>
      <w:r w:rsidRPr="00D80A93">
        <w:rPr>
          <w:rFonts w:ascii="Times New Roman" w:hAnsi="Times New Roman"/>
          <w:sz w:val="24"/>
          <w:szCs w:val="24"/>
        </w:rPr>
        <w:t>ла, стремиться понять эмоционально-образное содержание музыкального высказывани</w:t>
      </w:r>
      <w:r>
        <w:rPr>
          <w:rFonts w:ascii="Times New Roman" w:hAnsi="Times New Roman"/>
          <w:sz w:val="24"/>
          <w:szCs w:val="24"/>
        </w:rPr>
        <w:t>я, понимать ограниченность сло</w:t>
      </w:r>
      <w:r w:rsidRPr="00D80A93">
        <w:rPr>
          <w:rFonts w:ascii="Times New Roman" w:hAnsi="Times New Roman"/>
          <w:sz w:val="24"/>
          <w:szCs w:val="24"/>
        </w:rPr>
        <w:t>весного языка в передаче</w:t>
      </w:r>
      <w:r>
        <w:rPr>
          <w:rFonts w:ascii="Times New Roman" w:hAnsi="Times New Roman"/>
          <w:sz w:val="24"/>
          <w:szCs w:val="24"/>
        </w:rPr>
        <w:t xml:space="preserve"> смысла музыкального произведе</w:t>
      </w:r>
      <w:r w:rsidRPr="00D80A93">
        <w:rPr>
          <w:rFonts w:ascii="Times New Roman" w:hAnsi="Times New Roman"/>
          <w:sz w:val="24"/>
          <w:szCs w:val="24"/>
        </w:rPr>
        <w:t>ния;</w:t>
      </w:r>
    </w:p>
    <w:p w:rsidR="00F44E79" w:rsidRPr="00D80A93"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передавать в собств</w:t>
      </w:r>
      <w:r>
        <w:rPr>
          <w:rFonts w:ascii="Times New Roman" w:hAnsi="Times New Roman"/>
          <w:sz w:val="24"/>
          <w:szCs w:val="24"/>
        </w:rPr>
        <w:t>енном исполнении музыки художе</w:t>
      </w:r>
      <w:r w:rsidRPr="00D80A93">
        <w:rPr>
          <w:rFonts w:ascii="Times New Roman" w:hAnsi="Times New Roman"/>
          <w:sz w:val="24"/>
          <w:szCs w:val="24"/>
        </w:rPr>
        <w:t>ственное содержание, выражать настроение, чувства, личное отношение к исполняемому произведению;</w:t>
      </w:r>
    </w:p>
    <w:p w:rsidR="00F44E79" w:rsidRDefault="00F44E79" w:rsidP="00D03D6E">
      <w:pPr>
        <w:pStyle w:val="ListParagraph"/>
        <w:spacing w:after="0"/>
        <w:ind w:left="0" w:firstLine="709"/>
        <w:jc w:val="both"/>
        <w:rPr>
          <w:rFonts w:ascii="Times New Roman" w:hAnsi="Times New Roman"/>
          <w:sz w:val="24"/>
          <w:szCs w:val="24"/>
        </w:rPr>
      </w:pPr>
      <w:r w:rsidRPr="00D80A93">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w:t>
      </w:r>
      <w:r>
        <w:rPr>
          <w:rFonts w:ascii="Times New Roman" w:hAnsi="Times New Roman"/>
          <w:sz w:val="24"/>
          <w:szCs w:val="24"/>
        </w:rPr>
        <w:t>соответствующий уровень общения</w:t>
      </w:r>
      <w:r w:rsidRPr="00DE2056">
        <w:rPr>
          <w:rFonts w:ascii="Times New Roman" w:hAnsi="Times New Roman"/>
          <w:sz w:val="24"/>
          <w:szCs w:val="24"/>
        </w:rPr>
        <w:t>.</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Вербальное общение:</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воспринимать и формул</w:t>
      </w:r>
      <w:r>
        <w:rPr>
          <w:rFonts w:ascii="Times New Roman" w:hAnsi="Times New Roman"/>
          <w:sz w:val="24"/>
          <w:szCs w:val="24"/>
        </w:rPr>
        <w:t>ировать суждения, выражать эмо</w:t>
      </w:r>
      <w:r w:rsidRPr="00DE2056">
        <w:rPr>
          <w:rFonts w:ascii="Times New Roman" w:hAnsi="Times New Roman"/>
          <w:sz w:val="24"/>
          <w:szCs w:val="24"/>
        </w:rPr>
        <w:t>ции в соответствии с условиями и целями общения;</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выражать своё мнение, в</w:t>
      </w:r>
      <w:r>
        <w:rPr>
          <w:rFonts w:ascii="Times New Roman" w:hAnsi="Times New Roman"/>
          <w:sz w:val="24"/>
          <w:szCs w:val="24"/>
        </w:rPr>
        <w:t xml:space="preserve"> том числе впечатления от обще</w:t>
      </w:r>
      <w:r w:rsidRPr="00DE2056">
        <w:rPr>
          <w:rFonts w:ascii="Times New Roman" w:hAnsi="Times New Roman"/>
          <w:sz w:val="24"/>
          <w:szCs w:val="24"/>
        </w:rPr>
        <w:t>ния с музыкальным искусством в устных и письменных текстах;</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понимать намерения дру</w:t>
      </w:r>
      <w:r>
        <w:rPr>
          <w:rFonts w:ascii="Times New Roman" w:hAnsi="Times New Roman"/>
          <w:sz w:val="24"/>
          <w:szCs w:val="24"/>
        </w:rPr>
        <w:t>гих, проявлять уважительное от</w:t>
      </w:r>
      <w:r w:rsidRPr="00DE2056">
        <w:rPr>
          <w:rFonts w:ascii="Times New Roman" w:hAnsi="Times New Roman"/>
          <w:sz w:val="24"/>
          <w:szCs w:val="24"/>
        </w:rPr>
        <w:t xml:space="preserve">ношение к собеседнику </w:t>
      </w:r>
      <w:r>
        <w:rPr>
          <w:rFonts w:ascii="Times New Roman" w:hAnsi="Times New Roman"/>
          <w:sz w:val="24"/>
          <w:szCs w:val="24"/>
        </w:rPr>
        <w:t>и в корректной форме формулиро</w:t>
      </w:r>
      <w:r w:rsidRPr="00DE2056">
        <w:rPr>
          <w:rFonts w:ascii="Times New Roman" w:hAnsi="Times New Roman"/>
          <w:sz w:val="24"/>
          <w:szCs w:val="24"/>
        </w:rPr>
        <w:t>вать свои возражения;</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 xml:space="preserve">вести диалог, дискуссию, задавать вопросы по существу обсуждаемой темы, поддерживать благожелательный тон </w:t>
      </w:r>
      <w:r>
        <w:rPr>
          <w:rFonts w:ascii="Times New Roman" w:hAnsi="Times New Roman"/>
          <w:sz w:val="24"/>
          <w:szCs w:val="24"/>
        </w:rPr>
        <w:t>ди</w:t>
      </w:r>
      <w:r w:rsidRPr="00DE2056">
        <w:rPr>
          <w:rFonts w:ascii="Times New Roman" w:hAnsi="Times New Roman"/>
          <w:sz w:val="24"/>
          <w:szCs w:val="24"/>
        </w:rPr>
        <w:t>алога;</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публично представлять результаты уч</w:t>
      </w:r>
      <w:r>
        <w:rPr>
          <w:rFonts w:ascii="Times New Roman" w:hAnsi="Times New Roman"/>
          <w:sz w:val="24"/>
          <w:szCs w:val="24"/>
        </w:rPr>
        <w:t>ебной и творческой деятельности</w:t>
      </w:r>
      <w:r w:rsidRPr="00DE2056">
        <w:rPr>
          <w:rFonts w:ascii="Times New Roman" w:hAnsi="Times New Roman"/>
          <w:sz w:val="24"/>
          <w:szCs w:val="24"/>
        </w:rPr>
        <w:t>.</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Совместная деятельность (сотрудничество):</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Развивать навыки эстети</w:t>
      </w:r>
      <w:r>
        <w:rPr>
          <w:rFonts w:ascii="Times New Roman" w:hAnsi="Times New Roman"/>
          <w:sz w:val="24"/>
          <w:szCs w:val="24"/>
        </w:rPr>
        <w:t>чески опосредованного сотрудни</w:t>
      </w:r>
      <w:r w:rsidRPr="00DE2056">
        <w:rPr>
          <w:rFonts w:ascii="Times New Roman" w:hAnsi="Times New Roman"/>
          <w:sz w:val="24"/>
          <w:szCs w:val="24"/>
        </w:rPr>
        <w:t>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44E79" w:rsidRPr="00DE2056"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принимать цель совместной деятельности, коллективно строить действия по её дос</w:t>
      </w:r>
      <w:r>
        <w:rPr>
          <w:rFonts w:ascii="Times New Roman" w:hAnsi="Times New Roman"/>
          <w:sz w:val="24"/>
          <w:szCs w:val="24"/>
        </w:rPr>
        <w:t>тижению: распределять роли, до</w:t>
      </w:r>
      <w:r w:rsidRPr="00DE2056">
        <w:rPr>
          <w:rFonts w:ascii="Times New Roman" w:hAnsi="Times New Roman"/>
          <w:sz w:val="24"/>
          <w:szCs w:val="24"/>
        </w:rPr>
        <w:t>говариваться, обсуждать про</w:t>
      </w:r>
      <w:r>
        <w:rPr>
          <w:rFonts w:ascii="Times New Roman" w:hAnsi="Times New Roman"/>
          <w:sz w:val="24"/>
          <w:szCs w:val="24"/>
        </w:rPr>
        <w:t>цесс и результат совместной ра</w:t>
      </w:r>
      <w:r w:rsidRPr="00DE2056">
        <w:rPr>
          <w:rFonts w:ascii="Times New Roman" w:hAnsi="Times New Roman"/>
          <w:sz w:val="24"/>
          <w:szCs w:val="24"/>
        </w:rPr>
        <w:t>боты; уметь обобщать мнения нескольких людей, проявлять готовность руководить, выполнять поручения, подчиняться;</w:t>
      </w:r>
    </w:p>
    <w:p w:rsidR="00F44E79" w:rsidRDefault="00F44E79" w:rsidP="00D03D6E">
      <w:pPr>
        <w:pStyle w:val="ListParagraph"/>
        <w:spacing w:after="0"/>
        <w:ind w:left="0" w:firstLine="709"/>
        <w:jc w:val="both"/>
        <w:rPr>
          <w:rFonts w:ascii="Times New Roman" w:hAnsi="Times New Roman"/>
          <w:sz w:val="24"/>
          <w:szCs w:val="24"/>
        </w:rPr>
      </w:pPr>
      <w:r w:rsidRPr="00DE2056">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w:t>
      </w:r>
      <w:r>
        <w:rPr>
          <w:rFonts w:ascii="Times New Roman" w:hAnsi="Times New Roman"/>
          <w:sz w:val="24"/>
          <w:szCs w:val="24"/>
        </w:rPr>
        <w:t>дставлению отчёта перед группой</w:t>
      </w:r>
      <w:r w:rsidRPr="00DE2056">
        <w:rPr>
          <w:rFonts w:ascii="Times New Roman" w:hAnsi="Times New Roman"/>
          <w:sz w:val="24"/>
          <w:szCs w:val="24"/>
        </w:rPr>
        <w:t>.</w:t>
      </w:r>
    </w:p>
    <w:p w:rsidR="00F44E79" w:rsidRDefault="00F44E79" w:rsidP="00D03D6E">
      <w:pPr>
        <w:pStyle w:val="ListParagraph"/>
        <w:spacing w:after="0"/>
        <w:ind w:left="0" w:firstLine="709"/>
        <w:jc w:val="both"/>
        <w:rPr>
          <w:rFonts w:ascii="Times New Roman" w:hAnsi="Times New Roman"/>
          <w:sz w:val="24"/>
          <w:szCs w:val="24"/>
        </w:rPr>
      </w:pPr>
      <w:r>
        <w:rPr>
          <w:rFonts w:ascii="Times New Roman" w:hAnsi="Times New Roman"/>
          <w:sz w:val="24"/>
          <w:szCs w:val="24"/>
        </w:rPr>
        <w:t>3</w:t>
      </w:r>
      <w:r w:rsidRPr="0025209E">
        <w:rPr>
          <w:rFonts w:ascii="Times New Roman" w:hAnsi="Times New Roman"/>
          <w:sz w:val="24"/>
          <w:szCs w:val="24"/>
        </w:rPr>
        <w:t xml:space="preserve">. Овладение универсальными регулятивными действиями </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Самоорганизация:</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w:t>
      </w:r>
      <w:r>
        <w:rPr>
          <w:rFonts w:ascii="Times New Roman" w:hAnsi="Times New Roman"/>
          <w:sz w:val="24"/>
          <w:szCs w:val="24"/>
        </w:rPr>
        <w:t>и способностей, настойчиво про</w:t>
      </w:r>
      <w:r w:rsidRPr="0025209E">
        <w:rPr>
          <w:rFonts w:ascii="Times New Roman" w:hAnsi="Times New Roman"/>
          <w:sz w:val="24"/>
          <w:szCs w:val="24"/>
        </w:rPr>
        <w:t>двигаться к поставленной цели;</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 xml:space="preserve">планировать достижение </w:t>
      </w:r>
      <w:r>
        <w:rPr>
          <w:rFonts w:ascii="Times New Roman" w:hAnsi="Times New Roman"/>
          <w:sz w:val="24"/>
          <w:szCs w:val="24"/>
        </w:rPr>
        <w:t>целей через решение ряда после</w:t>
      </w:r>
      <w:r w:rsidRPr="0025209E">
        <w:rPr>
          <w:rFonts w:ascii="Times New Roman" w:hAnsi="Times New Roman"/>
          <w:sz w:val="24"/>
          <w:szCs w:val="24"/>
        </w:rPr>
        <w:t>довательных задач частного характера;</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самостоятельно составлять</w:t>
      </w:r>
      <w:r>
        <w:rPr>
          <w:rFonts w:ascii="Times New Roman" w:hAnsi="Times New Roman"/>
          <w:sz w:val="24"/>
          <w:szCs w:val="24"/>
        </w:rPr>
        <w:t xml:space="preserve"> план действий, вносить необхо</w:t>
      </w:r>
      <w:r w:rsidRPr="0025209E">
        <w:rPr>
          <w:rFonts w:ascii="Times New Roman" w:hAnsi="Times New Roman"/>
          <w:sz w:val="24"/>
          <w:szCs w:val="24"/>
        </w:rPr>
        <w:t>димые коррективы в ходе его реализации;</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выявлять наиболее важн</w:t>
      </w:r>
      <w:r>
        <w:rPr>
          <w:rFonts w:ascii="Times New Roman" w:hAnsi="Times New Roman"/>
          <w:sz w:val="24"/>
          <w:szCs w:val="24"/>
        </w:rPr>
        <w:t>ые проблемы для решения в учеб</w:t>
      </w:r>
      <w:r w:rsidRPr="0025209E">
        <w:rPr>
          <w:rFonts w:ascii="Times New Roman" w:hAnsi="Times New Roman"/>
          <w:sz w:val="24"/>
          <w:szCs w:val="24"/>
        </w:rPr>
        <w:t>ных и жизненных ситуациях;</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самостоятельно составлять алгоритм решения задачи (или его часть), выбирать спосо</w:t>
      </w:r>
      <w:r>
        <w:rPr>
          <w:rFonts w:ascii="Times New Roman" w:hAnsi="Times New Roman"/>
          <w:sz w:val="24"/>
          <w:szCs w:val="24"/>
        </w:rPr>
        <w:t>б решения учебной задачи с учё</w:t>
      </w:r>
      <w:r w:rsidRPr="0025209E">
        <w:rPr>
          <w:rFonts w:ascii="Times New Roman" w:hAnsi="Times New Roman"/>
          <w:sz w:val="24"/>
          <w:szCs w:val="24"/>
        </w:rPr>
        <w:t>том имеющихся ресурсов</w:t>
      </w:r>
      <w:r>
        <w:rPr>
          <w:rFonts w:ascii="Times New Roman" w:hAnsi="Times New Roman"/>
          <w:sz w:val="24"/>
          <w:szCs w:val="24"/>
        </w:rPr>
        <w:t xml:space="preserve"> и собственных возможностей, ар</w:t>
      </w:r>
      <w:r w:rsidRPr="0025209E">
        <w:rPr>
          <w:rFonts w:ascii="Times New Roman" w:hAnsi="Times New Roman"/>
          <w:sz w:val="24"/>
          <w:szCs w:val="24"/>
        </w:rPr>
        <w:t>гументировать предлагаемые варианты решений;</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делать выбор и брать за него ответственност</w:t>
      </w:r>
      <w:r>
        <w:rPr>
          <w:rFonts w:ascii="Times New Roman" w:hAnsi="Times New Roman"/>
          <w:sz w:val="24"/>
          <w:szCs w:val="24"/>
        </w:rPr>
        <w:t>ь на себя</w:t>
      </w:r>
      <w:r w:rsidRPr="0025209E">
        <w:rPr>
          <w:rFonts w:ascii="Times New Roman" w:hAnsi="Times New Roman"/>
          <w:sz w:val="24"/>
          <w:szCs w:val="24"/>
        </w:rPr>
        <w:t>.</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Самоконтроль (рефлексия):</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владеть способами сам</w:t>
      </w:r>
      <w:r>
        <w:rPr>
          <w:rFonts w:ascii="Times New Roman" w:hAnsi="Times New Roman"/>
          <w:sz w:val="24"/>
          <w:szCs w:val="24"/>
        </w:rPr>
        <w:t>оконтроля, самомотивации и реф</w:t>
      </w:r>
      <w:r w:rsidRPr="0025209E">
        <w:rPr>
          <w:rFonts w:ascii="Times New Roman" w:hAnsi="Times New Roman"/>
          <w:sz w:val="24"/>
          <w:szCs w:val="24"/>
        </w:rPr>
        <w:t>лексии;</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давать адекватную оценку учебной ситуации и предлагать план её изменения;</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предвидеть трудности, к</w:t>
      </w:r>
      <w:r>
        <w:rPr>
          <w:rFonts w:ascii="Times New Roman" w:hAnsi="Times New Roman"/>
          <w:sz w:val="24"/>
          <w:szCs w:val="24"/>
        </w:rPr>
        <w:t>оторые могут возникнуть при ре</w:t>
      </w:r>
      <w:r w:rsidRPr="0025209E">
        <w:rPr>
          <w:rFonts w:ascii="Times New Roman" w:hAnsi="Times New Roman"/>
          <w:sz w:val="24"/>
          <w:szCs w:val="24"/>
        </w:rPr>
        <w:t>шении учебной задачи, и адап</w:t>
      </w:r>
      <w:r>
        <w:rPr>
          <w:rFonts w:ascii="Times New Roman" w:hAnsi="Times New Roman"/>
          <w:sz w:val="24"/>
          <w:szCs w:val="24"/>
        </w:rPr>
        <w:t>тировать решение к меняю</w:t>
      </w:r>
      <w:r w:rsidRPr="0025209E">
        <w:rPr>
          <w:rFonts w:ascii="Times New Roman" w:hAnsi="Times New Roman"/>
          <w:sz w:val="24"/>
          <w:szCs w:val="24"/>
        </w:rPr>
        <w:t>щимся обстоятельствам;</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объяснять причины дост</w:t>
      </w:r>
      <w:r>
        <w:rPr>
          <w:rFonts w:ascii="Times New Roman" w:hAnsi="Times New Roman"/>
          <w:sz w:val="24"/>
          <w:szCs w:val="24"/>
        </w:rPr>
        <w:t>ижения (недостижения) результа</w:t>
      </w:r>
      <w:r w:rsidRPr="0025209E">
        <w:rPr>
          <w:rFonts w:ascii="Times New Roman" w:hAnsi="Times New Roman"/>
          <w:sz w:val="24"/>
          <w:szCs w:val="24"/>
        </w:rPr>
        <w:t>тов деятельности; понимат</w:t>
      </w:r>
      <w:r>
        <w:rPr>
          <w:rFonts w:ascii="Times New Roman" w:hAnsi="Times New Roman"/>
          <w:sz w:val="24"/>
          <w:szCs w:val="24"/>
        </w:rPr>
        <w:t>ь причины неудач и уметь преду</w:t>
      </w:r>
      <w:r w:rsidRPr="0025209E">
        <w:rPr>
          <w:rFonts w:ascii="Times New Roman" w:hAnsi="Times New Roman"/>
          <w:sz w:val="24"/>
          <w:szCs w:val="24"/>
        </w:rPr>
        <w:t>преждать их, давать оценку приобретённому опыту;</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использовать музыку для улучшения самочувствия,</w:t>
      </w:r>
      <w:r>
        <w:rPr>
          <w:rFonts w:ascii="Times New Roman" w:hAnsi="Times New Roman"/>
          <w:sz w:val="24"/>
          <w:szCs w:val="24"/>
        </w:rPr>
        <w:t xml:space="preserve"> созна</w:t>
      </w:r>
      <w:r w:rsidRPr="0025209E">
        <w:rPr>
          <w:rFonts w:ascii="Times New Roman" w:hAnsi="Times New Roman"/>
          <w:sz w:val="24"/>
          <w:szCs w:val="24"/>
        </w:rPr>
        <w:t>тельного управления своим психоэмоциональным состоянием, в том числе стимулировать состояния активности (бодрости), отдыха (релакса</w:t>
      </w:r>
      <w:r>
        <w:rPr>
          <w:rFonts w:ascii="Times New Roman" w:hAnsi="Times New Roman"/>
          <w:sz w:val="24"/>
          <w:szCs w:val="24"/>
        </w:rPr>
        <w:t>ции), концентрации внимания и т.д</w:t>
      </w:r>
      <w:r w:rsidRPr="0025209E">
        <w:rPr>
          <w:rFonts w:ascii="Times New Roman" w:hAnsi="Times New Roman"/>
          <w:sz w:val="24"/>
          <w:szCs w:val="24"/>
        </w:rPr>
        <w:t>.</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Эмоциональный интеллект:</w:t>
      </w:r>
    </w:p>
    <w:p w:rsidR="00F44E79" w:rsidRPr="0025209E"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чувствовать, понимать эмоциональное состояние самого себя и других людей, исп</w:t>
      </w:r>
      <w:r>
        <w:rPr>
          <w:rFonts w:ascii="Times New Roman" w:hAnsi="Times New Roman"/>
          <w:sz w:val="24"/>
          <w:szCs w:val="24"/>
        </w:rPr>
        <w:t>ользовать возможности музыкаль</w:t>
      </w:r>
      <w:r w:rsidRPr="0025209E">
        <w:rPr>
          <w:rFonts w:ascii="Times New Roman" w:hAnsi="Times New Roman"/>
          <w:sz w:val="24"/>
          <w:szCs w:val="24"/>
        </w:rPr>
        <w:t>ного искусства для расш</w:t>
      </w:r>
      <w:r>
        <w:rPr>
          <w:rFonts w:ascii="Times New Roman" w:hAnsi="Times New Roman"/>
          <w:sz w:val="24"/>
          <w:szCs w:val="24"/>
        </w:rPr>
        <w:t>ирения своих компетенций в дан</w:t>
      </w:r>
      <w:r w:rsidRPr="0025209E">
        <w:rPr>
          <w:rFonts w:ascii="Times New Roman" w:hAnsi="Times New Roman"/>
          <w:sz w:val="24"/>
          <w:szCs w:val="24"/>
        </w:rPr>
        <w:t>ной сфере;</w:t>
      </w:r>
    </w:p>
    <w:p w:rsidR="00F44E79" w:rsidRDefault="00F44E79" w:rsidP="00D03D6E">
      <w:pPr>
        <w:pStyle w:val="ListParagraph"/>
        <w:spacing w:after="0"/>
        <w:ind w:left="0" w:firstLine="709"/>
        <w:jc w:val="both"/>
        <w:rPr>
          <w:rFonts w:ascii="Times New Roman" w:hAnsi="Times New Roman"/>
          <w:sz w:val="24"/>
          <w:szCs w:val="24"/>
        </w:rPr>
      </w:pPr>
      <w:r w:rsidRPr="0025209E">
        <w:rPr>
          <w:rFonts w:ascii="Times New Roman" w:hAnsi="Times New Roman"/>
          <w:sz w:val="24"/>
          <w:szCs w:val="24"/>
        </w:rPr>
        <w:t xml:space="preserve">развивать способность управлять собственными эмоциями и эмоциями других как в </w:t>
      </w:r>
      <w:r>
        <w:rPr>
          <w:rFonts w:ascii="Times New Roman" w:hAnsi="Times New Roman"/>
          <w:sz w:val="24"/>
          <w:szCs w:val="24"/>
        </w:rPr>
        <w:t>повседневной жизни, так и в си</w:t>
      </w:r>
      <w:r w:rsidRPr="0025209E">
        <w:rPr>
          <w:rFonts w:ascii="Times New Roman" w:hAnsi="Times New Roman"/>
          <w:sz w:val="24"/>
          <w:szCs w:val="24"/>
        </w:rPr>
        <w:t>туациях музыкально-опосредованного общения;</w:t>
      </w:r>
    </w:p>
    <w:p w:rsidR="00F44E79" w:rsidRPr="00CF2B3C" w:rsidRDefault="00F44E79" w:rsidP="00D03D6E">
      <w:pPr>
        <w:pStyle w:val="ListParagraph"/>
        <w:spacing w:after="0"/>
        <w:ind w:left="0" w:firstLine="709"/>
        <w:jc w:val="both"/>
        <w:rPr>
          <w:rFonts w:ascii="Times New Roman" w:hAnsi="Times New Roman"/>
          <w:sz w:val="24"/>
          <w:szCs w:val="24"/>
        </w:rPr>
      </w:pPr>
      <w:r w:rsidRPr="00CF2B3C">
        <w:rPr>
          <w:rFonts w:ascii="Times New Roman" w:hAnsi="Times New Roman"/>
          <w:sz w:val="24"/>
          <w:szCs w:val="24"/>
        </w:rPr>
        <w:t>выявлять и анализирова</w:t>
      </w:r>
      <w:r>
        <w:rPr>
          <w:rFonts w:ascii="Times New Roman" w:hAnsi="Times New Roman"/>
          <w:sz w:val="24"/>
          <w:szCs w:val="24"/>
        </w:rPr>
        <w:t>ть причины эмоций; понимать мо</w:t>
      </w:r>
      <w:r w:rsidRPr="00CF2B3C">
        <w:rPr>
          <w:rFonts w:ascii="Times New Roman" w:hAnsi="Times New Roman"/>
          <w:sz w:val="24"/>
          <w:szCs w:val="24"/>
        </w:rPr>
        <w:t>тивы и намерения другог</w:t>
      </w:r>
      <w:r>
        <w:rPr>
          <w:rFonts w:ascii="Times New Roman" w:hAnsi="Times New Roman"/>
          <w:sz w:val="24"/>
          <w:szCs w:val="24"/>
        </w:rPr>
        <w:t>о человека, анализируя коммуни</w:t>
      </w:r>
      <w:r w:rsidRPr="00CF2B3C">
        <w:rPr>
          <w:rFonts w:ascii="Times New Roman" w:hAnsi="Times New Roman"/>
          <w:sz w:val="24"/>
          <w:szCs w:val="24"/>
        </w:rPr>
        <w:t>кативно-интонационную си</w:t>
      </w:r>
      <w:r>
        <w:rPr>
          <w:rFonts w:ascii="Times New Roman" w:hAnsi="Times New Roman"/>
          <w:sz w:val="24"/>
          <w:szCs w:val="24"/>
        </w:rPr>
        <w:t>туацию; регулировать способ выражения собственных эмоций</w:t>
      </w:r>
      <w:r w:rsidRPr="00CF2B3C">
        <w:rPr>
          <w:rFonts w:ascii="Times New Roman" w:hAnsi="Times New Roman"/>
          <w:sz w:val="24"/>
          <w:szCs w:val="24"/>
        </w:rPr>
        <w:t>.</w:t>
      </w:r>
    </w:p>
    <w:p w:rsidR="00F44E79" w:rsidRPr="00CF2B3C" w:rsidRDefault="00F44E79" w:rsidP="00D03D6E">
      <w:pPr>
        <w:pStyle w:val="ListParagraph"/>
        <w:spacing w:after="0"/>
        <w:ind w:left="0" w:firstLine="709"/>
        <w:jc w:val="both"/>
        <w:rPr>
          <w:rFonts w:ascii="Times New Roman" w:hAnsi="Times New Roman"/>
          <w:sz w:val="24"/>
          <w:szCs w:val="24"/>
        </w:rPr>
      </w:pPr>
      <w:r w:rsidRPr="00CF2B3C">
        <w:rPr>
          <w:rFonts w:ascii="Times New Roman" w:hAnsi="Times New Roman"/>
          <w:sz w:val="24"/>
          <w:szCs w:val="24"/>
        </w:rPr>
        <w:t>Принятие себя и других:</w:t>
      </w:r>
    </w:p>
    <w:p w:rsidR="00F44E79" w:rsidRPr="00CF2B3C" w:rsidRDefault="00F44E79" w:rsidP="00D03D6E">
      <w:pPr>
        <w:pStyle w:val="ListParagraph"/>
        <w:spacing w:after="0"/>
        <w:ind w:left="0" w:firstLine="709"/>
        <w:jc w:val="both"/>
        <w:rPr>
          <w:rFonts w:ascii="Times New Roman" w:hAnsi="Times New Roman"/>
          <w:sz w:val="24"/>
          <w:szCs w:val="24"/>
        </w:rPr>
      </w:pPr>
      <w:r w:rsidRPr="00CF2B3C">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F44E79" w:rsidRPr="00CF2B3C" w:rsidRDefault="00F44E79" w:rsidP="00D03D6E">
      <w:pPr>
        <w:pStyle w:val="ListParagraph"/>
        <w:spacing w:after="0"/>
        <w:ind w:left="0" w:firstLine="709"/>
        <w:jc w:val="both"/>
        <w:rPr>
          <w:rFonts w:ascii="Times New Roman" w:hAnsi="Times New Roman"/>
          <w:sz w:val="24"/>
          <w:szCs w:val="24"/>
        </w:rPr>
      </w:pPr>
      <w:r w:rsidRPr="00CF2B3C">
        <w:rPr>
          <w:rFonts w:ascii="Times New Roman" w:hAnsi="Times New Roman"/>
          <w:sz w:val="24"/>
          <w:szCs w:val="24"/>
        </w:rPr>
        <w:t>признавать своё и чужое</w:t>
      </w:r>
      <w:r>
        <w:rPr>
          <w:rFonts w:ascii="Times New Roman" w:hAnsi="Times New Roman"/>
          <w:sz w:val="24"/>
          <w:szCs w:val="24"/>
        </w:rPr>
        <w:t xml:space="preserve"> право на ошибку, при обнаруже</w:t>
      </w:r>
      <w:r w:rsidRPr="00CF2B3C">
        <w:rPr>
          <w:rFonts w:ascii="Times New Roman" w:hAnsi="Times New Roman"/>
          <w:sz w:val="24"/>
          <w:szCs w:val="24"/>
        </w:rPr>
        <w:t>нии ошибки фокусироваться не на ней самой, а на способе улучшения результатов деятельности;</w:t>
      </w:r>
    </w:p>
    <w:p w:rsidR="00F44E79" w:rsidRPr="00CF2B3C" w:rsidRDefault="00F44E79" w:rsidP="00D03D6E">
      <w:pPr>
        <w:pStyle w:val="ListParagraph"/>
        <w:spacing w:after="0"/>
        <w:ind w:left="0" w:firstLine="709"/>
        <w:jc w:val="both"/>
        <w:rPr>
          <w:rFonts w:ascii="Times New Roman" w:hAnsi="Times New Roman"/>
          <w:sz w:val="24"/>
          <w:szCs w:val="24"/>
        </w:rPr>
      </w:pPr>
      <w:r w:rsidRPr="00CF2B3C">
        <w:rPr>
          <w:rFonts w:ascii="Times New Roman" w:hAnsi="Times New Roman"/>
          <w:sz w:val="24"/>
          <w:szCs w:val="24"/>
        </w:rPr>
        <w:t>принимать себя и других, не осуждая; проявлять открытость;</w:t>
      </w:r>
    </w:p>
    <w:p w:rsidR="00F44E79" w:rsidRPr="00CF2B3C" w:rsidRDefault="00F44E79" w:rsidP="00D03D6E">
      <w:pPr>
        <w:pStyle w:val="ListParagraph"/>
        <w:spacing w:after="0"/>
        <w:ind w:left="0" w:firstLine="709"/>
        <w:jc w:val="both"/>
        <w:rPr>
          <w:rFonts w:ascii="Times New Roman" w:hAnsi="Times New Roman"/>
          <w:sz w:val="24"/>
          <w:szCs w:val="24"/>
        </w:rPr>
      </w:pPr>
      <w:r w:rsidRPr="00CF2B3C">
        <w:rPr>
          <w:rFonts w:ascii="Times New Roman" w:hAnsi="Times New Roman"/>
          <w:sz w:val="24"/>
          <w:szCs w:val="24"/>
        </w:rPr>
        <w:t>осознавать невозмож</w:t>
      </w:r>
      <w:r>
        <w:rPr>
          <w:rFonts w:ascii="Times New Roman" w:hAnsi="Times New Roman"/>
          <w:sz w:val="24"/>
          <w:szCs w:val="24"/>
        </w:rPr>
        <w:t>ность контролировать всё вокруг</w:t>
      </w:r>
      <w:r w:rsidRPr="00CF2B3C">
        <w:rPr>
          <w:rFonts w:ascii="Times New Roman" w:hAnsi="Times New Roman"/>
          <w:sz w:val="24"/>
          <w:szCs w:val="24"/>
        </w:rPr>
        <w:t>.</w:t>
      </w:r>
    </w:p>
    <w:p w:rsidR="00F44E79" w:rsidRPr="00836BD7" w:rsidRDefault="00F44E79" w:rsidP="00D03D6E">
      <w:pPr>
        <w:pStyle w:val="ListParagraph"/>
        <w:spacing w:after="0"/>
        <w:ind w:left="0" w:firstLine="709"/>
        <w:jc w:val="both"/>
        <w:rPr>
          <w:rFonts w:ascii="Times New Roman" w:hAnsi="Times New Roman"/>
          <w:sz w:val="24"/>
          <w:szCs w:val="24"/>
        </w:rPr>
      </w:pPr>
      <w:r w:rsidRPr="00CF2B3C">
        <w:rPr>
          <w:rFonts w:ascii="Times New Roman" w:hAnsi="Times New Roman"/>
          <w:sz w:val="24"/>
          <w:szCs w:val="24"/>
        </w:rPr>
        <w:t xml:space="preserve">Овладение системой </w:t>
      </w:r>
      <w:r>
        <w:rPr>
          <w:rFonts w:ascii="Times New Roman" w:hAnsi="Times New Roman"/>
          <w:sz w:val="24"/>
          <w:szCs w:val="24"/>
        </w:rPr>
        <w:t>универсальных учебных регулятив</w:t>
      </w:r>
      <w:r w:rsidRPr="00CF2B3C">
        <w:rPr>
          <w:rFonts w:ascii="Times New Roman" w:hAnsi="Times New Roman"/>
          <w:sz w:val="24"/>
          <w:szCs w:val="24"/>
        </w:rPr>
        <w:t>ных действий обеспечива</w:t>
      </w:r>
      <w:r>
        <w:rPr>
          <w:rFonts w:ascii="Times New Roman" w:hAnsi="Times New Roman"/>
          <w:sz w:val="24"/>
          <w:szCs w:val="24"/>
        </w:rPr>
        <w:t>ет формирование смысловых уста</w:t>
      </w:r>
      <w:r w:rsidRPr="00CF2B3C">
        <w:rPr>
          <w:rFonts w:ascii="Times New Roman" w:hAnsi="Times New Roman"/>
          <w:sz w:val="24"/>
          <w:szCs w:val="24"/>
        </w:rPr>
        <w:t>новок личности (внутрен</w:t>
      </w:r>
      <w:r>
        <w:rPr>
          <w:rFonts w:ascii="Times New Roman" w:hAnsi="Times New Roman"/>
          <w:sz w:val="24"/>
          <w:szCs w:val="24"/>
        </w:rPr>
        <w:t>няя позиция личности) и жизнен</w:t>
      </w:r>
      <w:r w:rsidRPr="00CF2B3C">
        <w:rPr>
          <w:rFonts w:ascii="Times New Roman" w:hAnsi="Times New Roman"/>
          <w:sz w:val="24"/>
          <w:szCs w:val="24"/>
        </w:rPr>
        <w:t>ных навыков личности (управления собой, самодисциплины, устойчивого поведения, эм</w:t>
      </w:r>
      <w:r>
        <w:rPr>
          <w:rFonts w:ascii="Times New Roman" w:hAnsi="Times New Roman"/>
          <w:sz w:val="24"/>
          <w:szCs w:val="24"/>
        </w:rPr>
        <w:t>оционального душевного равновесия и т.д.).</w:t>
      </w:r>
    </w:p>
    <w:p w:rsidR="00F44E79" w:rsidRDefault="00F44E79" w:rsidP="00D03D6E">
      <w:pPr>
        <w:pStyle w:val="ListParagraph"/>
        <w:ind w:left="0"/>
        <w:jc w:val="both"/>
        <w:rPr>
          <w:rFonts w:ascii="Times New Roman" w:hAnsi="Times New Roman"/>
          <w:sz w:val="24"/>
          <w:szCs w:val="24"/>
        </w:rPr>
      </w:pPr>
    </w:p>
    <w:p w:rsidR="00F44E79" w:rsidRDefault="00F44E79" w:rsidP="00D03D6E">
      <w:pPr>
        <w:pStyle w:val="ListParagraph"/>
        <w:ind w:left="0"/>
        <w:jc w:val="both"/>
        <w:rPr>
          <w:rFonts w:ascii="Times New Roman" w:hAnsi="Times New Roman"/>
          <w:sz w:val="24"/>
          <w:szCs w:val="24"/>
        </w:rPr>
      </w:pPr>
      <w:r w:rsidRPr="00C9716F">
        <w:rPr>
          <w:rFonts w:ascii="Times New Roman" w:hAnsi="Times New Roman"/>
          <w:sz w:val="24"/>
          <w:szCs w:val="24"/>
        </w:rPr>
        <w:t xml:space="preserve">ПРЕДМЕТНЫЕ РЕЗУЛЬТАТЫ </w:t>
      </w:r>
    </w:p>
    <w:p w:rsidR="00F44E79" w:rsidRPr="00272CF8" w:rsidRDefault="00F44E79" w:rsidP="00D03D6E">
      <w:pPr>
        <w:pStyle w:val="ListParagraph"/>
        <w:spacing w:after="0"/>
        <w:ind w:left="0" w:firstLine="709"/>
        <w:jc w:val="both"/>
        <w:rPr>
          <w:rFonts w:ascii="Times New Roman" w:hAnsi="Times New Roman"/>
          <w:sz w:val="24"/>
          <w:szCs w:val="24"/>
        </w:rPr>
      </w:pPr>
      <w:r w:rsidRPr="00272CF8">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w:t>
      </w:r>
      <w:r>
        <w:rPr>
          <w:rFonts w:ascii="Times New Roman" w:hAnsi="Times New Roman"/>
          <w:sz w:val="24"/>
          <w:szCs w:val="24"/>
        </w:rPr>
        <w:t>ыкальным искусством во всех до</w:t>
      </w:r>
      <w:r w:rsidRPr="00272CF8">
        <w:rPr>
          <w:rFonts w:ascii="Times New Roman" w:hAnsi="Times New Roman"/>
          <w:sz w:val="24"/>
          <w:szCs w:val="24"/>
        </w:rPr>
        <w:t>ступных формах, органич</w:t>
      </w:r>
      <w:r>
        <w:rPr>
          <w:rFonts w:ascii="Times New Roman" w:hAnsi="Times New Roman"/>
          <w:sz w:val="24"/>
          <w:szCs w:val="24"/>
        </w:rPr>
        <w:t>ном включении музыки в актуальный контекст своей жизни</w:t>
      </w:r>
      <w:r w:rsidRPr="00272CF8">
        <w:rPr>
          <w:rFonts w:ascii="Times New Roman" w:hAnsi="Times New Roman"/>
          <w:sz w:val="24"/>
          <w:szCs w:val="24"/>
        </w:rPr>
        <w:t>.</w:t>
      </w:r>
    </w:p>
    <w:p w:rsidR="00F44E79" w:rsidRPr="00272CF8" w:rsidRDefault="00F44E79" w:rsidP="00D03D6E">
      <w:pPr>
        <w:pStyle w:val="ListParagraph"/>
        <w:spacing w:after="0"/>
        <w:ind w:left="0" w:firstLine="709"/>
        <w:jc w:val="both"/>
        <w:rPr>
          <w:rFonts w:ascii="Times New Roman" w:hAnsi="Times New Roman"/>
          <w:sz w:val="24"/>
          <w:szCs w:val="24"/>
        </w:rPr>
      </w:pPr>
      <w:r w:rsidRPr="00272CF8">
        <w:rPr>
          <w:rFonts w:ascii="Times New Roman" w:hAnsi="Times New Roman"/>
          <w:sz w:val="24"/>
          <w:szCs w:val="24"/>
        </w:rPr>
        <w:t>Обучающиеся, освоивши</w:t>
      </w:r>
      <w:r>
        <w:rPr>
          <w:rFonts w:ascii="Times New Roman" w:hAnsi="Times New Roman"/>
          <w:sz w:val="24"/>
          <w:szCs w:val="24"/>
        </w:rPr>
        <w:t>е основную образовательную про</w:t>
      </w:r>
      <w:r w:rsidRPr="00272CF8">
        <w:rPr>
          <w:rFonts w:ascii="Times New Roman" w:hAnsi="Times New Roman"/>
          <w:sz w:val="24"/>
          <w:szCs w:val="24"/>
        </w:rPr>
        <w:t>грамму по предмету «Музыка»:</w:t>
      </w:r>
    </w:p>
    <w:p w:rsidR="00F44E79" w:rsidRPr="00272CF8" w:rsidRDefault="00F44E79" w:rsidP="00D03D6E">
      <w:pPr>
        <w:pStyle w:val="ListParagraph"/>
        <w:spacing w:after="0"/>
        <w:ind w:left="0" w:firstLine="709"/>
        <w:jc w:val="both"/>
        <w:rPr>
          <w:rFonts w:ascii="Times New Roman" w:hAnsi="Times New Roman"/>
          <w:sz w:val="24"/>
          <w:szCs w:val="24"/>
        </w:rPr>
      </w:pPr>
      <w:r>
        <w:rPr>
          <w:rFonts w:ascii="Times New Roman" w:hAnsi="Times New Roman"/>
          <w:sz w:val="24"/>
          <w:szCs w:val="24"/>
        </w:rPr>
        <w:t>-</w:t>
      </w:r>
      <w:r w:rsidRPr="00272CF8">
        <w:rPr>
          <w:rFonts w:ascii="Times New Roman" w:hAnsi="Times New Roman"/>
          <w:sz w:val="24"/>
          <w:szCs w:val="24"/>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44E79" w:rsidRPr="00272CF8" w:rsidRDefault="00F44E79" w:rsidP="00D03D6E">
      <w:pPr>
        <w:pStyle w:val="ListParagraph"/>
        <w:spacing w:after="0"/>
        <w:ind w:left="0" w:firstLine="709"/>
        <w:jc w:val="both"/>
        <w:rPr>
          <w:rFonts w:ascii="Times New Roman" w:hAnsi="Times New Roman"/>
          <w:sz w:val="24"/>
          <w:szCs w:val="24"/>
        </w:rPr>
      </w:pPr>
      <w:r>
        <w:rPr>
          <w:rFonts w:ascii="Times New Roman" w:hAnsi="Times New Roman"/>
          <w:sz w:val="24"/>
          <w:szCs w:val="24"/>
        </w:rPr>
        <w:t>-</w:t>
      </w:r>
      <w:r w:rsidRPr="00272CF8">
        <w:rPr>
          <w:rFonts w:ascii="Times New Roman" w:hAnsi="Times New Roman"/>
          <w:sz w:val="24"/>
          <w:szCs w:val="24"/>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44E79" w:rsidRPr="00272CF8" w:rsidRDefault="00F44E79" w:rsidP="00D03D6E">
      <w:pPr>
        <w:pStyle w:val="ListParagraph"/>
        <w:spacing w:after="0"/>
        <w:ind w:left="0" w:firstLine="709"/>
        <w:jc w:val="both"/>
        <w:rPr>
          <w:rFonts w:ascii="Times New Roman" w:hAnsi="Times New Roman"/>
          <w:sz w:val="24"/>
          <w:szCs w:val="24"/>
        </w:rPr>
      </w:pPr>
      <w:r>
        <w:rPr>
          <w:rFonts w:ascii="Times New Roman" w:hAnsi="Times New Roman"/>
          <w:sz w:val="24"/>
          <w:szCs w:val="24"/>
        </w:rPr>
        <w:t>-</w:t>
      </w:r>
      <w:r w:rsidRPr="00272CF8">
        <w:rPr>
          <w:rFonts w:ascii="Times New Roman" w:hAnsi="Times New Roman"/>
          <w:sz w:val="24"/>
          <w:szCs w:val="24"/>
        </w:rPr>
        <w:t xml:space="preserve"> сознательно стремятся</w:t>
      </w:r>
      <w:r>
        <w:rPr>
          <w:rFonts w:ascii="Times New Roman" w:hAnsi="Times New Roman"/>
          <w:sz w:val="24"/>
          <w:szCs w:val="24"/>
        </w:rPr>
        <w:t xml:space="preserve"> к укреплению и сохранению соб</w:t>
      </w:r>
      <w:r w:rsidRPr="00272CF8">
        <w:rPr>
          <w:rFonts w:ascii="Times New Roman" w:hAnsi="Times New Roman"/>
          <w:sz w:val="24"/>
          <w:szCs w:val="24"/>
        </w:rPr>
        <w:t>ственной музыкальной иде</w:t>
      </w:r>
      <w:r>
        <w:rPr>
          <w:rFonts w:ascii="Times New Roman" w:hAnsi="Times New Roman"/>
          <w:sz w:val="24"/>
          <w:szCs w:val="24"/>
        </w:rPr>
        <w:t>нтичности (разбираются в особен</w:t>
      </w:r>
      <w:r w:rsidRPr="00272CF8">
        <w:rPr>
          <w:rFonts w:ascii="Times New Roman" w:hAnsi="Times New Roman"/>
          <w:sz w:val="24"/>
          <w:szCs w:val="24"/>
        </w:rPr>
        <w:t>ностях музыкальной культуры своего народа, узнают на слух родные интонации среди других, стремятся участвовать в исполнении музыки сво</w:t>
      </w:r>
      <w:r>
        <w:rPr>
          <w:rFonts w:ascii="Times New Roman" w:hAnsi="Times New Roman"/>
          <w:sz w:val="24"/>
          <w:szCs w:val="24"/>
        </w:rPr>
        <w:t>ей национальной традиции, пони</w:t>
      </w:r>
      <w:r w:rsidRPr="00272CF8">
        <w:rPr>
          <w:rFonts w:ascii="Times New Roman" w:hAnsi="Times New Roman"/>
          <w:sz w:val="24"/>
          <w:szCs w:val="24"/>
        </w:rPr>
        <w:t>мают ответственность за сохранение и передачу следующим поколениям музыкальной культуры своего народа);</w:t>
      </w:r>
    </w:p>
    <w:p w:rsidR="00F44E79" w:rsidRPr="00272CF8" w:rsidRDefault="00F44E79" w:rsidP="00D03D6E">
      <w:pPr>
        <w:pStyle w:val="ListParagraph"/>
        <w:spacing w:after="0"/>
        <w:ind w:left="0" w:firstLine="709"/>
        <w:jc w:val="both"/>
        <w:rPr>
          <w:rFonts w:ascii="Times New Roman" w:hAnsi="Times New Roman"/>
          <w:sz w:val="24"/>
          <w:szCs w:val="24"/>
        </w:rPr>
      </w:pPr>
      <w:r>
        <w:rPr>
          <w:rFonts w:ascii="Times New Roman" w:hAnsi="Times New Roman"/>
          <w:sz w:val="24"/>
          <w:szCs w:val="24"/>
        </w:rPr>
        <w:t>-</w:t>
      </w:r>
      <w:r w:rsidRPr="00272CF8">
        <w:rPr>
          <w:rFonts w:ascii="Times New Roman" w:hAnsi="Times New Roman"/>
          <w:sz w:val="24"/>
          <w:szCs w:val="24"/>
        </w:rPr>
        <w:t xml:space="preserve"> понимают роль музыки как социал</w:t>
      </w:r>
      <w:r>
        <w:rPr>
          <w:rFonts w:ascii="Times New Roman" w:hAnsi="Times New Roman"/>
          <w:sz w:val="24"/>
          <w:szCs w:val="24"/>
        </w:rPr>
        <w:t>ьно значимого явле</w:t>
      </w:r>
      <w:r w:rsidRPr="00272CF8">
        <w:rPr>
          <w:rFonts w:ascii="Times New Roman" w:hAnsi="Times New Roman"/>
          <w:sz w:val="24"/>
          <w:szCs w:val="24"/>
        </w:rPr>
        <w:t>ния, формирующего общественные вкусы и настроения, включённого в развитие пол</w:t>
      </w:r>
      <w:r>
        <w:rPr>
          <w:rFonts w:ascii="Times New Roman" w:hAnsi="Times New Roman"/>
          <w:sz w:val="24"/>
          <w:szCs w:val="24"/>
        </w:rPr>
        <w:t>итического, экономического, ре</w:t>
      </w:r>
      <w:r w:rsidRPr="00272CF8">
        <w:rPr>
          <w:rFonts w:ascii="Times New Roman" w:hAnsi="Times New Roman"/>
          <w:sz w:val="24"/>
          <w:szCs w:val="24"/>
        </w:rPr>
        <w:t xml:space="preserve">лигиозного, </w:t>
      </w:r>
      <w:r>
        <w:rPr>
          <w:rFonts w:ascii="Times New Roman" w:hAnsi="Times New Roman"/>
          <w:sz w:val="24"/>
          <w:szCs w:val="24"/>
        </w:rPr>
        <w:t>иных аспектов развития общества</w:t>
      </w:r>
      <w:r w:rsidRPr="00272CF8">
        <w:rPr>
          <w:rFonts w:ascii="Times New Roman" w:hAnsi="Times New Roman"/>
          <w:sz w:val="24"/>
          <w:szCs w:val="24"/>
        </w:rPr>
        <w:t>.</w:t>
      </w:r>
    </w:p>
    <w:p w:rsidR="00F44E79" w:rsidRDefault="00F44E79" w:rsidP="00D03D6E">
      <w:pPr>
        <w:pStyle w:val="ListParagraph"/>
        <w:spacing w:after="0"/>
        <w:ind w:left="0" w:firstLine="709"/>
        <w:jc w:val="both"/>
        <w:rPr>
          <w:rFonts w:ascii="Times New Roman" w:hAnsi="Times New Roman"/>
          <w:sz w:val="24"/>
          <w:szCs w:val="24"/>
        </w:rPr>
      </w:pPr>
      <w:r w:rsidRPr="00272CF8">
        <w:rPr>
          <w:rFonts w:ascii="Times New Roman" w:hAnsi="Times New Roman"/>
          <w:sz w:val="24"/>
          <w:szCs w:val="24"/>
        </w:rPr>
        <w:t>Предметные результаты, формируемые в ходе изучения предмета «Музыка», сгруппированы по учебным модулям и должны о</w:t>
      </w:r>
      <w:r>
        <w:rPr>
          <w:rFonts w:ascii="Times New Roman" w:hAnsi="Times New Roman"/>
          <w:sz w:val="24"/>
          <w:szCs w:val="24"/>
        </w:rPr>
        <w:t>тражать сформированность умений</w:t>
      </w:r>
      <w:r w:rsidRPr="00272CF8">
        <w:rPr>
          <w:rFonts w:ascii="Times New Roman" w:hAnsi="Times New Roman"/>
          <w:sz w:val="24"/>
          <w:szCs w:val="24"/>
        </w:rPr>
        <w:t>.</w:t>
      </w:r>
    </w:p>
    <w:p w:rsidR="00F44E79" w:rsidRDefault="00F44E79" w:rsidP="00D03D6E">
      <w:pPr>
        <w:pStyle w:val="ListParagraph"/>
        <w:ind w:left="0" w:firstLine="284"/>
        <w:jc w:val="both"/>
        <w:rPr>
          <w:rFonts w:ascii="Times New Roman" w:hAnsi="Times New Roman"/>
          <w:sz w:val="24"/>
          <w:szCs w:val="24"/>
        </w:rPr>
      </w:pPr>
    </w:p>
    <w:p w:rsidR="00F44E79" w:rsidRPr="004E2BEA" w:rsidRDefault="00F44E79" w:rsidP="00D03D6E">
      <w:pPr>
        <w:jc w:val="both"/>
        <w:rPr>
          <w:rFonts w:ascii="Times New Roman" w:hAnsi="Times New Roman" w:cs="Times New Roman"/>
        </w:rPr>
      </w:pPr>
      <w:r w:rsidRPr="004E2BEA">
        <w:rPr>
          <w:rFonts w:ascii="Times New Roman" w:hAnsi="Times New Roman" w:cs="Times New Roman"/>
        </w:rPr>
        <w:t xml:space="preserve">СОДЕРЖАНИЕ УЧЕБНОГО КУРСА </w:t>
      </w:r>
      <w:r>
        <w:rPr>
          <w:rFonts w:ascii="Times New Roman" w:hAnsi="Times New Roman" w:cs="Times New Roman"/>
        </w:rPr>
        <w:t>«</w:t>
      </w:r>
      <w:r w:rsidRPr="004E2BEA">
        <w:rPr>
          <w:rFonts w:ascii="Times New Roman" w:hAnsi="Times New Roman" w:cs="Times New Roman"/>
        </w:rPr>
        <w:t>МУЗЫКА</w:t>
      </w:r>
      <w:r>
        <w:rPr>
          <w:rFonts w:ascii="Times New Roman" w:hAnsi="Times New Roman" w:cs="Times New Roman"/>
        </w:rPr>
        <w:t xml:space="preserve">» </w:t>
      </w:r>
      <w:r w:rsidRPr="004E2BEA">
        <w:rPr>
          <w:rFonts w:ascii="Times New Roman" w:hAnsi="Times New Roman" w:cs="Times New Roman"/>
        </w:rPr>
        <w:t xml:space="preserve">(ПО ГОДАМ ОБУЧЕНИЯ) </w:t>
      </w:r>
    </w:p>
    <w:p w:rsidR="00F44E79" w:rsidRPr="00C9716F" w:rsidRDefault="00F44E79" w:rsidP="00D03D6E">
      <w:pPr>
        <w:pStyle w:val="ListParagraph"/>
        <w:spacing w:after="0"/>
        <w:ind w:left="0" w:firstLine="709"/>
        <w:contextualSpacing w:val="0"/>
        <w:jc w:val="both"/>
        <w:rPr>
          <w:rFonts w:ascii="Times New Roman" w:hAnsi="Times New Roman"/>
          <w:b/>
          <w:sz w:val="24"/>
          <w:szCs w:val="24"/>
        </w:rPr>
      </w:pPr>
      <w:r w:rsidRPr="00C9716F">
        <w:rPr>
          <w:rFonts w:ascii="Times New Roman" w:hAnsi="Times New Roman"/>
          <w:b/>
          <w:sz w:val="24"/>
          <w:szCs w:val="24"/>
        </w:rPr>
        <w:t xml:space="preserve">5 класс </w:t>
      </w:r>
    </w:p>
    <w:p w:rsidR="00F44E79" w:rsidRDefault="00F44E79" w:rsidP="00D03D6E">
      <w:pPr>
        <w:tabs>
          <w:tab w:val="left" w:pos="180"/>
        </w:tabs>
        <w:autoSpaceDE w:val="0"/>
        <w:autoSpaceDN w:val="0"/>
        <w:ind w:firstLine="709"/>
        <w:jc w:val="both"/>
      </w:pPr>
      <w:r w:rsidRPr="009B16D5">
        <w:rPr>
          <w:rFonts w:ascii="Times New Roman" w:hAnsi="Times New Roman"/>
          <w:b/>
        </w:rPr>
        <w:t>Модуль «МУЗЫКА МОЕГО КРАЯ»</w:t>
      </w:r>
    </w:p>
    <w:p w:rsidR="00F44E79" w:rsidRDefault="00F44E79" w:rsidP="00D03D6E">
      <w:pPr>
        <w:tabs>
          <w:tab w:val="left" w:pos="180"/>
        </w:tabs>
        <w:autoSpaceDE w:val="0"/>
        <w:autoSpaceDN w:val="0"/>
        <w:ind w:firstLine="709"/>
        <w:jc w:val="both"/>
        <w:rPr>
          <w:rFonts w:ascii="Times New Roman" w:hAnsi="Times New Roman"/>
          <w:i/>
        </w:rPr>
      </w:pPr>
      <w:r w:rsidRPr="009B16D5">
        <w:rPr>
          <w:rFonts w:ascii="Times New Roman" w:hAnsi="Times New Roman"/>
          <w:i/>
        </w:rPr>
        <w:t xml:space="preserve">Фольклор </w:t>
      </w:r>
      <w:r>
        <w:rPr>
          <w:rFonts w:ascii="Times New Roman" w:hAnsi="Times New Roman"/>
          <w:i/>
        </w:rPr>
        <w:t>– народное творчество</w:t>
      </w:r>
    </w:p>
    <w:p w:rsidR="00F44E79" w:rsidRDefault="00F44E79" w:rsidP="00D03D6E">
      <w:pPr>
        <w:tabs>
          <w:tab w:val="left" w:pos="180"/>
        </w:tabs>
        <w:autoSpaceDE w:val="0"/>
        <w:autoSpaceDN w:val="0"/>
        <w:ind w:firstLine="709"/>
        <w:jc w:val="both"/>
      </w:pPr>
      <w:r w:rsidRPr="009B16D5">
        <w:rPr>
          <w:rFonts w:ascii="Times New Roman" w:hAnsi="Times New Roman"/>
        </w:rPr>
        <w:t xml:space="preserve">Традиционная музыка </w:t>
      </w:r>
      <w:r>
        <w:rPr>
          <w:rFonts w:ascii="Times New Roman" w:hAnsi="Times New Roman"/>
        </w:rPr>
        <w:t>–</w:t>
      </w:r>
      <w:r w:rsidRPr="009B16D5">
        <w:rPr>
          <w:rFonts w:ascii="Times New Roman" w:hAnsi="Times New Roman"/>
        </w:rPr>
        <w:t xml:space="preserve"> отражение жизни народа. Жанры детского и игрового фольклора (игры, пляски, хороводы и др.).</w:t>
      </w:r>
    </w:p>
    <w:p w:rsidR="00F44E79" w:rsidRDefault="00F44E79" w:rsidP="00D03D6E">
      <w:pPr>
        <w:tabs>
          <w:tab w:val="left" w:pos="180"/>
        </w:tabs>
        <w:autoSpaceDE w:val="0"/>
        <w:autoSpaceDN w:val="0"/>
        <w:ind w:firstLine="709"/>
        <w:jc w:val="both"/>
      </w:pPr>
      <w:r w:rsidRPr="009B16D5">
        <w:rPr>
          <w:rFonts w:ascii="Times New Roman" w:hAnsi="Times New Roman"/>
          <w:i/>
        </w:rPr>
        <w:t xml:space="preserve">Календарный фольклор </w:t>
      </w:r>
    </w:p>
    <w:p w:rsidR="00F44E79" w:rsidRPr="009B16D5" w:rsidRDefault="00F44E79" w:rsidP="00D03D6E">
      <w:pPr>
        <w:tabs>
          <w:tab w:val="left" w:pos="180"/>
        </w:tabs>
        <w:autoSpaceDE w:val="0"/>
        <w:autoSpaceDN w:val="0"/>
        <w:ind w:firstLine="709"/>
        <w:jc w:val="both"/>
      </w:pPr>
      <w:r w:rsidRPr="009B16D5">
        <w:rPr>
          <w:rFonts w:ascii="Times New Roman" w:hAnsi="Times New Roman"/>
        </w:rPr>
        <w:t xml:space="preserve">Календарные обряды, традиционные для данной местности (осенние, зимние, весенние </w:t>
      </w:r>
      <w:r>
        <w:rPr>
          <w:rFonts w:ascii="Times New Roman" w:hAnsi="Times New Roman"/>
        </w:rPr>
        <w:t>–</w:t>
      </w:r>
      <w:r w:rsidRPr="009B16D5">
        <w:rPr>
          <w:rFonts w:ascii="Times New Roman" w:hAnsi="Times New Roman"/>
        </w:rPr>
        <w:t xml:space="preserve"> на выбор учителя).</w:t>
      </w:r>
    </w:p>
    <w:p w:rsidR="00F44E79" w:rsidRDefault="00F44E79" w:rsidP="00D03D6E">
      <w:pPr>
        <w:tabs>
          <w:tab w:val="left" w:pos="180"/>
        </w:tabs>
        <w:autoSpaceDE w:val="0"/>
        <w:autoSpaceDN w:val="0"/>
        <w:ind w:firstLine="709"/>
        <w:jc w:val="both"/>
      </w:pPr>
      <w:r>
        <w:rPr>
          <w:rFonts w:ascii="Times New Roman" w:hAnsi="Times New Roman"/>
          <w:b/>
        </w:rPr>
        <w:t>M</w:t>
      </w:r>
      <w:r w:rsidRPr="009B16D5">
        <w:rPr>
          <w:rFonts w:ascii="Times New Roman" w:hAnsi="Times New Roman"/>
          <w:b/>
        </w:rPr>
        <w:t>одуль «ЕВРОПЕЙСКАЯ КЛАССИЧЕСКАЯ МУЗЫКА»</w:t>
      </w:r>
    </w:p>
    <w:p w:rsidR="00F44E79" w:rsidRDefault="00F44E79" w:rsidP="00D03D6E">
      <w:pPr>
        <w:tabs>
          <w:tab w:val="left" w:pos="180"/>
        </w:tabs>
        <w:autoSpaceDE w:val="0"/>
        <w:autoSpaceDN w:val="0"/>
        <w:ind w:firstLine="709"/>
        <w:jc w:val="both"/>
      </w:pPr>
      <w:r w:rsidRPr="009B16D5">
        <w:rPr>
          <w:rFonts w:ascii="Times New Roman" w:hAnsi="Times New Roman"/>
          <w:i/>
        </w:rPr>
        <w:t xml:space="preserve">Национальные истоки классической музыки </w:t>
      </w:r>
    </w:p>
    <w:p w:rsidR="00F44E79" w:rsidRPr="009B16D5" w:rsidRDefault="00F44E79" w:rsidP="00D03D6E">
      <w:pPr>
        <w:tabs>
          <w:tab w:val="left" w:pos="180"/>
        </w:tabs>
        <w:autoSpaceDE w:val="0"/>
        <w:autoSpaceDN w:val="0"/>
        <w:ind w:firstLine="709"/>
        <w:jc w:val="both"/>
      </w:pPr>
      <w:r w:rsidRPr="009B16D5">
        <w:rPr>
          <w:rFonts w:ascii="Times New Roman" w:hAnsi="Times New Roman"/>
        </w:rPr>
        <w:t xml:space="preserve">Национальный музыкальный стиль на примере творчества Ф. Шопена, Э. Грига и др. Значение и роль композитора </w:t>
      </w:r>
      <w:r>
        <w:rPr>
          <w:rFonts w:ascii="Times New Roman" w:hAnsi="Times New Roman"/>
        </w:rPr>
        <w:t>–</w:t>
      </w:r>
      <w:r w:rsidRPr="009B16D5">
        <w:rPr>
          <w:rFonts w:ascii="Times New Roman" w:hAnsi="Times New Roman"/>
        </w:rPr>
        <w:t xml:space="preserve"> основоположника национальной классической музыки. Характерные жанры, образы, элементы музыкального языка.</w:t>
      </w:r>
    </w:p>
    <w:p w:rsidR="00F44E79" w:rsidRDefault="00F44E79" w:rsidP="00D03D6E">
      <w:pPr>
        <w:autoSpaceDE w:val="0"/>
        <w:autoSpaceDN w:val="0"/>
        <w:ind w:firstLine="709"/>
        <w:jc w:val="both"/>
      </w:pPr>
      <w:r w:rsidRPr="009B16D5">
        <w:rPr>
          <w:rFonts w:ascii="Times New Roman" w:hAnsi="Times New Roman"/>
          <w:i/>
        </w:rPr>
        <w:t xml:space="preserve">Музыкант и публика </w:t>
      </w:r>
    </w:p>
    <w:p w:rsidR="00F44E79" w:rsidRPr="009B16D5" w:rsidRDefault="00F44E79" w:rsidP="00D03D6E">
      <w:pPr>
        <w:autoSpaceDE w:val="0"/>
        <w:autoSpaceDN w:val="0"/>
        <w:ind w:firstLine="709"/>
        <w:jc w:val="both"/>
      </w:pPr>
      <w:r w:rsidRPr="009B16D5">
        <w:rPr>
          <w:rFonts w:ascii="Times New Roman" w:hAnsi="Times New Roman"/>
        </w:rPr>
        <w:t>Кумиры публики (на примере творчества В. А. Моцарта, Н. Паганини, Ф. Листа и др.).Виртуозность.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44E79" w:rsidRDefault="00F44E79" w:rsidP="00D03D6E">
      <w:pPr>
        <w:tabs>
          <w:tab w:val="left" w:pos="180"/>
        </w:tabs>
        <w:autoSpaceDE w:val="0"/>
        <w:autoSpaceDN w:val="0"/>
        <w:ind w:firstLine="709"/>
        <w:jc w:val="both"/>
      </w:pPr>
      <w:r w:rsidRPr="009B16D5">
        <w:rPr>
          <w:rFonts w:ascii="Times New Roman" w:hAnsi="Times New Roman"/>
          <w:b/>
        </w:rPr>
        <w:t xml:space="preserve">Модуль </w:t>
      </w:r>
      <w:r w:rsidRPr="009B16D5">
        <w:rPr>
          <w:rFonts w:ascii="Times New Roman" w:hAnsi="Times New Roman"/>
        </w:rPr>
        <w:t>«</w:t>
      </w:r>
      <w:r w:rsidRPr="009B16D5">
        <w:rPr>
          <w:rFonts w:ascii="Times New Roman" w:hAnsi="Times New Roman"/>
          <w:b/>
        </w:rPr>
        <w:t>РУССКАЯ КЛАССИЧЕСКАЯ МУЗЫКА</w:t>
      </w:r>
      <w:r w:rsidRPr="009B16D5">
        <w:rPr>
          <w:rFonts w:ascii="Times New Roman" w:hAnsi="Times New Roman"/>
        </w:rPr>
        <w:t>»</w:t>
      </w:r>
    </w:p>
    <w:p w:rsidR="00F44E79" w:rsidRDefault="00F44E79" w:rsidP="00D03D6E">
      <w:pPr>
        <w:tabs>
          <w:tab w:val="left" w:pos="180"/>
        </w:tabs>
        <w:autoSpaceDE w:val="0"/>
        <w:autoSpaceDN w:val="0"/>
        <w:ind w:firstLine="709"/>
        <w:jc w:val="both"/>
      </w:pPr>
      <w:r w:rsidRPr="009B16D5">
        <w:rPr>
          <w:rFonts w:ascii="Times New Roman" w:hAnsi="Times New Roman"/>
          <w:i/>
        </w:rPr>
        <w:t xml:space="preserve">Образы родной земли </w:t>
      </w:r>
    </w:p>
    <w:p w:rsidR="00F44E79" w:rsidRPr="009B16D5" w:rsidRDefault="00F44E79" w:rsidP="00D03D6E">
      <w:pPr>
        <w:tabs>
          <w:tab w:val="left" w:pos="180"/>
        </w:tabs>
        <w:autoSpaceDE w:val="0"/>
        <w:autoSpaceDN w:val="0"/>
        <w:ind w:firstLine="709"/>
        <w:jc w:val="both"/>
      </w:pPr>
      <w:r w:rsidRPr="009B16D5">
        <w:rPr>
          <w:rFonts w:ascii="Times New Roman" w:hAnsi="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F44E79" w:rsidRDefault="00F44E79" w:rsidP="00D03D6E">
      <w:pPr>
        <w:tabs>
          <w:tab w:val="left" w:pos="180"/>
        </w:tabs>
        <w:autoSpaceDE w:val="0"/>
        <w:autoSpaceDN w:val="0"/>
        <w:ind w:firstLine="709"/>
        <w:jc w:val="both"/>
      </w:pPr>
      <w:r w:rsidRPr="009B16D5">
        <w:rPr>
          <w:rFonts w:ascii="Times New Roman" w:hAnsi="Times New Roman"/>
          <w:i/>
        </w:rPr>
        <w:t xml:space="preserve">Русская исполнительская школа </w:t>
      </w:r>
    </w:p>
    <w:p w:rsidR="00F44E79" w:rsidRPr="009B16D5" w:rsidRDefault="00F44E79" w:rsidP="00D03D6E">
      <w:pPr>
        <w:tabs>
          <w:tab w:val="left" w:pos="180"/>
        </w:tabs>
        <w:autoSpaceDE w:val="0"/>
        <w:autoSpaceDN w:val="0"/>
        <w:ind w:firstLine="709"/>
        <w:jc w:val="both"/>
      </w:pPr>
      <w:r w:rsidRPr="009B16D5">
        <w:rPr>
          <w:rFonts w:ascii="Times New Roman" w:hAnsi="Times New Roman"/>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П.И. Чайковского</w:t>
      </w:r>
      <w:r>
        <w:rPr>
          <w:rFonts w:ascii="Times New Roman" w:hAnsi="Times New Roman"/>
        </w:rPr>
        <w:t>.</w:t>
      </w:r>
    </w:p>
    <w:p w:rsidR="00F44E79" w:rsidRDefault="00F44E79" w:rsidP="00D03D6E">
      <w:pPr>
        <w:tabs>
          <w:tab w:val="left" w:pos="180"/>
        </w:tabs>
        <w:autoSpaceDE w:val="0"/>
        <w:autoSpaceDN w:val="0"/>
        <w:ind w:firstLine="709"/>
        <w:jc w:val="both"/>
        <w:rPr>
          <w:rFonts w:ascii="Times New Roman" w:hAnsi="Times New Roman"/>
        </w:rPr>
      </w:pPr>
      <w:r w:rsidRPr="009B16D5">
        <w:rPr>
          <w:rFonts w:ascii="Times New Roman" w:hAnsi="Times New Roman"/>
          <w:b/>
        </w:rPr>
        <w:t xml:space="preserve">Модуль </w:t>
      </w:r>
      <w:r w:rsidRPr="009B16D5">
        <w:rPr>
          <w:rFonts w:ascii="Times New Roman" w:hAnsi="Times New Roman"/>
        </w:rPr>
        <w:t>«</w:t>
      </w:r>
      <w:r w:rsidRPr="009B16D5">
        <w:rPr>
          <w:rFonts w:ascii="Times New Roman" w:hAnsi="Times New Roman"/>
          <w:b/>
        </w:rPr>
        <w:t>СВЯЗЬ МУЗЫКИ С ДРУГИМИ ВИДАМИ ИСКУССТВА</w:t>
      </w:r>
      <w:r>
        <w:rPr>
          <w:rFonts w:ascii="Times New Roman" w:hAnsi="Times New Roman"/>
          <w:b/>
        </w:rPr>
        <w:t>»</w:t>
      </w:r>
    </w:p>
    <w:p w:rsidR="00F44E79" w:rsidRDefault="00F44E79" w:rsidP="00D03D6E">
      <w:pPr>
        <w:tabs>
          <w:tab w:val="left" w:pos="180"/>
        </w:tabs>
        <w:autoSpaceDE w:val="0"/>
        <w:autoSpaceDN w:val="0"/>
        <w:ind w:firstLine="709"/>
        <w:jc w:val="both"/>
      </w:pPr>
      <w:r>
        <w:rPr>
          <w:rFonts w:ascii="Times New Roman" w:hAnsi="Times New Roman"/>
        </w:rPr>
        <w:t>«</w:t>
      </w:r>
      <w:r w:rsidRPr="009B16D5">
        <w:rPr>
          <w:rFonts w:ascii="Times New Roman" w:hAnsi="Times New Roman"/>
          <w:i/>
        </w:rPr>
        <w:t xml:space="preserve">Музыка и литература </w:t>
      </w:r>
    </w:p>
    <w:p w:rsidR="00F44E79" w:rsidRPr="009B16D5" w:rsidRDefault="00F44E79" w:rsidP="00D03D6E">
      <w:pPr>
        <w:tabs>
          <w:tab w:val="left" w:pos="180"/>
        </w:tabs>
        <w:autoSpaceDE w:val="0"/>
        <w:autoSpaceDN w:val="0"/>
        <w:ind w:firstLine="709"/>
        <w:jc w:val="both"/>
      </w:pPr>
      <w:r w:rsidRPr="009B16D5">
        <w:rPr>
          <w:rFonts w:ascii="Times New Roman" w:hAnsi="Times New Roman"/>
        </w:rPr>
        <w:t>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F44E79" w:rsidRDefault="00F44E79" w:rsidP="00D03D6E">
      <w:pPr>
        <w:tabs>
          <w:tab w:val="left" w:pos="180"/>
        </w:tabs>
        <w:autoSpaceDE w:val="0"/>
        <w:autoSpaceDN w:val="0"/>
        <w:ind w:firstLine="709"/>
        <w:jc w:val="both"/>
      </w:pPr>
      <w:r w:rsidRPr="009B16D5">
        <w:rPr>
          <w:rFonts w:ascii="Times New Roman" w:hAnsi="Times New Roman"/>
          <w:i/>
        </w:rPr>
        <w:t xml:space="preserve">Музыка и живопись </w:t>
      </w:r>
    </w:p>
    <w:p w:rsidR="00F44E79" w:rsidRDefault="00F44E79" w:rsidP="00D03D6E">
      <w:pPr>
        <w:tabs>
          <w:tab w:val="left" w:pos="180"/>
        </w:tabs>
        <w:autoSpaceDE w:val="0"/>
        <w:autoSpaceDN w:val="0"/>
        <w:ind w:firstLine="709"/>
        <w:jc w:val="both"/>
      </w:pPr>
      <w:r w:rsidRPr="009B16D5">
        <w:rPr>
          <w:rFonts w:ascii="Times New Roman" w:hAnsi="Times New Roman"/>
        </w:rPr>
        <w:t>Молитва, хорал, песнопение, духовный стих. Образы духовной музыки в творчестве композиторов-классиков</w:t>
      </w:r>
      <w:r>
        <w:rPr>
          <w:rFonts w:ascii="Times New Roman" w:hAnsi="Times New Roman"/>
        </w:rPr>
        <w:t xml:space="preserve">. </w:t>
      </w:r>
      <w:r w:rsidRPr="009B16D5">
        <w:rPr>
          <w:rFonts w:ascii="Times New Roman" w:hAnsi="Times New Roman"/>
        </w:rPr>
        <w:t xml:space="preserve">Выразительные средства музыкального и изобразительного искусства. Аналогии: ритм, композиция, линия </w:t>
      </w:r>
      <w:r>
        <w:rPr>
          <w:rFonts w:ascii="Times New Roman" w:hAnsi="Times New Roman"/>
        </w:rPr>
        <w:t>–</w:t>
      </w:r>
      <w:r w:rsidRPr="009B16D5">
        <w:rPr>
          <w:rFonts w:ascii="Times New Roman" w:hAnsi="Times New Roman"/>
        </w:rPr>
        <w:t xml:space="preserve"> мелодия, пятно </w:t>
      </w:r>
      <w:r>
        <w:rPr>
          <w:rFonts w:ascii="Times New Roman" w:hAnsi="Times New Roman"/>
        </w:rPr>
        <w:t>–</w:t>
      </w:r>
      <w:r w:rsidRPr="009B16D5">
        <w:rPr>
          <w:rFonts w:ascii="Times New Roman" w:hAnsi="Times New Roman"/>
        </w:rPr>
        <w:t xml:space="preserve"> созвучие, колорит </w:t>
      </w:r>
      <w:r>
        <w:rPr>
          <w:rFonts w:ascii="Times New Roman" w:hAnsi="Times New Roman"/>
        </w:rPr>
        <w:t xml:space="preserve">– тембр, </w:t>
      </w:r>
      <w:r w:rsidRPr="009B16D5">
        <w:rPr>
          <w:rFonts w:ascii="Times New Roman" w:hAnsi="Times New Roman"/>
        </w:rPr>
        <w:t>динамика и т. д.</w:t>
      </w:r>
      <w:r>
        <w:rPr>
          <w:rFonts w:ascii="Times New Roman" w:hAnsi="Times New Roman"/>
        </w:rPr>
        <w:t xml:space="preserve"> </w:t>
      </w:r>
      <w:r w:rsidRPr="009B16D5">
        <w:rPr>
          <w:rFonts w:ascii="Times New Roman" w:hAnsi="Times New Roman"/>
        </w:rPr>
        <w:t>Программная музыка. Импрессионизм (на примере творчества французских</w:t>
      </w:r>
      <w:r>
        <w:rPr>
          <w:rFonts w:ascii="Times New Roman" w:hAnsi="Times New Roman"/>
        </w:rPr>
        <w:t xml:space="preserve"> </w:t>
      </w:r>
      <w:r w:rsidRPr="009B16D5">
        <w:rPr>
          <w:rFonts w:ascii="Times New Roman" w:hAnsi="Times New Roman"/>
        </w:rPr>
        <w:t>клавесинистов, К. Дебюсси, А.К. Лядова и др.).</w:t>
      </w:r>
    </w:p>
    <w:p w:rsidR="00F44E79" w:rsidRPr="00B037BD" w:rsidRDefault="00F44E79" w:rsidP="00D03D6E">
      <w:pPr>
        <w:tabs>
          <w:tab w:val="left" w:pos="180"/>
        </w:tabs>
        <w:autoSpaceDE w:val="0"/>
        <w:autoSpaceDN w:val="0"/>
        <w:ind w:firstLine="709"/>
        <w:jc w:val="both"/>
      </w:pPr>
    </w:p>
    <w:p w:rsidR="00F44E79" w:rsidRPr="00B037BD" w:rsidRDefault="00F44E79" w:rsidP="00D03D6E">
      <w:pPr>
        <w:pStyle w:val="ListParagraph"/>
        <w:spacing w:after="0"/>
        <w:ind w:left="0" w:firstLine="709"/>
        <w:contextualSpacing w:val="0"/>
        <w:jc w:val="both"/>
        <w:rPr>
          <w:rFonts w:ascii="Times New Roman" w:hAnsi="Times New Roman"/>
          <w:b/>
          <w:sz w:val="24"/>
          <w:szCs w:val="24"/>
        </w:rPr>
      </w:pPr>
      <w:r w:rsidRPr="005023A4">
        <w:rPr>
          <w:rFonts w:ascii="Times New Roman" w:hAnsi="Times New Roman"/>
          <w:b/>
          <w:sz w:val="24"/>
          <w:szCs w:val="24"/>
        </w:rPr>
        <w:t>6 класс</w:t>
      </w:r>
    </w:p>
    <w:p w:rsidR="00F44E79" w:rsidRDefault="00F44E79" w:rsidP="00D03D6E">
      <w:pPr>
        <w:tabs>
          <w:tab w:val="left" w:pos="180"/>
        </w:tabs>
        <w:autoSpaceDE w:val="0"/>
        <w:autoSpaceDN w:val="0"/>
        <w:ind w:firstLine="709"/>
        <w:jc w:val="both"/>
      </w:pPr>
      <w:r w:rsidRPr="00105236">
        <w:rPr>
          <w:rFonts w:ascii="Times New Roman" w:hAnsi="Times New Roman"/>
          <w:b/>
        </w:rPr>
        <w:t>Модуль «НАРОДНОЕ МУЗЫКАЛЬНОЕ ТВОРЧЕСТВО РОССИИ»</w:t>
      </w:r>
    </w:p>
    <w:p w:rsidR="00F44E79" w:rsidRDefault="00F44E79" w:rsidP="00D03D6E">
      <w:pPr>
        <w:tabs>
          <w:tab w:val="left" w:pos="180"/>
        </w:tabs>
        <w:autoSpaceDE w:val="0"/>
        <w:autoSpaceDN w:val="0"/>
        <w:ind w:firstLine="709"/>
        <w:jc w:val="both"/>
      </w:pPr>
      <w:r w:rsidRPr="00105236">
        <w:rPr>
          <w:rFonts w:ascii="Times New Roman" w:hAnsi="Times New Roman"/>
          <w:i/>
        </w:rPr>
        <w:t xml:space="preserve">Россия </w:t>
      </w:r>
      <w:r>
        <w:rPr>
          <w:rFonts w:ascii="Times New Roman" w:hAnsi="Times New Roman"/>
          <w:i/>
        </w:rPr>
        <w:t>–</w:t>
      </w:r>
      <w:r w:rsidRPr="00105236">
        <w:rPr>
          <w:rFonts w:ascii="Times New Roman" w:hAnsi="Times New Roman"/>
          <w:i/>
        </w:rPr>
        <w:t xml:space="preserve"> наш общий дом </w:t>
      </w:r>
    </w:p>
    <w:p w:rsidR="00F44E79" w:rsidRPr="00105236" w:rsidRDefault="00F44E79" w:rsidP="00D03D6E">
      <w:pPr>
        <w:tabs>
          <w:tab w:val="left" w:pos="180"/>
        </w:tabs>
        <w:autoSpaceDE w:val="0"/>
        <w:autoSpaceDN w:val="0"/>
        <w:ind w:firstLine="709"/>
        <w:jc w:val="both"/>
      </w:pPr>
      <w:r w:rsidRPr="00105236">
        <w:rPr>
          <w:rFonts w:ascii="Times New Roman" w:hAnsi="Times New Roman"/>
        </w:rPr>
        <w:t>Богатство и разнообразие фольклорных традиций народов нашей страны. Музыка наших соседей, музыка других регионов.</w:t>
      </w:r>
    </w:p>
    <w:p w:rsidR="00F44E79" w:rsidRDefault="00F44E79" w:rsidP="00D03D6E">
      <w:pPr>
        <w:autoSpaceDE w:val="0"/>
        <w:autoSpaceDN w:val="0"/>
        <w:ind w:firstLine="709"/>
        <w:jc w:val="both"/>
      </w:pPr>
      <w:r w:rsidRPr="00105236">
        <w:rPr>
          <w:rFonts w:ascii="Times New Roman" w:hAnsi="Times New Roman"/>
          <w:i/>
        </w:rPr>
        <w:t xml:space="preserve">Фольклорные жанры </w:t>
      </w:r>
    </w:p>
    <w:p w:rsidR="00F44E79" w:rsidRPr="00105236" w:rsidRDefault="00F44E79" w:rsidP="00D03D6E">
      <w:pPr>
        <w:autoSpaceDE w:val="0"/>
        <w:autoSpaceDN w:val="0"/>
        <w:ind w:firstLine="709"/>
        <w:jc w:val="both"/>
      </w:pPr>
      <w:r w:rsidRPr="00105236">
        <w:rPr>
          <w:rFonts w:ascii="Times New Roman" w:hAnsi="Times New Roman"/>
        </w:rPr>
        <w:t>Общее и особенное в фольклоре народов России: лирика, эпос, танец.</w:t>
      </w:r>
    </w:p>
    <w:p w:rsidR="00F44E79" w:rsidRDefault="00F44E79" w:rsidP="00D03D6E">
      <w:pPr>
        <w:tabs>
          <w:tab w:val="left" w:pos="180"/>
        </w:tabs>
        <w:autoSpaceDE w:val="0"/>
        <w:autoSpaceDN w:val="0"/>
        <w:ind w:firstLine="709"/>
        <w:jc w:val="both"/>
      </w:pPr>
      <w:r w:rsidRPr="00105236">
        <w:rPr>
          <w:rFonts w:ascii="Times New Roman" w:hAnsi="Times New Roman"/>
          <w:i/>
        </w:rPr>
        <w:t xml:space="preserve">Фольклор в творчестве профессиональных композиторов </w:t>
      </w:r>
    </w:p>
    <w:p w:rsidR="00F44E79" w:rsidRPr="00105236" w:rsidRDefault="00F44E79" w:rsidP="00D03D6E">
      <w:pPr>
        <w:tabs>
          <w:tab w:val="left" w:pos="180"/>
        </w:tabs>
        <w:autoSpaceDE w:val="0"/>
        <w:autoSpaceDN w:val="0"/>
        <w:ind w:firstLine="709"/>
        <w:jc w:val="both"/>
      </w:pPr>
      <w:r w:rsidRPr="00105236">
        <w:rPr>
          <w:rFonts w:ascii="Times New Roman" w:hAnsi="Times New Roman"/>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F44E79" w:rsidRDefault="00F44E79" w:rsidP="00D03D6E">
      <w:pPr>
        <w:tabs>
          <w:tab w:val="left" w:pos="180"/>
        </w:tabs>
        <w:autoSpaceDE w:val="0"/>
        <w:autoSpaceDN w:val="0"/>
        <w:ind w:firstLine="709"/>
        <w:jc w:val="both"/>
      </w:pPr>
      <w:r>
        <w:rPr>
          <w:rFonts w:ascii="Times New Roman" w:hAnsi="Times New Roman"/>
          <w:b/>
        </w:rPr>
        <w:t>M</w:t>
      </w:r>
      <w:r w:rsidRPr="00105236">
        <w:rPr>
          <w:rFonts w:ascii="Times New Roman" w:hAnsi="Times New Roman"/>
          <w:b/>
        </w:rPr>
        <w:t>одуль «ЕВРОПЕЙСКАЯ КЛАССИЧЕСКАЯ МУЗЫКА»</w:t>
      </w:r>
    </w:p>
    <w:p w:rsidR="00F44E79" w:rsidRDefault="00F44E79" w:rsidP="00D03D6E">
      <w:pPr>
        <w:tabs>
          <w:tab w:val="left" w:pos="180"/>
        </w:tabs>
        <w:autoSpaceDE w:val="0"/>
        <w:autoSpaceDN w:val="0"/>
        <w:ind w:firstLine="709"/>
        <w:jc w:val="both"/>
      </w:pPr>
      <w:r w:rsidRPr="00105236">
        <w:rPr>
          <w:rFonts w:ascii="Times New Roman" w:hAnsi="Times New Roman"/>
          <w:i/>
        </w:rPr>
        <w:t xml:space="preserve">Музыка </w:t>
      </w:r>
      <w:r>
        <w:rPr>
          <w:rFonts w:ascii="Times New Roman" w:hAnsi="Times New Roman"/>
          <w:i/>
        </w:rPr>
        <w:t>–</w:t>
      </w:r>
      <w:r w:rsidRPr="00105236">
        <w:rPr>
          <w:rFonts w:ascii="Times New Roman" w:hAnsi="Times New Roman"/>
          <w:i/>
        </w:rPr>
        <w:t xml:space="preserve"> зеркало эпохи </w:t>
      </w:r>
    </w:p>
    <w:p w:rsidR="00F44E79" w:rsidRPr="00105236" w:rsidRDefault="00F44E79" w:rsidP="00D03D6E">
      <w:pPr>
        <w:tabs>
          <w:tab w:val="left" w:pos="180"/>
        </w:tabs>
        <w:autoSpaceDE w:val="0"/>
        <w:autoSpaceDN w:val="0"/>
        <w:ind w:firstLine="709"/>
        <w:jc w:val="both"/>
      </w:pPr>
      <w:r w:rsidRPr="00105236">
        <w:rPr>
          <w:rFonts w:ascii="Times New Roman" w:hAnsi="Times New Roman"/>
        </w:rPr>
        <w:t xml:space="preserve">Искусство как отражение, с одной стороны </w:t>
      </w:r>
      <w:r>
        <w:rPr>
          <w:rFonts w:ascii="Times New Roman" w:hAnsi="Times New Roman"/>
        </w:rPr>
        <w:t>–</w:t>
      </w:r>
      <w:r w:rsidRPr="00105236">
        <w:rPr>
          <w:rFonts w:ascii="Times New Roman" w:hAnsi="Times New Roman"/>
        </w:rPr>
        <w:t xml:space="preserve"> образа жизни, с другой </w:t>
      </w:r>
      <w:r>
        <w:rPr>
          <w:rFonts w:ascii="Times New Roman" w:hAnsi="Times New Roman"/>
        </w:rPr>
        <w:t>–</w:t>
      </w:r>
      <w:r w:rsidRPr="00105236">
        <w:rPr>
          <w:rFonts w:ascii="Times New Roman" w:hAnsi="Times New Roman"/>
        </w:rPr>
        <w:t xml:space="preserve"> главных ценностей, идеалов конкретной эпохи. Стили барокко и классицизм (круг осн</w:t>
      </w:r>
      <w:r>
        <w:rPr>
          <w:rFonts w:ascii="Times New Roman" w:hAnsi="Times New Roman"/>
        </w:rPr>
        <w:t>овных образов, характерных инто</w:t>
      </w:r>
      <w:r w:rsidRPr="00105236">
        <w:rPr>
          <w:rFonts w:ascii="Times New Roman" w:hAnsi="Times New Roman"/>
        </w:rPr>
        <w:t>наций, жанров).Полифонический и гомофонно-гармонический</w:t>
      </w:r>
      <w:r>
        <w:rPr>
          <w:rFonts w:ascii="Times New Roman" w:hAnsi="Times New Roman"/>
        </w:rPr>
        <w:t xml:space="preserve"> склад на примере творчества И.</w:t>
      </w:r>
      <w:r w:rsidRPr="00105236">
        <w:rPr>
          <w:rFonts w:ascii="Times New Roman" w:hAnsi="Times New Roman"/>
        </w:rPr>
        <w:t>С. Баха и Л. ван Бетховена.</w:t>
      </w:r>
    </w:p>
    <w:p w:rsidR="00F44E79" w:rsidRDefault="00F44E79" w:rsidP="00D03D6E">
      <w:pPr>
        <w:tabs>
          <w:tab w:val="left" w:pos="180"/>
        </w:tabs>
        <w:autoSpaceDE w:val="0"/>
        <w:autoSpaceDN w:val="0"/>
        <w:ind w:firstLine="709"/>
        <w:jc w:val="both"/>
      </w:pPr>
      <w:r w:rsidRPr="00105236">
        <w:rPr>
          <w:rFonts w:ascii="Times New Roman" w:hAnsi="Times New Roman"/>
          <w:i/>
        </w:rPr>
        <w:t xml:space="preserve">Музыкальный образ </w:t>
      </w:r>
    </w:p>
    <w:p w:rsidR="00F44E79" w:rsidRPr="00105236" w:rsidRDefault="00F44E79" w:rsidP="00D03D6E">
      <w:pPr>
        <w:tabs>
          <w:tab w:val="left" w:pos="180"/>
        </w:tabs>
        <w:autoSpaceDE w:val="0"/>
        <w:autoSpaceDN w:val="0"/>
        <w:ind w:firstLine="709"/>
        <w:jc w:val="both"/>
      </w:pPr>
      <w:r w:rsidRPr="00105236">
        <w:rPr>
          <w:rFonts w:ascii="Times New Roman" w:hAnsi="Times New Roman"/>
        </w:rPr>
        <w:t xml:space="preserve">Героические об​разы в музыке. Лирический герой музыкального произведения. Судьба человека </w:t>
      </w:r>
      <w:r>
        <w:rPr>
          <w:rFonts w:ascii="Times New Roman" w:hAnsi="Times New Roman"/>
        </w:rPr>
        <w:t xml:space="preserve">– </w:t>
      </w:r>
      <w:r w:rsidRPr="00105236">
        <w:rPr>
          <w:rFonts w:ascii="Times New Roman" w:hAnsi="Times New Roman"/>
        </w:rPr>
        <w:t>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F44E79" w:rsidRDefault="00F44E79" w:rsidP="00D03D6E">
      <w:pPr>
        <w:tabs>
          <w:tab w:val="left" w:pos="180"/>
        </w:tabs>
        <w:autoSpaceDE w:val="0"/>
        <w:autoSpaceDN w:val="0"/>
        <w:ind w:firstLine="709"/>
        <w:jc w:val="both"/>
      </w:pPr>
      <w:r w:rsidRPr="00105236">
        <w:rPr>
          <w:rFonts w:ascii="Times New Roman" w:hAnsi="Times New Roman"/>
          <w:b/>
        </w:rPr>
        <w:t xml:space="preserve">Модуль </w:t>
      </w:r>
      <w:r w:rsidRPr="00105236">
        <w:rPr>
          <w:rFonts w:ascii="Times New Roman" w:hAnsi="Times New Roman"/>
        </w:rPr>
        <w:t>«</w:t>
      </w:r>
      <w:r w:rsidRPr="00105236">
        <w:rPr>
          <w:rFonts w:ascii="Times New Roman" w:hAnsi="Times New Roman"/>
          <w:b/>
        </w:rPr>
        <w:t>РУССКАЯ КЛАССИЧЕСКАЯ МУЗЫКА</w:t>
      </w:r>
      <w:r w:rsidRPr="00105236">
        <w:rPr>
          <w:rFonts w:ascii="Times New Roman" w:hAnsi="Times New Roman"/>
        </w:rPr>
        <w:t>»</w:t>
      </w:r>
    </w:p>
    <w:p w:rsidR="00F44E79" w:rsidRDefault="00F44E79" w:rsidP="00D03D6E">
      <w:pPr>
        <w:tabs>
          <w:tab w:val="left" w:pos="180"/>
        </w:tabs>
        <w:autoSpaceDE w:val="0"/>
        <w:autoSpaceDN w:val="0"/>
        <w:ind w:firstLine="709"/>
        <w:jc w:val="both"/>
      </w:pPr>
      <w:r w:rsidRPr="00105236">
        <w:rPr>
          <w:rFonts w:ascii="Times New Roman" w:hAnsi="Times New Roman"/>
          <w:i/>
        </w:rPr>
        <w:t xml:space="preserve">Золотой век русской культуры </w:t>
      </w:r>
    </w:p>
    <w:p w:rsidR="00F44E79" w:rsidRPr="00105236" w:rsidRDefault="00F44E79" w:rsidP="00D03D6E">
      <w:pPr>
        <w:tabs>
          <w:tab w:val="left" w:pos="180"/>
        </w:tabs>
        <w:autoSpaceDE w:val="0"/>
        <w:autoSpaceDN w:val="0"/>
        <w:ind w:firstLine="709"/>
        <w:jc w:val="both"/>
      </w:pPr>
      <w:r w:rsidRPr="00105236">
        <w:rPr>
          <w:rFonts w:ascii="Times New Roman" w:hAnsi="Times New Roman"/>
        </w:rPr>
        <w:t xml:space="preserve">Светская музыка российского дворянства </w:t>
      </w:r>
      <w:r>
        <w:rPr>
          <w:rFonts w:ascii="Times New Roman" w:hAnsi="Times New Roman"/>
        </w:rPr>
        <w:t>XIX</w:t>
      </w:r>
      <w:r w:rsidRPr="00105236">
        <w:rPr>
          <w:rFonts w:ascii="Times New Roman" w:hAnsi="Times New Roman"/>
        </w:rPr>
        <w:t xml:space="preserve">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F44E79" w:rsidRDefault="00F44E79" w:rsidP="00D03D6E">
      <w:pPr>
        <w:tabs>
          <w:tab w:val="left" w:pos="180"/>
        </w:tabs>
        <w:autoSpaceDE w:val="0"/>
        <w:autoSpaceDN w:val="0"/>
        <w:ind w:firstLine="709"/>
        <w:jc w:val="both"/>
      </w:pPr>
      <w:r w:rsidRPr="00105236">
        <w:rPr>
          <w:rFonts w:ascii="Times New Roman" w:hAnsi="Times New Roman"/>
          <w:i/>
        </w:rPr>
        <w:t xml:space="preserve">История страны и народа в музыке русских композиторов </w:t>
      </w:r>
    </w:p>
    <w:p w:rsidR="00F44E79" w:rsidRPr="00105236" w:rsidRDefault="00F44E79" w:rsidP="00D03D6E">
      <w:pPr>
        <w:tabs>
          <w:tab w:val="left" w:pos="180"/>
        </w:tabs>
        <w:autoSpaceDE w:val="0"/>
        <w:autoSpaceDN w:val="0"/>
        <w:ind w:firstLine="709"/>
        <w:jc w:val="both"/>
      </w:pPr>
      <w:r w:rsidRPr="00105236">
        <w:rPr>
          <w:rFonts w:ascii="Times New Roman" w:hAnsi="Times New Roman"/>
        </w:rPr>
        <w:t xml:space="preserve">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w:t>
      </w:r>
      <w:r>
        <w:rPr>
          <w:rFonts w:ascii="Times New Roman" w:hAnsi="Times New Roman"/>
        </w:rPr>
        <w:t>–</w:t>
      </w:r>
      <w:r w:rsidRPr="00105236">
        <w:rPr>
          <w:rFonts w:ascii="Times New Roman" w:hAnsi="Times New Roman"/>
        </w:rPr>
        <w:t xml:space="preserve"> членов «Могучей кучки», С. С. Прокофьева, Г. В. Свиридова и др.).</w:t>
      </w:r>
    </w:p>
    <w:p w:rsidR="00F44E79" w:rsidRDefault="00F44E79" w:rsidP="00D03D6E">
      <w:pPr>
        <w:tabs>
          <w:tab w:val="left" w:pos="180"/>
        </w:tabs>
        <w:autoSpaceDE w:val="0"/>
        <w:autoSpaceDN w:val="0"/>
        <w:ind w:firstLine="709"/>
        <w:jc w:val="both"/>
      </w:pPr>
      <w:r w:rsidRPr="00105236">
        <w:rPr>
          <w:rFonts w:ascii="Times New Roman" w:hAnsi="Times New Roman"/>
          <w:b/>
        </w:rPr>
        <w:t>Модуль «ЖАНРЫ МУЗЫКАЛЬНОГО ИСКУССТВА»</w:t>
      </w:r>
    </w:p>
    <w:p w:rsidR="00F44E79" w:rsidRDefault="00F44E79" w:rsidP="00D03D6E">
      <w:pPr>
        <w:tabs>
          <w:tab w:val="left" w:pos="180"/>
        </w:tabs>
        <w:autoSpaceDE w:val="0"/>
        <w:autoSpaceDN w:val="0"/>
        <w:ind w:firstLine="709"/>
        <w:jc w:val="both"/>
      </w:pPr>
      <w:r w:rsidRPr="00105236">
        <w:rPr>
          <w:rFonts w:ascii="Times New Roman" w:hAnsi="Times New Roman"/>
          <w:i/>
        </w:rPr>
        <w:t xml:space="preserve">Камерная музыка </w:t>
      </w:r>
    </w:p>
    <w:p w:rsidR="00F44E79" w:rsidRPr="00105236" w:rsidRDefault="00F44E79" w:rsidP="00D03D6E">
      <w:pPr>
        <w:tabs>
          <w:tab w:val="left" w:pos="180"/>
        </w:tabs>
        <w:autoSpaceDE w:val="0"/>
        <w:autoSpaceDN w:val="0"/>
        <w:ind w:firstLine="709"/>
        <w:jc w:val="both"/>
      </w:pPr>
      <w:r w:rsidRPr="00105236">
        <w:rPr>
          <w:rFonts w:ascii="Times New Roman" w:hAnsi="Times New Roman"/>
        </w:rPr>
        <w:t xml:space="preserve">Жанры камерной вокальной музыки </w:t>
      </w:r>
      <w:r>
        <w:rPr>
          <w:rFonts w:ascii="Times New Roman" w:hAnsi="Times New Roman"/>
        </w:rPr>
        <w:t xml:space="preserve">(песня, романс, вокализ и др.). </w:t>
      </w:r>
      <w:r w:rsidRPr="00105236">
        <w:rPr>
          <w:rFonts w:ascii="Times New Roman" w:hAnsi="Times New Roman"/>
        </w:rPr>
        <w:t>Инструментальная миниатюра (вальс, ноктюрн, прелюдия, каприс и др.).Одночастная, двухчастная, трёхчастная репризная форма. Куплетная форма.</w:t>
      </w:r>
    </w:p>
    <w:p w:rsidR="00F44E79" w:rsidRDefault="00F44E79" w:rsidP="00D03D6E">
      <w:pPr>
        <w:autoSpaceDE w:val="0"/>
        <w:autoSpaceDN w:val="0"/>
        <w:ind w:firstLine="709"/>
        <w:jc w:val="both"/>
      </w:pPr>
      <w:r w:rsidRPr="00105236">
        <w:rPr>
          <w:rFonts w:ascii="Times New Roman" w:hAnsi="Times New Roman"/>
          <w:i/>
        </w:rPr>
        <w:t xml:space="preserve">Циклические формы и жанры </w:t>
      </w:r>
    </w:p>
    <w:p w:rsidR="00F44E79" w:rsidRDefault="00F44E79" w:rsidP="00D03D6E">
      <w:pPr>
        <w:autoSpaceDE w:val="0"/>
        <w:autoSpaceDN w:val="0"/>
        <w:ind w:firstLine="709"/>
        <w:jc w:val="both"/>
      </w:pPr>
      <w:r w:rsidRPr="00105236">
        <w:rPr>
          <w:rFonts w:ascii="Times New Roman" w:hAnsi="Times New Roman"/>
        </w:rPr>
        <w:t>Сюита, цикл миниатюр (вокальных, инструментальных).Принцип контраста.Прелюдия и фуга.Соната, концерт: трёхчастная форма, контраст основных тем, разработочный принцип развития.</w:t>
      </w:r>
    </w:p>
    <w:p w:rsidR="00F44E79" w:rsidRPr="00B9455F" w:rsidRDefault="00F44E79" w:rsidP="00D03D6E">
      <w:pPr>
        <w:autoSpaceDE w:val="0"/>
        <w:autoSpaceDN w:val="0"/>
        <w:ind w:firstLine="709"/>
        <w:jc w:val="both"/>
      </w:pPr>
    </w:p>
    <w:p w:rsidR="00F44E79" w:rsidRDefault="00F44E79" w:rsidP="00D03D6E">
      <w:pPr>
        <w:ind w:firstLine="709"/>
        <w:jc w:val="both"/>
        <w:rPr>
          <w:rFonts w:ascii="Times New Roman" w:hAnsi="Times New Roman" w:cs="Times New Roman"/>
        </w:rPr>
      </w:pPr>
      <w:r w:rsidRPr="005B44CC">
        <w:rPr>
          <w:rFonts w:ascii="Times New Roman" w:hAnsi="Times New Roman" w:cs="Times New Roman"/>
          <w:b/>
        </w:rPr>
        <w:t>7 класс</w:t>
      </w:r>
    </w:p>
    <w:p w:rsidR="00F44E79" w:rsidRPr="00FA19C3" w:rsidRDefault="00F44E79" w:rsidP="00D03D6E">
      <w:pPr>
        <w:pStyle w:val="NormalWeb"/>
        <w:spacing w:after="0" w:line="276" w:lineRule="auto"/>
        <w:ind w:firstLine="709"/>
        <w:jc w:val="both"/>
        <w:rPr>
          <w:color w:val="000000"/>
        </w:rPr>
      </w:pPr>
      <w:r w:rsidRPr="00FA19C3">
        <w:rPr>
          <w:b/>
          <w:bCs/>
          <w:color w:val="000000"/>
        </w:rPr>
        <w:t>Модуль «МУЗЫКА НАРОДОВ МИРА»</w:t>
      </w:r>
    </w:p>
    <w:p w:rsidR="00F44E79" w:rsidRPr="00FA19C3" w:rsidRDefault="00F44E79" w:rsidP="00D03D6E">
      <w:pPr>
        <w:pStyle w:val="NormalWeb"/>
        <w:spacing w:after="0" w:line="276" w:lineRule="auto"/>
        <w:ind w:firstLine="709"/>
        <w:jc w:val="both"/>
        <w:rPr>
          <w:color w:val="000000"/>
        </w:rPr>
      </w:pPr>
      <w:r w:rsidRPr="00FA19C3">
        <w:rPr>
          <w:i/>
          <w:iCs/>
          <w:color w:val="000000"/>
        </w:rPr>
        <w:t>Музыка — древнейший язык человечества</w:t>
      </w:r>
    </w:p>
    <w:p w:rsidR="00F44E79" w:rsidRPr="00FA19C3" w:rsidRDefault="00F44E79" w:rsidP="00D03D6E">
      <w:pPr>
        <w:pStyle w:val="NormalWeb"/>
        <w:spacing w:after="0" w:line="276" w:lineRule="auto"/>
        <w:ind w:firstLine="709"/>
        <w:jc w:val="both"/>
        <w:rPr>
          <w:color w:val="000000"/>
        </w:rPr>
      </w:pPr>
      <w:r w:rsidRPr="00FA19C3">
        <w:rPr>
          <w:color w:val="000000"/>
        </w:rPr>
        <w:t>Археологические находки, легенды и сказания о музыке древних.Древняя Греция </w:t>
      </w:r>
      <w:r>
        <w:rPr>
          <w:color w:val="000000"/>
        </w:rPr>
        <w:t>–</w:t>
      </w:r>
      <w:r w:rsidRPr="00FA19C3">
        <w:rPr>
          <w:color w:val="000000"/>
        </w:rPr>
        <w:t>колыбель европейской культуры (театр, хор, оркестр, лады, учение о гармонии и др.).</w:t>
      </w:r>
    </w:p>
    <w:p w:rsidR="00F44E79" w:rsidRPr="00FA19C3" w:rsidRDefault="00F44E79" w:rsidP="00D03D6E">
      <w:pPr>
        <w:pStyle w:val="NormalWeb"/>
        <w:spacing w:after="0" w:line="276" w:lineRule="auto"/>
        <w:ind w:firstLine="709"/>
        <w:jc w:val="both"/>
        <w:rPr>
          <w:color w:val="000000"/>
        </w:rPr>
      </w:pPr>
      <w:r w:rsidRPr="00FA19C3">
        <w:rPr>
          <w:i/>
          <w:iCs/>
          <w:color w:val="000000"/>
        </w:rPr>
        <w:t>Музыкальный фольклор народов Европы</w:t>
      </w:r>
    </w:p>
    <w:p w:rsidR="00F44E79" w:rsidRPr="00FA19C3" w:rsidRDefault="00F44E79" w:rsidP="00D03D6E">
      <w:pPr>
        <w:pStyle w:val="NormalWeb"/>
        <w:spacing w:after="0" w:line="276" w:lineRule="auto"/>
        <w:ind w:firstLine="709"/>
        <w:jc w:val="both"/>
        <w:rPr>
          <w:color w:val="000000"/>
        </w:rPr>
      </w:pPr>
      <w:r w:rsidRPr="00FA19C3">
        <w:rPr>
          <w:color w:val="000000"/>
        </w:rPr>
        <w:t>Интонации и ритмы, формы и жанры европейского фольклора.Отражение европейского фольклора в творчестве профессиональных композиторов.</w:t>
      </w:r>
    </w:p>
    <w:p w:rsidR="00F44E79" w:rsidRPr="00FA19C3" w:rsidRDefault="00F44E79" w:rsidP="00D03D6E">
      <w:pPr>
        <w:pStyle w:val="NormalWeb"/>
        <w:spacing w:after="0" w:line="276" w:lineRule="auto"/>
        <w:ind w:firstLine="709"/>
        <w:jc w:val="both"/>
        <w:rPr>
          <w:color w:val="000000"/>
        </w:rPr>
      </w:pPr>
      <w:r w:rsidRPr="00FA19C3">
        <w:rPr>
          <w:b/>
          <w:bCs/>
          <w:color w:val="000000"/>
        </w:rPr>
        <w:t>Mодуль «ЕВРОПЕЙСКАЯ КЛАССИЧЕСКАЯ МУЗЫКА»</w:t>
      </w:r>
    </w:p>
    <w:p w:rsidR="00F44E79" w:rsidRPr="00FA19C3" w:rsidRDefault="00F44E79" w:rsidP="00D03D6E">
      <w:pPr>
        <w:pStyle w:val="NormalWeb"/>
        <w:spacing w:after="0" w:line="276" w:lineRule="auto"/>
        <w:ind w:firstLine="709"/>
        <w:jc w:val="both"/>
        <w:rPr>
          <w:color w:val="000000"/>
        </w:rPr>
      </w:pPr>
      <w:r w:rsidRPr="00FA19C3">
        <w:rPr>
          <w:i/>
          <w:iCs/>
          <w:color w:val="000000"/>
        </w:rPr>
        <w:t>Музыкальная драматургия</w:t>
      </w:r>
    </w:p>
    <w:p w:rsidR="00F44E79" w:rsidRPr="00FA19C3" w:rsidRDefault="00F44E79" w:rsidP="00D03D6E">
      <w:pPr>
        <w:pStyle w:val="NormalWeb"/>
        <w:spacing w:after="0" w:line="276" w:lineRule="auto"/>
        <w:ind w:firstLine="709"/>
        <w:jc w:val="both"/>
        <w:rPr>
          <w:color w:val="000000"/>
        </w:rPr>
      </w:pPr>
      <w:r w:rsidRPr="00FA19C3">
        <w:rPr>
          <w:color w:val="000000"/>
        </w:rPr>
        <w:t>Развитие музыкальных образов. Музыкальная тема. Принципы музыкального развития: повтор, контраст, разработка.Музыкальная форма </w:t>
      </w:r>
      <w:r>
        <w:rPr>
          <w:color w:val="000000"/>
        </w:rPr>
        <w:t xml:space="preserve">– </w:t>
      </w:r>
      <w:r w:rsidRPr="00FA19C3">
        <w:rPr>
          <w:color w:val="000000"/>
        </w:rPr>
        <w:t>строение музыкального произведения</w:t>
      </w:r>
    </w:p>
    <w:p w:rsidR="00F44E79" w:rsidRPr="00FA19C3" w:rsidRDefault="00F44E79" w:rsidP="00D03D6E">
      <w:pPr>
        <w:pStyle w:val="NormalWeb"/>
        <w:spacing w:after="0" w:line="276" w:lineRule="auto"/>
        <w:ind w:firstLine="709"/>
        <w:jc w:val="both"/>
        <w:rPr>
          <w:color w:val="000000"/>
        </w:rPr>
      </w:pPr>
      <w:r w:rsidRPr="00FA19C3">
        <w:rPr>
          <w:b/>
          <w:bCs/>
          <w:color w:val="000000"/>
        </w:rPr>
        <w:t>Модуль «СВЯЗЬ МУЗЫКИ С ДРУГИМИ ВИДАМИ ИСКУССТВА»</w:t>
      </w:r>
    </w:p>
    <w:p w:rsidR="00F44E79" w:rsidRPr="00FA19C3" w:rsidRDefault="00F44E79" w:rsidP="00D03D6E">
      <w:pPr>
        <w:pStyle w:val="NormalWeb"/>
        <w:spacing w:after="0" w:line="276" w:lineRule="auto"/>
        <w:ind w:firstLine="709"/>
        <w:jc w:val="both"/>
        <w:rPr>
          <w:color w:val="000000"/>
        </w:rPr>
      </w:pPr>
      <w:r w:rsidRPr="00FA19C3">
        <w:rPr>
          <w:i/>
          <w:iCs/>
          <w:color w:val="000000"/>
        </w:rPr>
        <w:t>Музыка и театр</w:t>
      </w:r>
    </w:p>
    <w:p w:rsidR="00F44E79" w:rsidRPr="00FA19C3" w:rsidRDefault="00F44E79" w:rsidP="00D03D6E">
      <w:pPr>
        <w:pStyle w:val="NormalWeb"/>
        <w:spacing w:after="0" w:line="276" w:lineRule="auto"/>
        <w:ind w:firstLine="709"/>
        <w:jc w:val="both"/>
        <w:rPr>
          <w:color w:val="000000"/>
        </w:rPr>
      </w:pPr>
      <w:r w:rsidRPr="00FA19C3">
        <w:rPr>
          <w:color w:val="000000"/>
        </w:rPr>
        <w:t>Музыка к драматическому спектаклю (на примере творчества Э.Грига, Л.ван Бетховена, А.Г.Шнитке, Д.Д.Шостаковича и др.).Единство музыки, драматургии, сценической живописи, хореографии</w:t>
      </w:r>
    </w:p>
    <w:p w:rsidR="00F44E79" w:rsidRPr="00FA19C3" w:rsidRDefault="00F44E79" w:rsidP="00D03D6E">
      <w:pPr>
        <w:pStyle w:val="NormalWeb"/>
        <w:spacing w:after="0" w:line="276" w:lineRule="auto"/>
        <w:ind w:firstLine="709"/>
        <w:jc w:val="both"/>
        <w:rPr>
          <w:color w:val="000000"/>
        </w:rPr>
      </w:pPr>
      <w:r w:rsidRPr="00FA19C3">
        <w:rPr>
          <w:i/>
          <w:iCs/>
          <w:color w:val="000000"/>
        </w:rPr>
        <w:t>Музыка кино и телевидения</w:t>
      </w:r>
    </w:p>
    <w:p w:rsidR="00F44E79" w:rsidRPr="00FA19C3" w:rsidRDefault="00F44E79" w:rsidP="00D03D6E">
      <w:pPr>
        <w:pStyle w:val="NormalWeb"/>
        <w:spacing w:after="0" w:line="276" w:lineRule="auto"/>
        <w:ind w:firstLine="709"/>
        <w:jc w:val="both"/>
        <w:rPr>
          <w:color w:val="000000"/>
        </w:rPr>
      </w:pPr>
      <w:r w:rsidRPr="00FA19C3">
        <w:rPr>
          <w:color w:val="000000"/>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Р.Роджерса, Ф.Лоу, Г.Гладкова, А.Шнитке)</w:t>
      </w:r>
    </w:p>
    <w:p w:rsidR="00F44E79" w:rsidRPr="00FA19C3" w:rsidRDefault="00F44E79" w:rsidP="00D03D6E">
      <w:pPr>
        <w:pStyle w:val="NormalWeb"/>
        <w:spacing w:after="0" w:line="276" w:lineRule="auto"/>
        <w:ind w:firstLine="709"/>
        <w:jc w:val="both"/>
        <w:rPr>
          <w:color w:val="000000"/>
        </w:rPr>
      </w:pPr>
      <w:r w:rsidRPr="00FA19C3">
        <w:rPr>
          <w:b/>
          <w:bCs/>
          <w:color w:val="000000"/>
        </w:rPr>
        <w:t>Модуль «ЖАНРЫ МУЗЫКАЛЬНОГО ИСКУССТВА»</w:t>
      </w:r>
    </w:p>
    <w:p w:rsidR="00F44E79" w:rsidRPr="00FA19C3" w:rsidRDefault="00F44E79" w:rsidP="00D03D6E">
      <w:pPr>
        <w:pStyle w:val="NormalWeb"/>
        <w:spacing w:after="0" w:line="276" w:lineRule="auto"/>
        <w:ind w:firstLine="709"/>
        <w:jc w:val="both"/>
        <w:rPr>
          <w:color w:val="000000"/>
        </w:rPr>
      </w:pPr>
      <w:r w:rsidRPr="00FA19C3">
        <w:rPr>
          <w:i/>
          <w:iCs/>
          <w:color w:val="000000"/>
        </w:rPr>
        <w:t>Симфоническая музыка</w:t>
      </w:r>
    </w:p>
    <w:p w:rsidR="00F44E79" w:rsidRPr="00FA19C3" w:rsidRDefault="00F44E79" w:rsidP="00D03D6E">
      <w:pPr>
        <w:pStyle w:val="NormalWeb"/>
        <w:spacing w:after="0" w:line="276" w:lineRule="auto"/>
        <w:ind w:firstLine="709"/>
        <w:jc w:val="both"/>
        <w:rPr>
          <w:color w:val="000000"/>
        </w:rPr>
      </w:pPr>
      <w:r w:rsidRPr="00FA19C3">
        <w:rPr>
          <w:color w:val="000000"/>
        </w:rPr>
        <w:t>Одночастные симфонические жанры (увертюра, картина). Симфония.</w:t>
      </w:r>
    </w:p>
    <w:p w:rsidR="00F44E79" w:rsidRPr="00FA19C3" w:rsidRDefault="00F44E79" w:rsidP="00D03D6E">
      <w:pPr>
        <w:pStyle w:val="NormalWeb"/>
        <w:spacing w:after="0" w:line="276" w:lineRule="auto"/>
        <w:ind w:firstLine="709"/>
        <w:jc w:val="both"/>
        <w:rPr>
          <w:color w:val="000000"/>
        </w:rPr>
      </w:pPr>
      <w:r w:rsidRPr="00FA19C3">
        <w:rPr>
          <w:b/>
          <w:bCs/>
          <w:color w:val="000000"/>
        </w:rPr>
        <w:t>Модуль «ИСТОКИ И ОБРАЗЫ РУССКОЙ И ЕВРОПЕЙСКОЙ ДУХОВНОЙ МУЗЫКИ»</w:t>
      </w:r>
    </w:p>
    <w:p w:rsidR="00F44E79" w:rsidRPr="00FA19C3" w:rsidRDefault="00F44E79" w:rsidP="00D03D6E">
      <w:pPr>
        <w:pStyle w:val="NormalWeb"/>
        <w:spacing w:after="0" w:line="276" w:lineRule="auto"/>
        <w:ind w:firstLine="709"/>
        <w:jc w:val="both"/>
        <w:rPr>
          <w:color w:val="000000"/>
        </w:rPr>
      </w:pPr>
      <w:r w:rsidRPr="00FA19C3">
        <w:rPr>
          <w:i/>
          <w:iCs/>
          <w:color w:val="000000"/>
        </w:rPr>
        <w:t>Храмовый синтез искусств</w:t>
      </w:r>
    </w:p>
    <w:p w:rsidR="00F44E79" w:rsidRPr="00FA19C3" w:rsidRDefault="00F44E79" w:rsidP="00D03D6E">
      <w:pPr>
        <w:pStyle w:val="NormalWeb"/>
        <w:spacing w:after="0" w:line="276" w:lineRule="auto"/>
        <w:ind w:firstLine="709"/>
        <w:jc w:val="both"/>
        <w:rPr>
          <w:color w:val="000000"/>
        </w:rPr>
      </w:pPr>
      <w:r w:rsidRPr="00FA19C3">
        <w:rPr>
          <w:color w:val="000000"/>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rsidR="00F44E79" w:rsidRPr="00FA19C3" w:rsidRDefault="00F44E79" w:rsidP="00D03D6E">
      <w:pPr>
        <w:pStyle w:val="NormalWeb"/>
        <w:spacing w:after="0" w:line="276" w:lineRule="auto"/>
        <w:ind w:firstLine="709"/>
        <w:jc w:val="both"/>
        <w:rPr>
          <w:color w:val="000000"/>
        </w:rPr>
      </w:pPr>
      <w:r w:rsidRPr="00FA19C3">
        <w:rPr>
          <w:i/>
          <w:iCs/>
          <w:color w:val="000000"/>
        </w:rPr>
        <w:t>Развитие церковной музыки</w:t>
      </w:r>
    </w:p>
    <w:p w:rsidR="00F44E79" w:rsidRPr="00FA19C3" w:rsidRDefault="00F44E79" w:rsidP="00D03D6E">
      <w:pPr>
        <w:pStyle w:val="NormalWeb"/>
        <w:spacing w:after="0" w:line="276" w:lineRule="auto"/>
        <w:ind w:firstLine="709"/>
        <w:jc w:val="both"/>
        <w:rPr>
          <w:color w:val="000000"/>
        </w:rPr>
      </w:pPr>
      <w:r w:rsidRPr="00FA19C3">
        <w:rPr>
          <w:color w:val="000000"/>
        </w:rPr>
        <w:t>Европейская музыка религиозной традиции (григорианский хорал, изобретение нотной записи Гвидо д’Ареццо, протестантский хорал).Русская музыка религиозной традиции (знаменный распев, крюковая запись, партесное пение).Полифония в западной и русской духовной музыке. Жанры: кантата, духовный концерт, реквием</w:t>
      </w:r>
      <w:r>
        <w:rPr>
          <w:color w:val="000000"/>
        </w:rPr>
        <w:t>.</w:t>
      </w:r>
    </w:p>
    <w:p w:rsidR="00F44E79" w:rsidRPr="00FA19C3" w:rsidRDefault="00F44E79" w:rsidP="00D03D6E">
      <w:pPr>
        <w:pStyle w:val="NormalWeb"/>
        <w:spacing w:after="0" w:line="276" w:lineRule="auto"/>
        <w:ind w:firstLine="709"/>
        <w:jc w:val="both"/>
        <w:rPr>
          <w:color w:val="000000"/>
        </w:rPr>
      </w:pPr>
      <w:r w:rsidRPr="00FA19C3">
        <w:rPr>
          <w:i/>
          <w:iCs/>
          <w:color w:val="000000"/>
        </w:rPr>
        <w:t>Музыкальные жанры богослужения</w:t>
      </w:r>
    </w:p>
    <w:p w:rsidR="00F44E79" w:rsidRDefault="00F44E79" w:rsidP="00D03D6E">
      <w:pPr>
        <w:pStyle w:val="NormalWeb"/>
        <w:spacing w:after="0" w:line="276" w:lineRule="auto"/>
        <w:ind w:firstLine="709"/>
        <w:jc w:val="both"/>
        <w:rPr>
          <w:color w:val="000000"/>
        </w:rPr>
      </w:pPr>
      <w:r w:rsidRPr="00FA19C3">
        <w:rPr>
          <w:color w:val="000000"/>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44E79" w:rsidRDefault="00F44E79" w:rsidP="00D03D6E">
      <w:pPr>
        <w:pStyle w:val="ListParagraph"/>
        <w:ind w:left="0" w:firstLine="284"/>
        <w:jc w:val="both"/>
        <w:rPr>
          <w:rFonts w:ascii="Times New Roman" w:hAnsi="Times New Roman"/>
          <w:sz w:val="24"/>
          <w:szCs w:val="24"/>
        </w:rPr>
      </w:pPr>
    </w:p>
    <w:p w:rsidR="00F44E79" w:rsidRPr="00D34436" w:rsidRDefault="00F44E79" w:rsidP="00D03D6E">
      <w:pPr>
        <w:ind w:firstLine="709"/>
        <w:jc w:val="both"/>
        <w:rPr>
          <w:rFonts w:ascii="Times New Roman" w:hAnsi="Times New Roman" w:cs="Times New Roman"/>
        </w:rPr>
      </w:pPr>
      <w:r w:rsidRPr="00D34436">
        <w:rPr>
          <w:rFonts w:ascii="Times New Roman" w:hAnsi="Times New Roman" w:cs="Times New Roman"/>
          <w:b/>
        </w:rPr>
        <w:t>8 класс</w:t>
      </w:r>
    </w:p>
    <w:p w:rsidR="00F44E79" w:rsidRPr="00D34436" w:rsidRDefault="00F44E79" w:rsidP="00D03D6E">
      <w:pPr>
        <w:pStyle w:val="NormalWeb"/>
        <w:spacing w:after="0" w:line="276" w:lineRule="auto"/>
        <w:ind w:firstLine="709"/>
        <w:jc w:val="both"/>
        <w:rPr>
          <w:color w:val="000000"/>
        </w:rPr>
      </w:pPr>
      <w:r w:rsidRPr="00D34436">
        <w:rPr>
          <w:b/>
          <w:bCs/>
          <w:color w:val="000000"/>
        </w:rPr>
        <w:t>Модуль «МУЗЫКА МОЕГО КРАЯ»</w:t>
      </w:r>
    </w:p>
    <w:p w:rsidR="00F44E79" w:rsidRPr="00D34436" w:rsidRDefault="00F44E79" w:rsidP="00D03D6E">
      <w:pPr>
        <w:pStyle w:val="NormalWeb"/>
        <w:spacing w:after="0" w:line="276" w:lineRule="auto"/>
        <w:ind w:firstLine="709"/>
        <w:jc w:val="both"/>
        <w:rPr>
          <w:color w:val="000000"/>
        </w:rPr>
      </w:pPr>
      <w:r w:rsidRPr="00D34436">
        <w:rPr>
          <w:i/>
          <w:iCs/>
          <w:color w:val="000000"/>
        </w:rPr>
        <w:t>Семейный фольклор</w:t>
      </w:r>
    </w:p>
    <w:p w:rsidR="00F44E79" w:rsidRPr="00D34436" w:rsidRDefault="00F44E79" w:rsidP="00D03D6E">
      <w:pPr>
        <w:pStyle w:val="NormalWeb"/>
        <w:spacing w:after="0" w:line="276" w:lineRule="auto"/>
        <w:ind w:firstLine="709"/>
        <w:jc w:val="both"/>
        <w:rPr>
          <w:color w:val="000000"/>
        </w:rPr>
      </w:pPr>
      <w:r w:rsidRPr="00D34436">
        <w:rPr>
          <w:color w:val="000000"/>
        </w:rPr>
        <w:t>Фольклорные жанры, связанные с жизнью человека: свадебный обряд, рекрутские песни, плачи-причитания.</w:t>
      </w:r>
    </w:p>
    <w:p w:rsidR="00F44E79" w:rsidRPr="00D34436" w:rsidRDefault="00F44E79" w:rsidP="00D03D6E">
      <w:pPr>
        <w:pStyle w:val="NormalWeb"/>
        <w:spacing w:after="0" w:line="276" w:lineRule="auto"/>
        <w:ind w:firstLine="709"/>
        <w:jc w:val="both"/>
        <w:rPr>
          <w:color w:val="000000"/>
        </w:rPr>
      </w:pPr>
      <w:r w:rsidRPr="00D34436">
        <w:rPr>
          <w:i/>
          <w:iCs/>
          <w:color w:val="000000"/>
        </w:rPr>
        <w:t>Наш край сегодня</w:t>
      </w:r>
    </w:p>
    <w:p w:rsidR="00F44E79" w:rsidRPr="00D34436" w:rsidRDefault="00F44E79" w:rsidP="00D03D6E">
      <w:pPr>
        <w:pStyle w:val="NormalWeb"/>
        <w:spacing w:after="0" w:line="276" w:lineRule="auto"/>
        <w:ind w:firstLine="709"/>
        <w:jc w:val="both"/>
        <w:rPr>
          <w:color w:val="000000"/>
        </w:rPr>
      </w:pPr>
      <w:r w:rsidRPr="00D34436">
        <w:rPr>
          <w:color w:val="000000"/>
        </w:rPr>
        <w:t>Современная музыкальная культура родного края.Гимн республики, города (при наличии). Земляки </w:t>
      </w:r>
      <w:r>
        <w:rPr>
          <w:color w:val="000000"/>
        </w:rPr>
        <w:t xml:space="preserve">– </w:t>
      </w:r>
      <w:r w:rsidRPr="00D34436">
        <w:rPr>
          <w:color w:val="000000"/>
        </w:rPr>
        <w:t>композиторы, исполнители, деятели культуры. Театр, филармония, консерватория.</w:t>
      </w:r>
    </w:p>
    <w:p w:rsidR="00F44E79" w:rsidRPr="00D34436" w:rsidRDefault="00F44E79" w:rsidP="00D03D6E">
      <w:pPr>
        <w:pStyle w:val="NormalWeb"/>
        <w:spacing w:after="0" w:line="276" w:lineRule="auto"/>
        <w:ind w:firstLine="709"/>
        <w:jc w:val="both"/>
        <w:rPr>
          <w:color w:val="000000"/>
        </w:rPr>
      </w:pPr>
      <w:r w:rsidRPr="00D34436">
        <w:rPr>
          <w:b/>
          <w:bCs/>
          <w:color w:val="000000"/>
        </w:rPr>
        <w:t>Модуль «ЖАНРЫ МУЗЫКАЛЬНОГО ИСКУССТВА»</w:t>
      </w:r>
    </w:p>
    <w:p w:rsidR="00F44E79" w:rsidRPr="00D34436" w:rsidRDefault="00F44E79" w:rsidP="00D03D6E">
      <w:pPr>
        <w:pStyle w:val="NormalWeb"/>
        <w:spacing w:after="0" w:line="276" w:lineRule="auto"/>
        <w:ind w:firstLine="709"/>
        <w:jc w:val="both"/>
        <w:rPr>
          <w:color w:val="000000"/>
        </w:rPr>
      </w:pPr>
      <w:r w:rsidRPr="00D34436">
        <w:rPr>
          <w:i/>
          <w:iCs/>
          <w:color w:val="000000"/>
        </w:rPr>
        <w:t>Театральные жанры</w:t>
      </w:r>
    </w:p>
    <w:p w:rsidR="00F44E79" w:rsidRPr="00D34436" w:rsidRDefault="00F44E79" w:rsidP="00D03D6E">
      <w:pPr>
        <w:pStyle w:val="NormalWeb"/>
        <w:spacing w:after="0" w:line="276" w:lineRule="auto"/>
        <w:ind w:firstLine="709"/>
        <w:jc w:val="both"/>
        <w:rPr>
          <w:color w:val="000000"/>
        </w:rPr>
      </w:pPr>
      <w:r w:rsidRPr="00D34436">
        <w:rPr>
          <w:color w:val="000000"/>
        </w:rPr>
        <w:t>Опера, балет. Либретто. Строение музыкального спектакля: увертюра, действия, антракты, финал.Массовые сцены. Сольные номера главных героев. Номерная структура и сквозное развитие сюжета. Лейтмотивы.Роль оркестра в музыкальном спектакле</w:t>
      </w:r>
      <w:r>
        <w:rPr>
          <w:color w:val="000000"/>
        </w:rPr>
        <w:t>.</w:t>
      </w:r>
    </w:p>
    <w:p w:rsidR="00F44E79" w:rsidRPr="00D34436" w:rsidRDefault="00F44E79" w:rsidP="00D03D6E">
      <w:pPr>
        <w:pStyle w:val="NormalWeb"/>
        <w:spacing w:after="0" w:line="276" w:lineRule="auto"/>
        <w:ind w:firstLine="709"/>
        <w:jc w:val="both"/>
        <w:rPr>
          <w:color w:val="000000"/>
        </w:rPr>
      </w:pPr>
      <w:r w:rsidRPr="00D34436">
        <w:rPr>
          <w:b/>
          <w:bCs/>
          <w:color w:val="000000"/>
        </w:rPr>
        <w:t>Mодуль «РУССКАЯ КЛАССИЧЕСКАЯ МУЗЫКА»</w:t>
      </w:r>
    </w:p>
    <w:p w:rsidR="00F44E79" w:rsidRPr="00D34436" w:rsidRDefault="00F44E79" w:rsidP="00D03D6E">
      <w:pPr>
        <w:pStyle w:val="NormalWeb"/>
        <w:spacing w:after="0" w:line="276" w:lineRule="auto"/>
        <w:ind w:firstLine="709"/>
        <w:jc w:val="both"/>
        <w:rPr>
          <w:color w:val="000000"/>
        </w:rPr>
      </w:pPr>
      <w:r w:rsidRPr="00D34436">
        <w:rPr>
          <w:i/>
          <w:iCs/>
          <w:color w:val="000000"/>
        </w:rPr>
        <w:t>Русский балет</w:t>
      </w:r>
    </w:p>
    <w:p w:rsidR="00F44E79" w:rsidRPr="00D34436" w:rsidRDefault="00F44E79" w:rsidP="00D03D6E">
      <w:pPr>
        <w:pStyle w:val="NormalWeb"/>
        <w:spacing w:after="0" w:line="276" w:lineRule="auto"/>
        <w:ind w:firstLine="709"/>
        <w:jc w:val="both"/>
        <w:rPr>
          <w:color w:val="000000"/>
        </w:rPr>
      </w:pPr>
      <w:r w:rsidRPr="00D34436">
        <w:rPr>
          <w:color w:val="000000"/>
        </w:rPr>
        <w:t>Мировая слава русского балета. Творчество композиторов (П.И.Чайковский, С.С.Прокофьев, И.Ф.Стравинский, Р.К.Щедрин), балетмейстеров, артистов балета. Дягилевские сезоны.</w:t>
      </w:r>
    </w:p>
    <w:p w:rsidR="00F44E79" w:rsidRPr="00D34436" w:rsidRDefault="00F44E79" w:rsidP="00D03D6E">
      <w:pPr>
        <w:pStyle w:val="NormalWeb"/>
        <w:spacing w:after="0" w:line="276" w:lineRule="auto"/>
        <w:ind w:firstLine="709"/>
        <w:jc w:val="both"/>
        <w:rPr>
          <w:color w:val="000000"/>
        </w:rPr>
      </w:pPr>
      <w:r w:rsidRPr="00D34436">
        <w:rPr>
          <w:i/>
          <w:iCs/>
          <w:color w:val="000000"/>
        </w:rPr>
        <w:t>Русская музыка </w:t>
      </w:r>
      <w:r>
        <w:rPr>
          <w:i/>
          <w:iCs/>
          <w:color w:val="000000"/>
        </w:rPr>
        <w:t>–</w:t>
      </w:r>
      <w:r w:rsidRPr="00D34436">
        <w:rPr>
          <w:i/>
          <w:iCs/>
          <w:color w:val="000000"/>
        </w:rPr>
        <w:t xml:space="preserve"> взгляд в будущее</w:t>
      </w:r>
    </w:p>
    <w:p w:rsidR="00F44E79" w:rsidRPr="00D34436" w:rsidRDefault="00F44E79" w:rsidP="00D03D6E">
      <w:pPr>
        <w:pStyle w:val="NormalWeb"/>
        <w:spacing w:after="0" w:line="276" w:lineRule="auto"/>
        <w:ind w:firstLine="709"/>
        <w:jc w:val="both"/>
        <w:rPr>
          <w:color w:val="000000"/>
        </w:rPr>
      </w:pPr>
      <w:r w:rsidRPr="00D34436">
        <w:rPr>
          <w:color w:val="000000"/>
        </w:rPr>
        <w:t>Идея светомузыки. Мистерии А. Н. Скрябина. Терменвокс, синтезатор Е.Мурзина, электронная музыка (на примере творчества А.Г.Шнитке, Э.Н.Артемьева и др.).</w:t>
      </w:r>
    </w:p>
    <w:p w:rsidR="00F44E79" w:rsidRPr="00D34436" w:rsidRDefault="00F44E79" w:rsidP="00D03D6E">
      <w:pPr>
        <w:pStyle w:val="NormalWeb"/>
        <w:spacing w:after="0" w:line="276" w:lineRule="auto"/>
        <w:ind w:firstLine="709"/>
        <w:jc w:val="both"/>
        <w:rPr>
          <w:color w:val="000000"/>
        </w:rPr>
      </w:pPr>
      <w:r w:rsidRPr="00D34436">
        <w:rPr>
          <w:b/>
          <w:bCs/>
          <w:color w:val="000000"/>
        </w:rPr>
        <w:t>Mодуль «ЕВРОПЕЙСКАЯ КЛАССИЧЕСКАЯ МУЗЫКА»</w:t>
      </w:r>
    </w:p>
    <w:p w:rsidR="00F44E79" w:rsidRPr="00D34436" w:rsidRDefault="00F44E79" w:rsidP="00D03D6E">
      <w:pPr>
        <w:pStyle w:val="NormalWeb"/>
        <w:spacing w:after="0" w:line="276" w:lineRule="auto"/>
        <w:ind w:firstLine="709"/>
        <w:jc w:val="both"/>
        <w:rPr>
          <w:i/>
          <w:color w:val="000000"/>
        </w:rPr>
      </w:pPr>
      <w:r w:rsidRPr="00D34436">
        <w:rPr>
          <w:i/>
          <w:color w:val="000000"/>
        </w:rPr>
        <w:t>Музыкальный стиль</w:t>
      </w:r>
    </w:p>
    <w:p w:rsidR="00F44E79" w:rsidRPr="00D34436" w:rsidRDefault="00F44E79" w:rsidP="00D03D6E">
      <w:pPr>
        <w:pStyle w:val="NormalWeb"/>
        <w:spacing w:after="0" w:line="276" w:lineRule="auto"/>
        <w:ind w:firstLine="709"/>
        <w:jc w:val="both"/>
        <w:rPr>
          <w:color w:val="000000"/>
        </w:rPr>
      </w:pPr>
      <w:r w:rsidRPr="00D34436">
        <w:rPr>
          <w:color w:val="000000"/>
        </w:rPr>
        <w:t>Стиль как единство эстетических идеалов, круга образов, драматургических приёмов, музыкального языка. (На примере творчества В.А.Моцарта, К.Дебюсси, А.Шёнберга и др.).</w:t>
      </w:r>
    </w:p>
    <w:p w:rsidR="00F44E79" w:rsidRPr="00D34436" w:rsidRDefault="00F44E79" w:rsidP="00D03D6E">
      <w:pPr>
        <w:pStyle w:val="NormalWeb"/>
        <w:spacing w:after="0" w:line="276" w:lineRule="auto"/>
        <w:ind w:firstLine="709"/>
        <w:jc w:val="both"/>
        <w:rPr>
          <w:color w:val="000000"/>
        </w:rPr>
      </w:pPr>
      <w:r w:rsidRPr="00D34436">
        <w:rPr>
          <w:b/>
          <w:bCs/>
          <w:color w:val="000000"/>
        </w:rPr>
        <w:t>Модуль «СОВРЕМЕННАЯ МУЗЫКА: ОСНОВНЫЕ ЖАНРЫ И НАПРАВЛЕНИЯ»</w:t>
      </w:r>
    </w:p>
    <w:p w:rsidR="00F44E79" w:rsidRPr="00D34436" w:rsidRDefault="00F44E79" w:rsidP="00D03D6E">
      <w:pPr>
        <w:pStyle w:val="NormalWeb"/>
        <w:spacing w:after="0" w:line="276" w:lineRule="auto"/>
        <w:ind w:firstLine="709"/>
        <w:jc w:val="both"/>
        <w:rPr>
          <w:color w:val="000000"/>
        </w:rPr>
      </w:pPr>
      <w:r w:rsidRPr="00D34436">
        <w:rPr>
          <w:i/>
          <w:iCs/>
          <w:color w:val="000000"/>
        </w:rPr>
        <w:t>Джаз</w:t>
      </w:r>
    </w:p>
    <w:p w:rsidR="00F44E79" w:rsidRPr="00D34436" w:rsidRDefault="00F44E79" w:rsidP="00D03D6E">
      <w:pPr>
        <w:pStyle w:val="NormalWeb"/>
        <w:spacing w:after="0" w:line="276" w:lineRule="auto"/>
        <w:ind w:firstLine="709"/>
        <w:jc w:val="both"/>
        <w:rPr>
          <w:color w:val="000000"/>
        </w:rPr>
      </w:pPr>
      <w:r w:rsidRPr="00D34436">
        <w:rPr>
          <w:color w:val="000000"/>
        </w:rPr>
        <w:t>Джаз </w:t>
      </w:r>
      <w:r>
        <w:rPr>
          <w:color w:val="000000"/>
        </w:rPr>
        <w:t>–</w:t>
      </w:r>
      <w:r w:rsidRPr="00D34436">
        <w:rPr>
          <w:color w:val="000000"/>
        </w:rPr>
        <w:t xml:space="preserve">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F44E79" w:rsidRPr="00D34436" w:rsidRDefault="00F44E79" w:rsidP="00D03D6E">
      <w:pPr>
        <w:pStyle w:val="NormalWeb"/>
        <w:spacing w:after="0" w:line="276" w:lineRule="auto"/>
        <w:ind w:firstLine="709"/>
        <w:jc w:val="both"/>
        <w:rPr>
          <w:color w:val="000000"/>
        </w:rPr>
      </w:pPr>
      <w:r w:rsidRPr="00D34436">
        <w:rPr>
          <w:i/>
          <w:iCs/>
          <w:color w:val="000000"/>
        </w:rPr>
        <w:t>Мюзикл</w:t>
      </w:r>
    </w:p>
    <w:p w:rsidR="00F44E79" w:rsidRPr="00D34436" w:rsidRDefault="00F44E79" w:rsidP="00D03D6E">
      <w:pPr>
        <w:pStyle w:val="NormalWeb"/>
        <w:spacing w:after="0" w:line="276" w:lineRule="auto"/>
        <w:ind w:firstLine="709"/>
        <w:jc w:val="both"/>
        <w:rPr>
          <w:color w:val="000000"/>
        </w:rPr>
      </w:pPr>
      <w:r w:rsidRPr="00D34436">
        <w:rPr>
          <w:color w:val="000000"/>
        </w:rPr>
        <w:t>Особенности жанра. Классика жанра </w:t>
      </w:r>
      <w:r>
        <w:rPr>
          <w:color w:val="000000"/>
        </w:rPr>
        <w:t xml:space="preserve">– </w:t>
      </w:r>
      <w:r w:rsidRPr="00D34436">
        <w:rPr>
          <w:color w:val="000000"/>
        </w:rPr>
        <w:t>мюзиклы середины XX века (на примере творчества Ф.Лоу, Р.Роджерса, Э.Л.Уэббера и др.).Современные постановки в жанре мюзикла на российской сцене.</w:t>
      </w:r>
    </w:p>
    <w:p w:rsidR="00F44E79" w:rsidRPr="00B31626" w:rsidRDefault="00F44E79" w:rsidP="00D03D6E">
      <w:pPr>
        <w:jc w:val="both"/>
        <w:rPr>
          <w:rFonts w:ascii="Times New Roman" w:hAnsi="Times New Roman" w:cs="Times New Roman"/>
        </w:rPr>
      </w:pPr>
    </w:p>
    <w:p w:rsidR="00F44E79" w:rsidRDefault="00F44E79" w:rsidP="00D03D6E">
      <w:pPr>
        <w:pStyle w:val="ListParagraph"/>
        <w:ind w:left="0"/>
        <w:jc w:val="both"/>
        <w:rPr>
          <w:rFonts w:ascii="Times New Roman" w:hAnsi="Times New Roman"/>
          <w:sz w:val="24"/>
          <w:szCs w:val="24"/>
        </w:rPr>
      </w:pPr>
      <w:r w:rsidRPr="00A07490">
        <w:rPr>
          <w:rFonts w:ascii="Times New Roman" w:hAnsi="Times New Roman"/>
          <w:sz w:val="24"/>
          <w:szCs w:val="24"/>
        </w:rPr>
        <w:t xml:space="preserve">ПЛАНИРУЕМЫЕ ПРЕДМЕТНЫЕ РЕЗУЛЬТАТЫ ОСВОЕНИЯ РАБОЧЕЙ ПРОГРАММЫ КУРСА </w:t>
      </w:r>
      <w:r>
        <w:rPr>
          <w:rFonts w:ascii="Times New Roman" w:hAnsi="Times New Roman"/>
          <w:sz w:val="24"/>
          <w:szCs w:val="24"/>
        </w:rPr>
        <w:t>«МУЗЫКА»</w:t>
      </w:r>
      <w:r w:rsidRPr="00A07490">
        <w:rPr>
          <w:rFonts w:ascii="Times New Roman" w:hAnsi="Times New Roman"/>
          <w:sz w:val="24"/>
          <w:szCs w:val="24"/>
        </w:rPr>
        <w:t>(ПО ГОДАМ ОБУЧЕНИЯ)</w:t>
      </w:r>
    </w:p>
    <w:p w:rsidR="00F44E79" w:rsidRDefault="00F44E79" w:rsidP="00D03D6E">
      <w:pPr>
        <w:ind w:firstLine="709"/>
        <w:jc w:val="both"/>
        <w:rPr>
          <w:rFonts w:ascii="Times New Roman" w:hAnsi="Times New Roman" w:cs="Times New Roman"/>
        </w:rPr>
      </w:pPr>
      <w:r w:rsidRPr="00D829D1">
        <w:rPr>
          <w:rFonts w:ascii="Times New Roman" w:hAnsi="Times New Roman"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rPr>
        <w:t>5 класс</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«Музыка моего края»:</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знать музыкальные традиции своей республики, края, народа;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особенности творчества народных и профессиональных музыкантов, творческих коллективов своего края;</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«Европейская классическая музыка»: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исполнять (в том числе фрагментарно) сочинения композиторов-классиков;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«Русская классическая музыка»: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исполнять (в том числе фрагментарно, отдельными темами) сочинения русских композиторов;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«Связь музыки с другими видами искусства»: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определять стилевые и жанровые параллели между музыкой и другими видами искусств;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различать и анализировать средства выразительности разных видов искусств;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F44E79" w:rsidRDefault="00F44E79" w:rsidP="00D03D6E">
      <w:pPr>
        <w:pStyle w:val="ListParagraph"/>
        <w:ind w:left="284"/>
        <w:jc w:val="both"/>
        <w:rPr>
          <w:rFonts w:ascii="Times New Roman" w:hAnsi="Times New Roman"/>
          <w:b/>
          <w:sz w:val="24"/>
          <w:szCs w:val="24"/>
        </w:rPr>
      </w:pPr>
    </w:p>
    <w:p w:rsidR="00F44E79" w:rsidRPr="00D829D1" w:rsidRDefault="00F44E79" w:rsidP="00D03D6E">
      <w:pPr>
        <w:pStyle w:val="ListParagraph"/>
        <w:spacing w:after="0"/>
        <w:ind w:left="0" w:firstLine="709"/>
        <w:jc w:val="both"/>
        <w:rPr>
          <w:rFonts w:ascii="Times New Roman" w:hAnsi="Times New Roman"/>
          <w:sz w:val="24"/>
          <w:szCs w:val="24"/>
        </w:rPr>
      </w:pPr>
      <w:r w:rsidRPr="00D829D1">
        <w:rPr>
          <w:rFonts w:ascii="Times New Roman" w:hAnsi="Times New Roman"/>
          <w:b/>
          <w:sz w:val="24"/>
          <w:szCs w:val="24"/>
        </w:rPr>
        <w:t>6 класс</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«Народное музыкальное творчество России»:</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различать на слух и исполнять произведения различных жанров фольклорной музыки;</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«Европейская классическая музыка»: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исполнять (в том числе фрагментарно) сочинения композиторов-классиков;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«Русская классическая музыка»: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исполнять (в том числе фрагментарно, отдельными темами) сочинения русских композиторов;</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b/>
          <w:bCs/>
        </w:rPr>
        <w:t>Модуль «Жанры музыкального искусства»:</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F44E79" w:rsidRPr="00D829D1" w:rsidRDefault="00F44E79" w:rsidP="00D03D6E">
      <w:pPr>
        <w:ind w:firstLine="709"/>
        <w:jc w:val="both"/>
        <w:rPr>
          <w:rFonts w:ascii="Times New Roman" w:hAnsi="Times New Roman" w:cs="Times New Roman"/>
        </w:rPr>
      </w:pPr>
      <w:r w:rsidRPr="00D829D1">
        <w:rPr>
          <w:rFonts w:ascii="Times New Roman" w:hAnsi="Times New Roman" w:cs="Times New Roman"/>
        </w:rPr>
        <w:t>рассуждать о круге образов и средствах их воплощения, типичных для данного жанра;</w:t>
      </w:r>
    </w:p>
    <w:p w:rsidR="00F44E79" w:rsidRDefault="00F44E79" w:rsidP="00D03D6E">
      <w:pPr>
        <w:ind w:firstLine="709"/>
        <w:jc w:val="both"/>
        <w:rPr>
          <w:rFonts w:ascii="Times New Roman" w:hAnsi="Times New Roman" w:cs="Times New Roman"/>
        </w:rPr>
      </w:pPr>
      <w:r w:rsidRPr="00D829D1">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F44E79" w:rsidRDefault="00F44E79" w:rsidP="00D03D6E">
      <w:pPr>
        <w:pStyle w:val="ListParagraph"/>
        <w:spacing w:after="0"/>
        <w:ind w:left="0" w:firstLine="709"/>
        <w:jc w:val="both"/>
        <w:rPr>
          <w:rFonts w:ascii="Times New Roman" w:hAnsi="Times New Roman"/>
          <w:b/>
          <w:sz w:val="24"/>
          <w:szCs w:val="24"/>
        </w:rPr>
      </w:pPr>
    </w:p>
    <w:p w:rsidR="00F44E79" w:rsidRDefault="00F44E79" w:rsidP="00D03D6E">
      <w:pPr>
        <w:pStyle w:val="ListParagraph"/>
        <w:spacing w:after="0"/>
        <w:ind w:left="0" w:firstLine="709"/>
        <w:jc w:val="both"/>
        <w:rPr>
          <w:rFonts w:ascii="Times New Roman" w:hAnsi="Times New Roman"/>
          <w:sz w:val="24"/>
          <w:szCs w:val="24"/>
        </w:rPr>
      </w:pPr>
      <w:r w:rsidRPr="00033A4A">
        <w:rPr>
          <w:rFonts w:ascii="Times New Roman" w:hAnsi="Times New Roman"/>
          <w:b/>
          <w:sz w:val="24"/>
          <w:szCs w:val="24"/>
        </w:rPr>
        <w:t>7 класс</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b/>
          <w:bCs/>
        </w:rPr>
        <w:t>Модуль «Музыка народов мира»:</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различать на слух и исполнять произведения различных жанров фольклорной музыки;</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b/>
          <w:bCs/>
        </w:rPr>
        <w:t>Модуль «Европейская классическая музыка»:</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исполнять (в том числе фрагментарно) сочинения композиторов-классиков;</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b/>
          <w:bCs/>
        </w:rPr>
        <w:t>Модуль «Жанры музыкального искусства»:</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рассуждать о круге образов и средствах их воплощения, типичных для данного жанра;</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b/>
          <w:bCs/>
        </w:rPr>
        <w:t>Модуль «Истоки и образы русской и европейской духовной музыки»:</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различать и характеризовать жанры и произведения русской и европейской духовной музыки;</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исполнять произведения русской и европейской духовной музыки;</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приводить примеры сочинений духовной музыки, называть их автора.</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b/>
          <w:bCs/>
        </w:rPr>
        <w:t>Модуль «Связь музыки с другими видами искусства»:</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определять стилевые и жанровые параллели между музыкой и другими видами искусств;</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различать и анализировать средства выразительности разных видов искусств;</w:t>
      </w:r>
    </w:p>
    <w:p w:rsidR="00F44E79" w:rsidRPr="00386AC6" w:rsidRDefault="00F44E79" w:rsidP="00D03D6E">
      <w:pPr>
        <w:ind w:firstLine="709"/>
        <w:jc w:val="both"/>
        <w:rPr>
          <w:rFonts w:ascii="Times New Roman" w:hAnsi="Times New Roman" w:cs="Times New Roman"/>
        </w:rPr>
      </w:pPr>
      <w:r w:rsidRPr="00386AC6">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44E79" w:rsidRDefault="00F44E79" w:rsidP="00D03D6E">
      <w:pPr>
        <w:ind w:firstLine="709"/>
        <w:jc w:val="both"/>
        <w:rPr>
          <w:rFonts w:ascii="Times New Roman" w:hAnsi="Times New Roman" w:cs="Times New Roman"/>
        </w:rPr>
      </w:pPr>
      <w:r w:rsidRPr="00386AC6">
        <w:rPr>
          <w:rFonts w:ascii="Times New Roman" w:hAnsi="Times New Roman"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F44E79" w:rsidRDefault="00F44E79" w:rsidP="00D03D6E">
      <w:pPr>
        <w:ind w:firstLine="709"/>
        <w:jc w:val="both"/>
        <w:rPr>
          <w:rFonts w:ascii="Times New Roman" w:hAnsi="Times New Roman" w:cs="Times New Roman"/>
        </w:rPr>
      </w:pPr>
    </w:p>
    <w:p w:rsidR="00F44E79" w:rsidRDefault="00F44E79" w:rsidP="00D03D6E">
      <w:pPr>
        <w:ind w:firstLine="709"/>
        <w:jc w:val="both"/>
        <w:rPr>
          <w:rFonts w:ascii="Times New Roman" w:hAnsi="Times New Roman" w:cs="Times New Roman"/>
          <w:b/>
        </w:rPr>
      </w:pPr>
      <w:r w:rsidRPr="001C58A2">
        <w:rPr>
          <w:rFonts w:ascii="Times New Roman" w:hAnsi="Times New Roman" w:cs="Times New Roman"/>
          <w:b/>
        </w:rPr>
        <w:t>8 класс</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b/>
          <w:bCs/>
        </w:rPr>
        <w:t>Модуль «Музыка моего края»:</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знать музыкальные традиции своей республики, края, народа;</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характеризовать особенности творчества народных и профессиональных музыкантов, творческих коллективов своего края;</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b/>
          <w:bCs/>
        </w:rPr>
        <w:t>Модуль «Жанры музыкального искусства»:</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рассуждать о круге образов и средствах их воплощения, типичных для данного жанра;</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b/>
          <w:bCs/>
        </w:rPr>
        <w:t>Модуль «Русская классическая музыка»:</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исполнять (в том числе фрагментарно, отдельными темами) сочинения русских композиторов;</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b/>
          <w:bCs/>
        </w:rPr>
        <w:t>Модуль «Европейская классическая музыка»:</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исполнять (в том числе фрагментарно) сочинения композиторов-классиков;</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b/>
          <w:bCs/>
        </w:rPr>
        <w:t>Модуль «Современная музыка: основные жанры и направления»:</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определять и характеризовать стили, направления и жанры современной музыки;</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F44E79" w:rsidRPr="001C58A2" w:rsidRDefault="00F44E79" w:rsidP="00D03D6E">
      <w:pPr>
        <w:ind w:firstLine="709"/>
        <w:jc w:val="both"/>
        <w:rPr>
          <w:rFonts w:ascii="Times New Roman" w:hAnsi="Times New Roman" w:cs="Times New Roman"/>
        </w:rPr>
      </w:pPr>
      <w:r w:rsidRPr="001C58A2">
        <w:rPr>
          <w:rFonts w:ascii="Times New Roman" w:hAnsi="Times New Roman" w:cs="Times New Roman"/>
        </w:rPr>
        <w:t>исполнять современные музыкальные произведения в разных видах деятельности.</w:t>
      </w:r>
    </w:p>
    <w:p w:rsidR="00F44E79" w:rsidRPr="00386AC6" w:rsidRDefault="00F44E79" w:rsidP="00D03D6E">
      <w:pPr>
        <w:ind w:firstLine="709"/>
        <w:jc w:val="both"/>
        <w:rPr>
          <w:rFonts w:ascii="Times New Roman" w:hAnsi="Times New Roman" w:cs="Times New Roman"/>
          <w:b/>
        </w:rPr>
      </w:pPr>
    </w:p>
    <w:p w:rsidR="00F44E79" w:rsidRDefault="00F44E79" w:rsidP="00D03D6E">
      <w:pPr>
        <w:pStyle w:val="ListParagraph"/>
        <w:ind w:left="0"/>
        <w:jc w:val="both"/>
        <w:rPr>
          <w:rFonts w:ascii="Times New Roman" w:hAnsi="Times New Roman"/>
          <w:sz w:val="24"/>
          <w:szCs w:val="24"/>
        </w:rPr>
      </w:pPr>
    </w:p>
    <w:p w:rsidR="00F44E79" w:rsidRPr="00D829D1" w:rsidRDefault="00F44E79" w:rsidP="00D03D6E">
      <w:pPr>
        <w:ind w:firstLine="709"/>
        <w:jc w:val="both"/>
        <w:rPr>
          <w:rFonts w:ascii="Times New Roman" w:hAnsi="Times New Roman" w:cs="Times New Roman"/>
        </w:rPr>
      </w:pPr>
    </w:p>
    <w:p w:rsidR="00F44E79" w:rsidRDefault="00F44E79" w:rsidP="00D03D6E">
      <w:pPr>
        <w:pStyle w:val="ListParagraph"/>
        <w:ind w:left="284"/>
        <w:jc w:val="both"/>
        <w:rPr>
          <w:rFonts w:ascii="Times New Roman" w:hAnsi="Times New Roman"/>
          <w:sz w:val="24"/>
          <w:szCs w:val="24"/>
        </w:rPr>
      </w:pPr>
    </w:p>
    <w:p w:rsidR="00F44E79" w:rsidRPr="0023633A" w:rsidRDefault="00F44E79" w:rsidP="00D03D6E">
      <w:pPr>
        <w:pStyle w:val="ListParagraph"/>
        <w:ind w:left="284"/>
        <w:jc w:val="both"/>
        <w:rPr>
          <w:rFonts w:ascii="Times New Roman" w:hAnsi="Times New Roman"/>
          <w:sz w:val="24"/>
          <w:szCs w:val="24"/>
        </w:rPr>
      </w:pPr>
    </w:p>
    <w:p w:rsidR="00F44E79" w:rsidRDefault="00F44E79" w:rsidP="00D03D6E">
      <w:pPr>
        <w:rPr>
          <w:rFonts w:ascii="Times New Roman" w:hAnsi="Times New Roman" w:cs="Times New Roman"/>
        </w:rPr>
        <w:sectPr w:rsidR="00F44E79" w:rsidSect="005C5099">
          <w:pgSz w:w="11906" w:h="16838"/>
          <w:pgMar w:top="426" w:right="850" w:bottom="1134" w:left="993" w:header="708" w:footer="708" w:gutter="0"/>
          <w:cols w:space="708"/>
          <w:docGrid w:linePitch="360"/>
        </w:sectPr>
      </w:pPr>
    </w:p>
    <w:p w:rsidR="00F44E79" w:rsidRDefault="00F44E79" w:rsidP="00D03D6E">
      <w:pPr>
        <w:pStyle w:val="ListParagraph"/>
        <w:jc w:val="center"/>
        <w:rPr>
          <w:rFonts w:ascii="Times New Roman" w:hAnsi="Times New Roman"/>
          <w:b/>
          <w:sz w:val="28"/>
          <w:szCs w:val="28"/>
          <w:u w:val="single"/>
        </w:rPr>
      </w:pPr>
      <w:r w:rsidRPr="00272DA9">
        <w:rPr>
          <w:rFonts w:ascii="Times New Roman" w:hAnsi="Times New Roman"/>
          <w:b/>
          <w:sz w:val="28"/>
          <w:szCs w:val="28"/>
          <w:u w:val="single"/>
        </w:rPr>
        <w:t xml:space="preserve">Тематическое планирование </w:t>
      </w:r>
      <w:r>
        <w:rPr>
          <w:rFonts w:ascii="Times New Roman" w:hAnsi="Times New Roman"/>
          <w:b/>
          <w:sz w:val="28"/>
          <w:szCs w:val="28"/>
          <w:u w:val="single"/>
        </w:rPr>
        <w:t>предмета</w:t>
      </w:r>
      <w:r w:rsidRPr="00272DA9">
        <w:rPr>
          <w:rFonts w:ascii="Times New Roman" w:hAnsi="Times New Roman"/>
          <w:b/>
          <w:sz w:val="28"/>
          <w:szCs w:val="28"/>
          <w:u w:val="single"/>
        </w:rPr>
        <w:t xml:space="preserve"> «</w:t>
      </w:r>
      <w:r>
        <w:rPr>
          <w:rFonts w:ascii="Times New Roman" w:hAnsi="Times New Roman"/>
          <w:b/>
          <w:sz w:val="28"/>
          <w:szCs w:val="28"/>
          <w:u w:val="single"/>
        </w:rPr>
        <w:t>Музыка»</w:t>
      </w:r>
    </w:p>
    <w:p w:rsidR="00F44E79" w:rsidRDefault="00F44E79" w:rsidP="00D03D6E">
      <w:pPr>
        <w:rPr>
          <w:rFonts w:ascii="Times New Roman" w:hAnsi="Times New Roman" w:cs="Times New Roman"/>
          <w:b/>
          <w:i/>
          <w:sz w:val="28"/>
          <w:szCs w:val="28"/>
          <w:u w:val="single"/>
        </w:rPr>
      </w:pPr>
      <w:r>
        <w:rPr>
          <w:rFonts w:ascii="Times New Roman" w:hAnsi="Times New Roman" w:cs="Times New Roman"/>
          <w:b/>
          <w:i/>
          <w:sz w:val="28"/>
          <w:szCs w:val="28"/>
          <w:u w:val="single"/>
        </w:rPr>
        <w:t>5_</w:t>
      </w:r>
      <w:r w:rsidRPr="00272DA9">
        <w:rPr>
          <w:rFonts w:ascii="Times New Roman" w:hAnsi="Times New Roman" w:cs="Times New Roman"/>
          <w:b/>
          <w:i/>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
        <w:gridCol w:w="1524"/>
        <w:gridCol w:w="445"/>
        <w:gridCol w:w="445"/>
        <w:gridCol w:w="445"/>
        <w:gridCol w:w="1723"/>
        <w:gridCol w:w="1466"/>
        <w:gridCol w:w="4297"/>
      </w:tblGrid>
      <w:tr w:rsidR="00F44E79" w:rsidRPr="0005577B" w:rsidTr="001C7BA4">
        <w:tc>
          <w:tcPr>
            <w:tcW w:w="620"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 п/п</w:t>
            </w:r>
          </w:p>
        </w:tc>
        <w:tc>
          <w:tcPr>
            <w:tcW w:w="2370"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Наименование разделов и тем программы</w:t>
            </w:r>
          </w:p>
        </w:tc>
        <w:tc>
          <w:tcPr>
            <w:tcW w:w="2152" w:type="dxa"/>
            <w:gridSpan w:val="3"/>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Количество часов</w:t>
            </w:r>
          </w:p>
        </w:tc>
        <w:tc>
          <w:tcPr>
            <w:tcW w:w="2715"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деятельности</w:t>
            </w:r>
          </w:p>
        </w:tc>
        <w:tc>
          <w:tcPr>
            <w:tcW w:w="1879"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формы контроля</w:t>
            </w:r>
          </w:p>
        </w:tc>
        <w:tc>
          <w:tcPr>
            <w:tcW w:w="482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Электронные (цифровые) образовательные ресурсы</w:t>
            </w:r>
          </w:p>
        </w:tc>
      </w:tr>
      <w:tr w:rsidR="00F44E79" w:rsidRPr="0005577B" w:rsidTr="001C7BA4">
        <w:trPr>
          <w:cantSplit/>
          <w:trHeight w:val="2025"/>
        </w:trPr>
        <w:tc>
          <w:tcPr>
            <w:tcW w:w="620" w:type="dxa"/>
            <w:vMerge/>
          </w:tcPr>
          <w:p w:rsidR="00F44E79" w:rsidRPr="001C7BA4" w:rsidRDefault="00F44E79" w:rsidP="001C7BA4">
            <w:pPr>
              <w:jc w:val="center"/>
              <w:rPr>
                <w:rFonts w:ascii="Times New Roman" w:hAnsi="Times New Roman" w:cs="Times New Roman"/>
                <w:b/>
              </w:rPr>
            </w:pPr>
          </w:p>
        </w:tc>
        <w:tc>
          <w:tcPr>
            <w:tcW w:w="2370" w:type="dxa"/>
            <w:vMerge/>
          </w:tcPr>
          <w:p w:rsidR="00F44E79" w:rsidRPr="001C7BA4" w:rsidRDefault="00F44E79" w:rsidP="001C7BA4">
            <w:pPr>
              <w:jc w:val="center"/>
              <w:rPr>
                <w:rFonts w:ascii="Times New Roman" w:hAnsi="Times New Roman" w:cs="Times New Roman"/>
                <w:b/>
              </w:rPr>
            </w:pP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Всего</w:t>
            </w:r>
          </w:p>
        </w:tc>
        <w:tc>
          <w:tcPr>
            <w:tcW w:w="726"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Контрольные работы</w:t>
            </w: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Практические работы</w:t>
            </w:r>
          </w:p>
        </w:tc>
        <w:tc>
          <w:tcPr>
            <w:tcW w:w="2715" w:type="dxa"/>
            <w:vMerge/>
          </w:tcPr>
          <w:p w:rsidR="00F44E79" w:rsidRPr="001C7BA4" w:rsidRDefault="00F44E79" w:rsidP="001C7BA4">
            <w:pPr>
              <w:jc w:val="center"/>
              <w:rPr>
                <w:rFonts w:ascii="Times New Roman" w:hAnsi="Times New Roman" w:cs="Times New Roman"/>
                <w:b/>
              </w:rPr>
            </w:pPr>
          </w:p>
        </w:tc>
        <w:tc>
          <w:tcPr>
            <w:tcW w:w="1879" w:type="dxa"/>
            <w:vMerge/>
          </w:tcPr>
          <w:p w:rsidR="00F44E79" w:rsidRPr="001C7BA4" w:rsidRDefault="00F44E79" w:rsidP="001C7BA4">
            <w:pPr>
              <w:jc w:val="center"/>
              <w:rPr>
                <w:rFonts w:ascii="Times New Roman" w:hAnsi="Times New Roman" w:cs="Times New Roman"/>
                <w:b/>
              </w:rPr>
            </w:pPr>
          </w:p>
        </w:tc>
        <w:tc>
          <w:tcPr>
            <w:tcW w:w="4824" w:type="dxa"/>
            <w:vMerge/>
          </w:tcPr>
          <w:p w:rsidR="00F44E79" w:rsidRPr="001C7BA4" w:rsidRDefault="00F44E79" w:rsidP="001C7BA4">
            <w:pPr>
              <w:jc w:val="center"/>
              <w:rPr>
                <w:rFonts w:ascii="Times New Roman" w:hAnsi="Times New Roman" w:cs="Times New Roman"/>
                <w:b/>
              </w:rPr>
            </w:pPr>
          </w:p>
        </w:tc>
      </w:tr>
      <w:tr w:rsidR="00F44E79" w:rsidRPr="0005577B" w:rsidTr="001C7BA4">
        <w:trPr>
          <w:cantSplit/>
          <w:trHeight w:val="106"/>
        </w:trPr>
        <w:tc>
          <w:tcPr>
            <w:tcW w:w="14560" w:type="dxa"/>
            <w:gridSpan w:val="8"/>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lang w:val="en-US"/>
              </w:rPr>
              <w:t>Модуль 1. Музыка</w:t>
            </w:r>
            <w:r w:rsidRPr="001C7BA4">
              <w:rPr>
                <w:rFonts w:ascii="Times New Roman" w:hAnsi="Times New Roman" w:cs="Times New Roman"/>
                <w:b/>
              </w:rPr>
              <w:t xml:space="preserve"> </w:t>
            </w:r>
            <w:r w:rsidRPr="001C7BA4">
              <w:rPr>
                <w:rFonts w:ascii="Times New Roman" w:hAnsi="Times New Roman" w:cs="Times New Roman"/>
                <w:b/>
                <w:lang w:val="en-US"/>
              </w:rPr>
              <w:t>моего</w:t>
            </w:r>
            <w:r w:rsidRPr="001C7BA4">
              <w:rPr>
                <w:rFonts w:ascii="Times New Roman" w:hAnsi="Times New Roman" w:cs="Times New Roman"/>
                <w:b/>
              </w:rPr>
              <w:t xml:space="preserve"> </w:t>
            </w:r>
            <w:r w:rsidRPr="001C7BA4">
              <w:rPr>
                <w:rFonts w:ascii="Times New Roman" w:hAnsi="Times New Roman" w:cs="Times New Roman"/>
                <w:b/>
                <w:lang w:val="en-US"/>
              </w:rPr>
              <w:t>края</w:t>
            </w:r>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1.1</w:t>
            </w:r>
          </w:p>
        </w:tc>
        <w:tc>
          <w:tcPr>
            <w:tcW w:w="2370" w:type="dxa"/>
          </w:tcPr>
          <w:p w:rsidR="00F44E79" w:rsidRPr="001C7BA4" w:rsidRDefault="00F44E79" w:rsidP="00355649">
            <w:pPr>
              <w:rPr>
                <w:rFonts w:ascii="Times New Roman" w:hAnsi="Times New Roman" w:cs="Times New Roman"/>
                <w:lang w:val="en-US"/>
              </w:rPr>
            </w:pPr>
            <w:r w:rsidRPr="001C7BA4">
              <w:rPr>
                <w:rFonts w:ascii="Times New Roman" w:hAnsi="Times New Roman" w:cs="Times New Roman"/>
                <w:lang w:val="en-US"/>
              </w:rPr>
              <w:t>Фольклор – народное</w:t>
            </w:r>
            <w:r w:rsidRPr="001C7BA4">
              <w:rPr>
                <w:rFonts w:ascii="Times New Roman" w:hAnsi="Times New Roman" w:cs="Times New Roman"/>
              </w:rPr>
              <w:t xml:space="preserve"> </w:t>
            </w:r>
            <w:r w:rsidRPr="001C7BA4">
              <w:rPr>
                <w:rFonts w:ascii="Times New Roman" w:hAnsi="Times New Roman" w:cs="Times New Roman"/>
                <w:lang w:val="en-US"/>
              </w:rPr>
              <w:t>творчество.</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Разучивание и исполнение народных песен, танцев, инструментальных наигрышей, </w:t>
            </w:r>
            <w:r w:rsidRPr="001C7BA4">
              <w:rPr>
                <w:rFonts w:ascii="Times New Roman" w:hAnsi="Times New Roman" w:cs="Times New Roman"/>
              </w:rPr>
              <w:br/>
              <w:t>фольклорных игр.</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hyperlink r:id="rId517" w:history="1">
              <w:r w:rsidRPr="001C7BA4">
                <w:rPr>
                  <w:rStyle w:val="Hyperlink"/>
                  <w:rFonts w:ascii="Calibri" w:hAnsi="Calibri"/>
                </w:rPr>
                <w:t>https://resh.edu.ru/subject/lesson/7421/start/314766/</w:t>
              </w:r>
            </w:hyperlink>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370" w:type="dxa"/>
          </w:tcPr>
          <w:p w:rsidR="00F44E79" w:rsidRPr="001C7BA4" w:rsidRDefault="00F44E79" w:rsidP="00355649">
            <w:pPr>
              <w:rPr>
                <w:rFonts w:ascii="Times New Roman" w:hAnsi="Times New Roman" w:cs="Times New Roman"/>
                <w:lang w:val="en-US"/>
              </w:rPr>
            </w:pPr>
            <w:r w:rsidRPr="001C7BA4">
              <w:rPr>
                <w:rFonts w:ascii="Times New Roman" w:hAnsi="Times New Roman" w:cs="Times New Roman"/>
              </w:rPr>
              <w:t>Календарный фольклор.</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Знакомство с символикой календарных </w:t>
            </w:r>
            <w:r w:rsidRPr="001C7BA4">
              <w:rPr>
                <w:rFonts w:ascii="Times New Roman" w:hAnsi="Times New Roman" w:cs="Times New Roman"/>
              </w:rPr>
              <w:br/>
              <w:t xml:space="preserve">обрядов, поиск информации о </w:t>
            </w:r>
            <w:r w:rsidRPr="001C7BA4">
              <w:rPr>
                <w:rFonts w:ascii="Times New Roman" w:hAnsi="Times New Roman" w:cs="Times New Roman"/>
              </w:rPr>
              <w:br/>
              <w:t>соответствующих фольклорных традициях.</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Устныйопрос.</w:t>
            </w:r>
          </w:p>
        </w:tc>
        <w:tc>
          <w:tcPr>
            <w:tcW w:w="4824" w:type="dxa"/>
          </w:tcPr>
          <w:p w:rsidR="00F44E79" w:rsidRPr="001C7BA4" w:rsidRDefault="00F44E79" w:rsidP="00355649">
            <w:pPr>
              <w:rPr>
                <w:rFonts w:ascii="Times New Roman" w:hAnsi="Times New Roman" w:cs="Times New Roman"/>
              </w:rPr>
            </w:pPr>
            <w:hyperlink r:id="rId518" w:history="1">
              <w:r w:rsidRPr="001C7BA4">
                <w:rPr>
                  <w:rStyle w:val="Hyperlink"/>
                  <w:rFonts w:ascii="Calibri" w:hAnsi="Calibri"/>
                </w:rPr>
                <w:t>https://resh.edu.ru/subject/lesson/7420/start/298442/</w:t>
              </w:r>
            </w:hyperlink>
          </w:p>
        </w:tc>
      </w:tr>
      <w:tr w:rsidR="00F44E79" w:rsidRPr="0005577B" w:rsidTr="001C7BA4">
        <w:tc>
          <w:tcPr>
            <w:tcW w:w="2990"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8</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715"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rPr>
            </w:pPr>
            <w:r w:rsidRPr="001C7BA4">
              <w:rPr>
                <w:rFonts w:ascii="Times New Roman" w:hAnsi="Times New Roman" w:cs="Times New Roman"/>
                <w:b/>
                <w:lang w:val="en-US"/>
              </w:rPr>
              <w:t>Модуль 2. Русская</w:t>
            </w:r>
            <w:r w:rsidRPr="001C7BA4">
              <w:rPr>
                <w:rFonts w:ascii="Times New Roman" w:hAnsi="Times New Roman" w:cs="Times New Roman"/>
                <w:b/>
              </w:rPr>
              <w:t xml:space="preserve"> </w:t>
            </w:r>
            <w:r w:rsidRPr="001C7BA4">
              <w:rPr>
                <w:rFonts w:ascii="Times New Roman" w:hAnsi="Times New Roman" w:cs="Times New Roman"/>
                <w:b/>
                <w:lang w:val="en-US"/>
              </w:rPr>
              <w:t>классическая</w:t>
            </w:r>
            <w:r w:rsidRPr="001C7BA4">
              <w:rPr>
                <w:rFonts w:ascii="Times New Roman" w:hAnsi="Times New Roman" w:cs="Times New Roman"/>
                <w:b/>
              </w:rPr>
              <w:t xml:space="preserve"> </w:t>
            </w:r>
            <w:r w:rsidRPr="001C7BA4">
              <w:rPr>
                <w:rFonts w:ascii="Times New Roman" w:hAnsi="Times New Roman" w:cs="Times New Roman"/>
                <w:b/>
                <w:lang w:val="en-US"/>
              </w:rPr>
              <w:t>музыка</w:t>
            </w:r>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2.1</w:t>
            </w:r>
          </w:p>
        </w:tc>
        <w:tc>
          <w:tcPr>
            <w:tcW w:w="2370"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Образы</w:t>
            </w:r>
            <w:r w:rsidRPr="001C7BA4">
              <w:rPr>
                <w:rFonts w:ascii="Times New Roman" w:hAnsi="Times New Roman" w:cs="Times New Roman"/>
              </w:rPr>
              <w:t xml:space="preserve"> </w:t>
            </w:r>
            <w:r w:rsidRPr="001C7BA4">
              <w:rPr>
                <w:rFonts w:ascii="Times New Roman" w:hAnsi="Times New Roman" w:cs="Times New Roman"/>
                <w:lang w:val="en-US"/>
              </w:rPr>
              <w:t>родной</w:t>
            </w:r>
            <w:r w:rsidRPr="001C7BA4">
              <w:rPr>
                <w:rFonts w:ascii="Times New Roman" w:hAnsi="Times New Roman" w:cs="Times New Roman"/>
              </w:rPr>
              <w:t xml:space="preserve"> </w:t>
            </w:r>
            <w:r w:rsidRPr="001C7BA4">
              <w:rPr>
                <w:rFonts w:ascii="Times New Roman" w:hAnsi="Times New Roman" w:cs="Times New Roman"/>
                <w:lang w:val="en-US"/>
              </w:rPr>
              <w:t>земли</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6</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Разучивание, исполнение не менее одного вокального произведения, сочинённого русским композитором-классиком;</w:t>
            </w:r>
            <w:r w:rsidRPr="001C7BA4">
              <w:rPr>
                <w:rFonts w:ascii="Times New Roman" w:hAnsi="Times New Roman" w:cs="Times New Roman"/>
              </w:rPr>
              <w:br/>
              <w:t>Рисование по мотивам прослушанных музыкальных произведений.</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rPr>
            </w:pPr>
            <w:hyperlink r:id="rId519" w:history="1">
              <w:r w:rsidRPr="001C7BA4">
                <w:rPr>
                  <w:rStyle w:val="Hyperlink"/>
                  <w:rFonts w:ascii="Calibri" w:hAnsi="Calibri"/>
                </w:rPr>
                <w:t>https://resh.edu.ru/subject/lesson/7423/start/255279/</w:t>
              </w:r>
            </w:hyperlink>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2.2</w:t>
            </w:r>
          </w:p>
        </w:tc>
        <w:tc>
          <w:tcPr>
            <w:tcW w:w="2370"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Русская</w:t>
            </w:r>
            <w:r w:rsidRPr="001C7BA4">
              <w:rPr>
                <w:rFonts w:ascii="Times New Roman" w:hAnsi="Times New Roman" w:cs="Times New Roman"/>
                <w:lang w:val="en-US"/>
              </w:rPr>
              <w:br/>
              <w:t>исполнительская</w:t>
            </w:r>
            <w:r w:rsidRPr="001C7BA4">
              <w:rPr>
                <w:rFonts w:ascii="Times New Roman" w:hAnsi="Times New Roman" w:cs="Times New Roman"/>
              </w:rPr>
              <w:t xml:space="preserve"> </w:t>
            </w:r>
            <w:r w:rsidRPr="001C7BA4">
              <w:rPr>
                <w:rFonts w:ascii="Times New Roman" w:hAnsi="Times New Roman" w:cs="Times New Roman"/>
                <w:lang w:val="en-US"/>
              </w:rPr>
              <w:t>школа</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20" w:history="1">
              <w:r w:rsidRPr="001C7BA4">
                <w:rPr>
                  <w:rStyle w:val="Hyperlink"/>
                  <w:rFonts w:ascii="Calibri" w:hAnsi="Calibri"/>
                </w:rPr>
                <w:t>https://resh.edu.ru/subject/lesson/7431/start/291880/</w:t>
              </w:r>
            </w:hyperlink>
          </w:p>
        </w:tc>
      </w:tr>
      <w:tr w:rsidR="00F44E79" w:rsidRPr="0005577B" w:rsidTr="001C7BA4">
        <w:tc>
          <w:tcPr>
            <w:tcW w:w="2990" w:type="dxa"/>
            <w:gridSpan w:val="2"/>
          </w:tcPr>
          <w:p w:rsidR="00F44E79" w:rsidRPr="001C7BA4" w:rsidRDefault="00F44E79" w:rsidP="00355649">
            <w:pPr>
              <w:rPr>
                <w:rFonts w:ascii="Times New Roman" w:hAnsi="Times New Roman" w:cs="Times New Roman"/>
                <w:lang w:val="en-US"/>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7</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715"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lang w:val="en-US"/>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color w:val="0000FF"/>
                <w:lang w:val="en-US"/>
              </w:rPr>
            </w:pPr>
            <w:r w:rsidRPr="001C7BA4">
              <w:rPr>
                <w:rFonts w:ascii="Times New Roman" w:hAnsi="Times New Roman" w:cs="Calibri"/>
                <w:b/>
                <w:w w:val="97"/>
              </w:rPr>
              <w:t>Модуль 3.Европейская классическая музыка</w:t>
            </w:r>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3.1</w:t>
            </w:r>
          </w:p>
        </w:tc>
        <w:tc>
          <w:tcPr>
            <w:tcW w:w="2370"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Национальные</w:t>
            </w:r>
            <w:r w:rsidRPr="001C7BA4">
              <w:rPr>
                <w:rFonts w:ascii="Times New Roman" w:hAnsi="Times New Roman" w:cs="Times New Roman"/>
              </w:rPr>
              <w:t xml:space="preserve"> </w:t>
            </w:r>
            <w:r w:rsidRPr="001C7BA4">
              <w:rPr>
                <w:rFonts w:ascii="Times New Roman" w:hAnsi="Times New Roman" w:cs="Times New Roman"/>
                <w:lang w:val="en-US"/>
              </w:rPr>
              <w:t>истоки</w:t>
            </w:r>
            <w:r w:rsidRPr="001C7BA4">
              <w:rPr>
                <w:rFonts w:ascii="Times New Roman" w:hAnsi="Times New Roman" w:cs="Times New Roman"/>
                <w:lang w:val="en-US"/>
              </w:rPr>
              <w:br/>
              <w:t>классической</w:t>
            </w:r>
            <w:r w:rsidRPr="001C7BA4">
              <w:rPr>
                <w:rFonts w:ascii="Times New Roman" w:hAnsi="Times New Roman" w:cs="Times New Roman"/>
              </w:rPr>
              <w:t xml:space="preserve"> </w:t>
            </w:r>
            <w:r w:rsidRPr="001C7BA4">
              <w:rPr>
                <w:rFonts w:ascii="Times New Roman" w:hAnsi="Times New Roman" w:cs="Times New Roman"/>
                <w:lang w:val="en-US"/>
              </w:rPr>
              <w:t>музыки</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8</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Знакомство с образцами музыки разных жанров, типичных для рассматриваемых </w:t>
            </w:r>
            <w:r w:rsidRPr="001C7BA4">
              <w:rPr>
                <w:rFonts w:ascii="Times New Roman" w:hAnsi="Times New Roman" w:cs="Times New Roman"/>
              </w:rPr>
              <w:br/>
              <w:t xml:space="preserve">национальных стилей, творчества изучаемых композиторов; Определение на слух характерных интонаций, ритмов, элементов музыкального языка, </w:t>
            </w:r>
            <w:r w:rsidRPr="001C7BA4">
              <w:rPr>
                <w:rFonts w:ascii="Times New Roman" w:hAnsi="Times New Roman" w:cs="Times New Roman"/>
              </w:rPr>
              <w:br/>
              <w:t xml:space="preserve">умение напеть наиболее яркие интонации, прохлопать ритмические примеры из числа изучаемых классических произведений; </w:t>
            </w:r>
            <w:r w:rsidRPr="001C7BA4">
              <w:rPr>
                <w:rFonts w:ascii="Times New Roman" w:hAnsi="Times New Roman" w:cs="Times New Roman"/>
              </w:rPr>
              <w:br/>
              <w:t>Разучивание, исполнение не менее одного вокального произведения, сочинённого композитором-классиком (из числа изучаемых в данном разделе).</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использованием</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21" w:history="1">
              <w:r w:rsidRPr="001C7BA4">
                <w:rPr>
                  <w:rStyle w:val="Hyperlink"/>
                  <w:rFonts w:ascii="Calibri" w:hAnsi="Calibri"/>
                </w:rPr>
                <w:t>https://resh.edu.ru/subject/lesson/7422/start/255314/</w:t>
              </w:r>
            </w:hyperlink>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3.2</w:t>
            </w:r>
          </w:p>
        </w:tc>
        <w:tc>
          <w:tcPr>
            <w:tcW w:w="2370"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Музыкант и публика</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 Создание тематической подборки музыкальных произведений для домашнего прослушивания.</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22" w:history="1">
              <w:r w:rsidRPr="001C7BA4">
                <w:rPr>
                  <w:rStyle w:val="Hyperlink"/>
                  <w:rFonts w:ascii="Calibri" w:hAnsi="Calibri"/>
                </w:rPr>
                <w:t>https://resh.edu.ru/subject/lesson/7427/start/305962/</w:t>
              </w:r>
            </w:hyperlink>
          </w:p>
        </w:tc>
      </w:tr>
      <w:tr w:rsidR="00F44E79" w:rsidRPr="0005577B" w:rsidTr="001C7BA4">
        <w:tc>
          <w:tcPr>
            <w:tcW w:w="2990"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10</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2715"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b/>
                <w:color w:val="0000FF"/>
              </w:rPr>
            </w:pPr>
            <w:r w:rsidRPr="001C7BA4">
              <w:rPr>
                <w:rFonts w:ascii="Times New Roman" w:hAnsi="Times New Roman" w:cs="Times New Roman"/>
                <w:b/>
              </w:rPr>
              <w:t>Модуль 4. Связь музыки с другими видами искусства</w:t>
            </w:r>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4.1</w:t>
            </w:r>
          </w:p>
        </w:tc>
        <w:tc>
          <w:tcPr>
            <w:tcW w:w="2370"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Музыка и литература</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Знакомство с образцами вокальной и </w:t>
            </w:r>
            <w:r w:rsidRPr="001C7BA4">
              <w:rPr>
                <w:rFonts w:ascii="Times New Roman" w:hAnsi="Times New Roman" w:cs="Times New Roman"/>
              </w:rPr>
              <w:br/>
              <w:t xml:space="preserve">инструментальной музыки; </w:t>
            </w:r>
            <w:r w:rsidRPr="001C7BA4">
              <w:rPr>
                <w:rFonts w:ascii="Times New Roman" w:hAnsi="Times New Roman" w:cs="Times New Roman"/>
              </w:rPr>
              <w:br/>
              <w:t xml:space="preserve">Импровизация, сочинение мелодий на основе стихотворных строк, сравнение своих вариантов с мелодиями, сочинёнными </w:t>
            </w:r>
            <w:r w:rsidRPr="001C7BA4">
              <w:rPr>
                <w:rFonts w:ascii="Times New Roman" w:hAnsi="Times New Roman" w:cs="Times New Roman"/>
              </w:rPr>
              <w:br/>
              <w:t xml:space="preserve">композиторами (метод «Сочинение </w:t>
            </w:r>
            <w:r w:rsidRPr="001C7BA4">
              <w:rPr>
                <w:rFonts w:ascii="Times New Roman" w:hAnsi="Times New Roman" w:cs="Times New Roman"/>
              </w:rPr>
              <w:br/>
              <w:t xml:space="preserve">сочинённого»); </w:t>
            </w:r>
            <w:r w:rsidRPr="001C7BA4">
              <w:rPr>
                <w:rFonts w:ascii="Times New Roman" w:hAnsi="Times New Roman" w:cs="Times New Roman"/>
              </w:rPr>
              <w:br/>
              <w:t xml:space="preserve">Сочинение рассказа, стихотворения под </w:t>
            </w:r>
            <w:r w:rsidRPr="001C7BA4">
              <w:rPr>
                <w:rFonts w:ascii="Times New Roman" w:hAnsi="Times New Roman" w:cs="Times New Roman"/>
              </w:rPr>
              <w:br/>
              <w:t xml:space="preserve">впечатлением от восприятия </w:t>
            </w:r>
            <w:r w:rsidRPr="001C7BA4">
              <w:rPr>
                <w:rFonts w:ascii="Times New Roman" w:hAnsi="Times New Roman" w:cs="Times New Roman"/>
              </w:rPr>
              <w:br/>
              <w:t xml:space="preserve">инструментального музыкального </w:t>
            </w:r>
            <w:r w:rsidRPr="001C7BA4">
              <w:rPr>
                <w:rFonts w:ascii="Times New Roman" w:hAnsi="Times New Roman" w:cs="Times New Roman"/>
              </w:rPr>
              <w:br/>
              <w:t>произведения.</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Устный опрос.</w:t>
            </w:r>
          </w:p>
        </w:tc>
        <w:tc>
          <w:tcPr>
            <w:tcW w:w="4824" w:type="dxa"/>
          </w:tcPr>
          <w:p w:rsidR="00F44E79" w:rsidRPr="001C7BA4" w:rsidRDefault="00F44E79" w:rsidP="00355649">
            <w:pPr>
              <w:rPr>
                <w:rFonts w:ascii="Times New Roman" w:hAnsi="Times New Roman" w:cs="Times New Roman"/>
                <w:color w:val="0000FF"/>
              </w:rPr>
            </w:pPr>
            <w:hyperlink r:id="rId523" w:history="1">
              <w:r w:rsidRPr="001C7BA4">
                <w:rPr>
                  <w:rStyle w:val="Hyperlink"/>
                  <w:rFonts w:ascii="Calibri" w:hAnsi="Calibri"/>
                </w:rPr>
                <w:t>https://resh.edu.ru/subject/lesson/7419/start/255185/</w:t>
              </w:r>
            </w:hyperlink>
          </w:p>
        </w:tc>
      </w:tr>
      <w:tr w:rsidR="00F44E79" w:rsidRPr="0005577B" w:rsidTr="001C7BA4">
        <w:tc>
          <w:tcPr>
            <w:tcW w:w="620"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4.2</w:t>
            </w:r>
          </w:p>
        </w:tc>
        <w:tc>
          <w:tcPr>
            <w:tcW w:w="2370"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Музыка и живопись</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71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Знакомство с музыкальными произведениями программной музыки. Выявление интонаций изобразительного характера; </w:t>
            </w:r>
            <w:r w:rsidRPr="001C7BA4">
              <w:rPr>
                <w:rFonts w:ascii="Times New Roman" w:hAnsi="Times New Roman" w:cs="Times New Roman"/>
              </w:rPr>
              <w:br/>
              <w:t xml:space="preserve">Разучивание, исполнение песни с элементами изобразительности. Сочинение к ней </w:t>
            </w:r>
            <w:r w:rsidRPr="001C7BA4">
              <w:rPr>
                <w:rFonts w:ascii="Times New Roman" w:hAnsi="Times New Roman" w:cs="Times New Roman"/>
              </w:rPr>
              <w:br/>
              <w:t xml:space="preserve">ритмического и шумового аккомпанемента с целью усиления изобразительного эффекта; </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Рисование под впечатлением от восприятия музыки программно-изобразительного </w:t>
            </w:r>
            <w:r w:rsidRPr="001C7BA4">
              <w:rPr>
                <w:rFonts w:ascii="Times New Roman" w:hAnsi="Times New Roman" w:cs="Times New Roman"/>
              </w:rPr>
              <w:br/>
              <w:t>характера.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24" w:history="1">
              <w:r w:rsidRPr="001C7BA4">
                <w:rPr>
                  <w:rStyle w:val="Hyperlink"/>
                  <w:rFonts w:ascii="Calibri" w:hAnsi="Calibri"/>
                </w:rPr>
                <w:t>https://resh.edu.ru/subject/lesson/7432/start/302923/</w:t>
              </w:r>
            </w:hyperlink>
          </w:p>
          <w:p w:rsidR="00F44E79" w:rsidRPr="001C7BA4" w:rsidRDefault="00F44E79" w:rsidP="00355649">
            <w:pPr>
              <w:rPr>
                <w:rFonts w:ascii="Times New Roman" w:hAnsi="Times New Roman" w:cs="Times New Roman"/>
                <w:color w:val="0000FF"/>
              </w:rPr>
            </w:pPr>
            <w:hyperlink r:id="rId525" w:history="1">
              <w:r w:rsidRPr="001C7BA4">
                <w:rPr>
                  <w:rStyle w:val="Hyperlink"/>
                  <w:rFonts w:ascii="Calibri" w:hAnsi="Calibri"/>
                </w:rPr>
                <w:t>https://resh.edu.ru/subject/lesson/7429/start/255055/</w:t>
              </w:r>
            </w:hyperlink>
          </w:p>
        </w:tc>
      </w:tr>
      <w:tr w:rsidR="00F44E79" w:rsidRPr="0005577B" w:rsidTr="001C7BA4">
        <w:tc>
          <w:tcPr>
            <w:tcW w:w="2990"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9</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715"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2990"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Резерв:</w:t>
            </w:r>
          </w:p>
        </w:tc>
        <w:tc>
          <w:tcPr>
            <w:tcW w:w="713" w:type="dxa"/>
          </w:tcPr>
          <w:p w:rsidR="00F44E79" w:rsidRPr="001C7BA4" w:rsidRDefault="00F44E79" w:rsidP="00355649">
            <w:pPr>
              <w:rPr>
                <w:rFonts w:ascii="Times New Roman" w:hAnsi="Times New Roman" w:cs="Times New Roman"/>
              </w:rPr>
            </w:pPr>
          </w:p>
        </w:tc>
        <w:tc>
          <w:tcPr>
            <w:tcW w:w="726" w:type="dxa"/>
          </w:tcPr>
          <w:p w:rsidR="00F44E79" w:rsidRPr="001C7BA4" w:rsidRDefault="00F44E79" w:rsidP="00355649">
            <w:pPr>
              <w:rPr>
                <w:rFonts w:ascii="Times New Roman" w:hAnsi="Times New Roman" w:cs="Times New Roman"/>
              </w:rPr>
            </w:pPr>
          </w:p>
        </w:tc>
        <w:tc>
          <w:tcPr>
            <w:tcW w:w="713" w:type="dxa"/>
          </w:tcPr>
          <w:p w:rsidR="00F44E79" w:rsidRPr="001C7BA4" w:rsidRDefault="00F44E79" w:rsidP="00355649">
            <w:pPr>
              <w:rPr>
                <w:rFonts w:ascii="Times New Roman" w:hAnsi="Times New Roman" w:cs="Times New Roman"/>
              </w:rPr>
            </w:pPr>
          </w:p>
        </w:tc>
        <w:tc>
          <w:tcPr>
            <w:tcW w:w="2715"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2990"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Общее количество часов по программе:</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34</w:t>
            </w:r>
          </w:p>
        </w:tc>
        <w:tc>
          <w:tcPr>
            <w:tcW w:w="726"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715"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bl>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r>
        <w:rPr>
          <w:rFonts w:ascii="Times New Roman" w:hAnsi="Times New Roman" w:cs="Times New Roman"/>
          <w:b/>
          <w:i/>
          <w:sz w:val="28"/>
          <w:szCs w:val="28"/>
          <w:u w:val="single"/>
        </w:rPr>
        <w:t>6_</w:t>
      </w:r>
      <w:r w:rsidRPr="00272DA9">
        <w:rPr>
          <w:rFonts w:ascii="Times New Roman" w:hAnsi="Times New Roman" w:cs="Times New Roman"/>
          <w:b/>
          <w:i/>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1694"/>
        <w:gridCol w:w="444"/>
        <w:gridCol w:w="444"/>
        <w:gridCol w:w="444"/>
        <w:gridCol w:w="1555"/>
        <w:gridCol w:w="1466"/>
        <w:gridCol w:w="4296"/>
      </w:tblGrid>
      <w:tr w:rsidR="00F44E79" w:rsidRPr="0005577B" w:rsidTr="001C7BA4">
        <w:tc>
          <w:tcPr>
            <w:tcW w:w="61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 п/п</w:t>
            </w:r>
          </w:p>
        </w:tc>
        <w:tc>
          <w:tcPr>
            <w:tcW w:w="259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Наименование разделов и тем программы</w:t>
            </w:r>
          </w:p>
        </w:tc>
        <w:tc>
          <w:tcPr>
            <w:tcW w:w="2151" w:type="dxa"/>
            <w:gridSpan w:val="3"/>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Количество часов</w:t>
            </w:r>
          </w:p>
        </w:tc>
        <w:tc>
          <w:tcPr>
            <w:tcW w:w="2498"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деятельности</w:t>
            </w:r>
          </w:p>
        </w:tc>
        <w:tc>
          <w:tcPr>
            <w:tcW w:w="1879"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формы контроля</w:t>
            </w:r>
          </w:p>
        </w:tc>
        <w:tc>
          <w:tcPr>
            <w:tcW w:w="482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Электронные (цифровые) образовательные ресурсы</w:t>
            </w:r>
          </w:p>
        </w:tc>
      </w:tr>
      <w:tr w:rsidR="00F44E79" w:rsidRPr="0005577B" w:rsidTr="001C7BA4">
        <w:trPr>
          <w:cantSplit/>
          <w:trHeight w:val="2025"/>
        </w:trPr>
        <w:tc>
          <w:tcPr>
            <w:tcW w:w="614" w:type="dxa"/>
            <w:vMerge/>
          </w:tcPr>
          <w:p w:rsidR="00F44E79" w:rsidRPr="001C7BA4" w:rsidRDefault="00F44E79" w:rsidP="001C7BA4">
            <w:pPr>
              <w:jc w:val="center"/>
              <w:rPr>
                <w:rFonts w:ascii="Times New Roman" w:hAnsi="Times New Roman" w:cs="Times New Roman"/>
                <w:b/>
              </w:rPr>
            </w:pPr>
          </w:p>
        </w:tc>
        <w:tc>
          <w:tcPr>
            <w:tcW w:w="2594" w:type="dxa"/>
            <w:vMerge/>
          </w:tcPr>
          <w:p w:rsidR="00F44E79" w:rsidRPr="001C7BA4" w:rsidRDefault="00F44E79" w:rsidP="001C7BA4">
            <w:pPr>
              <w:jc w:val="center"/>
              <w:rPr>
                <w:rFonts w:ascii="Times New Roman" w:hAnsi="Times New Roman" w:cs="Times New Roman"/>
                <w:b/>
              </w:rPr>
            </w:pP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Всего</w:t>
            </w:r>
          </w:p>
        </w:tc>
        <w:tc>
          <w:tcPr>
            <w:tcW w:w="725"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Контрольные работы</w:t>
            </w: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Практические работы</w:t>
            </w:r>
          </w:p>
        </w:tc>
        <w:tc>
          <w:tcPr>
            <w:tcW w:w="2498" w:type="dxa"/>
            <w:vMerge/>
          </w:tcPr>
          <w:p w:rsidR="00F44E79" w:rsidRPr="001C7BA4" w:rsidRDefault="00F44E79" w:rsidP="001C7BA4">
            <w:pPr>
              <w:jc w:val="center"/>
              <w:rPr>
                <w:rFonts w:ascii="Times New Roman" w:hAnsi="Times New Roman" w:cs="Times New Roman"/>
                <w:b/>
              </w:rPr>
            </w:pPr>
          </w:p>
        </w:tc>
        <w:tc>
          <w:tcPr>
            <w:tcW w:w="1879" w:type="dxa"/>
            <w:vMerge/>
          </w:tcPr>
          <w:p w:rsidR="00F44E79" w:rsidRPr="001C7BA4" w:rsidRDefault="00F44E79" w:rsidP="001C7BA4">
            <w:pPr>
              <w:jc w:val="center"/>
              <w:rPr>
                <w:rFonts w:ascii="Times New Roman" w:hAnsi="Times New Roman" w:cs="Times New Roman"/>
                <w:b/>
              </w:rPr>
            </w:pPr>
          </w:p>
        </w:tc>
        <w:tc>
          <w:tcPr>
            <w:tcW w:w="4824" w:type="dxa"/>
            <w:vMerge/>
          </w:tcPr>
          <w:p w:rsidR="00F44E79" w:rsidRPr="001C7BA4" w:rsidRDefault="00F44E79" w:rsidP="001C7BA4">
            <w:pPr>
              <w:jc w:val="center"/>
              <w:rPr>
                <w:rFonts w:ascii="Times New Roman" w:hAnsi="Times New Roman" w:cs="Times New Roman"/>
                <w:b/>
              </w:rPr>
            </w:pPr>
          </w:p>
        </w:tc>
      </w:tr>
      <w:tr w:rsidR="00F44E79" w:rsidRPr="0005577B" w:rsidTr="001C7BA4">
        <w:trPr>
          <w:cantSplit/>
          <w:trHeight w:val="106"/>
        </w:trPr>
        <w:tc>
          <w:tcPr>
            <w:tcW w:w="14560" w:type="dxa"/>
            <w:gridSpan w:val="8"/>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Модуль 1. Народное музыкальное творчество России</w:t>
            </w:r>
          </w:p>
        </w:tc>
      </w:tr>
      <w:tr w:rsidR="00F44E79" w:rsidRPr="00C674C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Россия</w:t>
            </w:r>
            <w:r w:rsidRPr="001C7BA4">
              <w:rPr>
                <w:rFonts w:ascii="Times New Roman" w:hAnsi="Times New Roman" w:cs="Times New Roman"/>
              </w:rPr>
              <w:t>–</w:t>
            </w:r>
            <w:r w:rsidRPr="001C7BA4">
              <w:rPr>
                <w:rFonts w:ascii="Times New Roman" w:hAnsi="Times New Roman" w:cs="Times New Roman"/>
                <w:lang w:val="en-US"/>
              </w:rPr>
              <w:t>наш</w:t>
            </w:r>
            <w:r w:rsidRPr="001C7BA4">
              <w:rPr>
                <w:rFonts w:ascii="Times New Roman" w:hAnsi="Times New Roman" w:cs="Times New Roman"/>
              </w:rPr>
              <w:t xml:space="preserve"> </w:t>
            </w:r>
            <w:r w:rsidRPr="001C7BA4">
              <w:rPr>
                <w:rFonts w:ascii="Times New Roman" w:hAnsi="Times New Roman" w:cs="Times New Roman"/>
                <w:lang w:val="en-US"/>
              </w:rPr>
              <w:t>общий</w:t>
            </w:r>
            <w:r w:rsidRPr="001C7BA4">
              <w:rPr>
                <w:rFonts w:ascii="Times New Roman" w:hAnsi="Times New Roman" w:cs="Times New Roman"/>
              </w:rPr>
              <w:t xml:space="preserve"> </w:t>
            </w:r>
            <w:r w:rsidRPr="001C7BA4">
              <w:rPr>
                <w:rFonts w:ascii="Times New Roman" w:hAnsi="Times New Roman" w:cs="Times New Roman"/>
                <w:lang w:val="en-US"/>
              </w:rPr>
              <w:t>дом</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Посещение концерта, спектакля (просмотр фильма, телепередачи), </w:t>
            </w:r>
            <w:r w:rsidRPr="001C7BA4">
              <w:rPr>
                <w:rFonts w:ascii="Times New Roman" w:hAnsi="Times New Roman" w:cs="Times New Roman"/>
              </w:rPr>
              <w:br/>
              <w:t>посвящённого данной теме;</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Обсуждение в классе и/или письменная рецензия по </w:t>
            </w:r>
            <w:r w:rsidRPr="001C7BA4">
              <w:rPr>
                <w:rFonts w:ascii="Times New Roman" w:hAnsi="Times New Roman" w:cs="Times New Roman"/>
              </w:rPr>
              <w:br/>
              <w:t>результатам просмотра.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hyperlink r:id="rId526"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/7166/</w:t>
              </w:r>
              <w:r w:rsidRPr="001C7BA4">
                <w:rPr>
                  <w:rStyle w:val="Hyperlink"/>
                  <w:rFonts w:ascii="Calibri" w:hAnsi="Calibri"/>
                  <w:lang w:val="en-US"/>
                </w:rPr>
                <w:t>start</w:t>
              </w:r>
              <w:r w:rsidRPr="001C7BA4">
                <w:rPr>
                  <w:rStyle w:val="Hyperlink"/>
                  <w:rFonts w:ascii="Calibri" w:hAnsi="Calibri"/>
                </w:rPr>
                <w:t>/254667/</w:t>
              </w:r>
            </w:hyperlink>
          </w:p>
          <w:p w:rsidR="00F44E79" w:rsidRPr="001C7BA4" w:rsidRDefault="00F44E79" w:rsidP="00355649">
            <w:pPr>
              <w:rPr>
                <w:rFonts w:ascii="Times New Roman" w:hAnsi="Times New Roman" w:cs="Times New Roman"/>
              </w:rPr>
            </w:pPr>
            <w:hyperlink r:id="rId527"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/7167/</w:t>
              </w:r>
              <w:r w:rsidRPr="001C7BA4">
                <w:rPr>
                  <w:rStyle w:val="Hyperlink"/>
                  <w:rFonts w:ascii="Calibri" w:hAnsi="Calibri"/>
                  <w:lang w:val="en-US"/>
                </w:rPr>
                <w:t>start</w:t>
              </w:r>
              <w:r w:rsidRPr="001C7BA4">
                <w:rPr>
                  <w:rStyle w:val="Hyperlink"/>
                  <w:rFonts w:ascii="Calibri" w:hAnsi="Calibri"/>
                </w:rPr>
                <w:t>/254442</w:t>
              </w:r>
            </w:hyperlink>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Фольклор в творчестве </w:t>
            </w:r>
            <w:r w:rsidRPr="001C7BA4">
              <w:rPr>
                <w:rFonts w:ascii="Times New Roman" w:hAnsi="Times New Roman" w:cs="Times New Roman"/>
              </w:rPr>
              <w:br/>
              <w:t>профессиональных композиторов.</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bCs/>
              </w:rPr>
            </w:pPr>
            <w:r w:rsidRPr="001C7BA4">
              <w:rPr>
                <w:rFonts w:ascii="Times New Roman" w:hAnsi="Times New Roman" w:cs="Times New Roman"/>
                <w:bCs/>
              </w:rPr>
              <w:t xml:space="preserve">Сравнение аутентичного </w:t>
            </w:r>
            <w:r w:rsidRPr="001C7BA4">
              <w:rPr>
                <w:rFonts w:ascii="Times New Roman" w:hAnsi="Times New Roman" w:cs="Times New Roman"/>
                <w:bCs/>
              </w:rPr>
              <w:br/>
              <w:t xml:space="preserve">звучания фольклора и фольклорных мелодий в </w:t>
            </w:r>
            <w:r w:rsidRPr="001C7BA4">
              <w:rPr>
                <w:rFonts w:ascii="Times New Roman" w:hAnsi="Times New Roman" w:cs="Times New Roman"/>
                <w:bCs/>
              </w:rPr>
              <w:br/>
              <w:t xml:space="preserve">композиторской </w:t>
            </w:r>
            <w:r w:rsidRPr="001C7BA4">
              <w:rPr>
                <w:rFonts w:ascii="Times New Roman" w:hAnsi="Times New Roman" w:cs="Times New Roman"/>
                <w:bCs/>
              </w:rPr>
              <w:br/>
              <w:t xml:space="preserve">обработке. Разучивание, исполнение народной песни в </w:t>
            </w:r>
            <w:r w:rsidRPr="001C7BA4">
              <w:rPr>
                <w:rFonts w:ascii="Times New Roman" w:hAnsi="Times New Roman" w:cs="Times New Roman"/>
                <w:bCs/>
              </w:rPr>
              <w:br/>
              <w:t>композиторской обработке.</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Устныйопрос.</w:t>
            </w:r>
          </w:p>
        </w:tc>
        <w:tc>
          <w:tcPr>
            <w:tcW w:w="4824" w:type="dxa"/>
          </w:tcPr>
          <w:p w:rsidR="00F44E79" w:rsidRPr="001C7BA4" w:rsidRDefault="00F44E79" w:rsidP="00355649">
            <w:pPr>
              <w:rPr>
                <w:rFonts w:ascii="Times New Roman" w:hAnsi="Times New Roman" w:cs="Times New Roman"/>
                <w:color w:val="0000FF"/>
              </w:rPr>
            </w:pPr>
            <w:hyperlink r:id="rId528"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/7165/</w:t>
              </w:r>
              <w:r w:rsidRPr="001C7BA4">
                <w:rPr>
                  <w:rStyle w:val="Hyperlink"/>
                  <w:rFonts w:ascii="Calibri" w:hAnsi="Calibri"/>
                  <w:lang w:val="en-US"/>
                </w:rPr>
                <w:t>start</w:t>
              </w:r>
              <w:r w:rsidRPr="001C7BA4">
                <w:rPr>
                  <w:rStyle w:val="Hyperlink"/>
                  <w:rFonts w:ascii="Calibri" w:hAnsi="Calibri"/>
                </w:rPr>
                <w:t>/291944/</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8</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rPr>
            </w:pPr>
            <w:r w:rsidRPr="001C7BA4">
              <w:rPr>
                <w:rFonts w:ascii="Times New Roman" w:hAnsi="Times New Roman" w:cs="Times New Roman"/>
                <w:b/>
              </w:rPr>
              <w:t>Модуль 2. Русская классическая музыка</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Золотой</w:t>
            </w:r>
            <w:r w:rsidRPr="001C7BA4">
              <w:rPr>
                <w:rFonts w:ascii="Times New Roman" w:hAnsi="Times New Roman" w:cs="Times New Roman"/>
              </w:rPr>
              <w:t xml:space="preserve"> </w:t>
            </w:r>
            <w:r w:rsidRPr="001C7BA4">
              <w:rPr>
                <w:rFonts w:ascii="Times New Roman" w:hAnsi="Times New Roman" w:cs="Times New Roman"/>
                <w:lang w:val="en-US"/>
              </w:rPr>
              <w:t>век</w:t>
            </w:r>
            <w:r w:rsidRPr="001C7BA4">
              <w:rPr>
                <w:rFonts w:ascii="Times New Roman" w:hAnsi="Times New Roman" w:cs="Times New Roman"/>
              </w:rPr>
              <w:t xml:space="preserve"> </w:t>
            </w:r>
            <w:r w:rsidRPr="001C7BA4">
              <w:rPr>
                <w:rFonts w:ascii="Times New Roman" w:hAnsi="Times New Roman" w:cs="Times New Roman"/>
                <w:lang w:val="en-US"/>
              </w:rPr>
              <w:t>русской</w:t>
            </w:r>
            <w:r w:rsidRPr="001C7BA4">
              <w:rPr>
                <w:rFonts w:ascii="Times New Roman" w:hAnsi="Times New Roman" w:cs="Times New Roman"/>
              </w:rPr>
              <w:t xml:space="preserve"> </w:t>
            </w:r>
            <w:r w:rsidRPr="001C7BA4">
              <w:rPr>
                <w:rFonts w:ascii="Times New Roman" w:hAnsi="Times New Roman" w:cs="Times New Roman"/>
                <w:lang w:val="en-US"/>
              </w:rPr>
              <w:t>культуры</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Разучивание, </w:t>
            </w:r>
            <w:r w:rsidRPr="001C7BA4">
              <w:rPr>
                <w:rFonts w:ascii="Times New Roman" w:hAnsi="Times New Roman" w:cs="Times New Roman"/>
              </w:rPr>
              <w:br/>
              <w:t xml:space="preserve">исполнение не менее одного вокального </w:t>
            </w:r>
            <w:r w:rsidRPr="001C7BA4">
              <w:rPr>
                <w:rFonts w:ascii="Times New Roman" w:hAnsi="Times New Roman" w:cs="Times New Roman"/>
              </w:rPr>
              <w:br/>
              <w:t xml:space="preserve">произведения лирического </w:t>
            </w:r>
            <w:r w:rsidRPr="001C7BA4">
              <w:rPr>
                <w:rFonts w:ascii="Times New Roman" w:hAnsi="Times New Roman" w:cs="Times New Roman"/>
              </w:rPr>
              <w:br/>
              <w:t xml:space="preserve">характера, </w:t>
            </w:r>
            <w:r w:rsidRPr="001C7BA4">
              <w:rPr>
                <w:rFonts w:ascii="Times New Roman" w:hAnsi="Times New Roman" w:cs="Times New Roman"/>
              </w:rPr>
              <w:br/>
              <w:t>сочинённого русским композитором-</w:t>
            </w:r>
            <w:r w:rsidRPr="001C7BA4">
              <w:rPr>
                <w:rFonts w:ascii="Times New Roman" w:hAnsi="Times New Roman" w:cs="Times New Roman"/>
              </w:rPr>
              <w:br/>
              <w:t>классиком.</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rPr>
            </w:pPr>
            <w:hyperlink r:id="rId529"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/7163/</w:t>
              </w:r>
              <w:r w:rsidRPr="001C7BA4">
                <w:rPr>
                  <w:rStyle w:val="Hyperlink"/>
                  <w:rFonts w:ascii="Calibri" w:hAnsi="Calibri"/>
                  <w:lang w:val="en-US"/>
                </w:rPr>
                <w:t>start</w:t>
              </w:r>
              <w:r w:rsidRPr="001C7BA4">
                <w:rPr>
                  <w:rStyle w:val="Hyperlink"/>
                  <w:rFonts w:ascii="Calibri" w:hAnsi="Calibri"/>
                </w:rPr>
                <w:t>/254346/</w:t>
              </w:r>
            </w:hyperlink>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История страны и народа в музыке русских </w:t>
            </w:r>
            <w:r w:rsidRPr="001C7BA4">
              <w:rPr>
                <w:rFonts w:ascii="Times New Roman" w:hAnsi="Times New Roman" w:cs="Times New Roman"/>
              </w:rPr>
              <w:br/>
              <w:t>композиторов.</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Знакомство с </w:t>
            </w:r>
            <w:r w:rsidRPr="001C7BA4">
              <w:rPr>
                <w:rFonts w:ascii="Times New Roman" w:hAnsi="Times New Roman" w:cs="Times New Roman"/>
              </w:rPr>
              <w:br/>
              <w:t xml:space="preserve">шедеврами русской музыки </w:t>
            </w:r>
            <w:r w:rsidRPr="001C7BA4">
              <w:rPr>
                <w:rFonts w:ascii="Times New Roman" w:hAnsi="Times New Roman" w:cs="Times New Roman"/>
                <w:lang w:val="en-US"/>
              </w:rPr>
              <w:t>XIX</w:t>
            </w:r>
            <w:r w:rsidRPr="001C7BA4">
              <w:rPr>
                <w:rFonts w:ascii="Times New Roman" w:hAnsi="Times New Roman" w:cs="Times New Roman"/>
              </w:rPr>
              <w:t>—</w:t>
            </w:r>
            <w:r w:rsidRPr="001C7BA4">
              <w:rPr>
                <w:rFonts w:ascii="Times New Roman" w:hAnsi="Times New Roman" w:cs="Times New Roman"/>
                <w:lang w:val="en-US"/>
              </w:rPr>
              <w:t>XX</w:t>
            </w:r>
            <w:r w:rsidRPr="001C7BA4">
              <w:rPr>
                <w:rFonts w:ascii="Times New Roman" w:hAnsi="Times New Roman" w:cs="Times New Roman"/>
              </w:rPr>
              <w:br/>
              <w:t xml:space="preserve">веков, анализ </w:t>
            </w:r>
            <w:r w:rsidRPr="001C7BA4">
              <w:rPr>
                <w:rFonts w:ascii="Times New Roman" w:hAnsi="Times New Roman" w:cs="Times New Roman"/>
              </w:rPr>
              <w:br/>
              <w:t xml:space="preserve">художественного </w:t>
            </w:r>
            <w:r w:rsidRPr="001C7BA4">
              <w:rPr>
                <w:rFonts w:ascii="Times New Roman" w:hAnsi="Times New Roman" w:cs="Times New Roman"/>
              </w:rPr>
              <w:br/>
              <w:t xml:space="preserve">содержания и </w:t>
            </w:r>
            <w:r w:rsidRPr="001C7BA4">
              <w:rPr>
                <w:rFonts w:ascii="Times New Roman" w:hAnsi="Times New Roman" w:cs="Times New Roman"/>
              </w:rPr>
              <w:br/>
              <w:t xml:space="preserve">способов выражения патриотической </w:t>
            </w:r>
            <w:r w:rsidRPr="001C7BA4">
              <w:rPr>
                <w:rFonts w:ascii="Times New Roman" w:hAnsi="Times New Roman" w:cs="Times New Roman"/>
              </w:rPr>
              <w:br/>
              <w:t>идеи, гражданского пафоса.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30"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/7168/</w:t>
              </w:r>
              <w:r w:rsidRPr="001C7BA4">
                <w:rPr>
                  <w:rStyle w:val="Hyperlink"/>
                  <w:rFonts w:ascii="Calibri" w:hAnsi="Calibri"/>
                  <w:lang w:val="en-US"/>
                </w:rPr>
                <w:t>start</w:t>
              </w:r>
              <w:r w:rsidRPr="001C7BA4">
                <w:rPr>
                  <w:rStyle w:val="Hyperlink"/>
                  <w:rFonts w:ascii="Calibri" w:hAnsi="Calibri"/>
                </w:rPr>
                <w:t>/315709/</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7</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lang w:val="en-US"/>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color w:val="0000FF"/>
                <w:lang w:val="en-US"/>
              </w:rPr>
            </w:pPr>
            <w:r w:rsidRPr="001C7BA4">
              <w:rPr>
                <w:rFonts w:ascii="Times New Roman" w:hAnsi="Times New Roman" w:cs="Times New Roman"/>
                <w:b/>
                <w:lang w:val="en-US"/>
              </w:rPr>
              <w:t>Модуль 3. Европейскаяклассическаямузыка</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Музыка</w:t>
            </w:r>
            <w:r w:rsidRPr="001C7BA4">
              <w:rPr>
                <w:rFonts w:ascii="Times New Roman" w:hAnsi="Times New Roman" w:cs="Times New Roman"/>
              </w:rPr>
              <w:t>–</w:t>
            </w:r>
            <w:r w:rsidRPr="001C7BA4">
              <w:rPr>
                <w:rFonts w:ascii="Times New Roman" w:hAnsi="Times New Roman" w:cs="Times New Roman"/>
                <w:lang w:val="en-US"/>
              </w:rPr>
              <w:t>зеркало</w:t>
            </w:r>
            <w:r w:rsidRPr="001C7BA4">
              <w:rPr>
                <w:rFonts w:ascii="Times New Roman" w:hAnsi="Times New Roman" w:cs="Times New Roman"/>
              </w:rPr>
              <w:t xml:space="preserve"> </w:t>
            </w:r>
            <w:r w:rsidRPr="001C7BA4">
              <w:rPr>
                <w:rFonts w:ascii="Times New Roman" w:hAnsi="Times New Roman" w:cs="Times New Roman"/>
                <w:lang w:val="en-US"/>
              </w:rPr>
              <w:t>эпохи</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7</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Знакомство с образцами </w:t>
            </w:r>
            <w:r w:rsidRPr="001C7BA4">
              <w:rPr>
                <w:rFonts w:ascii="Times New Roman" w:hAnsi="Times New Roman" w:cs="Times New Roman"/>
              </w:rPr>
              <w:br/>
              <w:t>полифонической и гомофонно-</w:t>
            </w:r>
            <w:r w:rsidRPr="001C7BA4">
              <w:rPr>
                <w:rFonts w:ascii="Times New Roman" w:hAnsi="Times New Roman" w:cs="Times New Roman"/>
              </w:rPr>
              <w:br/>
              <w:t xml:space="preserve">гармонической </w:t>
            </w:r>
            <w:r w:rsidRPr="001C7BA4">
              <w:rPr>
                <w:rFonts w:ascii="Times New Roman" w:hAnsi="Times New Roman" w:cs="Times New Roman"/>
              </w:rPr>
              <w:br/>
              <w:t>музыки.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использованием</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31"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/7169/</w:t>
              </w:r>
              <w:r w:rsidRPr="001C7BA4">
                <w:rPr>
                  <w:rStyle w:val="Hyperlink"/>
                  <w:rFonts w:ascii="Calibri" w:hAnsi="Calibri"/>
                  <w:lang w:val="en-US"/>
                </w:rPr>
                <w:t>start</w:t>
              </w:r>
              <w:r w:rsidRPr="001C7BA4">
                <w:rPr>
                  <w:rStyle w:val="Hyperlink"/>
                  <w:rFonts w:ascii="Calibri" w:hAnsi="Calibri"/>
                </w:rPr>
                <w:t>/308396/</w:t>
              </w:r>
            </w:hyperlink>
          </w:p>
          <w:p w:rsidR="00F44E79" w:rsidRPr="001C7BA4" w:rsidRDefault="00F44E79" w:rsidP="00355649">
            <w:pPr>
              <w:rPr>
                <w:rFonts w:ascii="Times New Roman" w:hAnsi="Times New Roman" w:cs="Times New Roman"/>
                <w:color w:val="0000FF"/>
              </w:rPr>
            </w:pPr>
            <w:hyperlink r:id="rId532"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/7162/</w:t>
              </w:r>
              <w:r w:rsidRPr="001C7BA4">
                <w:rPr>
                  <w:rStyle w:val="Hyperlink"/>
                  <w:rFonts w:ascii="Calibri" w:hAnsi="Calibri"/>
                  <w:lang w:val="en-US"/>
                </w:rPr>
                <w:t>start</w:t>
              </w:r>
              <w:r w:rsidRPr="001C7BA4">
                <w:rPr>
                  <w:rStyle w:val="Hyperlink"/>
                  <w:rFonts w:ascii="Calibri" w:hAnsi="Calibri"/>
                </w:rPr>
                <w:t>/254378/</w:t>
              </w:r>
            </w:hyperlink>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Музыкальный</w:t>
            </w:r>
            <w:r w:rsidRPr="001C7BA4">
              <w:rPr>
                <w:rFonts w:ascii="Times New Roman" w:hAnsi="Times New Roman" w:cs="Times New Roman"/>
              </w:rPr>
              <w:t xml:space="preserve"> </w:t>
            </w:r>
            <w:r w:rsidRPr="001C7BA4">
              <w:rPr>
                <w:rFonts w:ascii="Times New Roman" w:hAnsi="Times New Roman" w:cs="Times New Roman"/>
                <w:lang w:val="en-US"/>
              </w:rPr>
              <w:t>образ</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Узнавание на слух </w:t>
            </w:r>
            <w:r w:rsidRPr="001C7BA4">
              <w:rPr>
                <w:rFonts w:ascii="Times New Roman" w:hAnsi="Times New Roman" w:cs="Times New Roman"/>
              </w:rPr>
              <w:br/>
              <w:t xml:space="preserve">мелодий, интонаций, ритмов, элементов </w:t>
            </w:r>
            <w:r w:rsidRPr="001C7BA4">
              <w:rPr>
                <w:rFonts w:ascii="Times New Roman" w:hAnsi="Times New Roman" w:cs="Times New Roman"/>
              </w:rPr>
              <w:br/>
              <w:t xml:space="preserve">музыкального языка изучаемых </w:t>
            </w:r>
            <w:r w:rsidRPr="001C7BA4">
              <w:rPr>
                <w:rFonts w:ascii="Times New Roman" w:hAnsi="Times New Roman" w:cs="Times New Roman"/>
              </w:rPr>
              <w:br/>
              <w:t xml:space="preserve">классических </w:t>
            </w:r>
            <w:r w:rsidRPr="001C7BA4">
              <w:rPr>
                <w:rFonts w:ascii="Times New Roman" w:hAnsi="Times New Roman" w:cs="Times New Roman"/>
              </w:rPr>
              <w:br/>
              <w:t xml:space="preserve">произведений, </w:t>
            </w:r>
            <w:r w:rsidRPr="001C7BA4">
              <w:rPr>
                <w:rFonts w:ascii="Times New Roman" w:hAnsi="Times New Roman" w:cs="Times New Roman"/>
              </w:rPr>
              <w:br/>
              <w:t xml:space="preserve">умение напеть их </w:t>
            </w:r>
            <w:r w:rsidRPr="001C7BA4">
              <w:rPr>
                <w:rFonts w:ascii="Times New Roman" w:hAnsi="Times New Roman" w:cs="Times New Roman"/>
              </w:rPr>
              <w:br/>
              <w:t>наиболее яркие темы, ритмо-интонации.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33"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/7164/</w:t>
              </w:r>
              <w:r w:rsidRPr="001C7BA4">
                <w:rPr>
                  <w:rStyle w:val="Hyperlink"/>
                  <w:rFonts w:ascii="Calibri" w:hAnsi="Calibri"/>
                  <w:lang w:val="en-US"/>
                </w:rPr>
                <w:t>start</w:t>
              </w:r>
              <w:r w:rsidRPr="001C7BA4">
                <w:rPr>
                  <w:rStyle w:val="Hyperlink"/>
                  <w:rFonts w:ascii="Calibri" w:hAnsi="Calibri"/>
                </w:rPr>
                <w:t>/315677/</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10</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lang w:val="en-US"/>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b/>
                <w:color w:val="0000FF"/>
                <w:lang w:val="en-US"/>
              </w:rPr>
            </w:pPr>
            <w:r w:rsidRPr="001C7BA4">
              <w:rPr>
                <w:rFonts w:ascii="Times New Roman" w:hAnsi="Times New Roman" w:cs="Times New Roman"/>
                <w:b/>
                <w:lang w:val="en-US"/>
              </w:rPr>
              <w:t>Модуль 4. Жанры</w:t>
            </w:r>
            <w:r w:rsidRPr="001C7BA4">
              <w:rPr>
                <w:rFonts w:ascii="Times New Roman" w:hAnsi="Times New Roman" w:cs="Times New Roman"/>
                <w:b/>
              </w:rPr>
              <w:t xml:space="preserve"> </w:t>
            </w:r>
            <w:r w:rsidRPr="001C7BA4">
              <w:rPr>
                <w:rFonts w:ascii="Times New Roman" w:hAnsi="Times New Roman" w:cs="Times New Roman"/>
                <w:b/>
                <w:lang w:val="en-US"/>
              </w:rPr>
              <w:t>музыкального</w:t>
            </w:r>
            <w:r w:rsidRPr="001C7BA4">
              <w:rPr>
                <w:rFonts w:ascii="Times New Roman" w:hAnsi="Times New Roman" w:cs="Times New Roman"/>
                <w:b/>
              </w:rPr>
              <w:t xml:space="preserve"> </w:t>
            </w:r>
            <w:r w:rsidRPr="001C7BA4">
              <w:rPr>
                <w:rFonts w:ascii="Times New Roman" w:hAnsi="Times New Roman" w:cs="Times New Roman"/>
                <w:b/>
                <w:lang w:val="en-US"/>
              </w:rPr>
              <w:t>искусства</w:t>
            </w:r>
          </w:p>
        </w:tc>
      </w:tr>
      <w:tr w:rsidR="00F44E79" w:rsidRPr="00045DBC"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Камерная музыка.</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Выражение </w:t>
            </w:r>
            <w:r w:rsidRPr="001C7BA4">
              <w:rPr>
                <w:rFonts w:ascii="Times New Roman" w:hAnsi="Times New Roman" w:cs="Times New Roman"/>
              </w:rPr>
              <w:br/>
              <w:t xml:space="preserve">музыкального образа камерной </w:t>
            </w:r>
            <w:r w:rsidRPr="001C7BA4">
              <w:rPr>
                <w:rFonts w:ascii="Times New Roman" w:hAnsi="Times New Roman" w:cs="Times New Roman"/>
              </w:rPr>
              <w:br/>
              <w:t xml:space="preserve">миниатюры через </w:t>
            </w:r>
            <w:r w:rsidRPr="001C7BA4">
              <w:rPr>
                <w:rFonts w:ascii="Times New Roman" w:hAnsi="Times New Roman" w:cs="Times New Roman"/>
              </w:rPr>
              <w:br/>
              <w:t xml:space="preserve">устный или </w:t>
            </w:r>
            <w:r w:rsidRPr="001C7BA4">
              <w:rPr>
                <w:rFonts w:ascii="Times New Roman" w:hAnsi="Times New Roman" w:cs="Times New Roman"/>
              </w:rPr>
              <w:br/>
              <w:t xml:space="preserve">письменный текст, </w:t>
            </w:r>
            <w:r w:rsidRPr="001C7BA4">
              <w:rPr>
                <w:rFonts w:ascii="Times New Roman" w:hAnsi="Times New Roman" w:cs="Times New Roman"/>
              </w:rPr>
              <w:br/>
              <w:t xml:space="preserve">рисунок, </w:t>
            </w:r>
            <w:r w:rsidRPr="001C7BA4">
              <w:rPr>
                <w:rFonts w:ascii="Times New Roman" w:hAnsi="Times New Roman" w:cs="Times New Roman"/>
              </w:rPr>
              <w:br/>
              <w:t>пластический этюд.</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Устный опрос.</w:t>
            </w:r>
          </w:p>
        </w:tc>
        <w:tc>
          <w:tcPr>
            <w:tcW w:w="4824" w:type="dxa"/>
          </w:tcPr>
          <w:p w:rsidR="00F44E79" w:rsidRPr="001C7BA4" w:rsidRDefault="00F44E79" w:rsidP="00355649">
            <w:pPr>
              <w:rPr>
                <w:rFonts w:ascii="Times New Roman" w:hAnsi="Times New Roman" w:cs="Times New Roman"/>
                <w:color w:val="0000FF"/>
              </w:rPr>
            </w:pPr>
            <w:hyperlink r:id="rId534"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/7173/</w:t>
              </w:r>
              <w:r w:rsidRPr="001C7BA4">
                <w:rPr>
                  <w:rStyle w:val="Hyperlink"/>
                  <w:rFonts w:ascii="Calibri" w:hAnsi="Calibri"/>
                  <w:lang w:val="en-US"/>
                </w:rPr>
                <w:t>start</w:t>
              </w:r>
              <w:r w:rsidRPr="001C7BA4">
                <w:rPr>
                  <w:rStyle w:val="Hyperlink"/>
                  <w:rFonts w:ascii="Calibri" w:hAnsi="Calibri"/>
                </w:rPr>
                <w:t>/254410/</w:t>
              </w:r>
            </w:hyperlink>
          </w:p>
          <w:p w:rsidR="00F44E79" w:rsidRPr="001C7BA4" w:rsidRDefault="00F44E79" w:rsidP="00355649">
            <w:pPr>
              <w:rPr>
                <w:rFonts w:ascii="Times New Roman" w:hAnsi="Times New Roman" w:cs="Times New Roman"/>
                <w:color w:val="0000FF"/>
              </w:rPr>
            </w:pPr>
            <w:hyperlink r:id="rId535"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/7174/</w:t>
              </w:r>
              <w:r w:rsidRPr="001C7BA4">
                <w:rPr>
                  <w:rStyle w:val="Hyperlink"/>
                  <w:rFonts w:ascii="Calibri" w:hAnsi="Calibri"/>
                  <w:lang w:val="en-US"/>
                </w:rPr>
                <w:t>start</w:t>
              </w:r>
              <w:r w:rsidRPr="001C7BA4">
                <w:rPr>
                  <w:rStyle w:val="Hyperlink"/>
                  <w:rFonts w:ascii="Calibri" w:hAnsi="Calibri"/>
                </w:rPr>
                <w:t>/315914/</w:t>
              </w:r>
            </w:hyperlink>
          </w:p>
          <w:p w:rsidR="00F44E79" w:rsidRPr="001C7BA4" w:rsidRDefault="00F44E79" w:rsidP="00355649">
            <w:pPr>
              <w:rPr>
                <w:rFonts w:ascii="Times New Roman" w:hAnsi="Times New Roman" w:cs="Times New Roman"/>
                <w:color w:val="0000FF"/>
              </w:rPr>
            </w:pPr>
            <w:hyperlink r:id="rId536"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/7172/</w:t>
              </w:r>
              <w:r w:rsidRPr="001C7BA4">
                <w:rPr>
                  <w:rStyle w:val="Hyperlink"/>
                  <w:rFonts w:ascii="Calibri" w:hAnsi="Calibri"/>
                  <w:lang w:val="en-US"/>
                </w:rPr>
                <w:t>start</w:t>
              </w:r>
              <w:r w:rsidRPr="001C7BA4">
                <w:rPr>
                  <w:rStyle w:val="Hyperlink"/>
                  <w:rFonts w:ascii="Calibri" w:hAnsi="Calibri"/>
                </w:rPr>
                <w:t>/315948/</w:t>
              </w:r>
            </w:hyperlink>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Циклические</w:t>
            </w:r>
            <w:r w:rsidRPr="001C7BA4">
              <w:rPr>
                <w:rFonts w:ascii="Times New Roman" w:hAnsi="Times New Roman" w:cs="Times New Roman"/>
                <w:lang w:val="en-US"/>
              </w:rPr>
              <w:br/>
              <w:t>формы и жанры</w:t>
            </w:r>
            <w:r w:rsidRPr="001C7BA4">
              <w:rPr>
                <w:rFonts w:ascii="Times New Roman" w:hAnsi="Times New Roman" w:cs="Times New Roman"/>
              </w:rPr>
              <w:t>.</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6</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Знакомство с циклом миниатюр;</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Определение </w:t>
            </w:r>
            <w:r w:rsidRPr="001C7BA4">
              <w:rPr>
                <w:rFonts w:ascii="Times New Roman" w:hAnsi="Times New Roman" w:cs="Times New Roman"/>
              </w:rPr>
              <w:br/>
              <w:t xml:space="preserve">принципа, основного художественного </w:t>
            </w:r>
            <w:r w:rsidRPr="001C7BA4">
              <w:rPr>
                <w:rFonts w:ascii="Times New Roman" w:hAnsi="Times New Roman" w:cs="Times New Roman"/>
              </w:rPr>
              <w:br/>
              <w:t>замысла цикла.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Самооценка с использованием «Оценочного листа».</w:t>
            </w:r>
          </w:p>
        </w:tc>
        <w:tc>
          <w:tcPr>
            <w:tcW w:w="4824" w:type="dxa"/>
          </w:tcPr>
          <w:p w:rsidR="00F44E79" w:rsidRPr="001C7BA4" w:rsidRDefault="00F44E79" w:rsidP="00355649">
            <w:pPr>
              <w:rPr>
                <w:rFonts w:ascii="Times New Roman" w:hAnsi="Times New Roman" w:cs="Times New Roman"/>
                <w:color w:val="0000FF"/>
              </w:rPr>
            </w:pPr>
            <w:hyperlink r:id="rId537"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/7175/</w:t>
              </w:r>
              <w:r w:rsidRPr="001C7BA4">
                <w:rPr>
                  <w:rStyle w:val="Hyperlink"/>
                  <w:rFonts w:ascii="Calibri" w:hAnsi="Calibri"/>
                  <w:lang w:val="en-US"/>
                </w:rPr>
                <w:t>start</w:t>
              </w:r>
              <w:r w:rsidRPr="001C7BA4">
                <w:rPr>
                  <w:rStyle w:val="Hyperlink"/>
                  <w:rFonts w:ascii="Calibri" w:hAnsi="Calibri"/>
                </w:rPr>
                <w:t>/315980/</w:t>
              </w:r>
            </w:hyperlink>
          </w:p>
          <w:p w:rsidR="00F44E79" w:rsidRPr="001C7BA4" w:rsidRDefault="00F44E79" w:rsidP="00355649">
            <w:pPr>
              <w:rPr>
                <w:rFonts w:ascii="Times New Roman" w:hAnsi="Times New Roman" w:cs="Times New Roman"/>
                <w:color w:val="0000FF"/>
              </w:rPr>
            </w:pPr>
            <w:hyperlink r:id="rId538"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/7171/</w:t>
              </w:r>
              <w:r w:rsidRPr="001C7BA4">
                <w:rPr>
                  <w:rStyle w:val="Hyperlink"/>
                  <w:rFonts w:ascii="Calibri" w:hAnsi="Calibri"/>
                  <w:lang w:val="en-US"/>
                </w:rPr>
                <w:t>start</w:t>
              </w:r>
              <w:r w:rsidRPr="001C7BA4">
                <w:rPr>
                  <w:rStyle w:val="Hyperlink"/>
                  <w:rFonts w:ascii="Calibri" w:hAnsi="Calibri"/>
                </w:rPr>
                <w:t>/292008/</w:t>
              </w:r>
            </w:hyperlink>
          </w:p>
          <w:p w:rsidR="00F44E79" w:rsidRPr="001C7BA4" w:rsidRDefault="00F44E79" w:rsidP="00355649">
            <w:pPr>
              <w:rPr>
                <w:rFonts w:ascii="Times New Roman" w:hAnsi="Times New Roman" w:cs="Times New Roman"/>
                <w:color w:val="0000FF"/>
              </w:rPr>
            </w:pPr>
            <w:hyperlink r:id="rId539"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/7176/</w:t>
              </w:r>
              <w:r w:rsidRPr="001C7BA4">
                <w:rPr>
                  <w:rStyle w:val="Hyperlink"/>
                  <w:rFonts w:ascii="Calibri" w:hAnsi="Calibri"/>
                  <w:lang w:val="en-US"/>
                </w:rPr>
                <w:t>start</w:t>
              </w:r>
              <w:r w:rsidRPr="001C7BA4">
                <w:rPr>
                  <w:rStyle w:val="Hyperlink"/>
                  <w:rFonts w:ascii="Calibri" w:hAnsi="Calibri"/>
                </w:rPr>
                <w:t>/281849/</w:t>
              </w:r>
            </w:hyperlink>
          </w:p>
          <w:p w:rsidR="00F44E79" w:rsidRPr="001C7BA4" w:rsidRDefault="00F44E79" w:rsidP="00355649">
            <w:pPr>
              <w:rPr>
                <w:rFonts w:ascii="Times New Roman" w:hAnsi="Times New Roman" w:cs="Times New Roman"/>
                <w:color w:val="0000FF"/>
              </w:rPr>
            </w:pPr>
            <w:hyperlink r:id="rId540" w:history="1">
              <w:r w:rsidRPr="001C7BA4">
                <w:rPr>
                  <w:rStyle w:val="Hyperlink"/>
                  <w:rFonts w:ascii="Calibri" w:hAnsi="Calibri"/>
                  <w:lang w:val="en-US"/>
                </w:rPr>
                <w:t>https</w:t>
              </w:r>
              <w:r w:rsidRPr="001C7BA4">
                <w:rPr>
                  <w:rStyle w:val="Hyperlink"/>
                  <w:rFonts w:ascii="Calibri" w:hAnsi="Calibri"/>
                </w:rPr>
                <w:t>://</w:t>
              </w:r>
              <w:r w:rsidRPr="001C7BA4">
                <w:rPr>
                  <w:rStyle w:val="Hyperlink"/>
                  <w:rFonts w:ascii="Calibri" w:hAnsi="Calibri"/>
                  <w:lang w:val="en-US"/>
                </w:rPr>
                <w:t>resh</w:t>
              </w:r>
              <w:r w:rsidRPr="001C7BA4">
                <w:rPr>
                  <w:rStyle w:val="Hyperlink"/>
                  <w:rFonts w:ascii="Calibri" w:hAnsi="Calibri"/>
                </w:rPr>
                <w:t>.</w:t>
              </w:r>
              <w:r w:rsidRPr="001C7BA4">
                <w:rPr>
                  <w:rStyle w:val="Hyperlink"/>
                  <w:rFonts w:ascii="Calibri" w:hAnsi="Calibri"/>
                  <w:lang w:val="en-US"/>
                </w:rPr>
                <w:t>edu</w:t>
              </w:r>
              <w:r w:rsidRPr="001C7BA4">
                <w:rPr>
                  <w:rStyle w:val="Hyperlink"/>
                  <w:rFonts w:ascii="Calibri" w:hAnsi="Calibri"/>
                </w:rPr>
                <w:t>.</w:t>
              </w:r>
              <w:r w:rsidRPr="001C7BA4">
                <w:rPr>
                  <w:rStyle w:val="Hyperlink"/>
                  <w:rFonts w:ascii="Calibri" w:hAnsi="Calibri"/>
                  <w:lang w:val="en-US"/>
                </w:rPr>
                <w:t>ru</w:t>
              </w:r>
              <w:r w:rsidRPr="001C7BA4">
                <w:rPr>
                  <w:rStyle w:val="Hyperlink"/>
                  <w:rFonts w:ascii="Calibri" w:hAnsi="Calibri"/>
                </w:rPr>
                <w:t>/</w:t>
              </w:r>
              <w:r w:rsidRPr="001C7BA4">
                <w:rPr>
                  <w:rStyle w:val="Hyperlink"/>
                  <w:rFonts w:ascii="Calibri" w:hAnsi="Calibri"/>
                  <w:lang w:val="en-US"/>
                </w:rPr>
                <w:t>subject</w:t>
              </w:r>
              <w:r w:rsidRPr="001C7BA4">
                <w:rPr>
                  <w:rStyle w:val="Hyperlink"/>
                  <w:rFonts w:ascii="Calibri" w:hAnsi="Calibri"/>
                </w:rPr>
                <w:t>/</w:t>
              </w:r>
              <w:r w:rsidRPr="001C7BA4">
                <w:rPr>
                  <w:rStyle w:val="Hyperlink"/>
                  <w:rFonts w:ascii="Calibri" w:hAnsi="Calibri"/>
                  <w:lang w:val="en-US"/>
                </w:rPr>
                <w:t>lesson</w:t>
              </w:r>
              <w:r w:rsidRPr="001C7BA4">
                <w:rPr>
                  <w:rStyle w:val="Hyperlink"/>
                  <w:rFonts w:ascii="Calibri" w:hAnsi="Calibri"/>
                </w:rPr>
                <w:t>/7177/</w:t>
              </w:r>
              <w:r w:rsidRPr="001C7BA4">
                <w:rPr>
                  <w:rStyle w:val="Hyperlink"/>
                  <w:rFonts w:ascii="Calibri" w:hAnsi="Calibri"/>
                  <w:lang w:val="en-US"/>
                </w:rPr>
                <w:t>start</w:t>
              </w:r>
              <w:r w:rsidRPr="001C7BA4">
                <w:rPr>
                  <w:rStyle w:val="Hyperlink"/>
                  <w:rFonts w:ascii="Calibri" w:hAnsi="Calibri"/>
                </w:rPr>
                <w:t>/302987/</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9</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Резерв:</w:t>
            </w:r>
          </w:p>
        </w:tc>
        <w:tc>
          <w:tcPr>
            <w:tcW w:w="713" w:type="dxa"/>
          </w:tcPr>
          <w:p w:rsidR="00F44E79" w:rsidRPr="001C7BA4" w:rsidRDefault="00F44E79" w:rsidP="00355649">
            <w:pPr>
              <w:rPr>
                <w:rFonts w:ascii="Times New Roman" w:hAnsi="Times New Roman" w:cs="Times New Roman"/>
              </w:rPr>
            </w:pPr>
          </w:p>
        </w:tc>
        <w:tc>
          <w:tcPr>
            <w:tcW w:w="725" w:type="dxa"/>
          </w:tcPr>
          <w:p w:rsidR="00F44E79" w:rsidRPr="001C7BA4" w:rsidRDefault="00F44E79" w:rsidP="00355649">
            <w:pPr>
              <w:rPr>
                <w:rFonts w:ascii="Times New Roman" w:hAnsi="Times New Roman" w:cs="Times New Roman"/>
              </w:rPr>
            </w:pPr>
          </w:p>
        </w:tc>
        <w:tc>
          <w:tcPr>
            <w:tcW w:w="713" w:type="dxa"/>
          </w:tcPr>
          <w:p w:rsidR="00F44E79" w:rsidRPr="001C7BA4" w:rsidRDefault="00F44E79" w:rsidP="00355649">
            <w:pPr>
              <w:rPr>
                <w:rFonts w:ascii="Times New Roman" w:hAnsi="Times New Roman" w:cs="Times New Roman"/>
              </w:rPr>
            </w:pP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Общее количество часов по программе:</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bl>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b/>
          <w:i/>
          <w:sz w:val="28"/>
          <w:szCs w:val="28"/>
          <w:u w:val="single"/>
        </w:rPr>
      </w:pPr>
      <w:r>
        <w:rPr>
          <w:rFonts w:ascii="Times New Roman" w:hAnsi="Times New Roman" w:cs="Times New Roman"/>
          <w:b/>
          <w:i/>
          <w:sz w:val="28"/>
          <w:szCs w:val="28"/>
          <w:u w:val="single"/>
        </w:rPr>
        <w:t>7_</w:t>
      </w:r>
      <w:r w:rsidRPr="00272DA9">
        <w:rPr>
          <w:rFonts w:ascii="Times New Roman" w:hAnsi="Times New Roman" w:cs="Times New Roman"/>
          <w:b/>
          <w:i/>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
        <w:gridCol w:w="1421"/>
        <w:gridCol w:w="439"/>
        <w:gridCol w:w="439"/>
        <w:gridCol w:w="439"/>
        <w:gridCol w:w="1760"/>
        <w:gridCol w:w="1438"/>
        <w:gridCol w:w="4413"/>
      </w:tblGrid>
      <w:tr w:rsidR="00F44E79" w:rsidRPr="0005577B" w:rsidTr="001C7BA4">
        <w:tc>
          <w:tcPr>
            <w:tcW w:w="61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 п/п</w:t>
            </w:r>
          </w:p>
        </w:tc>
        <w:tc>
          <w:tcPr>
            <w:tcW w:w="259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Наименование разделов и тем программы</w:t>
            </w:r>
          </w:p>
        </w:tc>
        <w:tc>
          <w:tcPr>
            <w:tcW w:w="2151" w:type="dxa"/>
            <w:gridSpan w:val="3"/>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Количество часов</w:t>
            </w:r>
          </w:p>
        </w:tc>
        <w:tc>
          <w:tcPr>
            <w:tcW w:w="2498"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деятельности</w:t>
            </w:r>
          </w:p>
        </w:tc>
        <w:tc>
          <w:tcPr>
            <w:tcW w:w="1879"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формы контроля</w:t>
            </w:r>
          </w:p>
        </w:tc>
        <w:tc>
          <w:tcPr>
            <w:tcW w:w="482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Электронные (цифровые) образовательные ресурсы</w:t>
            </w:r>
          </w:p>
        </w:tc>
      </w:tr>
      <w:tr w:rsidR="00F44E79" w:rsidRPr="0005577B" w:rsidTr="001C7BA4">
        <w:trPr>
          <w:cantSplit/>
          <w:trHeight w:val="2025"/>
        </w:trPr>
        <w:tc>
          <w:tcPr>
            <w:tcW w:w="614" w:type="dxa"/>
            <w:vMerge/>
          </w:tcPr>
          <w:p w:rsidR="00F44E79" w:rsidRPr="001C7BA4" w:rsidRDefault="00F44E79" w:rsidP="001C7BA4">
            <w:pPr>
              <w:jc w:val="center"/>
              <w:rPr>
                <w:rFonts w:ascii="Times New Roman" w:hAnsi="Times New Roman" w:cs="Times New Roman"/>
                <w:b/>
              </w:rPr>
            </w:pPr>
          </w:p>
        </w:tc>
        <w:tc>
          <w:tcPr>
            <w:tcW w:w="2594" w:type="dxa"/>
            <w:vMerge/>
          </w:tcPr>
          <w:p w:rsidR="00F44E79" w:rsidRPr="001C7BA4" w:rsidRDefault="00F44E79" w:rsidP="001C7BA4">
            <w:pPr>
              <w:jc w:val="center"/>
              <w:rPr>
                <w:rFonts w:ascii="Times New Roman" w:hAnsi="Times New Roman" w:cs="Times New Roman"/>
                <w:b/>
              </w:rPr>
            </w:pP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Всего</w:t>
            </w:r>
          </w:p>
        </w:tc>
        <w:tc>
          <w:tcPr>
            <w:tcW w:w="725"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Контрольные работы</w:t>
            </w: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Практические работы</w:t>
            </w:r>
          </w:p>
        </w:tc>
        <w:tc>
          <w:tcPr>
            <w:tcW w:w="2498" w:type="dxa"/>
            <w:vMerge/>
          </w:tcPr>
          <w:p w:rsidR="00F44E79" w:rsidRPr="001C7BA4" w:rsidRDefault="00F44E79" w:rsidP="001C7BA4">
            <w:pPr>
              <w:jc w:val="center"/>
              <w:rPr>
                <w:rFonts w:ascii="Times New Roman" w:hAnsi="Times New Roman" w:cs="Times New Roman"/>
                <w:b/>
              </w:rPr>
            </w:pPr>
          </w:p>
        </w:tc>
        <w:tc>
          <w:tcPr>
            <w:tcW w:w="1879" w:type="dxa"/>
            <w:vMerge/>
          </w:tcPr>
          <w:p w:rsidR="00F44E79" w:rsidRPr="001C7BA4" w:rsidRDefault="00F44E79" w:rsidP="001C7BA4">
            <w:pPr>
              <w:jc w:val="center"/>
              <w:rPr>
                <w:rFonts w:ascii="Times New Roman" w:hAnsi="Times New Roman" w:cs="Times New Roman"/>
                <w:b/>
              </w:rPr>
            </w:pPr>
          </w:p>
        </w:tc>
        <w:tc>
          <w:tcPr>
            <w:tcW w:w="4824" w:type="dxa"/>
            <w:vMerge/>
          </w:tcPr>
          <w:p w:rsidR="00F44E79" w:rsidRPr="001C7BA4" w:rsidRDefault="00F44E79" w:rsidP="001C7BA4">
            <w:pPr>
              <w:jc w:val="center"/>
              <w:rPr>
                <w:rFonts w:ascii="Times New Roman" w:hAnsi="Times New Roman" w:cs="Times New Roman"/>
                <w:b/>
              </w:rPr>
            </w:pPr>
          </w:p>
        </w:tc>
      </w:tr>
      <w:tr w:rsidR="00F44E79" w:rsidRPr="0005577B" w:rsidTr="001C7BA4">
        <w:trPr>
          <w:cantSplit/>
          <w:trHeight w:val="106"/>
        </w:trPr>
        <w:tc>
          <w:tcPr>
            <w:tcW w:w="14560" w:type="dxa"/>
            <w:gridSpan w:val="8"/>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Модуль 1. Музыка народов мира</w:t>
            </w:r>
          </w:p>
        </w:tc>
      </w:tr>
      <w:tr w:rsidR="00F44E79" w:rsidRPr="00C674C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Музыка – древнейший язык человечества.</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hyperlink r:id="rId541" w:history="1">
              <w:r w:rsidRPr="001C7BA4">
                <w:rPr>
                  <w:rStyle w:val="Hyperlink"/>
                  <w:rFonts w:ascii="Calibri" w:hAnsi="Calibri"/>
                </w:rPr>
                <w:t>https://www.youtube.com/watch?v=M9Opg0Zy2NA&amp;t=9s</w:t>
              </w:r>
            </w:hyperlink>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Музыкальный фольклор народов Европы.</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bCs/>
              </w:rPr>
            </w:pPr>
            <w:r w:rsidRPr="001C7BA4">
              <w:rPr>
                <w:rFonts w:ascii="Times New Roman" w:hAnsi="Times New Roman" w:cs="Times New Roman"/>
                <w:bCs/>
              </w:rPr>
              <w:t>Выявление общего и особенного при сравнении изучаемых образцов европейского фольклора и фольклора народов России.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Устныйопрос.</w:t>
            </w:r>
          </w:p>
        </w:tc>
        <w:tc>
          <w:tcPr>
            <w:tcW w:w="4824" w:type="dxa"/>
          </w:tcPr>
          <w:p w:rsidR="00F44E79" w:rsidRPr="001C7BA4" w:rsidRDefault="00F44E79" w:rsidP="00355649">
            <w:pPr>
              <w:rPr>
                <w:rFonts w:ascii="Times New Roman" w:hAnsi="Times New Roman" w:cs="Times New Roman"/>
                <w:color w:val="0000FF"/>
              </w:rPr>
            </w:pPr>
            <w:hyperlink r:id="rId542" w:history="1">
              <w:r w:rsidRPr="001C7BA4">
                <w:rPr>
                  <w:rStyle w:val="Hyperlink"/>
                  <w:rFonts w:ascii="Calibri" w:hAnsi="Calibri"/>
                </w:rPr>
                <w:t>https://www.youtube.com/watch?v=j2qskSJ7O1I</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8</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rPr>
            </w:pPr>
            <w:r w:rsidRPr="001C7BA4">
              <w:rPr>
                <w:rFonts w:ascii="Times New Roman" w:hAnsi="Times New Roman" w:cs="Times New Roman"/>
                <w:b/>
              </w:rPr>
              <w:t>Модуль 2. Истоки и образы русской и европейской духовной музыки</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Храмовый синтез искусств.</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rPr>
            </w:pPr>
            <w:hyperlink r:id="rId543" w:history="1">
              <w:r w:rsidRPr="001C7BA4">
                <w:rPr>
                  <w:rStyle w:val="Hyperlink"/>
                  <w:rFonts w:ascii="Calibri" w:hAnsi="Calibri"/>
                </w:rPr>
                <w:t>https://www.youtube.com/watch?v=FvMONJXDuZ0&amp;t=8s</w:t>
              </w:r>
            </w:hyperlink>
          </w:p>
          <w:p w:rsidR="00F44E79" w:rsidRPr="001C7BA4" w:rsidRDefault="00F44E79" w:rsidP="00355649">
            <w:pPr>
              <w:rPr>
                <w:rFonts w:ascii="Times New Roman" w:hAnsi="Times New Roman" w:cs="Times New Roman"/>
              </w:rPr>
            </w:pP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Музыкальные жанры богослужения.</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Слушание духовной музыки. Определение на слух: состава исполнителей,</w:t>
            </w:r>
            <w:r w:rsidRPr="001C7BA4">
              <w:rPr>
                <w:rFonts w:ascii="Times New Roman" w:hAnsi="Times New Roman" w:cs="Times New Roman"/>
              </w:rPr>
              <w:br/>
              <w:t>типа фактуры (хоральный склад, полифония),</w:t>
            </w:r>
            <w:r w:rsidRPr="001C7BA4">
              <w:rPr>
                <w:rFonts w:ascii="Times New Roman" w:hAnsi="Times New Roman" w:cs="Times New Roman"/>
              </w:rPr>
              <w:br/>
              <w:t>принадлежности к русской или западноевропейской религиозной традиции.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44" w:history="1">
              <w:r w:rsidRPr="001C7BA4">
                <w:rPr>
                  <w:rStyle w:val="Hyperlink"/>
                  <w:rFonts w:ascii="Calibri" w:hAnsi="Calibri"/>
                </w:rPr>
                <w:t>https://resh.edu.ru/subject/lesson/3170/start/</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8</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lang w:val="en-US"/>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color w:val="0000FF"/>
                <w:lang w:val="en-US"/>
              </w:rPr>
            </w:pPr>
            <w:r w:rsidRPr="001C7BA4">
              <w:rPr>
                <w:rFonts w:ascii="Times New Roman" w:hAnsi="Times New Roman" w:cs="Times New Roman"/>
                <w:b/>
                <w:lang w:val="en-US"/>
              </w:rPr>
              <w:t>Модуль 3. Европейская</w:t>
            </w:r>
            <w:r w:rsidRPr="001C7BA4">
              <w:rPr>
                <w:rFonts w:ascii="Times New Roman" w:hAnsi="Times New Roman" w:cs="Times New Roman"/>
                <w:b/>
              </w:rPr>
              <w:t xml:space="preserve"> </w:t>
            </w:r>
            <w:r w:rsidRPr="001C7BA4">
              <w:rPr>
                <w:rFonts w:ascii="Times New Roman" w:hAnsi="Times New Roman" w:cs="Times New Roman"/>
                <w:b/>
                <w:lang w:val="en-US"/>
              </w:rPr>
              <w:t>классическая</w:t>
            </w:r>
            <w:r w:rsidRPr="001C7BA4">
              <w:rPr>
                <w:rFonts w:ascii="Times New Roman" w:hAnsi="Times New Roman" w:cs="Times New Roman"/>
                <w:b/>
              </w:rPr>
              <w:t xml:space="preserve"> </w:t>
            </w:r>
            <w:r w:rsidRPr="001C7BA4">
              <w:rPr>
                <w:rFonts w:ascii="Times New Roman" w:hAnsi="Times New Roman" w:cs="Times New Roman"/>
                <w:b/>
                <w:lang w:val="en-US"/>
              </w:rPr>
              <w:t>музыка</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Музыкальный образ.</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использованием</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45" w:history="1">
              <w:r w:rsidRPr="001C7BA4">
                <w:rPr>
                  <w:rStyle w:val="Hyperlink"/>
                  <w:rFonts w:ascii="Calibri" w:hAnsi="Calibri"/>
                </w:rPr>
                <w:t>https://resh.edu.ru/subject/lesson/3176/start/</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b/>
                <w:color w:val="0000FF"/>
              </w:rPr>
            </w:pPr>
            <w:r w:rsidRPr="001C7BA4">
              <w:rPr>
                <w:rFonts w:ascii="Times New Roman" w:hAnsi="Times New Roman" w:cs="Times New Roman"/>
                <w:b/>
                <w:lang w:val="en-US"/>
              </w:rPr>
              <w:t>Модуль 4. Жанры</w:t>
            </w:r>
            <w:r w:rsidRPr="001C7BA4">
              <w:rPr>
                <w:rFonts w:ascii="Times New Roman" w:hAnsi="Times New Roman" w:cs="Times New Roman"/>
                <w:b/>
              </w:rPr>
              <w:t xml:space="preserve"> </w:t>
            </w:r>
            <w:r w:rsidRPr="001C7BA4">
              <w:rPr>
                <w:rFonts w:ascii="Times New Roman" w:hAnsi="Times New Roman" w:cs="Times New Roman"/>
                <w:b/>
                <w:lang w:val="en-US"/>
              </w:rPr>
              <w:t>музыкального</w:t>
            </w:r>
            <w:r w:rsidRPr="001C7BA4">
              <w:rPr>
                <w:rFonts w:ascii="Times New Roman" w:hAnsi="Times New Roman" w:cs="Times New Roman"/>
                <w:b/>
              </w:rPr>
              <w:t xml:space="preserve"> </w:t>
            </w:r>
            <w:r w:rsidRPr="001C7BA4">
              <w:rPr>
                <w:rFonts w:ascii="Times New Roman" w:hAnsi="Times New Roman" w:cs="Times New Roman"/>
                <w:b/>
                <w:lang w:val="en-US"/>
              </w:rPr>
              <w:t>искусства</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Симфоническая музыка.</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Знакомство с образцами симфонической музыки: программной увертюры, классической четырехчастной симфонии.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46" w:history="1">
              <w:r w:rsidRPr="001C7BA4">
                <w:rPr>
                  <w:rStyle w:val="Hyperlink"/>
                  <w:rFonts w:ascii="Calibri" w:hAnsi="Calibri"/>
                </w:rPr>
                <w:t>https://resh.edu.ru/subject/lesson/3181/start/</w:t>
              </w:r>
            </w:hyperlink>
          </w:p>
          <w:p w:rsidR="00F44E79" w:rsidRPr="001C7BA4" w:rsidRDefault="00F44E79" w:rsidP="00355649">
            <w:pPr>
              <w:rPr>
                <w:rFonts w:ascii="Times New Roman" w:hAnsi="Times New Roman" w:cs="Times New Roman"/>
                <w:color w:val="0000FF"/>
              </w:rPr>
            </w:pPr>
            <w:hyperlink r:id="rId547" w:history="1">
              <w:r w:rsidRPr="001C7BA4">
                <w:rPr>
                  <w:rStyle w:val="Hyperlink"/>
                  <w:rFonts w:ascii="Calibri" w:hAnsi="Calibri"/>
                </w:rPr>
                <w:t>https://resh.edu.ru/subject/lesson/3185/start/</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lang w:val="en-US"/>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b/>
                <w:color w:val="0000FF"/>
              </w:rPr>
            </w:pPr>
            <w:r w:rsidRPr="001C7BA4">
              <w:rPr>
                <w:rFonts w:ascii="Times New Roman" w:hAnsi="Times New Roman" w:cs="Times New Roman"/>
                <w:b/>
              </w:rPr>
              <w:t>Модуль 5. Связь музыки с другими видами искусства</w:t>
            </w:r>
          </w:p>
        </w:tc>
      </w:tr>
      <w:tr w:rsidR="00F44E79" w:rsidRPr="00045DBC"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Музыка и театр.</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Знакомство с образцами музыки, созданной отечественными и зарубежными композиторами для драматического театра.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Устный опрос.</w:t>
            </w:r>
          </w:p>
        </w:tc>
        <w:tc>
          <w:tcPr>
            <w:tcW w:w="4824" w:type="dxa"/>
          </w:tcPr>
          <w:p w:rsidR="00F44E79" w:rsidRPr="001C7BA4" w:rsidRDefault="00F44E79" w:rsidP="00355649">
            <w:pPr>
              <w:rPr>
                <w:rFonts w:ascii="Times New Roman" w:hAnsi="Times New Roman" w:cs="Times New Roman"/>
                <w:color w:val="0000FF"/>
              </w:rPr>
            </w:pPr>
            <w:hyperlink r:id="rId548" w:history="1">
              <w:r w:rsidRPr="001C7BA4">
                <w:rPr>
                  <w:rStyle w:val="Hyperlink"/>
                  <w:rFonts w:ascii="Calibri" w:hAnsi="Calibri"/>
                </w:rPr>
                <w:t>https://resh.edu.ru/subject/lesson/3248/start/</w:t>
              </w:r>
            </w:hyperlink>
          </w:p>
          <w:p w:rsidR="00F44E79" w:rsidRPr="001C7BA4" w:rsidRDefault="00F44E79" w:rsidP="00355649">
            <w:pPr>
              <w:rPr>
                <w:rFonts w:ascii="Times New Roman" w:hAnsi="Times New Roman" w:cs="Times New Roman"/>
                <w:color w:val="0000FF"/>
              </w:rPr>
            </w:pPr>
          </w:p>
          <w:p w:rsidR="00F44E79" w:rsidRPr="001C7BA4" w:rsidRDefault="00F44E79" w:rsidP="00355649">
            <w:pPr>
              <w:rPr>
                <w:rFonts w:ascii="Times New Roman" w:hAnsi="Times New Roman" w:cs="Times New Roman"/>
                <w:color w:val="0000FF"/>
              </w:rPr>
            </w:pPr>
            <w:hyperlink r:id="rId549" w:history="1">
              <w:r w:rsidRPr="001C7BA4">
                <w:rPr>
                  <w:rStyle w:val="Hyperlink"/>
                  <w:rFonts w:ascii="Calibri" w:hAnsi="Calibri"/>
                </w:rPr>
                <w:t>https://resh.edu.ru/subject/lesson/3250/start/</w:t>
              </w:r>
            </w:hyperlink>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Музыка кино и телевидения.</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5  </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Разучивание, исполнение песни из фильма.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Самооценка с использованием «Оценочного листа».</w:t>
            </w:r>
          </w:p>
        </w:tc>
        <w:tc>
          <w:tcPr>
            <w:tcW w:w="4824" w:type="dxa"/>
          </w:tcPr>
          <w:p w:rsidR="00F44E79" w:rsidRPr="001C7BA4" w:rsidRDefault="00F44E79" w:rsidP="00355649">
            <w:pPr>
              <w:rPr>
                <w:rFonts w:ascii="Times New Roman" w:hAnsi="Times New Roman" w:cs="Times New Roman"/>
                <w:color w:val="0000FF"/>
              </w:rPr>
            </w:pPr>
            <w:hyperlink r:id="rId550" w:history="1">
              <w:r w:rsidRPr="001C7BA4">
                <w:rPr>
                  <w:rStyle w:val="Hyperlink"/>
                  <w:rFonts w:ascii="Calibri" w:hAnsi="Calibri"/>
                </w:rPr>
                <w:t>https://resh.edu.ru/subject/lesson/3179/start/</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9</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Резерв:</w:t>
            </w:r>
          </w:p>
        </w:tc>
        <w:tc>
          <w:tcPr>
            <w:tcW w:w="713" w:type="dxa"/>
          </w:tcPr>
          <w:p w:rsidR="00F44E79" w:rsidRPr="001C7BA4" w:rsidRDefault="00F44E79" w:rsidP="00355649">
            <w:pPr>
              <w:rPr>
                <w:rFonts w:ascii="Times New Roman" w:hAnsi="Times New Roman" w:cs="Times New Roman"/>
              </w:rPr>
            </w:pPr>
          </w:p>
        </w:tc>
        <w:tc>
          <w:tcPr>
            <w:tcW w:w="725" w:type="dxa"/>
          </w:tcPr>
          <w:p w:rsidR="00F44E79" w:rsidRPr="001C7BA4" w:rsidRDefault="00F44E79" w:rsidP="00355649">
            <w:pPr>
              <w:rPr>
                <w:rFonts w:ascii="Times New Roman" w:hAnsi="Times New Roman" w:cs="Times New Roman"/>
              </w:rPr>
            </w:pPr>
          </w:p>
        </w:tc>
        <w:tc>
          <w:tcPr>
            <w:tcW w:w="713" w:type="dxa"/>
          </w:tcPr>
          <w:p w:rsidR="00F44E79" w:rsidRPr="001C7BA4" w:rsidRDefault="00F44E79" w:rsidP="00355649">
            <w:pPr>
              <w:rPr>
                <w:rFonts w:ascii="Times New Roman" w:hAnsi="Times New Roman" w:cs="Times New Roman"/>
              </w:rPr>
            </w:pP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Общее количество часов по программе:</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bl>
    <w:p w:rsidR="00F44E79" w:rsidRDefault="00F44E79" w:rsidP="00D03D6E">
      <w:pPr>
        <w:rPr>
          <w:rFonts w:ascii="Times New Roman" w:hAnsi="Times New Roman" w:cs="Times New Roman"/>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p>
    <w:p w:rsidR="00F44E79" w:rsidRDefault="00F44E79" w:rsidP="00D03D6E">
      <w:pPr>
        <w:rPr>
          <w:rFonts w:ascii="Times New Roman" w:hAnsi="Times New Roman" w:cs="Times New Roman"/>
          <w:b/>
          <w:i/>
          <w:sz w:val="28"/>
          <w:szCs w:val="28"/>
          <w:u w:val="single"/>
        </w:rPr>
      </w:pPr>
      <w:r>
        <w:rPr>
          <w:rFonts w:ascii="Times New Roman" w:hAnsi="Times New Roman" w:cs="Times New Roman"/>
          <w:b/>
          <w:i/>
          <w:sz w:val="28"/>
          <w:szCs w:val="28"/>
          <w:u w:val="single"/>
        </w:rPr>
        <w:t>8_</w:t>
      </w:r>
      <w:r w:rsidRPr="00272DA9">
        <w:rPr>
          <w:rFonts w:ascii="Times New Roman" w:hAnsi="Times New Roman" w:cs="Times New Roman"/>
          <w:b/>
          <w:i/>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
        <w:gridCol w:w="1519"/>
        <w:gridCol w:w="463"/>
        <w:gridCol w:w="463"/>
        <w:gridCol w:w="463"/>
        <w:gridCol w:w="1762"/>
        <w:gridCol w:w="1565"/>
        <w:gridCol w:w="4090"/>
      </w:tblGrid>
      <w:tr w:rsidR="00F44E79" w:rsidRPr="0005577B" w:rsidTr="001C7BA4">
        <w:tc>
          <w:tcPr>
            <w:tcW w:w="61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 п/п</w:t>
            </w:r>
          </w:p>
        </w:tc>
        <w:tc>
          <w:tcPr>
            <w:tcW w:w="259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Наименование разделов и тем программы</w:t>
            </w:r>
          </w:p>
        </w:tc>
        <w:tc>
          <w:tcPr>
            <w:tcW w:w="2151" w:type="dxa"/>
            <w:gridSpan w:val="3"/>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Количество часов</w:t>
            </w:r>
          </w:p>
        </w:tc>
        <w:tc>
          <w:tcPr>
            <w:tcW w:w="2498"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деятельности</w:t>
            </w:r>
          </w:p>
        </w:tc>
        <w:tc>
          <w:tcPr>
            <w:tcW w:w="1879"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Виды, формы контроля</w:t>
            </w:r>
          </w:p>
        </w:tc>
        <w:tc>
          <w:tcPr>
            <w:tcW w:w="4824" w:type="dxa"/>
            <w:vMerge w:val="restart"/>
          </w:tcPr>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p>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Электронные (цифровые) образовательные ресурсы</w:t>
            </w:r>
          </w:p>
        </w:tc>
      </w:tr>
      <w:tr w:rsidR="00F44E79" w:rsidRPr="0005577B" w:rsidTr="001C7BA4">
        <w:trPr>
          <w:cantSplit/>
          <w:trHeight w:val="2025"/>
        </w:trPr>
        <w:tc>
          <w:tcPr>
            <w:tcW w:w="614" w:type="dxa"/>
            <w:vMerge/>
          </w:tcPr>
          <w:p w:rsidR="00F44E79" w:rsidRPr="001C7BA4" w:rsidRDefault="00F44E79" w:rsidP="001C7BA4">
            <w:pPr>
              <w:jc w:val="center"/>
              <w:rPr>
                <w:rFonts w:ascii="Times New Roman" w:hAnsi="Times New Roman" w:cs="Times New Roman"/>
                <w:b/>
              </w:rPr>
            </w:pPr>
          </w:p>
        </w:tc>
        <w:tc>
          <w:tcPr>
            <w:tcW w:w="2594" w:type="dxa"/>
            <w:vMerge/>
          </w:tcPr>
          <w:p w:rsidR="00F44E79" w:rsidRPr="001C7BA4" w:rsidRDefault="00F44E79" w:rsidP="001C7BA4">
            <w:pPr>
              <w:jc w:val="center"/>
              <w:rPr>
                <w:rFonts w:ascii="Times New Roman" w:hAnsi="Times New Roman" w:cs="Times New Roman"/>
                <w:b/>
              </w:rPr>
            </w:pP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Всего</w:t>
            </w:r>
          </w:p>
        </w:tc>
        <w:tc>
          <w:tcPr>
            <w:tcW w:w="725"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Контрольные работы</w:t>
            </w:r>
          </w:p>
        </w:tc>
        <w:tc>
          <w:tcPr>
            <w:tcW w:w="713" w:type="dxa"/>
            <w:textDirection w:val="btLr"/>
          </w:tcPr>
          <w:p w:rsidR="00F44E79" w:rsidRPr="001C7BA4" w:rsidRDefault="00F44E79" w:rsidP="001C7BA4">
            <w:pPr>
              <w:ind w:left="113" w:right="113"/>
              <w:jc w:val="center"/>
              <w:rPr>
                <w:rFonts w:ascii="Times New Roman" w:hAnsi="Times New Roman" w:cs="Times New Roman"/>
                <w:b/>
              </w:rPr>
            </w:pPr>
            <w:r w:rsidRPr="001C7BA4">
              <w:rPr>
                <w:rFonts w:ascii="Times New Roman" w:hAnsi="Times New Roman" w:cs="Times New Roman"/>
                <w:b/>
              </w:rPr>
              <w:t>Практические работы</w:t>
            </w:r>
          </w:p>
        </w:tc>
        <w:tc>
          <w:tcPr>
            <w:tcW w:w="2498" w:type="dxa"/>
            <w:vMerge/>
          </w:tcPr>
          <w:p w:rsidR="00F44E79" w:rsidRPr="001C7BA4" w:rsidRDefault="00F44E79" w:rsidP="001C7BA4">
            <w:pPr>
              <w:jc w:val="center"/>
              <w:rPr>
                <w:rFonts w:ascii="Times New Roman" w:hAnsi="Times New Roman" w:cs="Times New Roman"/>
                <w:b/>
              </w:rPr>
            </w:pPr>
          </w:p>
        </w:tc>
        <w:tc>
          <w:tcPr>
            <w:tcW w:w="1879" w:type="dxa"/>
            <w:vMerge/>
          </w:tcPr>
          <w:p w:rsidR="00F44E79" w:rsidRPr="001C7BA4" w:rsidRDefault="00F44E79" w:rsidP="001C7BA4">
            <w:pPr>
              <w:jc w:val="center"/>
              <w:rPr>
                <w:rFonts w:ascii="Times New Roman" w:hAnsi="Times New Roman" w:cs="Times New Roman"/>
                <w:b/>
              </w:rPr>
            </w:pPr>
          </w:p>
        </w:tc>
        <w:tc>
          <w:tcPr>
            <w:tcW w:w="4824" w:type="dxa"/>
            <w:vMerge/>
          </w:tcPr>
          <w:p w:rsidR="00F44E79" w:rsidRPr="001C7BA4" w:rsidRDefault="00F44E79" w:rsidP="001C7BA4">
            <w:pPr>
              <w:jc w:val="center"/>
              <w:rPr>
                <w:rFonts w:ascii="Times New Roman" w:hAnsi="Times New Roman" w:cs="Times New Roman"/>
                <w:b/>
              </w:rPr>
            </w:pPr>
          </w:p>
        </w:tc>
      </w:tr>
      <w:tr w:rsidR="00F44E79" w:rsidRPr="0005577B" w:rsidTr="001C7BA4">
        <w:trPr>
          <w:cantSplit/>
          <w:trHeight w:val="106"/>
        </w:trPr>
        <w:tc>
          <w:tcPr>
            <w:tcW w:w="14560" w:type="dxa"/>
            <w:gridSpan w:val="8"/>
          </w:tcPr>
          <w:p w:rsidR="00F44E79" w:rsidRPr="001C7BA4" w:rsidRDefault="00F44E79" w:rsidP="001C7BA4">
            <w:pPr>
              <w:jc w:val="center"/>
              <w:rPr>
                <w:rFonts w:ascii="Times New Roman" w:hAnsi="Times New Roman" w:cs="Times New Roman"/>
                <w:b/>
              </w:rPr>
            </w:pPr>
            <w:r w:rsidRPr="001C7BA4">
              <w:rPr>
                <w:rFonts w:ascii="Times New Roman" w:hAnsi="Times New Roman" w:cs="Times New Roman"/>
                <w:b/>
              </w:rPr>
              <w:t>Модуль 1. Музыка моего края</w:t>
            </w:r>
          </w:p>
        </w:tc>
      </w:tr>
      <w:tr w:rsidR="00F44E79" w:rsidRPr="00C674C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Семейный фольклор.</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hyperlink r:id="rId551" w:history="1">
              <w:r w:rsidRPr="001C7BA4">
                <w:rPr>
                  <w:rStyle w:val="Hyperlink"/>
                  <w:rFonts w:ascii="Calibri" w:hAnsi="Calibri"/>
                </w:rPr>
                <w:t>https://infourok.ru/prezentaciya-po-muzike-na-temu-semeynobitovoy-folklor-3817834.html</w:t>
              </w:r>
            </w:hyperlink>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Наш край сегодня.</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bCs/>
              </w:rPr>
            </w:pPr>
            <w:r w:rsidRPr="001C7BA4">
              <w:rPr>
                <w:rFonts w:ascii="Times New Roman" w:hAnsi="Times New Roman" w:cs="Times New Roman"/>
                <w:bCs/>
              </w:rPr>
              <w:t>Разучивание и исполнение гимна республики, города; песен местных композиторов.</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lang w:val="en-US"/>
              </w:rPr>
              <w:t>Устныйопрос.</w:t>
            </w:r>
          </w:p>
        </w:tc>
        <w:tc>
          <w:tcPr>
            <w:tcW w:w="4824" w:type="dxa"/>
          </w:tcPr>
          <w:p w:rsidR="00F44E79" w:rsidRPr="001C7BA4" w:rsidRDefault="00F44E79" w:rsidP="00355649">
            <w:pPr>
              <w:rPr>
                <w:rFonts w:ascii="Times New Roman" w:hAnsi="Times New Roman" w:cs="Times New Roman"/>
                <w:color w:val="0000FF"/>
              </w:rPr>
            </w:pPr>
            <w:hyperlink r:id="rId552" w:history="1">
              <w:r w:rsidRPr="001C7BA4">
                <w:rPr>
                  <w:rStyle w:val="Hyperlink"/>
                  <w:rFonts w:ascii="Calibri" w:hAnsi="Calibri"/>
                </w:rPr>
                <w:t>https://www.youtube.com/watch?v=PWbKoIrC-hE&amp;t=5s</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8</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rPr>
            </w:pPr>
            <w:r w:rsidRPr="001C7BA4">
              <w:rPr>
                <w:rFonts w:ascii="Times New Roman" w:hAnsi="Times New Roman" w:cs="Times New Roman"/>
                <w:b/>
              </w:rPr>
              <w:t>Модуль 2. Жанры музыкального искусства</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Театральные жанры.</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Различение, определение на слух:;</w:t>
            </w:r>
            <w:r w:rsidRPr="001C7BA4">
              <w:rPr>
                <w:rFonts w:ascii="Times New Roman" w:hAnsi="Times New Roman" w:cs="Times New Roman"/>
              </w:rPr>
              <w:br/>
              <w:t>тембров голосов оперных певцов,</w:t>
            </w:r>
            <w:r w:rsidRPr="001C7BA4">
              <w:rPr>
                <w:rFonts w:ascii="Times New Roman" w:hAnsi="Times New Roman" w:cs="Times New Roman"/>
              </w:rPr>
              <w:br/>
              <w:t>оркестровых групп, тембров инструментов,</w:t>
            </w:r>
            <w:r w:rsidRPr="001C7BA4">
              <w:rPr>
                <w:rFonts w:ascii="Times New Roman" w:hAnsi="Times New Roman" w:cs="Times New Roman"/>
              </w:rPr>
              <w:br/>
              <w:t>типа номера (соло, дуэт, хор и т. д.).</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rPr>
            </w:pPr>
            <w:hyperlink r:id="rId553" w:history="1">
              <w:r w:rsidRPr="001C7BA4">
                <w:rPr>
                  <w:rStyle w:val="Hyperlink"/>
                  <w:rFonts w:ascii="Calibri" w:hAnsi="Calibri"/>
                </w:rPr>
                <w:t>https://resh.edu.ru/subject/lesson/3193/start/</w:t>
              </w:r>
            </w:hyperlink>
          </w:p>
          <w:p w:rsidR="00F44E79" w:rsidRPr="001C7BA4" w:rsidRDefault="00F44E79" w:rsidP="00355649">
            <w:pPr>
              <w:rPr>
                <w:rFonts w:ascii="Times New Roman" w:hAnsi="Times New Roman" w:cs="Times New Roman"/>
              </w:rPr>
            </w:pPr>
            <w:hyperlink r:id="rId554" w:history="1">
              <w:r w:rsidRPr="001C7BA4">
                <w:rPr>
                  <w:rStyle w:val="Hyperlink"/>
                  <w:rFonts w:ascii="Calibri" w:hAnsi="Calibri"/>
                </w:rPr>
                <w:t>https://resh.edu.ru/subject/lesson/3190/start/</w:t>
              </w:r>
            </w:hyperlink>
          </w:p>
          <w:p w:rsidR="00F44E79" w:rsidRPr="001C7BA4" w:rsidRDefault="00F44E79" w:rsidP="00355649">
            <w:pPr>
              <w:rPr>
                <w:rFonts w:ascii="Times New Roman" w:hAnsi="Times New Roman" w:cs="Times New Roman"/>
              </w:rPr>
            </w:pPr>
            <w:hyperlink r:id="rId555" w:history="1">
              <w:r w:rsidRPr="001C7BA4">
                <w:rPr>
                  <w:rStyle w:val="Hyperlink"/>
                  <w:rFonts w:ascii="Calibri" w:hAnsi="Calibri"/>
                </w:rPr>
                <w:t>https://resh.edu.ru/subject/lesson/3412/start/</w:t>
              </w:r>
            </w:hyperlink>
          </w:p>
          <w:p w:rsidR="00F44E79" w:rsidRPr="001C7BA4" w:rsidRDefault="00F44E79" w:rsidP="00355649">
            <w:pPr>
              <w:rPr>
                <w:rFonts w:ascii="Times New Roman" w:hAnsi="Times New Roman" w:cs="Times New Roman"/>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lang w:val="en-US"/>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color w:val="0000FF"/>
                <w:lang w:val="en-US"/>
              </w:rPr>
            </w:pPr>
            <w:r w:rsidRPr="001C7BA4">
              <w:rPr>
                <w:rFonts w:ascii="Times New Roman" w:hAnsi="Times New Roman" w:cs="Times New Roman"/>
                <w:b/>
                <w:lang w:val="en-US"/>
              </w:rPr>
              <w:t xml:space="preserve">Модуль 3. </w:t>
            </w:r>
            <w:r w:rsidRPr="001C7BA4">
              <w:rPr>
                <w:rFonts w:ascii="Times New Roman" w:hAnsi="Times New Roman" w:cs="Times New Roman"/>
                <w:b/>
              </w:rPr>
              <w:t xml:space="preserve">Русская </w:t>
            </w:r>
            <w:r w:rsidRPr="001C7BA4">
              <w:rPr>
                <w:rFonts w:ascii="Times New Roman" w:hAnsi="Times New Roman" w:cs="Times New Roman"/>
                <w:b/>
                <w:lang w:val="en-US"/>
              </w:rPr>
              <w:t>классическая</w:t>
            </w:r>
            <w:r w:rsidRPr="001C7BA4">
              <w:rPr>
                <w:rFonts w:ascii="Times New Roman" w:hAnsi="Times New Roman" w:cs="Times New Roman"/>
                <w:b/>
              </w:rPr>
              <w:t xml:space="preserve"> </w:t>
            </w:r>
            <w:r w:rsidRPr="001C7BA4">
              <w:rPr>
                <w:rFonts w:ascii="Times New Roman" w:hAnsi="Times New Roman" w:cs="Times New Roman"/>
                <w:b/>
                <w:lang w:val="en-US"/>
              </w:rPr>
              <w:t>музыка</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Русский балет.</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Поиск информации о постановках балетных спектаклей, гастролях российских балетных трупп за рубежом.</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использованием</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56" w:history="1">
              <w:r w:rsidRPr="001C7BA4">
                <w:rPr>
                  <w:rStyle w:val="Hyperlink"/>
                  <w:rFonts w:ascii="Calibri" w:hAnsi="Calibri"/>
                </w:rPr>
                <w:t>https://resh.edu.ru/subject/lesson/3192/start/</w:t>
              </w:r>
            </w:hyperlink>
          </w:p>
          <w:p w:rsidR="00F44E79" w:rsidRPr="001C7BA4" w:rsidRDefault="00F44E79" w:rsidP="00355649">
            <w:pPr>
              <w:rPr>
                <w:rFonts w:ascii="Times New Roman" w:hAnsi="Times New Roman" w:cs="Times New Roman"/>
                <w:color w:val="0000FF"/>
              </w:rPr>
            </w:pPr>
            <w:hyperlink r:id="rId557" w:history="1">
              <w:r w:rsidRPr="001C7BA4">
                <w:rPr>
                  <w:rStyle w:val="Hyperlink"/>
                  <w:rFonts w:ascii="Calibri" w:hAnsi="Calibri"/>
                </w:rPr>
                <w:t>https://resh.edu.ru/subject/lesson/3188/start/</w:t>
              </w:r>
            </w:hyperlink>
          </w:p>
          <w:p w:rsidR="00F44E79" w:rsidRPr="001C7BA4" w:rsidRDefault="00F44E79" w:rsidP="00355649">
            <w:pPr>
              <w:rPr>
                <w:rFonts w:ascii="Times New Roman" w:hAnsi="Times New Roman" w:cs="Times New Roman"/>
                <w:color w:val="0000FF"/>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b/>
                <w:color w:val="0000FF"/>
              </w:rPr>
            </w:pPr>
            <w:r w:rsidRPr="001C7BA4">
              <w:rPr>
                <w:rFonts w:ascii="Times New Roman" w:hAnsi="Times New Roman" w:cs="Times New Roman"/>
                <w:b/>
                <w:lang w:val="en-US"/>
              </w:rPr>
              <w:t xml:space="preserve">Модуль 4. </w:t>
            </w:r>
            <w:r w:rsidRPr="001C7BA4">
              <w:rPr>
                <w:rFonts w:ascii="Times New Roman" w:hAnsi="Times New Roman" w:cs="Times New Roman"/>
                <w:b/>
              </w:rPr>
              <w:t>Европейская классическая музыка</w:t>
            </w:r>
          </w:p>
        </w:tc>
      </w:tr>
      <w:tr w:rsidR="00F44E79" w:rsidRPr="0005577B"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Музыкальный стиль.</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Самооценка с </w:t>
            </w:r>
            <w:r w:rsidRPr="001C7BA4">
              <w:rPr>
                <w:rFonts w:ascii="Times New Roman" w:hAnsi="Times New Roman" w:cs="Times New Roman"/>
              </w:rPr>
              <w:br/>
              <w:t xml:space="preserve">использованием «Оценочного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58" w:history="1">
              <w:r w:rsidRPr="001C7BA4">
                <w:rPr>
                  <w:rStyle w:val="Hyperlink"/>
                  <w:rFonts w:ascii="Calibri" w:hAnsi="Calibri"/>
                </w:rPr>
                <w:t>https://resh.edu.ru/subject/lesson/3355/start/</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lang w:val="en-US"/>
              </w:rPr>
            </w:pPr>
          </w:p>
        </w:tc>
      </w:tr>
      <w:tr w:rsidR="00F44E79" w:rsidRPr="0005577B" w:rsidTr="001C7BA4">
        <w:tc>
          <w:tcPr>
            <w:tcW w:w="14560" w:type="dxa"/>
            <w:gridSpan w:val="8"/>
          </w:tcPr>
          <w:p w:rsidR="00F44E79" w:rsidRPr="001C7BA4" w:rsidRDefault="00F44E79" w:rsidP="001C7BA4">
            <w:pPr>
              <w:jc w:val="center"/>
              <w:rPr>
                <w:rFonts w:ascii="Times New Roman" w:hAnsi="Times New Roman" w:cs="Times New Roman"/>
                <w:b/>
                <w:color w:val="0000FF"/>
              </w:rPr>
            </w:pPr>
            <w:r w:rsidRPr="001C7BA4">
              <w:rPr>
                <w:rFonts w:ascii="Times New Roman" w:hAnsi="Times New Roman" w:cs="Times New Roman"/>
                <w:b/>
              </w:rPr>
              <w:t>Модуль 5. Русская классическая музыка</w:t>
            </w:r>
          </w:p>
        </w:tc>
      </w:tr>
      <w:tr w:rsidR="00F44E79" w:rsidRPr="00045DBC"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Русская музыка – взгляд в будущее.</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Устный опрос.</w:t>
            </w:r>
          </w:p>
        </w:tc>
        <w:tc>
          <w:tcPr>
            <w:tcW w:w="4824" w:type="dxa"/>
          </w:tcPr>
          <w:p w:rsidR="00F44E79" w:rsidRPr="001C7BA4" w:rsidRDefault="00F44E79" w:rsidP="00355649">
            <w:pPr>
              <w:rPr>
                <w:rFonts w:ascii="Times New Roman" w:hAnsi="Times New Roman" w:cs="Times New Roman"/>
                <w:color w:val="0000FF"/>
              </w:rPr>
            </w:pPr>
            <w:hyperlink r:id="rId559" w:history="1">
              <w:r w:rsidRPr="001C7BA4">
                <w:rPr>
                  <w:rStyle w:val="Hyperlink"/>
                  <w:rFonts w:ascii="Calibri" w:hAnsi="Calibri"/>
                </w:rPr>
                <w:t>https://resh.edu.ru/subject/lesson/3411/start/</w:t>
              </w:r>
            </w:hyperlink>
          </w:p>
        </w:tc>
      </w:tr>
      <w:tr w:rsidR="00F44E79" w:rsidRPr="00045DBC"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5</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color w:val="0000FF"/>
              </w:rPr>
            </w:pPr>
          </w:p>
        </w:tc>
      </w:tr>
      <w:tr w:rsidR="00F44E79" w:rsidRPr="00045DBC" w:rsidTr="001C7BA4">
        <w:tc>
          <w:tcPr>
            <w:tcW w:w="14560" w:type="dxa"/>
            <w:gridSpan w:val="8"/>
          </w:tcPr>
          <w:p w:rsidR="00F44E79" w:rsidRPr="001C7BA4" w:rsidRDefault="00F44E79" w:rsidP="001C7BA4">
            <w:pPr>
              <w:jc w:val="center"/>
              <w:rPr>
                <w:rFonts w:ascii="Times New Roman" w:hAnsi="Times New Roman" w:cs="Times New Roman"/>
              </w:rPr>
            </w:pPr>
          </w:p>
          <w:p w:rsidR="00F44E79" w:rsidRPr="001C7BA4" w:rsidRDefault="00F44E79" w:rsidP="001C7BA4">
            <w:pPr>
              <w:jc w:val="center"/>
              <w:rPr>
                <w:rFonts w:ascii="Times New Roman" w:hAnsi="Times New Roman" w:cs="Times New Roman"/>
                <w:color w:val="0000FF"/>
              </w:rPr>
            </w:pPr>
            <w:r w:rsidRPr="001C7BA4">
              <w:rPr>
                <w:rFonts w:ascii="Times New Roman" w:hAnsi="Times New Roman" w:cs="Times New Roman"/>
                <w:b/>
              </w:rPr>
              <w:t>Модуль 6.Современная музыка: основные жанры и направления</w:t>
            </w:r>
          </w:p>
        </w:tc>
      </w:tr>
      <w:tr w:rsidR="00F44E79" w:rsidRPr="00045DBC"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6.1</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Джаз.</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Разучивание, исполнение одной из «вечнозелёных» джазовых тем. Элементы ритмической и вокальной импровизации на её основе.</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Устный опрос.</w:t>
            </w:r>
          </w:p>
        </w:tc>
        <w:tc>
          <w:tcPr>
            <w:tcW w:w="4824" w:type="dxa"/>
          </w:tcPr>
          <w:p w:rsidR="00F44E79" w:rsidRPr="001C7BA4" w:rsidRDefault="00F44E79" w:rsidP="00355649">
            <w:pPr>
              <w:rPr>
                <w:rFonts w:ascii="Times New Roman" w:hAnsi="Times New Roman" w:cs="Times New Roman"/>
                <w:color w:val="0000FF"/>
              </w:rPr>
            </w:pPr>
            <w:hyperlink r:id="rId560" w:history="1">
              <w:r w:rsidRPr="001C7BA4">
                <w:rPr>
                  <w:rStyle w:val="Hyperlink"/>
                  <w:rFonts w:ascii="Calibri" w:hAnsi="Calibri"/>
                </w:rPr>
                <w:t>https://www.youtube.com/watch?v=pY7t8gPjftk</w:t>
              </w:r>
            </w:hyperlink>
          </w:p>
        </w:tc>
      </w:tr>
      <w:tr w:rsidR="00F44E79" w:rsidRPr="00045DBC" w:rsidTr="001C7BA4">
        <w:tc>
          <w:tcPr>
            <w:tcW w:w="61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6.2</w:t>
            </w:r>
          </w:p>
        </w:tc>
        <w:tc>
          <w:tcPr>
            <w:tcW w:w="2594"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Мюзикл.</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6</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2</w:t>
            </w:r>
          </w:p>
        </w:tc>
        <w:tc>
          <w:tcPr>
            <w:tcW w:w="2498"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Анализ рекламных объявлений о премьерах мюзиклов в современных СМИ.</w:t>
            </w:r>
          </w:p>
        </w:tc>
        <w:tc>
          <w:tcPr>
            <w:tcW w:w="1879"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Устный опрос; Самооценка с </w:t>
            </w:r>
            <w:r w:rsidRPr="001C7BA4">
              <w:rPr>
                <w:rFonts w:ascii="Times New Roman" w:hAnsi="Times New Roman" w:cs="Times New Roman"/>
              </w:rPr>
              <w:br/>
              <w:t>использованием</w:t>
            </w:r>
          </w:p>
          <w:p w:rsidR="00F44E79" w:rsidRPr="001C7BA4" w:rsidRDefault="00F44E79" w:rsidP="00355649">
            <w:pPr>
              <w:rPr>
                <w:rFonts w:ascii="Times New Roman" w:hAnsi="Times New Roman" w:cs="Times New Roman"/>
              </w:rPr>
            </w:pPr>
            <w:r w:rsidRPr="001C7BA4">
              <w:rPr>
                <w:rFonts w:ascii="Times New Roman" w:hAnsi="Times New Roman" w:cs="Times New Roman"/>
              </w:rPr>
              <w:t xml:space="preserve">«Оценочного </w:t>
            </w:r>
            <w:r w:rsidRPr="001C7BA4">
              <w:rPr>
                <w:rFonts w:ascii="Times New Roman" w:hAnsi="Times New Roman" w:cs="Times New Roman"/>
              </w:rPr>
              <w:br/>
              <w:t>листа».</w:t>
            </w:r>
          </w:p>
        </w:tc>
        <w:tc>
          <w:tcPr>
            <w:tcW w:w="4824" w:type="dxa"/>
          </w:tcPr>
          <w:p w:rsidR="00F44E79" w:rsidRPr="001C7BA4" w:rsidRDefault="00F44E79" w:rsidP="00355649">
            <w:pPr>
              <w:rPr>
                <w:rFonts w:ascii="Times New Roman" w:hAnsi="Times New Roman" w:cs="Times New Roman"/>
                <w:color w:val="0000FF"/>
              </w:rPr>
            </w:pPr>
            <w:hyperlink r:id="rId561" w:history="1">
              <w:r w:rsidRPr="001C7BA4">
                <w:rPr>
                  <w:rStyle w:val="Hyperlink"/>
                  <w:rFonts w:ascii="Calibri" w:hAnsi="Calibri"/>
                </w:rPr>
                <w:t>https://resh.edu.ru/subject/lesson/3405/start/</w:t>
              </w:r>
            </w:hyperlink>
          </w:p>
          <w:p w:rsidR="00F44E79" w:rsidRPr="001C7BA4" w:rsidRDefault="00F44E79" w:rsidP="00355649">
            <w:pPr>
              <w:rPr>
                <w:rFonts w:ascii="Times New Roman" w:hAnsi="Times New Roman" w:cs="Times New Roman"/>
                <w:color w:val="0000FF"/>
              </w:rPr>
            </w:pPr>
          </w:p>
          <w:p w:rsidR="00F44E79" w:rsidRPr="001C7BA4" w:rsidRDefault="00F44E79" w:rsidP="00355649">
            <w:pPr>
              <w:rPr>
                <w:rFonts w:ascii="Times New Roman" w:hAnsi="Times New Roman" w:cs="Times New Roman"/>
                <w:color w:val="0000FF"/>
              </w:rPr>
            </w:pPr>
            <w:hyperlink r:id="rId562" w:history="1">
              <w:r w:rsidRPr="001C7BA4">
                <w:rPr>
                  <w:rStyle w:val="Hyperlink"/>
                  <w:rFonts w:ascii="Calibri" w:hAnsi="Calibri"/>
                </w:rPr>
                <w:t>https://resh.edu.ru/subject/lesson/3187/start/</w:t>
              </w:r>
            </w:hyperlink>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Итого по модулю:</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9</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4</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Резерв:</w:t>
            </w:r>
          </w:p>
        </w:tc>
        <w:tc>
          <w:tcPr>
            <w:tcW w:w="713" w:type="dxa"/>
          </w:tcPr>
          <w:p w:rsidR="00F44E79" w:rsidRPr="001C7BA4" w:rsidRDefault="00F44E79" w:rsidP="00355649">
            <w:pPr>
              <w:rPr>
                <w:rFonts w:ascii="Times New Roman" w:hAnsi="Times New Roman" w:cs="Times New Roman"/>
              </w:rPr>
            </w:pPr>
          </w:p>
        </w:tc>
        <w:tc>
          <w:tcPr>
            <w:tcW w:w="725" w:type="dxa"/>
          </w:tcPr>
          <w:p w:rsidR="00F44E79" w:rsidRPr="001C7BA4" w:rsidRDefault="00F44E79" w:rsidP="00355649">
            <w:pPr>
              <w:rPr>
                <w:rFonts w:ascii="Times New Roman" w:hAnsi="Times New Roman" w:cs="Times New Roman"/>
              </w:rPr>
            </w:pPr>
          </w:p>
        </w:tc>
        <w:tc>
          <w:tcPr>
            <w:tcW w:w="713" w:type="dxa"/>
          </w:tcPr>
          <w:p w:rsidR="00F44E79" w:rsidRPr="001C7BA4" w:rsidRDefault="00F44E79" w:rsidP="00355649">
            <w:pPr>
              <w:rPr>
                <w:rFonts w:ascii="Times New Roman" w:hAnsi="Times New Roman" w:cs="Times New Roman"/>
              </w:rPr>
            </w:pP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r w:rsidR="00F44E79" w:rsidRPr="0005577B" w:rsidTr="001C7BA4">
        <w:tc>
          <w:tcPr>
            <w:tcW w:w="3208" w:type="dxa"/>
            <w:gridSpan w:val="2"/>
          </w:tcPr>
          <w:p w:rsidR="00F44E79" w:rsidRPr="001C7BA4" w:rsidRDefault="00F44E79" w:rsidP="00355649">
            <w:pPr>
              <w:rPr>
                <w:rFonts w:ascii="Times New Roman" w:hAnsi="Times New Roman" w:cs="Times New Roman"/>
              </w:rPr>
            </w:pPr>
            <w:r w:rsidRPr="001C7BA4">
              <w:rPr>
                <w:rFonts w:ascii="Times New Roman" w:hAnsi="Times New Roman" w:cs="Times New Roman"/>
              </w:rPr>
              <w:t>Общее количество часов по программе:</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34</w:t>
            </w:r>
          </w:p>
        </w:tc>
        <w:tc>
          <w:tcPr>
            <w:tcW w:w="725"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0</w:t>
            </w:r>
          </w:p>
        </w:tc>
        <w:tc>
          <w:tcPr>
            <w:tcW w:w="713" w:type="dxa"/>
          </w:tcPr>
          <w:p w:rsidR="00F44E79" w:rsidRPr="001C7BA4" w:rsidRDefault="00F44E79" w:rsidP="00355649">
            <w:pPr>
              <w:rPr>
                <w:rFonts w:ascii="Times New Roman" w:hAnsi="Times New Roman" w:cs="Times New Roman"/>
              </w:rPr>
            </w:pPr>
            <w:r w:rsidRPr="001C7BA4">
              <w:rPr>
                <w:rFonts w:ascii="Times New Roman" w:hAnsi="Times New Roman" w:cs="Times New Roman"/>
              </w:rPr>
              <w:t>12</w:t>
            </w:r>
          </w:p>
        </w:tc>
        <w:tc>
          <w:tcPr>
            <w:tcW w:w="2498" w:type="dxa"/>
          </w:tcPr>
          <w:p w:rsidR="00F44E79" w:rsidRPr="001C7BA4" w:rsidRDefault="00F44E79" w:rsidP="00355649">
            <w:pPr>
              <w:rPr>
                <w:rFonts w:ascii="Times New Roman" w:hAnsi="Times New Roman" w:cs="Times New Roman"/>
              </w:rPr>
            </w:pPr>
          </w:p>
        </w:tc>
        <w:tc>
          <w:tcPr>
            <w:tcW w:w="1879" w:type="dxa"/>
          </w:tcPr>
          <w:p w:rsidR="00F44E79" w:rsidRPr="001C7BA4" w:rsidRDefault="00F44E79" w:rsidP="00355649">
            <w:pPr>
              <w:rPr>
                <w:rFonts w:ascii="Times New Roman" w:hAnsi="Times New Roman" w:cs="Times New Roman"/>
              </w:rPr>
            </w:pPr>
          </w:p>
        </w:tc>
        <w:tc>
          <w:tcPr>
            <w:tcW w:w="4824" w:type="dxa"/>
          </w:tcPr>
          <w:p w:rsidR="00F44E79" w:rsidRPr="001C7BA4" w:rsidRDefault="00F44E79" w:rsidP="00355649">
            <w:pPr>
              <w:rPr>
                <w:rFonts w:ascii="Times New Roman" w:hAnsi="Times New Roman" w:cs="Times New Roman"/>
              </w:rPr>
            </w:pPr>
          </w:p>
        </w:tc>
      </w:tr>
    </w:tbl>
    <w:p w:rsidR="00F44E79" w:rsidRDefault="00F44E79" w:rsidP="00FD4913">
      <w:pPr>
        <w:pStyle w:val="BodyText"/>
        <w:tabs>
          <w:tab w:val="left" w:pos="207"/>
        </w:tabs>
        <w:spacing w:after="280" w:line="360" w:lineRule="auto"/>
        <w:ind w:firstLine="0"/>
        <w:jc w:val="both"/>
        <w:rPr>
          <w:rStyle w:val="BodyTextChar1"/>
          <w:rFonts w:cs="Georgia"/>
        </w:rPr>
      </w:pPr>
      <w:bookmarkStart w:id="1003" w:name="_GoBack"/>
      <w:bookmarkEnd w:id="1003"/>
    </w:p>
    <w:p w:rsidR="00F44E79" w:rsidRDefault="00F44E79" w:rsidP="00FD4913">
      <w:pPr>
        <w:pStyle w:val="BodyText"/>
        <w:tabs>
          <w:tab w:val="left" w:pos="207"/>
        </w:tabs>
        <w:spacing w:after="280" w:line="360" w:lineRule="auto"/>
        <w:ind w:firstLine="0"/>
        <w:jc w:val="both"/>
        <w:rPr>
          <w:rStyle w:val="BodyTextChar1"/>
          <w:rFonts w:cs="Georgia"/>
        </w:rPr>
      </w:pPr>
    </w:p>
    <w:p w:rsidR="00F44E79" w:rsidRPr="00FD4913" w:rsidRDefault="00F44E79" w:rsidP="00FD4913">
      <w:pPr>
        <w:pStyle w:val="BodyText"/>
        <w:tabs>
          <w:tab w:val="left" w:pos="207"/>
        </w:tabs>
        <w:spacing w:after="280" w:line="360" w:lineRule="auto"/>
        <w:ind w:firstLine="0"/>
        <w:jc w:val="both"/>
        <w:rPr>
          <w:color w:val="auto"/>
          <w:sz w:val="24"/>
          <w:szCs w:val="24"/>
        </w:rPr>
      </w:pPr>
    </w:p>
    <w:p w:rsidR="00F44E79" w:rsidRDefault="00F44E79" w:rsidP="00FE5BFD">
      <w:pPr>
        <w:pStyle w:val="31"/>
        <w:pBdr>
          <w:bottom w:val="single" w:sz="4" w:space="0" w:color="auto"/>
        </w:pBdr>
        <w:tabs>
          <w:tab w:val="left" w:pos="778"/>
        </w:tabs>
        <w:spacing w:after="680" w:line="240" w:lineRule="auto"/>
        <w:rPr>
          <w:rStyle w:val="30"/>
          <w:rFonts w:cs="Arial"/>
          <w:b/>
        </w:rPr>
      </w:pPr>
      <w:bookmarkStart w:id="1004" w:name="bookmark4900"/>
      <w:bookmarkEnd w:id="1004"/>
      <w:r>
        <w:rPr>
          <w:rStyle w:val="30"/>
          <w:rFonts w:cs="Arial"/>
          <w:b/>
        </w:rPr>
        <w:t>2.1.17.ТЕХНОЛОГИЯ</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 xml:space="preserve">СОДЕРЖАНИЕ УЧЕБНОГО ПРЕДМЕТА «ТЕХНОЛОГИЯ» </w:t>
      </w:r>
    </w:p>
    <w:p w:rsidR="00F44E79" w:rsidRPr="00292266" w:rsidRDefault="00F44E79" w:rsidP="00474C6E">
      <w:pPr>
        <w:ind w:firstLine="709"/>
        <w:jc w:val="both"/>
        <w:rPr>
          <w:rFonts w:ascii="Times New Roman" w:hAnsi="Times New Roman" w:cs="Times New Roman"/>
        </w:rPr>
      </w:pP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ИНВАРИАНТНЫЕ МОДУЛИ</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 xml:space="preserve">Модуль «Производство и технология» </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5 КЛАСС</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Раздел. Преобразовательная деятельность человека.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Раздел. Простейшие машины и механизмы.</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Двигатели машин. Виды двигателей. Передаточные механизмы. Виды и характеристики передаточных механизмов.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«Технология обработки материалов 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Структура технологии: от материала к изделию.</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Основные элементы структуры технологии: действия, операции, этапы. Технологическая карта.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Проектирование, моделирование, конструирование – основные составляющие технологии. Технологии и алгоритмы.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Материалы и их свойства.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Бумага и её свойства. Различные изделия из бумаги. Потребность человека в бумаге.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Ткань и её свойства. Изделия из ткани. Виды тканей.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Древесина и её свойства. Древесные материалы и их применение. Изделия из древесины. Потребность человечества в древесине. Сохранение лесов.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Металлы и их свойства. Металлические части машин и механизмов. Тонколистовая сталь и проволока.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Пластические массы (пластмассы) и их свойства. Работа с пластмассами.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Наноструктуры и их использование в различных технологиях. Природные и синтетические наноструктуры.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Композиты и нанокомпозиты, их применение. Умные материалы и их применение. Аллотропные соединения углерода.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Основные ручные инструменты.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Инструменты для работы с бумагой. Инструменты для работы с тканью. Инструменты для работы с древесиной. Инструменты для работы с металлом.</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Компьютерные инструменты.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Трудовые действия как основные слагаемые технологии.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Общность и различие действий с различными материалами и пищевыми продуктами.</w:t>
      </w:r>
    </w:p>
    <w:p w:rsidR="00F44E79" w:rsidRPr="00292266" w:rsidRDefault="00F44E79" w:rsidP="00474C6E">
      <w:pPr>
        <w:ind w:firstLine="709"/>
        <w:jc w:val="both"/>
        <w:rPr>
          <w:rFonts w:ascii="Times New Roman" w:hAnsi="Times New Roman" w:cs="Times New Roman"/>
          <w:b/>
        </w:rPr>
      </w:pP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6 КЛАСС</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Модуль «Производство и технология»</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Раздел. Задачи и технологии их решения.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Технология решения производственных задач в информационной среде как важнейшая технология 4-й промышленной революции.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Чтение описаний, чертежей, технологических карт.</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Обозначения: знаки и символы. Интерпретация знаков и знаковых систем. Формулировка задачи с использованием знаков и символов.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Информационное обеспечение решения задачи. Работа с «большими данными». Извлечение информации из массива данных.</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Исследование задачи и её решений.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Представление полученных результатов.</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Раздел. Основы проектной деятельности.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Раздел. Технология домашнего хозяйства.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Порядок и хаос как фундаментальные характеристики окружающего мира.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Порядок в доме. Порядок на рабочем месте.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Создание интерьера квартиры с помощью компьютерных программ.</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Электропроводка. Бытовые электрические приборы. Техника безопасности при работе с электричеством.</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Раздел. Мир профессий.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Какие бывают профессии. Как выбрать профессию.</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«Технология обработки материалов 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Технологии обработки конструкционных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Разметка заготовок из древесины, металла, пластмасс. Приёмы ручной правки заготовок из проволоки и тонколистового металла.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Резание заготовок.</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Строгание заготовок из древесины.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Сборка изделий из тонколистового металла, проволоки, искусственных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Зачистка и отделка поверхностей деталей из конструкционных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Изготовление цилиндрических и конических деталей из древесины ручным инструментом.</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Отделка изделий из конструкционных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Правила безопасной работы.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Технология обработки текстильных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Основы технологии изготовления изделий из текстильных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Понятие о декоративно-прикладном творчестве. Технологии художественной обработки текстильных материалов: лоскутное шитьё, вышивка.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Технологии обработки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Приготовление пищи в походных условиях. Утилизация бытовых и пищевых отходов в походных условиях.</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F44E79" w:rsidRPr="00292266" w:rsidRDefault="00F44E79" w:rsidP="00474C6E">
      <w:pPr>
        <w:ind w:firstLine="709"/>
        <w:jc w:val="both"/>
        <w:rPr>
          <w:rFonts w:ascii="Times New Roman" w:hAnsi="Times New Roman" w:cs="Times New Roman"/>
        </w:rPr>
      </w:pP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7 КЛАСС</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«Производство и технология»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Технологии и искусство.</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Эстетика в быту. Эстетика и экология жилища.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Народные ремёсла. Народные ремёсла и промыслы России.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Технологии и мир. Современная техносфера.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Понятие высокотехнологичных отраслей. «Высокие технологии» двойного назначения.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Ресурсы, технологии и общество. Глобальные технологические проекты.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Современная техносфера. Проблема взаимодействия природы и техносферы.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Современный транспорт и перспективы его развития.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«Технология обработки материалов 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Моделирование как основа познания и практической деятельности.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Модели человеческой деятельности. Алгоритмы и технологии как модели.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Машины и их модели.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Как устроены машины.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Конструирование машин. Действия при сборке модели машины при помощи деталей конструктора.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Простейшие механизмы как базовые элементы многообразия механизмов.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Физические законы, реализованные в простейших механизмах.</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Модели механизмов и эксперименты с этими механизмами.</w:t>
      </w:r>
    </w:p>
    <w:p w:rsidR="00F44E79" w:rsidRPr="00292266" w:rsidRDefault="00F44E79" w:rsidP="00474C6E">
      <w:pPr>
        <w:pStyle w:val="NormalWeb"/>
        <w:spacing w:after="0"/>
        <w:ind w:firstLine="709"/>
        <w:jc w:val="both"/>
        <w:rPr>
          <w:rFonts w:ascii="Times New Roman" w:hAnsi="Times New Roman" w:cs="Times New Roman"/>
          <w:color w:val="000000"/>
        </w:rPr>
      </w:pPr>
    </w:p>
    <w:p w:rsidR="00F44E79" w:rsidRPr="00292266" w:rsidRDefault="00F44E79" w:rsidP="00474C6E">
      <w:pPr>
        <w:pStyle w:val="NormalWeb"/>
        <w:spacing w:after="0"/>
        <w:ind w:firstLine="709"/>
        <w:jc w:val="both"/>
        <w:rPr>
          <w:rFonts w:ascii="Times New Roman" w:hAnsi="Times New Roman" w:cs="Times New Roman"/>
          <w:b/>
          <w:color w:val="000000"/>
        </w:rPr>
      </w:pPr>
      <w:r w:rsidRPr="00292266">
        <w:rPr>
          <w:rFonts w:ascii="Times New Roman" w:hAnsi="Times New Roman" w:cs="Times New Roman"/>
          <w:b/>
          <w:color w:val="000000"/>
        </w:rPr>
        <w:t>8 КЛАСС</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«Производство и технология»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Современные технологии.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Биотехнологии. Лазерные технологии. Космические технологии. Представления о нанотехнологиях.</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w:t>
      </w:r>
      <w:r w:rsidRPr="00292266">
        <w:rPr>
          <w:rFonts w:ascii="Times New Roman" w:hAnsi="Times New Roman" w:cs="Times New Roman"/>
          <w:color w:val="000000"/>
        </w:rPr>
        <w:softHyphen/>
        <w:t>творные микробы и прививки. Биодатчики. Микробиологическая технология.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Сферы применения современных технологий.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Основы информационно-когнитивных технологий.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Знание как фундаментальная производственная и экономическая категория.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Формализация и моделирование – основные инструменты познания окружающего мира.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«Технология обработки материалов 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Традиционные производства и технологии.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Профессии будущего в текстильной и швейной промышленности. Текстильные химические волокна. Экологические проб</w:t>
      </w:r>
      <w:r w:rsidRPr="00292266">
        <w:rPr>
          <w:rFonts w:ascii="Times New Roman" w:hAnsi="Times New Roman" w:cs="Times New Roman"/>
          <w:color w:val="000000"/>
        </w:rPr>
        <w:softHyphen/>
        <w:t>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9 КЛАСС</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«Производство и технология»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Элементы управления.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Общие принципы управления. Общая схема управления. Условия реализации общей схемы управления. Начала кибернетики.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Самоуправляемые системы. Устойчивость систем управления. Виды равновесия. Устойчивость технических систем.</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Мир профессий.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Профессии предметной области «Художественный образ».</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«Технология обработки материалов 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Технологии в когнитивной сфере.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Раздел. Технологии и человек.</w:t>
      </w:r>
    </w:p>
    <w:p w:rsidR="00F44E79" w:rsidRPr="00474C6E"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w:t>
      </w:r>
      <w:r>
        <w:rPr>
          <w:rFonts w:ascii="Times New Roman" w:hAnsi="Times New Roman" w:cs="Times New Roman"/>
          <w:color w:val="000000"/>
        </w:rPr>
        <w:t>создании современных технологий.</w:t>
      </w:r>
    </w:p>
    <w:p w:rsidR="00F44E79" w:rsidRPr="00292266" w:rsidRDefault="00F44E79" w:rsidP="00474C6E">
      <w:pPr>
        <w:ind w:firstLine="709"/>
        <w:jc w:val="both"/>
        <w:rPr>
          <w:rFonts w:ascii="Times New Roman" w:hAnsi="Times New Roman" w:cs="Times New Roman"/>
          <w:b/>
        </w:rPr>
      </w:pPr>
    </w:p>
    <w:p w:rsidR="00F44E79" w:rsidRPr="00292266" w:rsidRDefault="00F44E79" w:rsidP="00474C6E">
      <w:pPr>
        <w:ind w:firstLine="709"/>
        <w:jc w:val="both"/>
        <w:rPr>
          <w:rFonts w:ascii="Times New Roman" w:hAnsi="Times New Roman" w:cs="Times New Roman"/>
          <w:b/>
        </w:rPr>
      </w:pP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ПЛАНИРУЕМЫЕ РЕЗУЛЬТАТЫ ОСВОЕНИЯ УЧЕБНОГО ПРЕДМЕТА «ТЕХНОЛОГИЯ» НА УРОВНЕ ОСНОВНОГО ОБЩЕГО ОБРАЗОВАНИЯ</w:t>
      </w:r>
    </w:p>
    <w:p w:rsidR="00F44E79" w:rsidRPr="00292266" w:rsidRDefault="00F44E79" w:rsidP="00474C6E">
      <w:pPr>
        <w:ind w:firstLine="709"/>
        <w:jc w:val="both"/>
        <w:rPr>
          <w:rFonts w:ascii="Times New Roman" w:hAnsi="Times New Roman" w:cs="Times New Roman"/>
          <w:b/>
        </w:rPr>
      </w:pP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Освоение учебного предмета «Технология» на уровне основного общего образования обеспечивает достижение следующих личностных, метапредметных и предметных образовательных результатов:</w:t>
      </w:r>
    </w:p>
    <w:p w:rsidR="00F44E79" w:rsidRPr="00292266" w:rsidRDefault="00F44E79" w:rsidP="00474C6E">
      <w:pPr>
        <w:ind w:firstLine="709"/>
        <w:jc w:val="both"/>
        <w:rPr>
          <w:rFonts w:ascii="Times New Roman" w:hAnsi="Times New Roman" w:cs="Times New Roman"/>
        </w:rPr>
      </w:pP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ЛИЧНОСТНЫЕ РЕЗУЛЬТАТЫ</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Патриотическое воспитание: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проявление интереса к истории и современному состоянию российской науки и технологии;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ценностное отношение к достижениям российских инженеров и учёных.</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Гражданское и духовно-нравственное воспитание: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осознание важности морально-этических принципов в деятельности, связанной с реализацией технологий;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Эстетическое воспитание: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восприятие эстетических качеств предметов труда;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умение создавать эстетически значимые изделия из различных материалов.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Ценности научного познания и практической деятельности: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осознание ценности науки как фундамента технологий;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развитие интереса к исследовательской деятельности, реализации на практике достижений науки.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Формирование культуры здоровья и эмоционального благополучия: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осознание ценности безопасного образа жизни в современном технологическом мире, важности правил безопасной работы с инструментами;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умение распознавать информационные угрозы и осуществ</w:t>
      </w:r>
      <w:r w:rsidRPr="00292266">
        <w:rPr>
          <w:rFonts w:ascii="Times New Roman" w:hAnsi="Times New Roman" w:cs="Times New Roman"/>
        </w:rPr>
        <w:softHyphen/>
        <w:t>лять защиту личности от этих угроз.</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Трудовое воспитание: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активное участие в решении возникающих практических задач из различных областей;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умение ориентироваться в мире современных профессий.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Экологическое воспитание: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воспитание бережного отношения к окружающей среде, понимание необходимости соблюдения баланса между природой и техносферой;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осознание пределов преобразовательной деятельности человека.</w:t>
      </w:r>
    </w:p>
    <w:p w:rsidR="00F44E79" w:rsidRPr="00292266" w:rsidRDefault="00F44E79" w:rsidP="00474C6E">
      <w:pPr>
        <w:ind w:firstLine="709"/>
        <w:jc w:val="both"/>
        <w:outlineLvl w:val="1"/>
        <w:rPr>
          <w:rFonts w:ascii="Times New Roman" w:hAnsi="Times New Roman" w:cs="Times New Roman"/>
          <w:b/>
          <w:bCs/>
          <w:caps/>
        </w:rPr>
      </w:pPr>
    </w:p>
    <w:p w:rsidR="00F44E79" w:rsidRPr="00292266" w:rsidRDefault="00F44E79" w:rsidP="00474C6E">
      <w:pPr>
        <w:ind w:firstLine="709"/>
        <w:jc w:val="both"/>
        <w:outlineLvl w:val="1"/>
        <w:rPr>
          <w:rFonts w:ascii="Times New Roman" w:hAnsi="Times New Roman" w:cs="Times New Roman"/>
          <w:b/>
          <w:bCs/>
          <w:caps/>
        </w:rPr>
      </w:pPr>
      <w:r w:rsidRPr="00292266">
        <w:rPr>
          <w:rFonts w:ascii="Times New Roman" w:hAnsi="Times New Roman" w:cs="Times New Roman"/>
          <w:b/>
          <w:bCs/>
          <w:caps/>
        </w:rPr>
        <w:t>МЕТАПРЕДМЕТНЫЕ РЕЗУЛЬТАТЫ</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b/>
          <w:bCs/>
        </w:rPr>
        <w:t>Овладение универсальными познавательными действиями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Базовые логические действия: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выявлять и характеризовать существенные признаки природных и рукотворных объектов;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устанавливать существенный признак классификации, основание для обобщения и сравнения;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выявлять закономерности и противоречия в рассматриваемых фактах, данных и наблюдениях, относящихся к внешнему миру;</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выявлять причинно-следственные связи при изучении природных явлений и процессов, а также процессов, происходящих в техносфере;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самостоятельно выбирать способ решения поставленной задачи, используя для этого необходимые материалы, инструменты и технологии.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Базовые исследовательские действия: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использовать вопросы как исследовательский инструмент познания;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формировать запросы к информационной системе с целью получения необходимой информации;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оценивать полноту, достоверность и актуальность полученной информации;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опытным путём изучать свойства различных материалов;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строить и оценивать модели объектов, явлений и процессов;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уметь создавать, применять и преобразовывать знаки и символы, модели и схемы для решения учебных и познавательных задач;</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уметь оценивать правильность выполнения учебной задачи, собственные возможности её решения;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прогнозировать поведение технической системы, в том числе с учётом синергетических эффектов.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Работа с информацией: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выбирать форму представления информации в зависимости от поставленной задачи;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понимать различие между данными, информацией и знаниями;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владеть начальными навыками работы с «большими данными»;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владеть технологией трансформации данных в информацию, информации в знания.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b/>
          <w:bCs/>
        </w:rPr>
        <w:t>Овладение универсальными учебными регулятивными действиями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Самоорганизация: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делать выбор и брать ответственность за решение.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Самоконтроль (рефлексия):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давать адекватную оценку ситуации и предлагать план её изменения;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объяснять причины достижения (недостижения) результатов преобразовательной деятельности;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вносить необходимые коррективы в деятельность по решению задачи или по осуществлению проекта;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оценивать соответствие результата цели и условиям и при необходимости корректировать цель и процесс её достижения.</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Принятие себя и других:</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признавать своё право на ошибку при решении задач или при реализации проекта, такое же право другого на подобные ошибки.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b/>
          <w:bCs/>
        </w:rPr>
        <w:t>Овладение универсальными коммуникативными действиями.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Общение:</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 ходе обсуждения учебного материала, планирования и осуществления учебного проекта;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 рамках публичного представления результатов проектной деятельности;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 ходе совместного решения задачи с использованием облачных сервисов;</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 ходе общения с представителями других культур, в частности в социальных сетях.</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i/>
          <w:iCs/>
        </w:rPr>
        <w:t>Совместная деятельность:</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понимать и использовать преимущества командной работы при реализации учебного проекта;</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понимать необходимость выработки знаково-символических средств как необходимого условия успешной проектной деятельности;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уметь адекватно интерпретировать высказывания собеседника – участника совместной деятельности;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владеть навыками отстаивания своей точки зрения, используя при этом законы логики;</w:t>
      </w:r>
    </w:p>
    <w:p w:rsidR="00F44E79" w:rsidRPr="00292266" w:rsidRDefault="00F44E79" w:rsidP="00474C6E">
      <w:pPr>
        <w:ind w:firstLine="709"/>
        <w:jc w:val="both"/>
        <w:rPr>
          <w:rFonts w:ascii="Times New Roman" w:hAnsi="Times New Roman" w:cs="Times New Roman"/>
        </w:rPr>
      </w:pPr>
      <w:r w:rsidRPr="00292266">
        <w:rPr>
          <w:rFonts w:ascii="Times New Roman" w:hAnsi="Times New Roman" w:cs="Times New Roman"/>
        </w:rPr>
        <w:t>- уметь распознавать некорректную аргументацию.</w:t>
      </w:r>
    </w:p>
    <w:p w:rsidR="00F44E79" w:rsidRPr="00292266" w:rsidRDefault="00F44E79" w:rsidP="00474C6E">
      <w:pPr>
        <w:ind w:firstLine="709"/>
        <w:jc w:val="both"/>
        <w:rPr>
          <w:rFonts w:ascii="Times New Roman" w:hAnsi="Times New Roman" w:cs="Times New Roman"/>
          <w:b/>
        </w:rPr>
      </w:pP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ПРЕДМЕТНЫЕ РЕЗУЛЬТАТЫ</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5-6 КЛАССЫ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«Производство и технология»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характеризовать роль техники и технологий для прогрессивного развития общества;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характеризовать роль техники и технологий в цифровом социуме;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выявлять причины и последствия развития техники и технологий;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характеризовать виды современных технологий и определять перспективы их развития;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уметь строить учебную и практическую деятельность в соответствии со структурой технологии: этапами, операциями, действиями;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научиться конструировать, оценивать и использовать модели в познавательной и практической деятельности;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организовывать рабочее место в соответствии с требованиями безопасности;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соблюдать правила безопасности;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использовать различные материалы (древесина, металлы и сплавы, полимеры, текстиль, сельскохозяйственная продукция);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уметь создавать, применять и преобразовывать знаки и символы, модели и схемы для решения учебных и производственных задач;</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получить возможность научиться коллективно решать задачи с использованием облачных сервисов;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оперировать понятием «биотехнология»;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классифицировать методы очистки воды, использовать фильтрование воды;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оперировать понятиями «биоэнергетика», «биометаногенез».</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«Технология обработки материалов 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характеризовать познавательную и преобразовательную деятельность человека;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соблюдать правила безопасности;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организовывать рабочее место в соответствии с требованиями безопасности;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классифицировать и характеризовать инструменты, приспособления и технологическое оборудование;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активно использовать знания, полученные при изучении других учебных предметов, и сформированные универсальные учебные действия;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использовать инструменты, приспособления и технологическое оборудование;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выполнять технологические операции с использованием ручных инструментов, приспособлений, технологического оборудования;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получить возможность научиться использовать цифровые инструменты при изготовлении предметов из различных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характеризовать технологические операции ручной обработки конструкционных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применять ручные технологии обработки конструкционных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правильно хранить пищевые продукты;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осуществлять механическую и тепловую обработку пищевых продуктов, сохраняя их пищевую ценность;</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выбирать продукты, инструменты и оборудование для приготовления блюда;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осуществлять доступными средствами контроль качества блюда;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проектировать интерьер помещения с использованием программных сервисов;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составлять последовательность выполнения технологических операций для изготовления швейных изделий;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строить чертежи простых швейных изделий;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выбирать материалы, инструменты и оборудование для выполнения швейных работ;</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выполнять художественное оформление швейных изделий;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выделять свойства наноструктур;</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приводить примеры наноструктур, их использования в технологиях;</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получить возможность познакомиться с физическими основы нанотехнологий и их использованием для конструирования новых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p>
    <w:p w:rsidR="00F44E79" w:rsidRPr="00292266" w:rsidRDefault="00F44E79" w:rsidP="00474C6E">
      <w:pPr>
        <w:pStyle w:val="NormalWeb"/>
        <w:spacing w:after="0"/>
        <w:ind w:firstLine="709"/>
        <w:jc w:val="both"/>
        <w:rPr>
          <w:rFonts w:ascii="Times New Roman" w:hAnsi="Times New Roman" w:cs="Times New Roman"/>
          <w:b/>
          <w:color w:val="000000"/>
        </w:rPr>
      </w:pPr>
      <w:r w:rsidRPr="00292266">
        <w:rPr>
          <w:rFonts w:ascii="Times New Roman" w:hAnsi="Times New Roman" w:cs="Times New Roman"/>
          <w:b/>
          <w:color w:val="000000"/>
        </w:rPr>
        <w:t>7-9 КЛАССЫ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«Производство и технология»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перечислять и характеризовать виды современных технологий;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применять технологии для решения возникающих задач;</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приводить примеры не только функциональных, но и эстетичных промышленных изделий;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овладеть информационно-когнитивными технологиями преобразования данных в информацию и информации в знание;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оценивать области применения технологий, понимать их возможности и ограничения;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оценивать условия применимости технологии с позиций экологической защищённости;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получить возможность научиться модернизировать и создавать технологии обработки известных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анализировать значимые для конкретного человека потребности;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перечислять и характеризовать продукты питания;</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перечислять виды и названия народных промыслов и ремёсел;</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анализировать использование нанотехнологий в различных областях;</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выявлять экологические проблемы;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применять генеалогический метод;</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анализировать роль прививок;</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анализировать работу биодатчиков;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анализировать микробиологические технологии, методы генной инженерии.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b/>
          <w:bCs/>
          <w:color w:val="000000"/>
        </w:rPr>
        <w:t>Модуль «Технология обработки материалов и пищевых продуктов»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освоить основные этапы создания проектов от идеи до презентации и использования полученных результатов;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научиться использовать программные сервисы для поддержки проектной деятельности;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проводить необходимые опыты по исследованию свойств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выбирать инструменты и оборудование, необходимые для изготовления выбранного изделия по данной технологии;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применять технологии механической обработки конструкционных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осуществлять доступными средствами контроль качества изготавливаемого изделия, находить и устранять допущенные дефекты;</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классифицировать виды и назначение методов получения и преобразования конструкционных и текстильных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получить возможность научиться конструировать модели различных объектов и использовать их в практической деятельности;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конструировать модели машин и механизмов;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изготавливать изделие из конструкционных или поделочных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готовить кулинарные блюда в соответствии с известными технологиями;</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выполнять декоративно-прикладную обработку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выполнять художественное оформление изделий;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создавать художественный образ и воплощать его в продукте;</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строить чертежи швейных изделий;</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выбирать материалы, инструменты и оборудование для выполнения швейных работ;</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применять основные приёмы и навыки решения изобретательских задач;</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получить возможность научиться применять принципы ТРИЗ для решения технических задач;</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презентовать изделие (продукт);</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называть и характеризовать современные и перспективные технологии производства и обработки материалов;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получить возможность узнать о современных цифровых технологиях, их возможностях и ограничениях;</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выявлять потребности современной техники в умных материалах;</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различать аллотропные соединения углерода, приводить примеры использования аллотропных соединений углерода;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характеризовать мир профессий, связанных с изучаемыми технологиями, их востребованность на рынке труда;</w:t>
      </w:r>
    </w:p>
    <w:p w:rsidR="00F44E79" w:rsidRPr="00292266"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осуществлять изготовление субъективно нового продукта, опираясь на общую технологическую схему;</w:t>
      </w:r>
    </w:p>
    <w:p w:rsidR="00F44E79" w:rsidRPr="00474C6E" w:rsidRDefault="00F44E79" w:rsidP="00474C6E">
      <w:pPr>
        <w:pStyle w:val="NormalWeb"/>
        <w:spacing w:after="0"/>
        <w:ind w:firstLine="709"/>
        <w:jc w:val="both"/>
        <w:rPr>
          <w:rFonts w:ascii="Times New Roman" w:hAnsi="Times New Roman" w:cs="Times New Roman"/>
          <w:color w:val="000000"/>
        </w:rPr>
      </w:pPr>
      <w:r w:rsidRPr="00292266">
        <w:rPr>
          <w:rFonts w:ascii="Times New Roman" w:hAnsi="Times New Roman" w:cs="Times New Roman"/>
          <w:color w:val="000000"/>
        </w:rPr>
        <w:t>- оценивать пределы применимости данной технологии, в том числе с экономических и экологических позиций.</w:t>
      </w:r>
    </w:p>
    <w:p w:rsidR="00F44E79" w:rsidRPr="00292266" w:rsidRDefault="00F44E79" w:rsidP="00474C6E">
      <w:pPr>
        <w:ind w:firstLine="709"/>
        <w:jc w:val="both"/>
        <w:rPr>
          <w:rFonts w:ascii="Times New Roman" w:hAnsi="Times New Roman" w:cs="Times New Roman"/>
          <w:b/>
        </w:rPr>
      </w:pPr>
    </w:p>
    <w:p w:rsidR="00F44E79" w:rsidRPr="00292266" w:rsidRDefault="00F44E79" w:rsidP="00474C6E">
      <w:pPr>
        <w:ind w:firstLine="709"/>
        <w:jc w:val="both"/>
        <w:rPr>
          <w:rFonts w:ascii="Times New Roman" w:hAnsi="Times New Roman" w:cs="Times New Roman"/>
          <w:b/>
        </w:rPr>
      </w:pP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ТЕМАТИЧЕСКОЕ ПЛАНИРОВАНИЕ</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5 КЛАСС</w:t>
      </w:r>
    </w:p>
    <w:p w:rsidR="00F44E79" w:rsidRPr="00292266" w:rsidRDefault="00F44E79" w:rsidP="00474C6E">
      <w:pPr>
        <w:ind w:firstLine="709"/>
        <w:jc w:val="both"/>
        <w:rPr>
          <w:rFonts w:ascii="Times New Roman" w:hAnsi="Times New Roman" w:cs="Times New Roman"/>
          <w:b/>
        </w:rPr>
      </w:pPr>
      <w:r w:rsidRPr="00292266">
        <w:rPr>
          <w:rFonts w:ascii="Times New Roman" w:hAnsi="Times New Roman" w:cs="Times New Roman"/>
          <w:b/>
        </w:rPr>
        <w:t>68 час</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417"/>
        <w:gridCol w:w="709"/>
        <w:gridCol w:w="284"/>
        <w:gridCol w:w="850"/>
        <w:gridCol w:w="426"/>
        <w:gridCol w:w="1984"/>
        <w:gridCol w:w="1985"/>
        <w:gridCol w:w="2127"/>
      </w:tblGrid>
      <w:tr w:rsidR="00F44E79" w:rsidRPr="00292266" w:rsidTr="00FE0535">
        <w:trPr>
          <w:trHeight w:val="580"/>
        </w:trPr>
        <w:tc>
          <w:tcPr>
            <w:tcW w:w="1134" w:type="dxa"/>
          </w:tcPr>
          <w:p w:rsidR="00F44E79" w:rsidRPr="00FE0535" w:rsidRDefault="00F44E79" w:rsidP="00FE0535">
            <w:pPr>
              <w:ind w:left="19" w:hanging="19"/>
              <w:jc w:val="both"/>
              <w:rPr>
                <w:rFonts w:ascii="Times New Roman" w:hAnsi="Times New Roman" w:cs="Times New Roman"/>
                <w:b/>
              </w:rPr>
            </w:pPr>
            <w:r w:rsidRPr="00FE0535">
              <w:rPr>
                <w:rFonts w:ascii="Times New Roman" w:hAnsi="Times New Roman" w:cs="Times New Roman"/>
                <w:b/>
              </w:rPr>
              <w:tab/>
              <w:t>Тематические блоки, темы</w:t>
            </w:r>
          </w:p>
        </w:tc>
        <w:tc>
          <w:tcPr>
            <w:tcW w:w="1417" w:type="dxa"/>
          </w:tcPr>
          <w:p w:rsidR="00F44E79" w:rsidRPr="00FE0535" w:rsidRDefault="00F44E79" w:rsidP="00FE0535">
            <w:pPr>
              <w:ind w:left="19" w:hanging="19"/>
              <w:jc w:val="both"/>
              <w:rPr>
                <w:rFonts w:ascii="Times New Roman" w:hAnsi="Times New Roman" w:cs="Times New Roman"/>
                <w:b/>
              </w:rPr>
            </w:pPr>
            <w:r w:rsidRPr="00FE0535">
              <w:rPr>
                <w:rFonts w:ascii="Times New Roman" w:hAnsi="Times New Roman" w:cs="Times New Roman"/>
                <w:b/>
              </w:rPr>
              <w:t>Номер и тема урока</w:t>
            </w:r>
          </w:p>
        </w:tc>
        <w:tc>
          <w:tcPr>
            <w:tcW w:w="709" w:type="dxa"/>
          </w:tcPr>
          <w:p w:rsidR="00F44E79" w:rsidRPr="00FE0535" w:rsidRDefault="00F44E79" w:rsidP="00FE0535">
            <w:pPr>
              <w:ind w:left="19" w:hanging="19"/>
              <w:jc w:val="both"/>
              <w:rPr>
                <w:rFonts w:ascii="Times New Roman" w:hAnsi="Times New Roman" w:cs="Times New Roman"/>
                <w:b/>
              </w:rPr>
            </w:pPr>
            <w:r w:rsidRPr="00FE0535">
              <w:rPr>
                <w:rFonts w:ascii="Times New Roman" w:hAnsi="Times New Roman" w:cs="Times New Roman"/>
                <w:b/>
              </w:rPr>
              <w:t>Количество часов</w:t>
            </w:r>
          </w:p>
        </w:tc>
        <w:tc>
          <w:tcPr>
            <w:tcW w:w="1560" w:type="dxa"/>
            <w:gridSpan w:val="3"/>
          </w:tcPr>
          <w:p w:rsidR="00F44E79" w:rsidRPr="00FE0535" w:rsidRDefault="00F44E79" w:rsidP="00FE0535">
            <w:pPr>
              <w:ind w:left="19" w:hanging="19"/>
              <w:jc w:val="both"/>
              <w:rPr>
                <w:rFonts w:ascii="Times New Roman" w:hAnsi="Times New Roman" w:cs="Times New Roman"/>
                <w:b/>
              </w:rPr>
            </w:pPr>
            <w:r w:rsidRPr="00FE0535">
              <w:rPr>
                <w:rFonts w:ascii="Times New Roman" w:hAnsi="Times New Roman" w:cs="Times New Roman"/>
                <w:b/>
              </w:rPr>
              <w:t>Основное содержание</w:t>
            </w:r>
          </w:p>
        </w:tc>
        <w:tc>
          <w:tcPr>
            <w:tcW w:w="3969" w:type="dxa"/>
            <w:gridSpan w:val="2"/>
          </w:tcPr>
          <w:p w:rsidR="00F44E79" w:rsidRPr="00FE0535" w:rsidRDefault="00F44E79" w:rsidP="00FE0535">
            <w:pPr>
              <w:ind w:left="19" w:hanging="19"/>
              <w:jc w:val="both"/>
              <w:rPr>
                <w:rFonts w:ascii="Times New Roman" w:hAnsi="Times New Roman" w:cs="Times New Roman"/>
                <w:b/>
              </w:rPr>
            </w:pPr>
            <w:r w:rsidRPr="00FE0535">
              <w:rPr>
                <w:rFonts w:ascii="Times New Roman" w:hAnsi="Times New Roman" w:cs="Times New Roman"/>
                <w:b/>
              </w:rPr>
              <w:t>Основные виды деятельности обучающихся</w:t>
            </w:r>
          </w:p>
        </w:tc>
        <w:tc>
          <w:tcPr>
            <w:tcW w:w="2127" w:type="dxa"/>
          </w:tcPr>
          <w:p w:rsidR="00F44E79" w:rsidRPr="00FE0535" w:rsidRDefault="00F44E79" w:rsidP="00FE0535">
            <w:pPr>
              <w:ind w:left="19" w:hanging="19"/>
              <w:jc w:val="both"/>
              <w:rPr>
                <w:rFonts w:ascii="Times New Roman" w:hAnsi="Times New Roman" w:cs="Times New Roman"/>
                <w:b/>
              </w:rPr>
            </w:pPr>
            <w:r w:rsidRPr="00FE0535">
              <w:rPr>
                <w:rFonts w:ascii="Times New Roman" w:hAnsi="Times New Roman" w:cs="Times New Roman"/>
                <w:b/>
              </w:rPr>
              <w:t>Электронные (цифровые) образовательные ресурсы</w:t>
            </w:r>
          </w:p>
        </w:tc>
      </w:tr>
      <w:tr w:rsidR="00F44E79" w:rsidRPr="00292266" w:rsidTr="00FE0535">
        <w:trPr>
          <w:trHeight w:val="226"/>
        </w:trPr>
        <w:tc>
          <w:tcPr>
            <w:tcW w:w="10916" w:type="dxa"/>
            <w:gridSpan w:val="9"/>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МОДУЛЬ «ПРОИЗВОДСТВО И ТЕХНОЛОГИИ» (34 час)</w:t>
            </w:r>
          </w:p>
        </w:tc>
      </w:tr>
      <w:tr w:rsidR="00F44E79" w:rsidRPr="00292266" w:rsidTr="00FE0535">
        <w:trPr>
          <w:trHeight w:val="558"/>
        </w:trPr>
        <w:tc>
          <w:tcPr>
            <w:tcW w:w="1134" w:type="dxa"/>
          </w:tcPr>
          <w:p w:rsidR="00F44E79" w:rsidRPr="00FE0535" w:rsidRDefault="00F44E79" w:rsidP="00FE0535">
            <w:pPr>
              <w:ind w:left="34"/>
              <w:jc w:val="both"/>
              <w:rPr>
                <w:rFonts w:ascii="Times New Roman" w:hAnsi="Times New Roman" w:cs="Times New Roman"/>
                <w:b/>
              </w:rPr>
            </w:pPr>
            <w:r w:rsidRPr="00FE0535">
              <w:rPr>
                <w:rFonts w:ascii="Times New Roman" w:hAnsi="Times New Roman" w:cs="Times New Roman"/>
                <w:b/>
              </w:rPr>
              <w:t>Преобразовательная деятельность человека</w:t>
            </w:r>
          </w:p>
        </w:tc>
        <w:tc>
          <w:tcPr>
            <w:tcW w:w="1417" w:type="dxa"/>
          </w:tcPr>
          <w:p w:rsidR="00F44E79" w:rsidRPr="00FE0535" w:rsidRDefault="00F44E79" w:rsidP="00FE0535">
            <w:pPr>
              <w:ind w:left="34"/>
              <w:jc w:val="both"/>
              <w:rPr>
                <w:rFonts w:ascii="Times New Roman" w:hAnsi="Times New Roman" w:cs="Times New Roman"/>
              </w:rPr>
            </w:pPr>
            <w:r w:rsidRPr="00FE0535">
              <w:rPr>
                <w:rFonts w:ascii="Times New Roman" w:hAnsi="Times New Roman" w:cs="Times New Roman"/>
              </w:rPr>
              <w:t>1. Правила безопасности на уроках технологии</w:t>
            </w:r>
          </w:p>
          <w:p w:rsidR="00F44E79" w:rsidRPr="00FE0535" w:rsidRDefault="00F44E79" w:rsidP="00FE0535">
            <w:pPr>
              <w:ind w:left="34"/>
              <w:jc w:val="both"/>
              <w:rPr>
                <w:rFonts w:ascii="Times New Roman" w:hAnsi="Times New Roman" w:cs="Times New Roman"/>
              </w:rPr>
            </w:pPr>
            <w:r w:rsidRPr="00FE0535">
              <w:rPr>
                <w:rFonts w:ascii="Times New Roman" w:hAnsi="Times New Roman" w:cs="Times New Roman"/>
              </w:rPr>
              <w:t>2.Технологии вокруг нас</w:t>
            </w:r>
          </w:p>
          <w:p w:rsidR="00F44E79" w:rsidRPr="00FE0535" w:rsidRDefault="00F44E79" w:rsidP="00FE0535">
            <w:pPr>
              <w:ind w:left="34"/>
              <w:jc w:val="both"/>
              <w:rPr>
                <w:rFonts w:ascii="Times New Roman" w:hAnsi="Times New Roman" w:cs="Times New Roman"/>
              </w:rPr>
            </w:pPr>
          </w:p>
        </w:tc>
        <w:tc>
          <w:tcPr>
            <w:tcW w:w="709" w:type="dxa"/>
          </w:tcPr>
          <w:p w:rsidR="00F44E79" w:rsidRPr="00FE0535" w:rsidRDefault="00F44E79" w:rsidP="00FE0535">
            <w:pPr>
              <w:ind w:left="34"/>
              <w:jc w:val="both"/>
              <w:rPr>
                <w:rFonts w:ascii="Times New Roman" w:hAnsi="Times New Roman" w:cs="Times New Roman"/>
              </w:rPr>
            </w:pPr>
            <w:r w:rsidRPr="00FE0535">
              <w:rPr>
                <w:rFonts w:ascii="Times New Roman" w:hAnsi="Times New Roman" w:cs="Times New Roman"/>
              </w:rPr>
              <w:t>2</w:t>
            </w:r>
          </w:p>
        </w:tc>
        <w:tc>
          <w:tcPr>
            <w:tcW w:w="1560" w:type="dxa"/>
            <w:gridSpan w:val="3"/>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Познание и преобразование внешнего мира – основные виды человеческой деятельности. </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Как человек познаёт и преобразует мир.</w:t>
            </w:r>
          </w:p>
        </w:tc>
        <w:tc>
          <w:tcPr>
            <w:tcW w:w="3969" w:type="dxa"/>
            <w:gridSpan w:val="2"/>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 характеризовать познавательную и преобразовательную деятельность человека. </w:t>
            </w:r>
          </w:p>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выделять простейшие элементы различных моделей.</w:t>
            </w:r>
          </w:p>
        </w:tc>
        <w:tc>
          <w:tcPr>
            <w:tcW w:w="2127" w:type="dxa"/>
          </w:tcPr>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 xml:space="preserve">Урок «Учебный предмет "Технология", потребности человека и цели производственной деятельности» (РЭШ) </w:t>
            </w:r>
            <w:hyperlink r:id="rId563" w:history="1">
              <w:r w:rsidRPr="00FE0535">
                <w:rPr>
                  <w:rFonts w:ascii="Times New Roman" w:hAnsi="Times New Roman" w:cs="Times New Roman"/>
                  <w:color w:val="0563C1"/>
                  <w:u w:val="single"/>
                </w:rPr>
                <w:t>https://resh.edu.ru/subject/lesson/675/</w:t>
              </w:r>
            </w:hyperlink>
          </w:p>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 xml:space="preserve">Урок «Преобразующая деятельность человека и мир технологий» (РЭШ) </w:t>
            </w:r>
            <w:hyperlink r:id="rId564" w:history="1">
              <w:r w:rsidRPr="00FE0535">
                <w:rPr>
                  <w:rFonts w:ascii="Times New Roman" w:hAnsi="Times New Roman" w:cs="Times New Roman"/>
                  <w:color w:val="0563C1"/>
                  <w:u w:val="single"/>
                </w:rPr>
                <w:t>https://resh.edu.ru/subject/lesson/663/</w:t>
              </w:r>
            </w:hyperlink>
          </w:p>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Урок «Технология. История развития технологий» (РЭШ)</w:t>
            </w:r>
          </w:p>
          <w:p w:rsidR="00F44E79" w:rsidRPr="00FE0535" w:rsidRDefault="00F44E79" w:rsidP="00FE0535">
            <w:pPr>
              <w:jc w:val="both"/>
              <w:rPr>
                <w:rFonts w:ascii="Times New Roman" w:hAnsi="Times New Roman" w:cs="Times New Roman"/>
              </w:rPr>
            </w:pPr>
            <w:hyperlink r:id="rId565" w:history="1">
              <w:r w:rsidRPr="00FE0535">
                <w:rPr>
                  <w:rFonts w:ascii="Times New Roman" w:hAnsi="Times New Roman" w:cs="Times New Roman"/>
                  <w:color w:val="0563C1"/>
                  <w:u w:val="single"/>
                </w:rPr>
                <w:t>https://resh.edu.ru/subject/lesson/7557/start/289223/</w:t>
              </w:r>
            </w:hyperlink>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Урок «Классификация технологий» (РЭШ) </w:t>
            </w:r>
            <w:hyperlink r:id="rId566" w:history="1">
              <w:r w:rsidRPr="00FE0535">
                <w:rPr>
                  <w:rFonts w:ascii="Times New Roman" w:hAnsi="Times New Roman" w:cs="Times New Roman"/>
                  <w:color w:val="0563C1"/>
                  <w:u w:val="single"/>
                </w:rPr>
                <w:t>https://resh.edu.ru/subject/lesson/7558/start/314300/</w:t>
              </w:r>
            </w:hyperlink>
          </w:p>
        </w:tc>
      </w:tr>
      <w:tr w:rsidR="00F44E79" w:rsidRPr="00292266" w:rsidTr="00FE0535">
        <w:trPr>
          <w:trHeight w:val="1255"/>
        </w:trPr>
        <w:tc>
          <w:tcPr>
            <w:tcW w:w="1134" w:type="dxa"/>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 xml:space="preserve">Алгоритмы и начала технологии </w:t>
            </w:r>
          </w:p>
        </w:tc>
        <w:tc>
          <w:tcPr>
            <w:tcW w:w="1417" w:type="dxa"/>
          </w:tcPr>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3.Алгоритмы и первоначальные представления о технологии.</w:t>
            </w:r>
          </w:p>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4.Свойства алгоритмов</w:t>
            </w:r>
          </w:p>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5-6.Исполнители алгоритмов (человек, робот)</w:t>
            </w:r>
          </w:p>
          <w:p w:rsidR="00F44E79" w:rsidRPr="00FE0535" w:rsidRDefault="00F44E79" w:rsidP="00FE0535">
            <w:pPr>
              <w:ind w:left="19" w:hanging="19"/>
              <w:jc w:val="both"/>
              <w:rPr>
                <w:rFonts w:ascii="Times New Roman" w:hAnsi="Times New Roman" w:cs="Times New Roman"/>
              </w:rPr>
            </w:pPr>
          </w:p>
        </w:tc>
        <w:tc>
          <w:tcPr>
            <w:tcW w:w="709" w:type="dxa"/>
          </w:tcPr>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4</w:t>
            </w:r>
          </w:p>
        </w:tc>
        <w:tc>
          <w:tcPr>
            <w:tcW w:w="1560" w:type="dxa"/>
            <w:gridSpan w:val="3"/>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Алгоритмы и первоначальные представления о технологии. Свойства алгоритмов, основное свойство алгоритма, исполнители алгоритмов (человек, робот).</w:t>
            </w:r>
          </w:p>
        </w:tc>
        <w:tc>
          <w:tcPr>
            <w:tcW w:w="3969" w:type="dxa"/>
            <w:gridSpan w:val="2"/>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выделять алгоритмы среди других предписаний;</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формулировать свойства алгоритмов;</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называть основное свойство алгоритма. </w:t>
            </w:r>
          </w:p>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исполнять алгоритмы;</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оценивать результаты исполнения алгоритма (соответствие или несоответствие поставленной задаче);</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реализовывать простейшие алгоритмы с помощью учебных программ из коллекции ЦОРов.</w:t>
            </w:r>
          </w:p>
        </w:tc>
        <w:tc>
          <w:tcPr>
            <w:tcW w:w="2127" w:type="dxa"/>
          </w:tcPr>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 xml:space="preserve"> Урок «Что такое алгоритм» (Инфоурок) </w:t>
            </w:r>
            <w:hyperlink r:id="rId567" w:history="1">
              <w:r w:rsidRPr="00FE0535">
                <w:rPr>
                  <w:rFonts w:ascii="Times New Roman" w:hAnsi="Times New Roman" w:cs="Times New Roman"/>
                  <w:color w:val="0563C1"/>
                  <w:u w:val="single"/>
                </w:rPr>
                <w:t>https://iu.ru/video-lessons/93ce2494-9c5c-4943-9e46-049813fe97cd</w:t>
              </w:r>
            </w:hyperlink>
          </w:p>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 xml:space="preserve">Урок «Исполнители вокруг нас» (Инфоурок) </w:t>
            </w:r>
            <w:hyperlink r:id="rId568" w:history="1">
              <w:r w:rsidRPr="00FE0535">
                <w:rPr>
                  <w:rFonts w:ascii="Times New Roman" w:hAnsi="Times New Roman" w:cs="Times New Roman"/>
                  <w:color w:val="0563C1"/>
                  <w:u w:val="single"/>
                </w:rPr>
                <w:t>https://iu.ru/video-lessons/17d28bdf-8e11-439c-8cba-b3deb87d734c</w:t>
              </w:r>
            </w:hyperlink>
          </w:p>
          <w:p w:rsidR="00F44E79" w:rsidRPr="00FE0535" w:rsidRDefault="00F44E79" w:rsidP="00FE0535">
            <w:pPr>
              <w:ind w:left="19" w:hanging="19"/>
              <w:jc w:val="both"/>
              <w:rPr>
                <w:rFonts w:ascii="Times New Roman" w:hAnsi="Times New Roman" w:cs="Times New Roman"/>
              </w:rPr>
            </w:pPr>
            <w:r w:rsidRPr="00FE0535">
              <w:rPr>
                <w:rFonts w:ascii="Times New Roman" w:hAnsi="Times New Roman" w:cs="Times New Roman"/>
              </w:rPr>
              <w:t xml:space="preserve">Урок «Практическая работа. Составление алгоритмов» (Интернетурок) </w:t>
            </w:r>
            <w:hyperlink r:id="rId569" w:history="1">
              <w:r w:rsidRPr="00FE0535">
                <w:rPr>
                  <w:rFonts w:ascii="Times New Roman" w:hAnsi="Times New Roman" w:cs="Times New Roman"/>
                  <w:color w:val="0563C1"/>
                  <w:u w:val="single"/>
                </w:rPr>
                <w:t>https://interneturok.ru/lesson/informatika/6-klass/algoritm-i-ispolniteli/prakticheskaya-rabota-2-sostavlenie-algoritmov</w:t>
              </w:r>
            </w:hyperlink>
          </w:p>
        </w:tc>
      </w:tr>
      <w:tr w:rsidR="00F44E79" w:rsidRPr="00292266" w:rsidTr="00FE0535">
        <w:trPr>
          <w:trHeight w:val="276"/>
        </w:trPr>
        <w:tc>
          <w:tcPr>
            <w:tcW w:w="1134" w:type="dxa"/>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Простейшие механические роботы- исполнители</w:t>
            </w:r>
          </w:p>
        </w:tc>
        <w:tc>
          <w:tcPr>
            <w:tcW w:w="141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7-8. Движение робота</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9-10. Робот и окружающий мир</w:t>
            </w:r>
          </w:p>
          <w:p w:rsidR="00F44E79" w:rsidRPr="00FE0535" w:rsidRDefault="00F44E79" w:rsidP="00FE0535">
            <w:pPr>
              <w:ind w:left="17" w:hanging="19"/>
              <w:jc w:val="both"/>
              <w:rPr>
                <w:rFonts w:ascii="Times New Roman" w:hAnsi="Times New Roman" w:cs="Times New Roman"/>
              </w:rPr>
            </w:pPr>
          </w:p>
        </w:tc>
        <w:tc>
          <w:tcPr>
            <w:tcW w:w="709" w:type="dxa"/>
          </w:tcPr>
          <w:p w:rsidR="00F44E79" w:rsidRPr="00FE0535" w:rsidRDefault="00F44E79" w:rsidP="00FE0535">
            <w:pPr>
              <w:autoSpaceDE w:val="0"/>
              <w:autoSpaceDN w:val="0"/>
              <w:spacing w:before="31"/>
              <w:ind w:left="167"/>
              <w:jc w:val="both"/>
              <w:rPr>
                <w:rFonts w:ascii="Times New Roman" w:hAnsi="Times New Roman" w:cs="Times New Roman"/>
              </w:rPr>
            </w:pPr>
            <w:r w:rsidRPr="00FE0535">
              <w:rPr>
                <w:rFonts w:ascii="Times New Roman" w:hAnsi="Times New Roman" w:cs="Times New Roman"/>
              </w:rPr>
              <w:t>4</w:t>
            </w:r>
          </w:p>
        </w:tc>
        <w:tc>
          <w:tcPr>
            <w:tcW w:w="1560" w:type="dxa"/>
            <w:gridSpan w:val="3"/>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Механический робот как исполнитель алгоритма.</w:t>
            </w:r>
          </w:p>
        </w:tc>
        <w:tc>
          <w:tcPr>
            <w:tcW w:w="3969" w:type="dxa"/>
            <w:gridSpan w:val="2"/>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планирование пути достижения целей, выбор наиболее эффективных способов решения поставленной задачи;</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соотнесение своих действий с планируемыми результатами, осуществление контроля своей деятельности в процессе достижения результата.</w:t>
            </w:r>
          </w:p>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программирование движения робота;</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исполнение программы.</w:t>
            </w:r>
          </w:p>
        </w:tc>
        <w:tc>
          <w:tcPr>
            <w:tcW w:w="2127"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Комплект УчебныхМИРов (КуМир) </w:t>
            </w:r>
            <w:hyperlink r:id="rId570" w:history="1">
              <w:r w:rsidRPr="00FE0535">
                <w:rPr>
                  <w:rFonts w:ascii="Times New Roman" w:hAnsi="Times New Roman" w:cs="Times New Roman"/>
                  <w:color w:val="0563C1"/>
                  <w:u w:val="single"/>
                </w:rPr>
                <w:t>https://www.niisi.ru/kumir/index.htm</w:t>
              </w:r>
            </w:hyperlink>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Урок «Приложение Кумир. Исполнитель Робот. Цикл «пока» (Инфоурок) </w:t>
            </w:r>
            <w:hyperlink r:id="rId571" w:history="1">
              <w:r w:rsidRPr="00FE0535">
                <w:rPr>
                  <w:rFonts w:ascii="Times New Roman" w:hAnsi="Times New Roman" w:cs="Times New Roman"/>
                  <w:color w:val="0563C1"/>
                  <w:u w:val="single"/>
                </w:rPr>
                <w:t>https://iu.ru/video-lessons/3077b004-6b9e-4326-842e-cdc44b6a00bf</w:t>
              </w:r>
            </w:hyperlink>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Урок «Функциональное разнообразие роботов» (РЭШ) </w:t>
            </w:r>
            <w:hyperlink r:id="rId572" w:history="1">
              <w:r w:rsidRPr="00FE0535">
                <w:rPr>
                  <w:rFonts w:ascii="Times New Roman" w:hAnsi="Times New Roman" w:cs="Times New Roman"/>
                  <w:color w:val="0563C1"/>
                  <w:u w:val="single"/>
                </w:rPr>
                <w:t>https://resh.edu.ru/subject/lesson/1107/</w:t>
              </w:r>
            </w:hyperlink>
          </w:p>
        </w:tc>
      </w:tr>
      <w:tr w:rsidR="00F44E79" w:rsidRPr="00292266" w:rsidTr="00FE0535">
        <w:trPr>
          <w:trHeight w:val="779"/>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Простейшие машины</w:t>
            </w:r>
          </w:p>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и механизмы</w:t>
            </w:r>
          </w:p>
        </w:tc>
        <w:tc>
          <w:tcPr>
            <w:tcW w:w="141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11-12.Механические передачи</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13-14. Обратная связь</w:t>
            </w:r>
          </w:p>
          <w:p w:rsidR="00F44E79" w:rsidRPr="00FE0535" w:rsidRDefault="00F44E79" w:rsidP="00FE0535">
            <w:pPr>
              <w:ind w:left="17" w:hanging="19"/>
              <w:jc w:val="both"/>
              <w:rPr>
                <w:rFonts w:ascii="Times New Roman" w:hAnsi="Times New Roman" w:cs="Times New Roman"/>
              </w:rPr>
            </w:pPr>
          </w:p>
        </w:tc>
        <w:tc>
          <w:tcPr>
            <w:tcW w:w="709"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w:t>
            </w:r>
          </w:p>
        </w:tc>
        <w:tc>
          <w:tcPr>
            <w:tcW w:w="1560" w:type="dxa"/>
            <w:gridSpan w:val="3"/>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Знакомство с простейшими машинами и механизмами и управление машинами</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и механизмами. Понятие обратной связи, её механическая реализация.</w:t>
            </w:r>
          </w:p>
        </w:tc>
        <w:tc>
          <w:tcPr>
            <w:tcW w:w="3969" w:type="dxa"/>
            <w:gridSpan w:val="2"/>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называть основные виды механических движений;</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описывать способы преобразования движения из одного вида в другой;</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 называть способы передачи движения с заданными усилиями и скоростями. </w:t>
            </w:r>
          </w:p>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изображать графически простейшую схему машины или механизма, в том числе с обратной связью.</w:t>
            </w:r>
          </w:p>
        </w:tc>
        <w:tc>
          <w:tcPr>
            <w:tcW w:w="212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«Машины, их классификация» (РЭШ) </w:t>
            </w:r>
            <w:hyperlink r:id="rId573" w:history="1">
              <w:r w:rsidRPr="00FE0535">
                <w:rPr>
                  <w:rFonts w:ascii="Times New Roman" w:hAnsi="Times New Roman" w:cs="Times New Roman"/>
                  <w:color w:val="0563C1"/>
                  <w:u w:val="single"/>
                </w:rPr>
                <w:t>https://resh.edu.ru/subject/lesson/7560/start/256994/</w:t>
              </w:r>
            </w:hyperlink>
          </w:p>
        </w:tc>
      </w:tr>
      <w:tr w:rsidR="00F44E79" w:rsidRPr="00292266" w:rsidTr="00FE0535">
        <w:trPr>
          <w:trHeight w:val="1831"/>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Механические, электро- технические</w:t>
            </w:r>
          </w:p>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и робототехнические конструкторы</w:t>
            </w:r>
          </w:p>
        </w:tc>
        <w:tc>
          <w:tcPr>
            <w:tcW w:w="141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15-16.Конструкторы</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17-18. Робототехнические конструкторы</w:t>
            </w:r>
          </w:p>
        </w:tc>
        <w:tc>
          <w:tcPr>
            <w:tcW w:w="709"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w:t>
            </w:r>
          </w:p>
        </w:tc>
        <w:tc>
          <w:tcPr>
            <w:tcW w:w="1560" w:type="dxa"/>
            <w:gridSpan w:val="3"/>
          </w:tcPr>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Знакомство с механическими, электротехническими и робототехническим конструкторами</w:t>
            </w:r>
          </w:p>
        </w:tc>
        <w:tc>
          <w:tcPr>
            <w:tcW w:w="3969" w:type="dxa"/>
            <w:gridSpan w:val="2"/>
          </w:tcPr>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xml:space="preserve">- называть основные детали конструктора и знать их назначение. </w:t>
            </w:r>
          </w:p>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конструирование простейших соединений с помощью деталей конструктора.</w:t>
            </w:r>
          </w:p>
        </w:tc>
        <w:tc>
          <w:tcPr>
            <w:tcW w:w="212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color w:val="FF0000"/>
              </w:rPr>
              <w:t>ПО ВЫБОРУ УЧИТЕЛЯ</w:t>
            </w:r>
          </w:p>
        </w:tc>
      </w:tr>
      <w:tr w:rsidR="00F44E79" w:rsidRPr="00292266" w:rsidTr="00FE0535">
        <w:trPr>
          <w:trHeight w:val="1042"/>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Простые механические модели</w:t>
            </w:r>
          </w:p>
        </w:tc>
        <w:tc>
          <w:tcPr>
            <w:tcW w:w="141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19-20.Модели «Мельница» и «Колесо обозрения».</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21-22. Модель «Карусель»</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23-24. Модель «Подъёмник»</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25-26. Модель «Конвейер»</w:t>
            </w:r>
          </w:p>
          <w:p w:rsidR="00F44E79" w:rsidRPr="00FE0535" w:rsidRDefault="00F44E79" w:rsidP="00FE0535">
            <w:pPr>
              <w:ind w:left="17" w:hanging="19"/>
              <w:jc w:val="both"/>
              <w:rPr>
                <w:rFonts w:ascii="Times New Roman" w:hAnsi="Times New Roman" w:cs="Times New Roman"/>
              </w:rPr>
            </w:pPr>
          </w:p>
        </w:tc>
        <w:tc>
          <w:tcPr>
            <w:tcW w:w="709"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8</w:t>
            </w:r>
          </w:p>
        </w:tc>
        <w:tc>
          <w:tcPr>
            <w:tcW w:w="1560" w:type="dxa"/>
            <w:gridSpan w:val="3"/>
          </w:tcPr>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Сборка простых механических конструкций по готовой схеме</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и их модификация. Знакомство</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с механическими передачами.</w:t>
            </w:r>
          </w:p>
        </w:tc>
        <w:tc>
          <w:tcPr>
            <w:tcW w:w="3969" w:type="dxa"/>
            <w:gridSpan w:val="2"/>
          </w:tcPr>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выделять различные виды движения в будущей модели;</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планировать преобразование видов движения;</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планировать движение с заданными параметрами.</w:t>
            </w:r>
          </w:p>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сборка простых механических моделей с использованием цилиндрической передачи, конической передачи, червячной передачи, ременной передачи, кулисы.</w:t>
            </w:r>
          </w:p>
        </w:tc>
        <w:tc>
          <w:tcPr>
            <w:tcW w:w="2127" w:type="dxa"/>
          </w:tcPr>
          <w:p w:rsidR="00F44E79" w:rsidRPr="00FE0535" w:rsidRDefault="00F44E79" w:rsidP="00FE0535">
            <w:pPr>
              <w:ind w:left="17" w:hanging="19"/>
              <w:jc w:val="both"/>
              <w:rPr>
                <w:rFonts w:ascii="Times New Roman" w:hAnsi="Times New Roman" w:cs="Times New Roman"/>
                <w:color w:val="FF0000"/>
              </w:rPr>
            </w:pPr>
            <w:r w:rsidRPr="00FE0535">
              <w:rPr>
                <w:rFonts w:ascii="Times New Roman" w:hAnsi="Times New Roman" w:cs="Times New Roman"/>
                <w:color w:val="FF0000"/>
              </w:rPr>
              <w:t>ПО ВЫБОРУ УЧИТЕЛЯ</w:t>
            </w:r>
          </w:p>
        </w:tc>
      </w:tr>
      <w:tr w:rsidR="00F44E79" w:rsidRPr="00292266" w:rsidTr="00FE0535">
        <w:trPr>
          <w:trHeight w:val="1012"/>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Простые модели</w:t>
            </w:r>
          </w:p>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с элементами управления</w:t>
            </w:r>
          </w:p>
        </w:tc>
        <w:tc>
          <w:tcPr>
            <w:tcW w:w="141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27-28. Модель «Башенный кран».</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29-30. Модель «Ножничный подъёмник»</w:t>
            </w:r>
          </w:p>
        </w:tc>
        <w:tc>
          <w:tcPr>
            <w:tcW w:w="709"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w:t>
            </w:r>
          </w:p>
        </w:tc>
        <w:tc>
          <w:tcPr>
            <w:tcW w:w="1560" w:type="dxa"/>
            <w:gridSpan w:val="3"/>
          </w:tcPr>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Сборка простых механических конструкций по готовой схеме с элементами управления.</w:t>
            </w:r>
          </w:p>
        </w:tc>
        <w:tc>
          <w:tcPr>
            <w:tcW w:w="3969" w:type="dxa"/>
            <w:gridSpan w:val="2"/>
          </w:tcPr>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планировать движение с заданными параметрами с использованием механической реализации управления.</w:t>
            </w:r>
          </w:p>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сборка простых механических моделей с элементами управления;</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осуществление управления собранной моделью, определение системы команд, необходимых для управления.</w:t>
            </w:r>
          </w:p>
        </w:tc>
        <w:tc>
          <w:tcPr>
            <w:tcW w:w="212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color w:val="FF0000"/>
              </w:rPr>
              <w:t>ПО ВЫБОРУ УЧИТЕЛЯ</w:t>
            </w:r>
          </w:p>
        </w:tc>
      </w:tr>
      <w:tr w:rsidR="00F44E79" w:rsidRPr="00292266" w:rsidTr="00FE0535">
        <w:trPr>
          <w:trHeight w:val="1012"/>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Задачи и технологии их решения</w:t>
            </w:r>
          </w:p>
        </w:tc>
        <w:tc>
          <w:tcPr>
            <w:tcW w:w="141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31.Учимся читать</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32. Учимся обозначать</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33-34. Учимся думать</w:t>
            </w:r>
          </w:p>
          <w:p w:rsidR="00F44E79" w:rsidRPr="00FE0535" w:rsidRDefault="00F44E79" w:rsidP="00FE0535">
            <w:pPr>
              <w:ind w:left="17" w:hanging="19"/>
              <w:jc w:val="both"/>
              <w:rPr>
                <w:rFonts w:ascii="Times New Roman" w:hAnsi="Times New Roman" w:cs="Times New Roman"/>
              </w:rPr>
            </w:pPr>
          </w:p>
        </w:tc>
        <w:tc>
          <w:tcPr>
            <w:tcW w:w="709"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w:t>
            </w:r>
          </w:p>
        </w:tc>
        <w:tc>
          <w:tcPr>
            <w:tcW w:w="1560" w:type="dxa"/>
            <w:gridSpan w:val="3"/>
          </w:tcPr>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Учимся читать. Уровни информации. Структура текста. Учимся обозначать. Знаки</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и знаковые системы.</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Учимся думать. Классификация по различным основаниям</w:t>
            </w:r>
          </w:p>
        </w:tc>
        <w:tc>
          <w:tcPr>
            <w:tcW w:w="3969" w:type="dxa"/>
            <w:gridSpan w:val="2"/>
          </w:tcPr>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выделять среди множества знаков те знаки, которые</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являются символами;</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формулировать основные инструменты правильных</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умозаключений.</w:t>
            </w:r>
          </w:p>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выделять в тексте ключевые слова;</w:t>
            </w:r>
          </w:p>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rPr>
              <w:t>- выделять в данном тексте три уровня информации.</w:t>
            </w:r>
          </w:p>
        </w:tc>
        <w:tc>
          <w:tcPr>
            <w:tcW w:w="2127"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Урок «Некоторые способы представления информации» (Интернетурок) </w:t>
            </w:r>
            <w:hyperlink r:id="rId574" w:history="1">
              <w:r w:rsidRPr="00FE0535">
                <w:rPr>
                  <w:rFonts w:ascii="Times New Roman" w:hAnsi="Times New Roman" w:cs="Times New Roman"/>
                  <w:color w:val="0563C1"/>
                  <w:u w:val="single"/>
                </w:rPr>
                <w:t>https://interneturok.ru/lesson/informatika/5-klass/informatsiya-vokrug-nas/nekotorye-sposoby-predstavleniya-informatsii</w:t>
              </w:r>
            </w:hyperlink>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Урок «Как мы познаём окружающий мир» (Инфорок) </w:t>
            </w:r>
            <w:hyperlink r:id="rId575" w:history="1">
              <w:r w:rsidRPr="00FE0535">
                <w:rPr>
                  <w:rFonts w:ascii="Times New Roman" w:hAnsi="Times New Roman" w:cs="Times New Roman"/>
                  <w:color w:val="0563C1"/>
                  <w:u w:val="single"/>
                </w:rPr>
                <w:t>https://iu.ru/video-lessons/83181598-e37d-4dce-a42d-201120fc866d</w:t>
              </w:r>
            </w:hyperlink>
          </w:p>
        </w:tc>
      </w:tr>
      <w:tr w:rsidR="00F44E79" w:rsidRPr="00292266" w:rsidTr="00FE0535">
        <w:trPr>
          <w:trHeight w:val="279"/>
        </w:trPr>
        <w:tc>
          <w:tcPr>
            <w:tcW w:w="10916" w:type="dxa"/>
            <w:gridSpan w:val="9"/>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МОДУЛЬ «ТЕХНОЛОГИЯ ОБРАБОТКИ МАТЕРИАЛОВ И ПИЩЕВЫХ ПРОДУКТОВ» (34 час)</w:t>
            </w:r>
          </w:p>
        </w:tc>
      </w:tr>
      <w:tr w:rsidR="00F44E79" w:rsidRPr="00292266" w:rsidTr="00FE0535">
        <w:trPr>
          <w:trHeight w:val="1012"/>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Структура технологии: от материала к изделию</w:t>
            </w:r>
          </w:p>
        </w:tc>
        <w:tc>
          <w:tcPr>
            <w:tcW w:w="2410" w:type="dxa"/>
            <w:gridSpan w:val="3"/>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35.Структура технологии</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36. Понятие о технологической документации.</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37. Проектирование, моделирование, конструирование –</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составляющие технологии</w:t>
            </w:r>
          </w:p>
        </w:tc>
        <w:tc>
          <w:tcPr>
            <w:tcW w:w="850"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w:t>
            </w:r>
          </w:p>
        </w:tc>
        <w:tc>
          <w:tcPr>
            <w:tcW w:w="2410"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Составляющие технологии: этапы, операции действия. Понятие о технологической документации. </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Основные виды деятельности по созданию технологии: проектирование, моделирование, конструирование.</w:t>
            </w:r>
          </w:p>
        </w:tc>
        <w:tc>
          <w:tcPr>
            <w:tcW w:w="1985" w:type="dxa"/>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называть основные элементы технологической цепочки;</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называть основные виды деятельности в процессе создания технологии;</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 объяснять назначение технологии. </w:t>
            </w:r>
          </w:p>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читать (изображать) графическую структуру технологической цепочки.</w:t>
            </w:r>
          </w:p>
        </w:tc>
        <w:tc>
          <w:tcPr>
            <w:tcW w:w="212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«Цикл жизни технологий и технологические процессы» (РЭШ) </w:t>
            </w:r>
            <w:hyperlink r:id="rId576" w:history="1">
              <w:r w:rsidRPr="00FE0535">
                <w:rPr>
                  <w:rFonts w:ascii="Times New Roman" w:hAnsi="Times New Roman" w:cs="Times New Roman"/>
                  <w:color w:val="0563C1"/>
                  <w:u w:val="single"/>
                </w:rPr>
                <w:t>https://resh.edu.ru/subject/lesson/664/</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«Техническая документация. Виды технической документации» (РЭШ) </w:t>
            </w:r>
            <w:hyperlink r:id="rId577" w:history="1">
              <w:r w:rsidRPr="00FE0535">
                <w:rPr>
                  <w:rFonts w:ascii="Times New Roman" w:hAnsi="Times New Roman" w:cs="Times New Roman"/>
                  <w:color w:val="0563C1"/>
                  <w:u w:val="single"/>
                </w:rPr>
                <w:t>https://resh.edu.ru/subject/lesson/7083/start/257620/</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Урок «Чтение технической документации (РЭШ)</w:t>
            </w:r>
          </w:p>
          <w:p w:rsidR="00F44E79" w:rsidRPr="00FE0535" w:rsidRDefault="00F44E79" w:rsidP="00FE0535">
            <w:pPr>
              <w:ind w:left="17" w:hanging="19"/>
              <w:jc w:val="both"/>
              <w:rPr>
                <w:rFonts w:ascii="Times New Roman" w:hAnsi="Times New Roman" w:cs="Times New Roman"/>
              </w:rPr>
            </w:pPr>
            <w:hyperlink r:id="rId578" w:history="1">
              <w:r w:rsidRPr="00FE0535">
                <w:rPr>
                  <w:rFonts w:ascii="Times New Roman" w:hAnsi="Times New Roman" w:cs="Times New Roman"/>
                  <w:color w:val="0563C1"/>
                  <w:u w:val="single"/>
                </w:rPr>
                <w:t>https://resh.edu.ru/subject/lesson/7084/start/308846/</w:t>
              </w:r>
            </w:hyperlink>
          </w:p>
        </w:tc>
      </w:tr>
      <w:tr w:rsidR="00F44E79" w:rsidRPr="00292266" w:rsidTr="00FE0535">
        <w:trPr>
          <w:trHeight w:val="1012"/>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Материалы и изделия. Пищевые продукты</w:t>
            </w:r>
          </w:p>
        </w:tc>
        <w:tc>
          <w:tcPr>
            <w:tcW w:w="2410" w:type="dxa"/>
            <w:gridSpan w:val="3"/>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38-39.Бумага и её свойства</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40-41.Ткань и её свойства</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42-43. Древесина и её свойства</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44. Древесные материалы и их применение</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45-46. Изделия из древесины</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47. Потребность человечества в древесине.</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Сохранение лесов</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48-49.Металлы и их свойства</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50. Металлические части машин и механизмов</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51. Тонколистовая сталь и проволока</w:t>
            </w:r>
          </w:p>
          <w:p w:rsidR="00F44E79" w:rsidRPr="00FE0535" w:rsidRDefault="00F44E79" w:rsidP="00FE0535">
            <w:pPr>
              <w:ind w:left="17" w:hanging="19"/>
              <w:jc w:val="both"/>
              <w:rPr>
                <w:rFonts w:ascii="Times New Roman" w:hAnsi="Times New Roman" w:cs="Times New Roman"/>
              </w:rPr>
            </w:pPr>
          </w:p>
        </w:tc>
        <w:tc>
          <w:tcPr>
            <w:tcW w:w="850"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14</w:t>
            </w:r>
          </w:p>
        </w:tc>
        <w:tc>
          <w:tcPr>
            <w:tcW w:w="2410" w:type="dxa"/>
            <w:gridSpan w:val="2"/>
          </w:tcPr>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Бумага и её свойства. Ткань и её свойства. Древесина и её свойства. Лиственные и хвойные породы древесины. Основные свойства древесины. Виды древесных материалов. Области применения древесных материалов. Отходы древесины и их рациональное использование. Металлы и их свойства. Чёрные и цветные металлы. Свойства металлов.</w:t>
            </w:r>
          </w:p>
        </w:tc>
        <w:tc>
          <w:tcPr>
            <w:tcW w:w="1985" w:type="dxa"/>
          </w:tcPr>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называть основные свойства бумаги и области её использования;</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называть основные свойства ткани и области её использования;</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называть основные свойства древесины и области её использования;</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называть основные свойства металлов и области их использования;</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называть металлические детали машин и механизмов.</w:t>
            </w:r>
          </w:p>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сравнивать свойства бумаги, ткани, дерева, металла;</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предлагать возможные способы использования древесных отходов.</w:t>
            </w:r>
          </w:p>
        </w:tc>
        <w:tc>
          <w:tcPr>
            <w:tcW w:w="212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«Материалы для производства материальных благ» (РЭШ) </w:t>
            </w:r>
            <w:hyperlink r:id="rId579" w:history="1">
              <w:r w:rsidRPr="00FE0535">
                <w:rPr>
                  <w:rFonts w:ascii="Times New Roman" w:hAnsi="Times New Roman" w:cs="Times New Roman"/>
                  <w:color w:val="0563C1"/>
                  <w:u w:val="single"/>
                </w:rPr>
                <w:t>https://resh.edu.ru/subject/lesson/7561/start/256499/</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«Искусственные и синтетические материалы» (РЭШ) </w:t>
            </w:r>
            <w:hyperlink r:id="rId580" w:history="1">
              <w:r w:rsidRPr="00FE0535">
                <w:rPr>
                  <w:rFonts w:ascii="Times New Roman" w:hAnsi="Times New Roman" w:cs="Times New Roman"/>
                  <w:color w:val="0563C1"/>
                  <w:u w:val="single"/>
                </w:rPr>
                <w:t>https://resh.edu.ru/subject/lesson/7562/start/289192/</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«Конструкционные материалы и их использование» (РЭШ) </w:t>
            </w:r>
            <w:hyperlink r:id="rId581" w:history="1">
              <w:r w:rsidRPr="00FE0535">
                <w:rPr>
                  <w:rFonts w:ascii="Times New Roman" w:hAnsi="Times New Roman" w:cs="Times New Roman"/>
                  <w:color w:val="0563C1"/>
                  <w:u w:val="single"/>
                </w:rPr>
                <w:t>https://resh.edu.ru/subject/lesson/7563/start/314362/</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«Свойства конструкционных материалов» (РЭШ) </w:t>
            </w:r>
            <w:hyperlink r:id="rId582" w:history="1">
              <w:r w:rsidRPr="00FE0535">
                <w:rPr>
                  <w:rFonts w:ascii="Times New Roman" w:hAnsi="Times New Roman" w:cs="Times New Roman"/>
                  <w:color w:val="0563C1"/>
                  <w:u w:val="single"/>
                </w:rPr>
                <w:t>https://resh.edu.ru/subject/lesson/7564/start/256902/</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«Текстильные материалы. Классификация. Технологии производства ткани» (РЭШ) </w:t>
            </w:r>
          </w:p>
          <w:p w:rsidR="00F44E79" w:rsidRPr="00FE0535" w:rsidRDefault="00F44E79" w:rsidP="00FE0535">
            <w:pPr>
              <w:ind w:left="17" w:hanging="19"/>
              <w:jc w:val="both"/>
              <w:rPr>
                <w:rFonts w:ascii="Times New Roman" w:hAnsi="Times New Roman" w:cs="Times New Roman"/>
              </w:rPr>
            </w:pPr>
            <w:hyperlink r:id="rId583" w:history="1">
              <w:r w:rsidRPr="00FE0535">
                <w:rPr>
                  <w:rFonts w:ascii="Times New Roman" w:hAnsi="Times New Roman" w:cs="Times New Roman"/>
                  <w:color w:val="0563C1"/>
                  <w:u w:val="single"/>
                </w:rPr>
                <w:t>https://resh.edu.ru/subject/lesson/7565/start/314393/</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«Текстильные материалы растительного происхождения» (РЭШ) </w:t>
            </w:r>
            <w:hyperlink r:id="rId584" w:history="1">
              <w:r w:rsidRPr="00FE0535">
                <w:rPr>
                  <w:rFonts w:ascii="Times New Roman" w:hAnsi="Times New Roman" w:cs="Times New Roman"/>
                  <w:color w:val="0563C1"/>
                  <w:u w:val="single"/>
                </w:rPr>
                <w:t>https://resh.edu.ru/subject/lesson/7566/start/289285/</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«Текстильные материалы животного происхождения» (РЭШ) </w:t>
            </w:r>
            <w:hyperlink r:id="rId585" w:history="1">
              <w:r w:rsidRPr="00FE0535">
                <w:rPr>
                  <w:rFonts w:ascii="Times New Roman" w:hAnsi="Times New Roman" w:cs="Times New Roman"/>
                  <w:color w:val="0563C1"/>
                  <w:u w:val="single"/>
                </w:rPr>
                <w:t>https://resh.edu.ru/subject/lesson/7567/start/256340/</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«Свойства текстильных материалов» (РЭШ) </w:t>
            </w:r>
            <w:hyperlink r:id="rId586" w:history="1">
              <w:r w:rsidRPr="00FE0535">
                <w:rPr>
                  <w:rFonts w:ascii="Times New Roman" w:hAnsi="Times New Roman" w:cs="Times New Roman"/>
                  <w:color w:val="0563C1"/>
                  <w:u w:val="single"/>
                </w:rPr>
                <w:t>https://resh.edu.ru/subject/lesson/7568/conspect/256122/</w:t>
              </w:r>
            </w:hyperlink>
          </w:p>
        </w:tc>
      </w:tr>
      <w:tr w:rsidR="00F44E79" w:rsidRPr="00292266" w:rsidTr="00FE0535">
        <w:trPr>
          <w:trHeight w:val="1012"/>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Современные материалы</w:t>
            </w:r>
          </w:p>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и их свойства</w:t>
            </w:r>
          </w:p>
        </w:tc>
        <w:tc>
          <w:tcPr>
            <w:tcW w:w="2410" w:type="dxa"/>
            <w:gridSpan w:val="3"/>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52-53. Пластические массы (пластмассы) и их свойства</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54-55. Работа с пластмассами</w:t>
            </w:r>
          </w:p>
        </w:tc>
        <w:tc>
          <w:tcPr>
            <w:tcW w:w="850"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4</w:t>
            </w:r>
          </w:p>
        </w:tc>
        <w:tc>
          <w:tcPr>
            <w:tcW w:w="2410" w:type="dxa"/>
            <w:gridSpan w:val="2"/>
          </w:tcPr>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Пластмассы и их свойства. Различные виды пластмасс. Использование пластмасс в промышленности и быту. Наноструктуры и их использование в различных технологиях. Природные и синтетические наноструктуры. Композиты и нанокомпозиты, их применение. Умные материалы и их применение. Аллотропные соединения углерода.</w:t>
            </w:r>
          </w:p>
        </w:tc>
        <w:tc>
          <w:tcPr>
            <w:tcW w:w="1985" w:type="dxa"/>
          </w:tcPr>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называть основные свойства современных материалов и области их использования;</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xml:space="preserve">- формулировать основные принципы создания композитных материалов. </w:t>
            </w:r>
          </w:p>
          <w:p w:rsidR="00F44E79" w:rsidRPr="00FE0535" w:rsidRDefault="00F44E79" w:rsidP="00FE0535">
            <w:pPr>
              <w:ind w:left="33"/>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ind w:left="33"/>
              <w:jc w:val="both"/>
              <w:rPr>
                <w:rFonts w:ascii="Times New Roman" w:hAnsi="Times New Roman" w:cs="Times New Roman"/>
              </w:rPr>
            </w:pPr>
            <w:r w:rsidRPr="00FE0535">
              <w:rPr>
                <w:rFonts w:ascii="Times New Roman" w:hAnsi="Times New Roman" w:cs="Times New Roman"/>
              </w:rPr>
              <w:t>- сравнивать свойства бумаги, ткани, дерева, металла со свойствами доступных учащимся видов пластмасс.</w:t>
            </w:r>
          </w:p>
        </w:tc>
        <w:tc>
          <w:tcPr>
            <w:tcW w:w="212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Презентация по технологии "Пластмассы" (</w:t>
            </w:r>
            <w:r w:rsidRPr="00FE0535">
              <w:rPr>
                <w:rFonts w:ascii="Times New Roman" w:hAnsi="Times New Roman" w:cs="Times New Roman"/>
                <w:lang w:val="en-US"/>
              </w:rPr>
              <w:t>V</w:t>
            </w:r>
            <w:r w:rsidRPr="00FE0535">
              <w:rPr>
                <w:rFonts w:ascii="Times New Roman" w:hAnsi="Times New Roman" w:cs="Times New Roman"/>
              </w:rPr>
              <w:t xml:space="preserve">ideouroki.net) </w:t>
            </w:r>
            <w:hyperlink r:id="rId587" w:history="1">
              <w:r w:rsidRPr="00FE0535">
                <w:rPr>
                  <w:rFonts w:ascii="Times New Roman" w:hAnsi="Times New Roman" w:cs="Times New Roman"/>
                  <w:color w:val="0563C1"/>
                  <w:u w:val="single"/>
                </w:rPr>
                <w:t>https://videouroki.net/razrabotki/prezentatsiya-po-tekhnologii-plastmassy.html</w:t>
              </w:r>
            </w:hyperlink>
          </w:p>
        </w:tc>
      </w:tr>
      <w:tr w:rsidR="00F44E79" w:rsidRPr="00292266" w:rsidTr="00FE0535">
        <w:trPr>
          <w:trHeight w:val="1012"/>
        </w:trPr>
        <w:tc>
          <w:tcPr>
            <w:tcW w:w="1134" w:type="dxa"/>
          </w:tcPr>
          <w:p w:rsidR="00F44E79" w:rsidRPr="00FE0535" w:rsidRDefault="00F44E79" w:rsidP="00FE0535">
            <w:pPr>
              <w:ind w:left="17" w:hanging="19"/>
              <w:jc w:val="both"/>
              <w:rPr>
                <w:rFonts w:ascii="Times New Roman" w:hAnsi="Times New Roman" w:cs="Times New Roman"/>
                <w:b/>
              </w:rPr>
            </w:pPr>
            <w:r w:rsidRPr="00FE0535">
              <w:rPr>
                <w:rFonts w:ascii="Times New Roman" w:hAnsi="Times New Roman" w:cs="Times New Roman"/>
                <w:b/>
              </w:rPr>
              <w:t>Основные ручные инструменты</w:t>
            </w:r>
          </w:p>
        </w:tc>
        <w:tc>
          <w:tcPr>
            <w:tcW w:w="2410" w:type="dxa"/>
            <w:gridSpan w:val="3"/>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56-57.Инструменты для работы с бумагой</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58-59. Инструменты для работы с тканью</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60-61.Изготовление швейных изделий</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62-63. Инструменты для работы с древесиной</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64-65.Обработка древесины</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66-67. Инструменты для работы с металлом</w:t>
            </w:r>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68.Обработка металлов</w:t>
            </w:r>
          </w:p>
          <w:p w:rsidR="00F44E79" w:rsidRPr="00FE0535" w:rsidRDefault="00F44E79" w:rsidP="00FE0535">
            <w:pPr>
              <w:ind w:left="17" w:hanging="19"/>
              <w:jc w:val="both"/>
              <w:rPr>
                <w:rFonts w:ascii="Times New Roman" w:hAnsi="Times New Roman" w:cs="Times New Roman"/>
              </w:rPr>
            </w:pPr>
          </w:p>
          <w:p w:rsidR="00F44E79" w:rsidRPr="00FE0535" w:rsidRDefault="00F44E79" w:rsidP="00FE0535">
            <w:pPr>
              <w:ind w:left="17" w:hanging="19"/>
              <w:jc w:val="both"/>
              <w:rPr>
                <w:rFonts w:ascii="Times New Roman" w:hAnsi="Times New Roman" w:cs="Times New Roman"/>
              </w:rPr>
            </w:pPr>
          </w:p>
        </w:tc>
        <w:tc>
          <w:tcPr>
            <w:tcW w:w="850"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13</w:t>
            </w:r>
          </w:p>
        </w:tc>
        <w:tc>
          <w:tcPr>
            <w:tcW w:w="2410"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Инструменты для работы с бумагой: ножницы, нож, клей. </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Инструменты для работы с  тканью: ножницы, иглы,  клей. Инструменты для работы с деревом: молоток, отвёртка, пила;</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рубанок, шерхебель, рашпиль, шлифовальная шкурка. </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Столярный верстак. Инструменты для работы с металлами:</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ножницы, бородок, свёрла, молоток, киянка;</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кусачки, плоскогубцы, круглогубцы, зубило, напильник. Слесарный верстак.</w:t>
            </w:r>
          </w:p>
        </w:tc>
        <w:tc>
          <w:tcPr>
            <w:tcW w:w="1985" w:type="dxa"/>
          </w:tcPr>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Аналитическая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называть назначение инструментов для работы с данным материалом;</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 оценивать эффективность использования данного инструмента. </w:t>
            </w:r>
          </w:p>
          <w:p w:rsidR="00F44E79" w:rsidRPr="00FE0535" w:rsidRDefault="00F44E79" w:rsidP="00FE0535">
            <w:pPr>
              <w:jc w:val="both"/>
              <w:rPr>
                <w:rFonts w:ascii="Times New Roman" w:hAnsi="Times New Roman" w:cs="Times New Roman"/>
                <w:b/>
              </w:rPr>
            </w:pPr>
            <w:r w:rsidRPr="00FE0535">
              <w:rPr>
                <w:rFonts w:ascii="Times New Roman" w:hAnsi="Times New Roman" w:cs="Times New Roman"/>
                <w:b/>
              </w:rPr>
              <w:t>Практическая деятельность:</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выбирать инструменты, необходимые для изготовления данного изделия;</w:t>
            </w:r>
          </w:p>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создавать с помощью инструментов простейшие изделия из бумаги, ткани, древесины, железа.</w:t>
            </w:r>
          </w:p>
        </w:tc>
        <w:tc>
          <w:tcPr>
            <w:tcW w:w="2127" w:type="dxa"/>
          </w:tcPr>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«Технологии изготовления швейных изделий» (РЭШ) </w:t>
            </w:r>
            <w:hyperlink r:id="rId588" w:history="1">
              <w:r w:rsidRPr="00FE0535">
                <w:rPr>
                  <w:rFonts w:ascii="Times New Roman" w:hAnsi="Times New Roman" w:cs="Times New Roman"/>
                  <w:color w:val="0563C1"/>
                  <w:u w:val="single"/>
                </w:rPr>
                <w:t>https://resh.edu.ru/subject/lesson/667/</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«Технологии получения и обработки древесины и древесных материалов» (РЭШ) </w:t>
            </w:r>
            <w:hyperlink r:id="rId589" w:history="1">
              <w:r w:rsidRPr="00FE0535">
                <w:rPr>
                  <w:rFonts w:ascii="Times New Roman" w:hAnsi="Times New Roman" w:cs="Times New Roman"/>
                  <w:color w:val="0563C1"/>
                  <w:u w:val="single"/>
                </w:rPr>
                <w:t>https://resh.edu.ru/subject/lesson/676/</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«Металлы и способы их обработки» (РЭШ) </w:t>
            </w:r>
            <w:hyperlink r:id="rId590" w:history="1">
              <w:r w:rsidRPr="00FE0535">
                <w:rPr>
                  <w:rFonts w:ascii="Times New Roman" w:hAnsi="Times New Roman" w:cs="Times New Roman"/>
                  <w:color w:val="0563C1"/>
                  <w:u w:val="single"/>
                </w:rPr>
                <w:t>https://resh.edu.ru/subject/lesson/1106/</w:t>
              </w:r>
            </w:hyperlink>
          </w:p>
          <w:p w:rsidR="00F44E79" w:rsidRPr="00FE0535" w:rsidRDefault="00F44E79" w:rsidP="00FE0535">
            <w:pPr>
              <w:ind w:left="17" w:hanging="19"/>
              <w:jc w:val="both"/>
              <w:rPr>
                <w:rFonts w:ascii="Times New Roman" w:hAnsi="Times New Roman" w:cs="Times New Roman"/>
              </w:rPr>
            </w:pPr>
            <w:r w:rsidRPr="00FE0535">
              <w:rPr>
                <w:rFonts w:ascii="Times New Roman" w:hAnsi="Times New Roman" w:cs="Times New Roman"/>
              </w:rPr>
              <w:t xml:space="preserve">Урок «Технологии получения и обработки металлов» (РЭШ)  </w:t>
            </w:r>
            <w:hyperlink r:id="rId591" w:history="1">
              <w:r w:rsidRPr="00FE0535">
                <w:rPr>
                  <w:rFonts w:ascii="Times New Roman" w:hAnsi="Times New Roman" w:cs="Times New Roman"/>
                  <w:color w:val="0563C1"/>
                  <w:u w:val="single"/>
                </w:rPr>
                <w:t>https://resh.edu.ru/subject/lesson/677/</w:t>
              </w:r>
            </w:hyperlink>
          </w:p>
        </w:tc>
      </w:tr>
    </w:tbl>
    <w:p w:rsidR="00F44E79" w:rsidRPr="00474C6E" w:rsidRDefault="00F44E79" w:rsidP="00474C6E">
      <w:pPr>
        <w:jc w:val="both"/>
        <w:rPr>
          <w:rStyle w:val="30"/>
          <w:rFonts w:ascii="Times New Roman" w:hAnsi="Times New Roman" w:cs="Times New Roman"/>
          <w:b w:val="0"/>
          <w:color w:val="000000"/>
          <w:sz w:val="24"/>
        </w:rPr>
      </w:pPr>
    </w:p>
    <w:p w:rsidR="00F44E79" w:rsidRDefault="00F44E79">
      <w:pPr>
        <w:pStyle w:val="ac"/>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b"/>
          <w:rFonts w:ascii="Tahoma" w:hAnsi="Tahoma" w:cs="Tahoma"/>
          <w:bCs w:val="0"/>
          <w:iCs w:val="0"/>
          <w:sz w:val="15"/>
          <w:szCs w:val="15"/>
        </w:rPr>
        <w:t>ТЕХНОЛОГИЯ. 5—9 классы</w:t>
      </w:r>
      <w:r>
        <w:rPr>
          <w:rStyle w:val="ab"/>
          <w:rFonts w:ascii="Tahoma" w:hAnsi="Tahoma" w:cs="Tahoma"/>
          <w:bCs w:val="0"/>
          <w:iCs w:val="0"/>
          <w:sz w:val="15"/>
          <w:szCs w:val="15"/>
        </w:rPr>
        <w:tab/>
      </w:r>
      <w:r>
        <w:rPr>
          <w:rStyle w:val="ab"/>
          <w:rFonts w:ascii="Tahoma" w:hAnsi="Tahoma" w:cs="Tahoma"/>
          <w:b/>
          <w:iCs w:val="0"/>
          <w:sz w:val="14"/>
          <w:szCs w:val="14"/>
        </w:rPr>
        <w:t>995</w:t>
      </w:r>
    </w:p>
    <w:p w:rsidR="00F44E79" w:rsidRDefault="00F44E79">
      <w:pPr>
        <w:spacing w:line="1" w:lineRule="exact"/>
        <w:rPr>
          <w:color w:val="auto"/>
        </w:rPr>
        <w:sectPr w:rsidR="00F44E79">
          <w:headerReference w:type="even" r:id="rId592"/>
          <w:headerReference w:type="default" r:id="rId593"/>
          <w:footerReference w:type="even" r:id="rId594"/>
          <w:footerReference w:type="default" r:id="rId595"/>
          <w:footnotePr>
            <w:numFmt w:val="upperRoman"/>
          </w:footnotePr>
          <w:pgSz w:w="12019" w:h="7824" w:orient="landscape"/>
          <w:pgMar w:top="715" w:right="725" w:bottom="515" w:left="691" w:header="287" w:footer="87" w:gutter="0"/>
          <w:cols w:space="720"/>
          <w:noEndnote/>
          <w:docGrid w:linePitch="360"/>
        </w:sectPr>
      </w:pPr>
    </w:p>
    <w:p w:rsidR="00F44E79" w:rsidRDefault="00F44E79" w:rsidP="001C7BA4">
      <w:pPr>
        <w:pStyle w:val="33"/>
        <w:keepNext/>
        <w:keepLines/>
        <w:numPr>
          <w:ilvl w:val="2"/>
          <w:numId w:val="251"/>
        </w:numPr>
        <w:pBdr>
          <w:bottom w:val="single" w:sz="4" w:space="0" w:color="auto"/>
        </w:pBdr>
        <w:tabs>
          <w:tab w:val="left" w:pos="754"/>
        </w:tabs>
        <w:spacing w:after="260" w:line="240" w:lineRule="auto"/>
        <w:jc w:val="both"/>
        <w:rPr>
          <w:b w:val="0"/>
          <w:bCs w:val="0"/>
          <w:color w:val="auto"/>
          <w:sz w:val="24"/>
          <w:szCs w:val="24"/>
        </w:rPr>
      </w:pPr>
      <w:bookmarkStart w:id="1005" w:name="bookmark5180"/>
      <w:bookmarkStart w:id="1006" w:name="bookmark5178"/>
      <w:bookmarkStart w:id="1007" w:name="bookmark5179"/>
      <w:bookmarkStart w:id="1008" w:name="bookmark5181"/>
      <w:bookmarkEnd w:id="1005"/>
      <w:r>
        <w:rPr>
          <w:rStyle w:val="32"/>
          <w:rFonts w:cs="Arial"/>
          <w:b/>
          <w:color w:val="000000"/>
          <w:sz w:val="19"/>
          <w:szCs w:val="19"/>
        </w:rPr>
        <w:t>ФИЗИЧЕСКАЯ КУЛЬТУРА</w:t>
      </w:r>
      <w:bookmarkEnd w:id="1006"/>
      <w:bookmarkEnd w:id="1007"/>
      <w:bookmarkEnd w:id="1008"/>
    </w:p>
    <w:p w:rsidR="00F44E79" w:rsidRDefault="00F44E79">
      <w:pPr>
        <w:pStyle w:val="BodyText"/>
        <w:spacing w:after="260"/>
        <w:jc w:val="both"/>
        <w:rPr>
          <w:rStyle w:val="BodyTextChar1"/>
          <w:rFonts w:cs="Georgia"/>
          <w:color w:val="000000"/>
        </w:rPr>
      </w:pPr>
      <w:r>
        <w:rPr>
          <w:rStyle w:val="BodyTextChar1"/>
          <w:rFonts w:cs="Georgia"/>
          <w:color w:val="000000"/>
        </w:rPr>
        <w:t>Примерная рабочая программа по физической культуре на уровне основного общего образования составлена на основе Тре</w:t>
      </w:r>
      <w:r>
        <w:rPr>
          <w:rStyle w:val="BodyTextChar1"/>
          <w:rFonts w:cs="Georgia"/>
          <w:color w:val="000000"/>
        </w:rPr>
        <w:softHyphen/>
        <w:t>бований к результатам освоения основной образовательной про</w:t>
      </w:r>
      <w:r>
        <w:rPr>
          <w:rStyle w:val="BodyTextChar1"/>
          <w:rFonts w:cs="Georgia"/>
          <w:color w:val="000000"/>
        </w:rPr>
        <w:softHyphen/>
        <w:t>граммы основного общего образования, представленных в Феде</w:t>
      </w:r>
      <w:r>
        <w:rPr>
          <w:rStyle w:val="BodyTextChar1"/>
          <w:rFonts w:cs="Georgia"/>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BodyTextChar1"/>
          <w:rFonts w:cs="Georgia"/>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BodyTextChar1"/>
          <w:rFonts w:cs="Georgia"/>
          <w:color w:val="000000"/>
        </w:rPr>
        <w:softHyphen/>
        <w:t>грамме воспитания (одобрено решением ФУМО от 02.06.2020 г.).</w:t>
      </w:r>
    </w:p>
    <w:p w:rsidR="00F44E79" w:rsidRPr="00F806DA" w:rsidRDefault="00F44E79" w:rsidP="00B725B2">
      <w:pPr>
        <w:pBdr>
          <w:bottom w:val="single" w:sz="6" w:space="5" w:color="000000"/>
        </w:pBdr>
        <w:shd w:val="clear" w:color="auto" w:fill="FFFFFF"/>
        <w:spacing w:before="100" w:beforeAutospacing="1" w:after="240" w:line="240" w:lineRule="atLeast"/>
        <w:jc w:val="both"/>
        <w:outlineLvl w:val="0"/>
        <w:rPr>
          <w:rFonts w:ascii="Times New Roman" w:hAnsi="Times New Roman" w:cs="Times New Roman"/>
          <w:b/>
          <w:bCs/>
          <w:caps/>
          <w:kern w:val="36"/>
        </w:rPr>
      </w:pPr>
      <w:r w:rsidRPr="00F806DA">
        <w:rPr>
          <w:rFonts w:ascii="Times New Roman" w:hAnsi="Times New Roman" w:cs="Times New Roman"/>
          <w:b/>
          <w:bCs/>
          <w:caps/>
          <w:kern w:val="36"/>
        </w:rPr>
        <w:t>СОДЕРЖАНИЕ УЧЕБНОГО ПРЕДМЕТА</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5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Знания о физической культуре</w:t>
      </w:r>
      <w:r w:rsidRPr="00F806DA">
        <w:rPr>
          <w:rFonts w:ascii="Times New Roman" w:hAnsi="Times New Roman" w:cs="Times New Roman"/>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iCs/>
        </w:rPr>
        <w:t>Способы физкультурной деятельности</w:t>
      </w:r>
      <w:r w:rsidRPr="00F806DA">
        <w:rPr>
          <w:rFonts w:ascii="Times New Roman" w:hAnsi="Times New Roman" w:cs="Times New Roman"/>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Составление дневника физической культуры.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Физическое совершенствование</w:t>
      </w:r>
      <w:r w:rsidRPr="00F806DA">
        <w:rPr>
          <w:rFonts w:ascii="Times New Roman" w:hAnsi="Times New Roman" w:cs="Times New Roman"/>
        </w:rPr>
        <w:t>.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Физкультурно-оздоровительная деятельность</w:t>
      </w:r>
      <w:r w:rsidRPr="00F806DA">
        <w:rPr>
          <w:rFonts w:ascii="Times New Roman" w:hAnsi="Times New Roman" w:cs="Times New Roman"/>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«Гимнастика»</w:t>
      </w:r>
      <w:r w:rsidRPr="00F806DA">
        <w:rPr>
          <w:rFonts w:ascii="Times New Roman" w:hAnsi="Times New Roman" w:cs="Times New Roman"/>
        </w:rPr>
        <w:t>.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w:t>
      </w:r>
      <w:r w:rsidRPr="00F806DA">
        <w:rPr>
          <w:rFonts w:ascii="Times New Roman" w:hAnsi="Times New Roman" w:cs="Times New Roman"/>
        </w:rPr>
        <w:softHyphen/>
        <w:t>имённым способом вверх. Расхождение на гимнастической скамейке правым и левым боком способом «удерживая за плечи».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«Лёгкая атлетика»</w:t>
      </w:r>
      <w:r w:rsidRPr="00F806DA">
        <w:rPr>
          <w:rFonts w:ascii="Times New Roman" w:hAnsi="Times New Roman" w:cs="Times New Roman"/>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«Зимние виды спорта»</w:t>
      </w:r>
      <w:r w:rsidRPr="00F806DA">
        <w:rPr>
          <w:rFonts w:ascii="Times New Roman" w:hAnsi="Times New Roman" w:cs="Times New Roman"/>
        </w:rPr>
        <w:t xml:space="preserve">.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rPr>
        <w:t>Лыжная подготовка.*</w:t>
      </w:r>
      <w:r w:rsidRPr="00F806DA">
        <w:rPr>
          <w:rFonts w:ascii="Times New Roman" w:hAnsi="Times New Roman" w:cs="Times New Roman"/>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w:t>
      </w:r>
      <w:r w:rsidRPr="00F806DA">
        <w:rPr>
          <w:rFonts w:ascii="Times New Roman" w:hAnsi="Times New Roman" w:cs="Times New Roman"/>
        </w:rPr>
        <w:t>.</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Баскетбол</w:t>
      </w:r>
      <w:r w:rsidRPr="00F806DA">
        <w:rPr>
          <w:rFonts w:ascii="Times New Roman" w:hAnsi="Times New Roman" w:cs="Times New Roman"/>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Волейбол.</w:t>
      </w:r>
      <w:r w:rsidRPr="00F806DA">
        <w:rPr>
          <w:rFonts w:ascii="Times New Roman" w:hAnsi="Times New Roman" w:cs="Times New Roman"/>
        </w:rPr>
        <w:t>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Футбол.</w:t>
      </w:r>
      <w:r w:rsidRPr="00F806DA">
        <w:rPr>
          <w:rFonts w:ascii="Times New Roman" w:hAnsi="Times New Roman" w:cs="Times New Roman"/>
        </w:rPr>
        <w:t>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iCs/>
        </w:rPr>
        <w:t>Модуль «Спорт»</w:t>
      </w:r>
      <w:r w:rsidRPr="00F806DA">
        <w:rPr>
          <w:rFonts w:ascii="Times New Roman" w:hAnsi="Times New Roman" w:cs="Times New Roman"/>
          <w:b/>
        </w:rPr>
        <w:t>.</w:t>
      </w:r>
      <w:r w:rsidRPr="00F806DA">
        <w:rPr>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6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Знания о физической культуре</w:t>
      </w:r>
      <w:r w:rsidRPr="00F806DA">
        <w:rPr>
          <w:rFonts w:ascii="Times New Roman" w:hAnsi="Times New Roman" w:cs="Times New Roman"/>
        </w:rPr>
        <w:t>.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Способы физкультурной деятельности</w:t>
      </w:r>
      <w:r w:rsidRPr="00F806DA">
        <w:rPr>
          <w:rFonts w:ascii="Times New Roman" w:hAnsi="Times New Roman" w:cs="Times New Roman"/>
        </w:rPr>
        <w:t>.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Правила и способы составления плана самостоятельных занятий физической подготовкой.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Физическое совершенствование</w:t>
      </w:r>
      <w:r w:rsidRPr="00F806DA">
        <w:rPr>
          <w:rFonts w:ascii="Times New Roman" w:hAnsi="Times New Roman" w:cs="Times New Roman"/>
        </w:rPr>
        <w:t>. </w:t>
      </w:r>
      <w:r w:rsidRPr="00F806DA">
        <w:rPr>
          <w:rFonts w:ascii="Times New Roman" w:hAnsi="Times New Roman" w:cs="Times New Roman"/>
          <w:b/>
          <w:bCs/>
          <w:i/>
          <w:iCs/>
        </w:rPr>
        <w:t>Физкультурно-оздоровительная деятельность</w:t>
      </w:r>
      <w:r w:rsidRPr="00F806DA">
        <w:rPr>
          <w:rFonts w:ascii="Times New Roman" w:hAnsi="Times New Roman" w:cs="Times New Roman"/>
        </w:rPr>
        <w:t>.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Спортивно-оздоровительная деятельность</w:t>
      </w:r>
      <w:r w:rsidRPr="00F806DA">
        <w:rPr>
          <w:rFonts w:ascii="Times New Roman" w:hAnsi="Times New Roman" w:cs="Times New Roman"/>
        </w:rPr>
        <w:t>.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«Гимнастика»</w:t>
      </w:r>
      <w:r w:rsidRPr="00F806DA">
        <w:rPr>
          <w:rFonts w:ascii="Times New Roman" w:hAnsi="Times New Roman" w:cs="Times New Roman"/>
        </w:rPr>
        <w:t>.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Лазанье по канату в три приёма (мальчики).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«Лёгкая атлетика».</w:t>
      </w:r>
      <w:r w:rsidRPr="00F806DA">
        <w:rPr>
          <w:rFonts w:ascii="Times New Roman" w:hAnsi="Times New Roman" w:cs="Times New Roman"/>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Метание малого (теннисного) мяча в подвижную (раскачивающуюся) мишень.</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«Зимние виды спорта»</w:t>
      </w:r>
      <w:r w:rsidRPr="00F806DA">
        <w:rPr>
          <w:rFonts w:ascii="Times New Roman" w:hAnsi="Times New Roman" w:cs="Times New Roman"/>
        </w:rPr>
        <w:t>.</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rPr>
        <w:t>Лыжная подготовка*.</w:t>
      </w:r>
      <w:r w:rsidRPr="00F806DA">
        <w:rPr>
          <w:rFonts w:ascii="Times New Roman" w:hAnsi="Times New Roman" w:cs="Times New Roman"/>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«Спортивные игры»</w:t>
      </w:r>
      <w:r w:rsidRPr="00F806DA">
        <w:rPr>
          <w:rFonts w:ascii="Times New Roman" w:hAnsi="Times New Roman" w:cs="Times New Roman"/>
        </w:rPr>
        <w:t>.</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Баскетбол</w:t>
      </w:r>
      <w:r w:rsidRPr="00F806DA">
        <w:rPr>
          <w:rFonts w:ascii="Times New Roman" w:hAnsi="Times New Roman" w:cs="Times New Roman"/>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Правила игры и игровая деятельность по правилам с использованием разученных технических приёмов.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Волейбол</w:t>
      </w:r>
      <w:r w:rsidRPr="00F806DA">
        <w:rPr>
          <w:rFonts w:ascii="Times New Roman" w:hAnsi="Times New Roman" w:cs="Times New Roman"/>
        </w:rPr>
        <w:t>.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Футбол*</w:t>
      </w:r>
      <w:r w:rsidRPr="00F806DA">
        <w:rPr>
          <w:rFonts w:ascii="Times New Roman" w:hAnsi="Times New Roman" w:cs="Times New Roman"/>
        </w:rPr>
        <w:t>.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Тэг-регби**</w:t>
      </w:r>
      <w:r w:rsidRPr="00F806DA">
        <w:rPr>
          <w:rFonts w:ascii="Times New Roman" w:hAnsi="Times New Roman"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использование технических приёмов; низкая и высокая передача двумя руками, техника приема. Терминология игры.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iCs/>
        </w:rPr>
        <w:t>Модуль «Спорт»</w:t>
      </w:r>
      <w:r w:rsidRPr="00F806DA">
        <w:rPr>
          <w:rFonts w:ascii="Times New Roman" w:hAnsi="Times New Roman" w:cs="Times New Roman"/>
          <w:b/>
        </w:rPr>
        <w:t>.</w:t>
      </w:r>
      <w:r w:rsidRPr="00F806DA">
        <w:rPr>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7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Знания о физической культуре</w:t>
      </w:r>
      <w:r w:rsidRPr="00F806DA">
        <w:rPr>
          <w:rFonts w:ascii="Times New Roman" w:hAnsi="Times New Roman" w:cs="Times New Roman"/>
        </w:rPr>
        <w:t>.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Способы физкультурной деятельности</w:t>
      </w:r>
      <w:r w:rsidRPr="00F806DA">
        <w:rPr>
          <w:rFonts w:ascii="Times New Roman" w:hAnsi="Times New Roman" w:cs="Times New Roman"/>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Физическое совершенствование.</w:t>
      </w:r>
      <w:r w:rsidRPr="00F806DA">
        <w:rPr>
          <w:rFonts w:ascii="Times New Roman" w:hAnsi="Times New Roman" w:cs="Times New Roman"/>
        </w:rPr>
        <w:t> </w:t>
      </w:r>
      <w:r w:rsidRPr="00F806DA">
        <w:rPr>
          <w:rFonts w:ascii="Times New Roman" w:hAnsi="Times New Roman" w:cs="Times New Roman"/>
          <w:b/>
          <w:bCs/>
          <w:i/>
          <w:iCs/>
        </w:rPr>
        <w:t>Физкультурно-оздоровительная деятельность.</w:t>
      </w:r>
      <w:r w:rsidRPr="00F806DA">
        <w:rPr>
          <w:rFonts w:ascii="Times New Roman" w:hAnsi="Times New Roman" w:cs="Times New Roman"/>
        </w:rPr>
        <w:t>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Спортивно-оздоровительная деятельность</w:t>
      </w:r>
      <w:r w:rsidRPr="00F806DA">
        <w:rPr>
          <w:rFonts w:ascii="Times New Roman" w:hAnsi="Times New Roman" w:cs="Times New Roman"/>
        </w:rPr>
        <w:t>. </w:t>
      </w:r>
      <w:r w:rsidRPr="00F806DA">
        <w:rPr>
          <w:rFonts w:ascii="Times New Roman" w:hAnsi="Times New Roman" w:cs="Times New Roman"/>
          <w:i/>
          <w:iCs/>
        </w:rPr>
        <w:t>Модуль «Гимнастика»</w:t>
      </w:r>
      <w:r w:rsidRPr="00F806DA">
        <w:rPr>
          <w:rFonts w:ascii="Times New Roman" w:hAnsi="Times New Roman" w:cs="Times New Roman"/>
        </w:rPr>
        <w:t>. Акробатические комбинации из ранее разучен</w:t>
      </w:r>
      <w:r w:rsidRPr="00F806DA">
        <w:rPr>
          <w:rFonts w:ascii="Times New Roman" w:hAnsi="Times New Roman" w:cs="Times New Roman"/>
        </w:rPr>
        <w:softHyphen/>
        <w:t>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Метание малого (теннисного) мяча по движущейся (катящейся) с разной скоростью мишени.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«Зимние виды спорта».</w:t>
      </w:r>
      <w:r w:rsidRPr="00F806DA">
        <w:rPr>
          <w:rFonts w:ascii="Times New Roman" w:hAnsi="Times New Roman" w:cs="Times New Roman"/>
        </w:rPr>
        <w:t>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«Спортивные игры»</w:t>
      </w:r>
      <w:r w:rsidRPr="00F806DA">
        <w:rPr>
          <w:rFonts w:ascii="Times New Roman" w:hAnsi="Times New Roman" w:cs="Times New Roman"/>
        </w:rPr>
        <w:t>.</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Баскетбол.</w:t>
      </w:r>
      <w:r w:rsidRPr="00F806DA">
        <w:rPr>
          <w:rFonts w:ascii="Times New Roman" w:hAnsi="Times New Roman" w:cs="Times New Roman"/>
        </w:rPr>
        <w:t>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Волейбол</w:t>
      </w:r>
      <w:r w:rsidRPr="00F806DA">
        <w:rPr>
          <w:rFonts w:ascii="Times New Roman" w:hAnsi="Times New Roman" w:cs="Times New Roman"/>
        </w:rPr>
        <w:t>.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Футбол</w:t>
      </w:r>
      <w:r w:rsidRPr="00F806DA">
        <w:rPr>
          <w:rFonts w:ascii="Times New Roman" w:hAnsi="Times New Roman" w:cs="Times New Roman"/>
        </w:rPr>
        <w:t>.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iCs/>
        </w:rPr>
        <w:t>Модуль «Спорт»</w:t>
      </w:r>
      <w:r w:rsidRPr="00F806DA">
        <w:rPr>
          <w:rFonts w:ascii="Times New Roman" w:hAnsi="Times New Roman" w:cs="Times New Roman"/>
          <w:b/>
        </w:rPr>
        <w:t>.</w:t>
      </w:r>
      <w:r w:rsidRPr="00F806DA">
        <w:rPr>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8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Знания о физической культуре</w:t>
      </w:r>
      <w:r w:rsidRPr="00F806DA">
        <w:rPr>
          <w:rFonts w:ascii="Times New Roman" w:hAnsi="Times New Roman" w:cs="Times New Roman"/>
        </w:rPr>
        <w:t>.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Способы физкультурной деятельности.</w:t>
      </w:r>
      <w:r w:rsidRPr="00F806DA">
        <w:rPr>
          <w:rFonts w:ascii="Times New Roman" w:hAnsi="Times New Roman" w:cs="Times New Roman"/>
        </w:rPr>
        <w:t>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Физическое совершенствование.</w:t>
      </w:r>
      <w:r w:rsidRPr="00F806DA">
        <w:rPr>
          <w:rFonts w:ascii="Times New Roman" w:hAnsi="Times New Roman" w:cs="Times New Roman"/>
        </w:rPr>
        <w:t> </w:t>
      </w:r>
      <w:r w:rsidRPr="00F806DA">
        <w:rPr>
          <w:rFonts w:ascii="Times New Roman" w:hAnsi="Times New Roman" w:cs="Times New Roman"/>
          <w:b/>
          <w:bCs/>
          <w:i/>
          <w:iCs/>
        </w:rPr>
        <w:t>Физкультурно-оздоровительная деятельность.</w:t>
      </w:r>
      <w:r w:rsidRPr="00F806DA">
        <w:rPr>
          <w:rFonts w:ascii="Times New Roman" w:hAnsi="Times New Roman" w:cs="Times New Roman"/>
        </w:rPr>
        <w:t>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Спортивно-оздоровительная деятельность.</w:t>
      </w:r>
      <w:r w:rsidRPr="00F806DA">
        <w:rPr>
          <w:rFonts w:ascii="Times New Roman" w:hAnsi="Times New Roman" w:cs="Times New Roman"/>
        </w:rPr>
        <w:t>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«Лёгкая атлетика»</w:t>
      </w:r>
      <w:r w:rsidRPr="00F806DA">
        <w:rPr>
          <w:rFonts w:ascii="Times New Roman" w:hAnsi="Times New Roman" w:cs="Times New Roman"/>
        </w:rPr>
        <w:t>. Кроссовый бег; прыжок в длину с разбега способом «прогнувшись».</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«Зимние виды спорта»</w:t>
      </w:r>
      <w:r w:rsidRPr="00F806DA">
        <w:rPr>
          <w:rFonts w:ascii="Times New Roman" w:hAnsi="Times New Roman" w:cs="Times New Roman"/>
        </w:rPr>
        <w:t>.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r w:rsidRPr="00F806DA">
        <w:rPr>
          <w:rFonts w:ascii="Times New Roman" w:hAnsi="Times New Roman" w:cs="Times New Roman"/>
          <w:i/>
        </w:rPr>
        <w:t xml:space="preserve">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«Спортивные игры»</w:t>
      </w:r>
      <w:r w:rsidRPr="00F806DA">
        <w:rPr>
          <w:rFonts w:ascii="Times New Roman" w:hAnsi="Times New Roman" w:cs="Times New Roman"/>
        </w:rPr>
        <w:t>.</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Баскетбол</w:t>
      </w:r>
      <w:r w:rsidRPr="00F806DA">
        <w:rPr>
          <w:rFonts w:ascii="Times New Roman" w:hAnsi="Times New Roman" w:cs="Times New Roman"/>
        </w:rPr>
        <w:t>.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Волейбол</w:t>
      </w:r>
      <w:r w:rsidRPr="00F806DA">
        <w:rPr>
          <w:rFonts w:ascii="Times New Roman" w:hAnsi="Times New Roman" w:cs="Times New Roman"/>
        </w:rPr>
        <w:t>.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Футбол</w:t>
      </w:r>
      <w:r w:rsidRPr="00F806DA">
        <w:rPr>
          <w:rFonts w:ascii="Times New Roman" w:hAnsi="Times New Roman" w:cs="Times New Roman"/>
        </w:rPr>
        <w:t>.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iCs/>
        </w:rPr>
        <w:t>Модуль «Спорт».</w:t>
      </w:r>
      <w:r w:rsidRPr="00F806DA">
        <w:rPr>
          <w:rFonts w:ascii="Times New Roman" w:hAnsi="Times New Roman" w:cs="Times New Roman"/>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9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Знания о физической культуре</w:t>
      </w:r>
      <w:r w:rsidRPr="00F806DA">
        <w:rPr>
          <w:rFonts w:ascii="Times New Roman" w:hAnsi="Times New Roman" w:cs="Times New Roman"/>
        </w:rPr>
        <w:t>.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Способы физкультурной деятельности</w:t>
      </w:r>
      <w:r w:rsidRPr="00F806DA">
        <w:rPr>
          <w:rFonts w:ascii="Times New Roman" w:hAnsi="Times New Roman" w:cs="Times New Roman"/>
        </w:rPr>
        <w:t>.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Физическое совершенствование.</w:t>
      </w:r>
      <w:r w:rsidRPr="00F806DA">
        <w:rPr>
          <w:rFonts w:ascii="Times New Roman" w:hAnsi="Times New Roman" w:cs="Times New Roman"/>
        </w:rPr>
        <w:t> </w:t>
      </w:r>
      <w:r w:rsidRPr="00F806DA">
        <w:rPr>
          <w:rFonts w:ascii="Times New Roman" w:hAnsi="Times New Roman" w:cs="Times New Roman"/>
          <w:b/>
          <w:bCs/>
          <w:i/>
          <w:iCs/>
        </w:rPr>
        <w:t>Физкультурно-оздоровительная деятельность. </w:t>
      </w:r>
      <w:r w:rsidRPr="00F806DA">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Спортивно-оздоровительная деятельность.</w:t>
      </w:r>
      <w:r w:rsidRPr="00F806DA">
        <w:rPr>
          <w:rFonts w:ascii="Times New Roman" w:hAnsi="Times New Roman" w:cs="Times New Roman"/>
        </w:rPr>
        <w:t>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«Гимнастика».</w:t>
      </w:r>
      <w:r w:rsidRPr="00F806DA">
        <w:rPr>
          <w:rFonts w:ascii="Times New Roman" w:hAnsi="Times New Roman" w:cs="Times New Roman"/>
        </w:rPr>
        <w:t>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«Лёгкая атлетика»</w:t>
      </w:r>
      <w:r w:rsidRPr="00F806DA">
        <w:rPr>
          <w:rFonts w:ascii="Times New Roman" w:hAnsi="Times New Roman" w:cs="Times New Roman"/>
        </w:rPr>
        <w:t>.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«Зимние виды спорта»</w:t>
      </w:r>
      <w:r w:rsidRPr="00F806DA">
        <w:rPr>
          <w:rFonts w:ascii="Times New Roman" w:hAnsi="Times New Roman" w:cs="Times New Roman"/>
        </w:rPr>
        <w:t>.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i/>
          <w:iCs/>
        </w:rPr>
        <w:t>Модуль «Спортивные игры»</w:t>
      </w:r>
      <w:r w:rsidRPr="00F806DA">
        <w:rPr>
          <w:rFonts w:ascii="Times New Roman" w:hAnsi="Times New Roman" w:cs="Times New Roman"/>
        </w:rPr>
        <w:t>.</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Баскетбол</w:t>
      </w:r>
      <w:r w:rsidRPr="00F806DA">
        <w:rPr>
          <w:rFonts w:ascii="Times New Roman" w:hAnsi="Times New Roman" w:cs="Times New Roman"/>
        </w:rPr>
        <w:t>. Техническая подготовка в игровых действиях: ведение, передачи, приёмы и броски мяча на месте, в прыжке, после ведения.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Волейбол</w:t>
      </w:r>
      <w:r w:rsidRPr="00F806DA">
        <w:rPr>
          <w:rFonts w:ascii="Times New Roman" w:hAnsi="Times New Roman" w:cs="Times New Roman"/>
        </w:rPr>
        <w:t>.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u w:val="single"/>
        </w:rPr>
        <w:t>Футбол</w:t>
      </w:r>
      <w:r w:rsidRPr="00F806DA">
        <w:rPr>
          <w:rFonts w:ascii="Times New Roman" w:hAnsi="Times New Roman" w:cs="Times New Roman"/>
        </w:rPr>
        <w:t>. Техническая подготовка в игровых действиях: ведение, приёмы и передачи, остановки и удары по мячу с места и в движении.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Cs/>
        </w:rPr>
        <w:t>Модуль «Спорт»</w:t>
      </w:r>
      <w:r w:rsidRPr="00F806DA">
        <w:rPr>
          <w:rFonts w:ascii="Times New Roman" w:hAnsi="Times New Roman" w:cs="Times New Roman"/>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44E79" w:rsidRPr="00F806DA" w:rsidRDefault="00F44E79" w:rsidP="00B725B2">
      <w:pPr>
        <w:pBdr>
          <w:bottom w:val="single" w:sz="6" w:space="5" w:color="000000"/>
        </w:pBdr>
        <w:shd w:val="clear" w:color="auto" w:fill="FFFFFF"/>
        <w:spacing w:before="100" w:beforeAutospacing="1" w:after="240" w:line="240" w:lineRule="atLeast"/>
        <w:jc w:val="both"/>
        <w:outlineLvl w:val="0"/>
        <w:rPr>
          <w:rFonts w:ascii="Times New Roman" w:hAnsi="Times New Roman" w:cs="Times New Roman"/>
          <w:b/>
          <w:bCs/>
          <w:caps/>
          <w:kern w:val="36"/>
        </w:rPr>
      </w:pPr>
      <w:r w:rsidRPr="00F806DA">
        <w:rPr>
          <w:rFonts w:ascii="Times New Roman" w:hAnsi="Times New Roman" w:cs="Times New Roman"/>
          <w:b/>
          <w:bCs/>
          <w:caps/>
          <w:kern w:val="36"/>
        </w:rPr>
        <w:t>ПЛАНИРУЕМЫЕ ОБРАЗОВАТЕЛЬНЫЕ РЕЗУЛЬТАТЫ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ЛИЧНОСТНЫЕ РЕЗУЛЬТАТЫ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w:t>
      </w:r>
      <w:r w:rsidRPr="00F806DA">
        <w:rPr>
          <w:rFonts w:ascii="Times New Roman" w:hAnsi="Times New Roman" w:cs="Times New Roman"/>
        </w:rPr>
        <w:softHyphen/>
        <w:t>ких нагрузок;</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МЕТАПРЕДМЕТНЫЕ РЕЗУЛЬТАТЫ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Универсальные познавательные действия: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Универсальные коммуникативные действия: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i/>
          <w:iCs/>
        </w:rPr>
        <w:t>Универсальные учебные регулятивные действия: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44E79" w:rsidRPr="00B725B2" w:rsidRDefault="00F44E79" w:rsidP="00B725B2">
      <w:pPr>
        <w:shd w:val="clear" w:color="auto" w:fill="FFFFFF"/>
        <w:ind w:firstLine="227"/>
        <w:jc w:val="both"/>
        <w:rPr>
          <w:rFonts w:ascii="Times New Roman" w:hAnsi="Times New Roman" w:cs="Times New Roman"/>
          <w:b/>
          <w:bCs/>
        </w:rPr>
      </w:pPr>
    </w:p>
    <w:p w:rsidR="00F44E79" w:rsidRPr="00B725B2" w:rsidRDefault="00F44E79" w:rsidP="00B725B2">
      <w:pPr>
        <w:shd w:val="clear" w:color="auto" w:fill="FFFFFF"/>
        <w:ind w:firstLine="227"/>
        <w:jc w:val="both"/>
        <w:rPr>
          <w:rFonts w:ascii="Times New Roman" w:hAnsi="Times New Roman" w:cs="Times New Roman"/>
          <w:b/>
          <w:bCs/>
        </w:rPr>
      </w:pPr>
    </w:p>
    <w:p w:rsidR="00F44E79" w:rsidRPr="00B725B2" w:rsidRDefault="00F44E79" w:rsidP="00B725B2">
      <w:pPr>
        <w:shd w:val="clear" w:color="auto" w:fill="FFFFFF"/>
        <w:ind w:firstLine="227"/>
        <w:jc w:val="both"/>
        <w:rPr>
          <w:rFonts w:ascii="Times New Roman" w:hAnsi="Times New Roman" w:cs="Times New Roman"/>
          <w:b/>
          <w:bCs/>
        </w:rPr>
      </w:pP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b/>
          <w:bCs/>
        </w:rPr>
        <w:t>ПРЕДМЕТНЫЕ РЕЗУЛЬТАТЫ</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5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 концу обучения</w:t>
      </w:r>
      <w:r w:rsidRPr="00F806DA">
        <w:rPr>
          <w:rFonts w:ascii="Times New Roman" w:hAnsi="Times New Roman" w:cs="Times New Roman"/>
          <w:b/>
          <w:bCs/>
        </w:rPr>
        <w:t> в 5 классе </w:t>
      </w:r>
      <w:r w:rsidRPr="00F806DA">
        <w:rPr>
          <w:rFonts w:ascii="Times New Roman" w:hAnsi="Times New Roman" w:cs="Times New Roman"/>
        </w:rPr>
        <w:t>обучающийся научится: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опорный прыжок с разбега способом «ноги врозь» (мальчики) и способом «напрыгивания с последующим спрыгиванием»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передвигаться по гимнастической стенке приставным шагом, лазать разноимённым способом вверх и по диагонали;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бег с равномерной скоростью с высокого старта по учебной дистанции;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демонстрировать технику прыжка в длину с разбега способом «согнув ноги»;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**передвигаться на коньках, удерживая равновесие.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демонстрировать технические действия в спортивных играх:</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баскетбол (ведение мяча с равномерной скоростью в разных направлениях; приём и передача мяча двумя руками от груди с места и в движении);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волейбол (приём и передача мяча двумя руками снизу и сверху с места и в движении, прямая нижняя подача);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6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 концу обучения </w:t>
      </w:r>
      <w:r w:rsidRPr="00F806DA">
        <w:rPr>
          <w:rFonts w:ascii="Times New Roman" w:hAnsi="Times New Roman" w:cs="Times New Roman"/>
          <w:b/>
          <w:bCs/>
        </w:rPr>
        <w:t>в 6 классе</w:t>
      </w:r>
      <w:r w:rsidRPr="00F806DA">
        <w:rPr>
          <w:rFonts w:ascii="Times New Roman" w:hAnsi="Times New Roman" w:cs="Times New Roman"/>
        </w:rPr>
        <w:t> обучающийся научится: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катание на коньках, удерживая равновесие, выполнять остановки, менять скорость и направление катания, выполнять повороты и простые вращения на месте, выявлять основные ошибки в технике катания, понимать отличия в технике фигурного и хоккейного катания;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правила и демонстрировать технические действия в спортивных играх:</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волейбол (приём и передача мяча двумя руками снизу и сверху в разные зоны площадки соперника; использование разучен</w:t>
      </w:r>
      <w:r w:rsidRPr="00F806DA">
        <w:rPr>
          <w:rFonts w:ascii="Times New Roman" w:hAnsi="Times New Roman" w:cs="Times New Roman"/>
        </w:rPr>
        <w:softHyphen/>
        <w:t>ных технических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**тэг-регби (выполнять низкие и высокие броски, ловить мяч после бросков на месте и в движении, знать правила игры и уметь им следовать во время игры, применять технические и тактические навыки в игре);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7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 концу обучения </w:t>
      </w:r>
      <w:r w:rsidRPr="00F806DA">
        <w:rPr>
          <w:rFonts w:ascii="Times New Roman" w:hAnsi="Times New Roman" w:cs="Times New Roman"/>
          <w:b/>
          <w:bCs/>
        </w:rPr>
        <w:t>в 7 классе</w:t>
      </w:r>
      <w:r w:rsidRPr="00F806DA">
        <w:rPr>
          <w:rFonts w:ascii="Times New Roman" w:hAnsi="Times New Roman" w:cs="Times New Roman"/>
        </w:rPr>
        <w:t> обучающийся научится: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лазанье по канату в два приёма (юноши) и простейшие акробатические пирамиды в парах и тройках (девушки);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стойку на голове с опорой на руки и включать её в акробатическую комбинацию из ранее освоенных упражнений (юноши);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катание на коньках с изменением скорости, направления, технически правильно выполнять передвижение по дуге, по повороту, осуществлять торможение на коньках, простое вращение, передвижение спиной по прямой;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демонстрировать и использовать технические действия спортивных игр:</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**тэг-регби использовать различные технические и тактические действия в игре по правилам.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44E79" w:rsidRPr="00F806DA" w:rsidRDefault="00F44E79" w:rsidP="00B725B2">
      <w:pPr>
        <w:shd w:val="clear" w:color="auto" w:fill="FFFFFF"/>
        <w:ind w:firstLine="227"/>
        <w:jc w:val="both"/>
        <w:rPr>
          <w:rFonts w:ascii="Times New Roman" w:hAnsi="Times New Roman" w:cs="Times New Roman"/>
        </w:rPr>
      </w:pP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8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 концу обучения </w:t>
      </w:r>
      <w:r w:rsidRPr="00F806DA">
        <w:rPr>
          <w:rFonts w:ascii="Times New Roman" w:hAnsi="Times New Roman" w:cs="Times New Roman"/>
          <w:b/>
          <w:bCs/>
        </w:rPr>
        <w:t>в 8 классе</w:t>
      </w:r>
      <w:r w:rsidRPr="00F806DA">
        <w:rPr>
          <w:rFonts w:ascii="Times New Roman" w:hAnsi="Times New Roman" w:cs="Times New Roman"/>
        </w:rPr>
        <w:t> обучающийся научится: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проводить занятия оздоровительной гимнастикой по коррекции индивидуальной формы осанки и избыточной массы тела;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***соблюдать правила безопасности в бассейне при выполнении плавательных упражнений;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прыжки в воду со стартовой тумбы;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***выполнять технические элементы плавания кролем на груди в согласовании с дыханием;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демонстрировать и использовать технические действия спортивных игр:</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**тэг-регби использовать технические и тактические приемы в игре по правилам</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44E79" w:rsidRPr="00F806DA" w:rsidRDefault="00F44E79" w:rsidP="00B725B2">
      <w:pPr>
        <w:shd w:val="clear" w:color="auto" w:fill="FFFFFF"/>
        <w:spacing w:before="240" w:after="120" w:line="240" w:lineRule="atLeast"/>
        <w:jc w:val="both"/>
        <w:outlineLvl w:val="1"/>
        <w:rPr>
          <w:rFonts w:ascii="Times New Roman" w:hAnsi="Times New Roman" w:cs="Times New Roman"/>
          <w:b/>
          <w:bCs/>
          <w:caps/>
        </w:rPr>
      </w:pPr>
      <w:r w:rsidRPr="00F806DA">
        <w:rPr>
          <w:rFonts w:ascii="Times New Roman" w:hAnsi="Times New Roman" w:cs="Times New Roman"/>
          <w:b/>
          <w:bCs/>
          <w:caps/>
        </w:rPr>
        <w:t>9 КЛАСС</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К концу обучения </w:t>
      </w:r>
      <w:r w:rsidRPr="00F806DA">
        <w:rPr>
          <w:rFonts w:ascii="Times New Roman" w:hAnsi="Times New Roman" w:cs="Times New Roman"/>
          <w:b/>
          <w:bCs/>
        </w:rPr>
        <w:t>в 9 классе</w:t>
      </w:r>
      <w:r w:rsidRPr="00F806DA">
        <w:rPr>
          <w:rFonts w:ascii="Times New Roman" w:hAnsi="Times New Roman" w:cs="Times New Roman"/>
        </w:rPr>
        <w:t> обучающийся научится:</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выполнять композицию упражнений черлидинга с построением пирамид, элементами степ-аэробики и акробатики (девушки);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44E79" w:rsidRPr="00F806DA" w:rsidRDefault="00F44E79" w:rsidP="00B725B2">
      <w:pPr>
        <w:shd w:val="clear" w:color="auto" w:fill="FFFFFF"/>
        <w:ind w:firstLine="227"/>
        <w:jc w:val="both"/>
        <w:rPr>
          <w:rFonts w:ascii="Times New Roman" w:hAnsi="Times New Roman" w:cs="Times New Roman"/>
        </w:rPr>
      </w:pPr>
      <w:r w:rsidRPr="00F806DA">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44E79" w:rsidRPr="00F806DA" w:rsidRDefault="00F44E79" w:rsidP="00B725B2">
      <w:pPr>
        <w:pBdr>
          <w:bottom w:val="single" w:sz="6" w:space="5" w:color="000000"/>
        </w:pBdr>
        <w:shd w:val="clear" w:color="auto" w:fill="FFFFFF"/>
        <w:spacing w:before="100" w:beforeAutospacing="1" w:after="240" w:line="240" w:lineRule="atLeast"/>
        <w:jc w:val="both"/>
        <w:outlineLvl w:val="0"/>
        <w:rPr>
          <w:rFonts w:ascii="Times New Roman" w:hAnsi="Times New Roman" w:cs="Times New Roman"/>
          <w:b/>
          <w:bCs/>
          <w:caps/>
          <w:kern w:val="36"/>
        </w:rPr>
      </w:pPr>
    </w:p>
    <w:p w:rsidR="00F44E79" w:rsidRPr="00F806DA" w:rsidRDefault="00F44E79" w:rsidP="00B725B2">
      <w:pPr>
        <w:tabs>
          <w:tab w:val="left" w:pos="4146"/>
        </w:tabs>
        <w:jc w:val="both"/>
        <w:rPr>
          <w:rFonts w:ascii="Times New Roman" w:hAnsi="Times New Roman" w:cs="Times New Roman"/>
          <w:b/>
          <w:i/>
        </w:rPr>
      </w:pPr>
      <w:r w:rsidRPr="00F806DA">
        <w:rPr>
          <w:rFonts w:ascii="Times New Roman" w:hAnsi="Times New Roman" w:cs="Times New Roman"/>
          <w:b/>
          <w:i/>
        </w:rPr>
        <w:t>Сносками * и **, стоящими в последовательно расположенных абзацах, отмечены взаимозаменяемые разделы, в зависимости от наполняемости класса, материально-технической базы, погодных условий; Сноской *** отмечены разделы, предусмотренные только во внеурочной деятельности по физкультуре.</w:t>
      </w:r>
    </w:p>
    <w:p w:rsidR="00F44E79" w:rsidRPr="00F806DA" w:rsidRDefault="00F44E79" w:rsidP="00B725B2">
      <w:pPr>
        <w:tabs>
          <w:tab w:val="left" w:pos="4146"/>
        </w:tabs>
        <w:jc w:val="both"/>
        <w:rPr>
          <w:rFonts w:ascii="Times New Roman" w:hAnsi="Times New Roman" w:cs="Times New Roman"/>
          <w:b/>
        </w:rPr>
      </w:pPr>
    </w:p>
    <w:p w:rsidR="00F44E79" w:rsidRPr="00B725B2" w:rsidRDefault="00F44E79" w:rsidP="00B725B2">
      <w:pPr>
        <w:pBdr>
          <w:bottom w:val="single" w:sz="6" w:space="5" w:color="000000"/>
        </w:pBdr>
        <w:shd w:val="clear" w:color="auto" w:fill="FFFFFF"/>
        <w:spacing w:before="100" w:beforeAutospacing="1" w:after="240" w:line="240" w:lineRule="atLeast"/>
        <w:jc w:val="both"/>
        <w:outlineLvl w:val="0"/>
        <w:rPr>
          <w:rFonts w:ascii="Times New Roman" w:hAnsi="Times New Roman" w:cs="Times New Roman"/>
          <w:b/>
          <w:bCs/>
          <w:caps/>
          <w:kern w:val="36"/>
        </w:rPr>
        <w:sectPr w:rsidR="00F44E79" w:rsidRPr="00B725B2">
          <w:pgSz w:w="11906" w:h="16838"/>
          <w:pgMar w:top="1134" w:right="850" w:bottom="1134" w:left="1701" w:header="708" w:footer="708" w:gutter="0"/>
          <w:cols w:space="708"/>
          <w:docGrid w:linePitch="360"/>
        </w:sectPr>
      </w:pPr>
    </w:p>
    <w:p w:rsidR="00F44E79" w:rsidRPr="00F806DA" w:rsidRDefault="00F44E79" w:rsidP="00B725B2">
      <w:pPr>
        <w:pBdr>
          <w:bottom w:val="single" w:sz="6" w:space="5" w:color="000000"/>
        </w:pBdr>
        <w:shd w:val="clear" w:color="auto" w:fill="FFFFFF"/>
        <w:spacing w:before="100" w:beforeAutospacing="1" w:after="240" w:line="240" w:lineRule="atLeast"/>
        <w:jc w:val="both"/>
        <w:outlineLvl w:val="0"/>
        <w:rPr>
          <w:rFonts w:ascii="Times New Roman" w:hAnsi="Times New Roman" w:cs="Times New Roman"/>
          <w:b/>
          <w:bCs/>
          <w:caps/>
          <w:kern w:val="36"/>
        </w:rPr>
      </w:pPr>
      <w:r w:rsidRPr="00F806DA">
        <w:rPr>
          <w:rFonts w:ascii="Times New Roman" w:hAnsi="Times New Roman" w:cs="Times New Roman"/>
          <w:b/>
          <w:bCs/>
          <w:caps/>
          <w:kern w:val="36"/>
        </w:rPr>
        <w:t>ТЕМАТИЧЕСКОЕ ПЛАНИРОВАНИЕ </w:t>
      </w:r>
    </w:p>
    <w:p w:rsidR="00F44E79" w:rsidRPr="00F806DA" w:rsidRDefault="00F44E79" w:rsidP="00B725B2">
      <w:pPr>
        <w:pStyle w:val="Heading3"/>
        <w:keepNext w:val="0"/>
        <w:keepLines w:val="0"/>
        <w:widowControl w:val="0"/>
        <w:tabs>
          <w:tab w:val="left" w:pos="308"/>
        </w:tabs>
        <w:autoSpaceDE w:val="0"/>
        <w:autoSpaceDN w:val="0"/>
        <w:spacing w:before="131" w:line="240" w:lineRule="auto"/>
        <w:jc w:val="both"/>
        <w:rPr>
          <w:rFonts w:ascii="Times New Roman" w:hAnsi="Times New Roman"/>
        </w:rPr>
      </w:pPr>
      <w:r w:rsidRPr="00F806DA">
        <w:rPr>
          <w:rFonts w:ascii="Times New Roman" w:hAnsi="Times New Roman"/>
          <w:caps/>
          <w:lang w:eastAsia="ru-RU"/>
        </w:rPr>
        <w:t> </w:t>
      </w:r>
      <w:r w:rsidRPr="00F806DA">
        <w:rPr>
          <w:rFonts w:ascii="Times New Roman" w:hAnsi="Times New Roman"/>
          <w:caps/>
          <w:color w:val="auto"/>
          <w:lang w:eastAsia="ru-RU"/>
        </w:rPr>
        <w:t>5 КЛАСС</w:t>
      </w:r>
      <w:r w:rsidRPr="00F806DA">
        <w:rPr>
          <w:rFonts w:ascii="Times New Roman" w:hAnsi="Times New Roman"/>
          <w:color w:val="231F20"/>
          <w:w w:val="105"/>
        </w:rPr>
        <w:t xml:space="preserve"> </w:t>
      </w:r>
      <w:r w:rsidRPr="00F806DA">
        <w:rPr>
          <w:rFonts w:ascii="Times New Roman" w:hAnsi="Times New Roman"/>
          <w:color w:val="231F20"/>
          <w:spacing w:val="2"/>
          <w:w w:val="105"/>
        </w:rPr>
        <w:t xml:space="preserve"> </w:t>
      </w:r>
      <w:r w:rsidRPr="00F806DA">
        <w:rPr>
          <w:rFonts w:ascii="Times New Roman" w:hAnsi="Times New Roman"/>
          <w:color w:val="231F20"/>
          <w:w w:val="105"/>
        </w:rPr>
        <w:t>(68</w:t>
      </w:r>
      <w:r w:rsidRPr="00F806DA">
        <w:rPr>
          <w:rFonts w:ascii="Times New Roman" w:hAnsi="Times New Roman"/>
          <w:color w:val="231F20"/>
          <w:spacing w:val="3"/>
          <w:w w:val="105"/>
        </w:rPr>
        <w:t xml:space="preserve"> </w:t>
      </w:r>
      <w:r w:rsidRPr="00F806DA">
        <w:rPr>
          <w:rFonts w:ascii="Times New Roman" w:hAnsi="Times New Roman"/>
          <w:color w:val="231F20"/>
          <w:w w:val="105"/>
        </w:rPr>
        <w:t>ч)</w:t>
      </w: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2"/>
        <w:gridCol w:w="7654"/>
        <w:gridCol w:w="284"/>
        <w:gridCol w:w="1417"/>
        <w:gridCol w:w="3686"/>
      </w:tblGrid>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
                <w:bCs/>
              </w:rPr>
              <w:t>№</w:t>
            </w:r>
            <w:r w:rsidRPr="00FE0535">
              <w:rPr>
                <w:rFonts w:ascii="Times New Roman" w:hAnsi="Times New Roman" w:cs="Times New Roman"/>
                <w:b/>
                <w:bCs/>
              </w:rPr>
              <w:br/>
              <w:t>п/п</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
                <w:bCs/>
              </w:rPr>
              <w:t>Наименование разделов и тем программы</w:t>
            </w:r>
          </w:p>
        </w:tc>
        <w:tc>
          <w:tcPr>
            <w:tcW w:w="1417" w:type="dxa"/>
          </w:tcPr>
          <w:p w:rsidR="00F44E79" w:rsidRPr="00FE0535" w:rsidRDefault="00F44E79" w:rsidP="00FE0535">
            <w:pPr>
              <w:pStyle w:val="Heading3"/>
              <w:tabs>
                <w:tab w:val="left" w:pos="308"/>
              </w:tabs>
              <w:spacing w:before="131"/>
              <w:jc w:val="both"/>
              <w:rPr>
                <w:rFonts w:ascii="Times New Roman" w:hAnsi="Times New Roman"/>
                <w:color w:val="auto"/>
              </w:rPr>
            </w:pPr>
            <w:r w:rsidRPr="00FE0535">
              <w:rPr>
                <w:rFonts w:ascii="Times New Roman" w:hAnsi="Times New Roman"/>
                <w:color w:val="auto"/>
              </w:rPr>
              <w:t>Кол-во часов</w:t>
            </w:r>
          </w:p>
        </w:tc>
        <w:tc>
          <w:tcPr>
            <w:tcW w:w="3686" w:type="dxa"/>
          </w:tcPr>
          <w:p w:rsidR="00F44E79" w:rsidRPr="00FE0535" w:rsidRDefault="00F44E79" w:rsidP="00FE0535">
            <w:pPr>
              <w:pStyle w:val="Heading3"/>
              <w:tabs>
                <w:tab w:val="left" w:pos="308"/>
              </w:tabs>
              <w:spacing w:before="131"/>
              <w:jc w:val="both"/>
              <w:rPr>
                <w:rFonts w:ascii="Times New Roman" w:hAnsi="Times New Roman"/>
                <w:color w:val="auto"/>
              </w:rPr>
            </w:pPr>
            <w:r w:rsidRPr="00FE0535">
              <w:rPr>
                <w:rFonts w:ascii="Times New Roman" w:hAnsi="Times New Roman"/>
                <w:color w:val="auto"/>
              </w:rPr>
              <w:t>Электронный образовательный ресурс</w:t>
            </w:r>
          </w:p>
        </w:tc>
      </w:tr>
      <w:tr w:rsidR="00F44E79" w:rsidRPr="00F806DA" w:rsidTr="00FE0535">
        <w:tc>
          <w:tcPr>
            <w:tcW w:w="14373" w:type="dxa"/>
            <w:gridSpan w:val="5"/>
          </w:tcPr>
          <w:p w:rsidR="00F44E79" w:rsidRPr="00FE0535" w:rsidRDefault="00F44E79" w:rsidP="00FE0535">
            <w:pPr>
              <w:pStyle w:val="Heading3"/>
              <w:tabs>
                <w:tab w:val="left" w:pos="308"/>
              </w:tabs>
              <w:spacing w:before="131"/>
              <w:jc w:val="both"/>
              <w:rPr>
                <w:rFonts w:ascii="Times New Roman" w:hAnsi="Times New Roman"/>
                <w:color w:val="auto"/>
                <w:lang w:val="ru-RU"/>
              </w:rPr>
            </w:pPr>
            <w:r w:rsidRPr="00FE0535">
              <w:rPr>
                <w:rFonts w:ascii="Times New Roman" w:hAnsi="Times New Roman"/>
                <w:color w:val="auto"/>
                <w:lang w:val="ru-RU"/>
              </w:rPr>
              <w:t>Раздел 1 «Знания о физической культуре»</w:t>
            </w: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1.1.</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Знакомство с программным материалом и требованиями к его освоению</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rPr>
              <w:t>1</w:t>
            </w:r>
          </w:p>
        </w:tc>
        <w:tc>
          <w:tcPr>
            <w:tcW w:w="3686" w:type="dxa"/>
          </w:tcPr>
          <w:p w:rsidR="00F44E79" w:rsidRPr="00FE0535" w:rsidRDefault="00F44E79" w:rsidP="00FE0535">
            <w:pPr>
              <w:jc w:val="both"/>
              <w:rPr>
                <w:rFonts w:ascii="Times New Roman" w:hAnsi="Times New Roman" w:cs="Times New Roman"/>
              </w:rPr>
            </w:pPr>
            <w:hyperlink r:id="rId596" w:history="1">
              <w:r w:rsidRPr="00FE0535">
                <w:rPr>
                  <w:rStyle w:val="Hyperlink"/>
                  <w:rFonts w:ascii="Times New Roman" w:hAnsi="Times New Roman"/>
                </w:rPr>
                <w:t>https://resh.edu.ru/</w:t>
              </w:r>
            </w:hyperlink>
            <w:r w:rsidRPr="00FE0535">
              <w:rPr>
                <w:rFonts w:ascii="Times New Roman" w:hAnsi="Times New Roman" w:cs="Times New Roman"/>
              </w:rPr>
              <w:t xml:space="preserve"> </w:t>
            </w: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1.2</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Знакомство с системой дополнительного обучения физической культуре и организацией спортивной работы в школе</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597" w:history="1">
              <w:r w:rsidRPr="00FE0535">
                <w:rPr>
                  <w:rStyle w:val="Hyperlink"/>
                  <w:rFonts w:ascii="Times New Roman" w:hAnsi="Times New Roman"/>
                </w:rPr>
                <w:t>https://resh.edu.ru/</w:t>
              </w:r>
            </w:hyperlink>
            <w:r w:rsidRPr="00FE0535">
              <w:rPr>
                <w:rFonts w:ascii="Times New Roman" w:hAnsi="Times New Roman" w:cs="Times New Roman"/>
              </w:rPr>
              <w:t xml:space="preserve"> </w:t>
            </w: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1.3</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Знакомство с понятием «здоровый образ жизни» и значением здорового образа жизни в жизнедеятельности современного человека</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598" w:history="1">
              <w:r w:rsidRPr="00FE0535">
                <w:rPr>
                  <w:rStyle w:val="Hyperlink"/>
                  <w:rFonts w:ascii="Times New Roman" w:hAnsi="Times New Roman"/>
                </w:rPr>
                <w:t>https://resh.edu.ru/</w:t>
              </w:r>
            </w:hyperlink>
            <w:r w:rsidRPr="00FE0535">
              <w:rPr>
                <w:rFonts w:ascii="Times New Roman" w:hAnsi="Times New Roman" w:cs="Times New Roman"/>
              </w:rPr>
              <w:t xml:space="preserve"> </w:t>
            </w: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1.4</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Знакомство с историей древних Олимпийских игр</w:t>
            </w:r>
          </w:p>
        </w:tc>
        <w:tc>
          <w:tcPr>
            <w:tcW w:w="1417" w:type="dxa"/>
          </w:tcPr>
          <w:p w:rsidR="00F44E79" w:rsidRPr="00FE0535" w:rsidRDefault="00F44E79" w:rsidP="00FE0535">
            <w:pPr>
              <w:pStyle w:val="Heading3"/>
              <w:tabs>
                <w:tab w:val="left" w:pos="308"/>
              </w:tabs>
              <w:spacing w:before="131"/>
              <w:jc w:val="both"/>
              <w:rPr>
                <w:rFonts w:ascii="Times New Roman" w:hAnsi="Times New Roman"/>
                <w:lang w:val="ru-RU"/>
              </w:rPr>
            </w:pPr>
            <w:r w:rsidRPr="00FE0535">
              <w:rPr>
                <w:rFonts w:ascii="Times New Roman" w:hAnsi="Times New Roman"/>
                <w:lang w:val="ru-RU"/>
              </w:rPr>
              <w:t>1</w:t>
            </w:r>
          </w:p>
        </w:tc>
        <w:tc>
          <w:tcPr>
            <w:tcW w:w="3686" w:type="dxa"/>
          </w:tcPr>
          <w:p w:rsidR="00F44E79" w:rsidRPr="00FE0535" w:rsidRDefault="00F44E79" w:rsidP="00FE0535">
            <w:pPr>
              <w:jc w:val="both"/>
              <w:rPr>
                <w:rFonts w:ascii="Times New Roman" w:hAnsi="Times New Roman" w:cs="Times New Roman"/>
              </w:rPr>
            </w:pPr>
            <w:hyperlink r:id="rId599" w:history="1">
              <w:r w:rsidRPr="00FE0535">
                <w:rPr>
                  <w:rStyle w:val="Hyperlink"/>
                  <w:rFonts w:ascii="Times New Roman" w:hAnsi="Times New Roman"/>
                </w:rPr>
                <w:t>https://resh.edu.ru/</w:t>
              </w:r>
            </w:hyperlink>
            <w:r w:rsidRPr="00FE0535">
              <w:rPr>
                <w:rFonts w:ascii="Times New Roman" w:hAnsi="Times New Roman" w:cs="Times New Roman"/>
              </w:rPr>
              <w:t xml:space="preserve"> </w:t>
            </w:r>
          </w:p>
        </w:tc>
      </w:tr>
      <w:tr w:rsidR="00F44E79" w:rsidRPr="00F806DA" w:rsidTr="00FE0535">
        <w:tc>
          <w:tcPr>
            <w:tcW w:w="9270" w:type="dxa"/>
            <w:gridSpan w:val="3"/>
          </w:tcPr>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lang w:eastAsia="ru-RU"/>
              </w:rPr>
              <w:t>Итого по разделу</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color w:val="auto"/>
                <w:lang w:val="ru-RU"/>
              </w:rPr>
              <w:t>3</w:t>
            </w:r>
          </w:p>
        </w:tc>
        <w:tc>
          <w:tcPr>
            <w:tcW w:w="3686" w:type="dxa"/>
          </w:tcPr>
          <w:p w:rsidR="00F44E79" w:rsidRPr="00FE0535" w:rsidRDefault="00F44E79" w:rsidP="00FE0535">
            <w:pPr>
              <w:pStyle w:val="Heading3"/>
              <w:tabs>
                <w:tab w:val="left" w:pos="308"/>
              </w:tabs>
              <w:spacing w:before="131"/>
              <w:jc w:val="both"/>
              <w:rPr>
                <w:rFonts w:ascii="Times New Roman" w:hAnsi="Times New Roman"/>
                <w:color w:val="auto"/>
              </w:rPr>
            </w:pPr>
          </w:p>
        </w:tc>
      </w:tr>
      <w:tr w:rsidR="00F44E79" w:rsidRPr="00F806DA" w:rsidTr="00FE0535">
        <w:tc>
          <w:tcPr>
            <w:tcW w:w="14373" w:type="dxa"/>
            <w:gridSpan w:val="5"/>
          </w:tcPr>
          <w:p w:rsidR="00F44E79" w:rsidRPr="00FE0535" w:rsidRDefault="00F44E79" w:rsidP="00FE0535">
            <w:pPr>
              <w:pStyle w:val="Heading3"/>
              <w:tabs>
                <w:tab w:val="left" w:pos="308"/>
              </w:tabs>
              <w:spacing w:before="131"/>
              <w:jc w:val="both"/>
              <w:rPr>
                <w:rFonts w:ascii="Times New Roman" w:hAnsi="Times New Roman"/>
                <w:color w:val="auto"/>
              </w:rPr>
            </w:pPr>
            <w:r w:rsidRPr="00FE0535">
              <w:rPr>
                <w:rFonts w:ascii="Times New Roman" w:hAnsi="Times New Roman"/>
                <w:color w:val="auto"/>
              </w:rPr>
              <w:t>Раздел 2 «Способы физкультурной деятельности»</w:t>
            </w: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2.1.</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Режим дня и его значение для современного школьника</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rPr>
              <w:t>1</w:t>
            </w:r>
          </w:p>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u w:val="single"/>
              </w:rPr>
            </w:pPr>
            <w:hyperlink r:id="rId600" w:history="1">
              <w:r w:rsidRPr="00FE0535">
                <w:rPr>
                  <w:rStyle w:val="Hyperlink"/>
                  <w:rFonts w:ascii="Times New Roman" w:hAnsi="Times New Roman"/>
                  <w:color w:val="auto"/>
                </w:rPr>
                <w:t>https://www.fizkult-ura.ru/</w:t>
              </w:r>
            </w:hyperlink>
          </w:p>
          <w:p w:rsidR="00F44E79" w:rsidRPr="00FE0535" w:rsidRDefault="00F44E79" w:rsidP="00FE0535">
            <w:pPr>
              <w:jc w:val="both"/>
              <w:rPr>
                <w:rFonts w:ascii="Times New Roman" w:hAnsi="Times New Roman" w:cs="Times New Roman"/>
              </w:rPr>
            </w:pPr>
            <w:hyperlink r:id="rId601" w:history="1">
              <w:r w:rsidRPr="00FE0535">
                <w:rPr>
                  <w:rStyle w:val="Hyperlink"/>
                  <w:rFonts w:ascii="Times New Roman" w:hAnsi="Times New Roman"/>
                  <w:color w:val="auto"/>
                </w:rPr>
                <w:t>https://resh.edu.ru/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2.2</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Самостоятельное составление индивидуального режима дня</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02" w:history="1">
              <w:r w:rsidRPr="00FE0535">
                <w:rPr>
                  <w:rStyle w:val="Hyperlink"/>
                  <w:rFonts w:ascii="Times New Roman" w:hAnsi="Times New Roman"/>
                  <w:color w:val="auto"/>
                </w:rPr>
                <w:t>https://www.fizkult-ura.ru/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2.3</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Физическое развитие человека и факторы, влияющие на его показатели</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rPr>
              <w:t>1</w:t>
            </w:r>
          </w:p>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03" w:history="1">
              <w:r w:rsidRPr="00FE0535">
                <w:rPr>
                  <w:rStyle w:val="Hyperlink"/>
                  <w:rFonts w:ascii="Times New Roman" w:hAnsi="Times New Roman"/>
                  <w:color w:val="auto"/>
                </w:rPr>
                <w:t>https://www.fizkult-ura.ru/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2.4</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Осанка как показатель физического развития и здоровья школьника</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04" w:history="1">
              <w:r w:rsidRPr="00FE0535">
                <w:rPr>
                  <w:rStyle w:val="Hyperlink"/>
                  <w:rFonts w:ascii="Times New Roman" w:hAnsi="Times New Roman"/>
                  <w:color w:val="auto"/>
                </w:rPr>
                <w:t>https://www.fizkult-ura.ru/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2.5</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Измерение индивидуальных показателей физического развития</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05" w:history="1">
              <w:r w:rsidRPr="00FE0535">
                <w:rPr>
                  <w:rStyle w:val="Hyperlink"/>
                  <w:rFonts w:ascii="Times New Roman" w:hAnsi="Times New Roman"/>
                  <w:color w:val="auto"/>
                </w:rPr>
                <w:t>https://www.fizkult-ura.ru/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2.6</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Упражнения для профилактики нарушения осанки</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rPr>
              <w:t>1</w:t>
            </w:r>
          </w:p>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06" w:history="1">
              <w:r w:rsidRPr="00FE0535">
                <w:rPr>
                  <w:rStyle w:val="Hyperlink"/>
                  <w:rFonts w:ascii="Times New Roman" w:hAnsi="Times New Roman"/>
                  <w:color w:val="auto"/>
                </w:rPr>
                <w:t>https://www.fizkult-ura.ru/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2.7</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Организация и проведение самостоятельных занятий</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07" w:history="1">
              <w:r w:rsidRPr="00FE0535">
                <w:rPr>
                  <w:rStyle w:val="Hyperlink"/>
                  <w:rFonts w:ascii="Times New Roman" w:hAnsi="Times New Roman"/>
                  <w:color w:val="auto"/>
                </w:rPr>
                <w:t>https://www.fizkult-ura.ru/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2.8</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Процедура определения состояния организма с помощью одномоментной функциональной пробы</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08" w:history="1">
              <w:r w:rsidRPr="00FE0535">
                <w:rPr>
                  <w:rStyle w:val="Hyperlink"/>
                  <w:rFonts w:ascii="Times New Roman" w:hAnsi="Times New Roman"/>
                  <w:color w:val="auto"/>
                </w:rPr>
                <w:t>https://www.fizkult-ura.ru/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2.9</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Исследование влияния оздоровительных форм занятий физической культурой на работу сердца</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09"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2.10</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Ведение дневника физической культуры</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rPr>
            </w:pPr>
          </w:p>
        </w:tc>
        <w:tc>
          <w:tcPr>
            <w:tcW w:w="3686" w:type="dxa"/>
          </w:tcPr>
          <w:p w:rsidR="00F44E79" w:rsidRPr="00FE0535" w:rsidRDefault="00F44E79" w:rsidP="00FE0535">
            <w:pPr>
              <w:jc w:val="both"/>
              <w:rPr>
                <w:rFonts w:ascii="Times New Roman" w:hAnsi="Times New Roman" w:cs="Times New Roman"/>
              </w:rPr>
            </w:pPr>
            <w:hyperlink r:id="rId610" w:history="1">
              <w:r w:rsidRPr="00FE0535">
                <w:rPr>
                  <w:rStyle w:val="Hyperlink"/>
                  <w:rFonts w:ascii="Times New Roman" w:hAnsi="Times New Roman"/>
                  <w:color w:val="auto"/>
                </w:rPr>
                <w:t>https://урок.рф/</w:t>
              </w:r>
            </w:hyperlink>
          </w:p>
        </w:tc>
      </w:tr>
      <w:tr w:rsidR="00F44E79" w:rsidRPr="00F806DA" w:rsidTr="00FE0535">
        <w:tc>
          <w:tcPr>
            <w:tcW w:w="9270" w:type="dxa"/>
            <w:gridSpan w:val="3"/>
          </w:tcPr>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lang w:eastAsia="ru-RU"/>
              </w:rPr>
              <w:t>Итого по разделу</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4</w:t>
            </w:r>
          </w:p>
        </w:tc>
        <w:tc>
          <w:tcPr>
            <w:tcW w:w="3686" w:type="dxa"/>
          </w:tcPr>
          <w:p w:rsidR="00F44E79" w:rsidRPr="00FE0535" w:rsidRDefault="00F44E79" w:rsidP="00FE0535">
            <w:pPr>
              <w:pStyle w:val="Heading3"/>
              <w:tabs>
                <w:tab w:val="left" w:pos="308"/>
              </w:tabs>
              <w:spacing w:before="131"/>
              <w:jc w:val="both"/>
              <w:rPr>
                <w:rFonts w:ascii="Times New Roman" w:hAnsi="Times New Roman"/>
                <w:b w:val="0"/>
                <w:color w:val="auto"/>
              </w:rPr>
            </w:pPr>
          </w:p>
        </w:tc>
      </w:tr>
      <w:tr w:rsidR="00F44E79" w:rsidRPr="00F806DA" w:rsidTr="00FE0535">
        <w:tc>
          <w:tcPr>
            <w:tcW w:w="14373" w:type="dxa"/>
            <w:gridSpan w:val="5"/>
          </w:tcPr>
          <w:p w:rsidR="00F44E79" w:rsidRPr="00FE0535" w:rsidRDefault="00F44E79" w:rsidP="00FE0535">
            <w:pPr>
              <w:pStyle w:val="Heading3"/>
              <w:tabs>
                <w:tab w:val="left" w:pos="308"/>
              </w:tabs>
              <w:spacing w:before="131"/>
              <w:jc w:val="both"/>
              <w:rPr>
                <w:rFonts w:ascii="Times New Roman" w:hAnsi="Times New Roman"/>
                <w:color w:val="auto"/>
                <w:lang w:val="ru-RU"/>
              </w:rPr>
            </w:pPr>
            <w:r w:rsidRPr="00FE0535">
              <w:rPr>
                <w:rFonts w:ascii="Times New Roman" w:hAnsi="Times New Roman"/>
                <w:color w:val="auto"/>
                <w:lang w:val="ru-RU"/>
              </w:rPr>
              <w:t>Раздел 3 «Физическое совершенствование»</w:t>
            </w: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Знакомство с понятием «физкультурно-оздоровительная деятельность</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11"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Упражнения утренней зарядки</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rPr>
            </w:pPr>
          </w:p>
        </w:tc>
        <w:tc>
          <w:tcPr>
            <w:tcW w:w="3686" w:type="dxa"/>
          </w:tcPr>
          <w:p w:rsidR="00F44E79" w:rsidRPr="00FE0535" w:rsidRDefault="00F44E79" w:rsidP="00FE0535">
            <w:pPr>
              <w:jc w:val="both"/>
              <w:rPr>
                <w:rFonts w:ascii="Times New Roman" w:hAnsi="Times New Roman" w:cs="Times New Roman"/>
              </w:rPr>
            </w:pPr>
            <w:hyperlink r:id="rId612"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Упражнения дыхательной и зрительной гимнастики</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13"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Водные процедуры после утренней зарядки</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14"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3.5.</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Упражнения на развитие гибкости</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15" w:history="1">
              <w:r w:rsidRPr="00FE0535">
                <w:rPr>
                  <w:rStyle w:val="Hyperlink"/>
                  <w:rFonts w:ascii="Times New Roman" w:hAnsi="Times New Roman"/>
                  <w:color w:val="auto"/>
                </w:rPr>
                <w:t>https://resh.edu.ru/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3.6.</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Упражнения на развитие координации</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rPr>
            </w:pPr>
          </w:p>
        </w:tc>
        <w:tc>
          <w:tcPr>
            <w:tcW w:w="3686" w:type="dxa"/>
          </w:tcPr>
          <w:p w:rsidR="00F44E79" w:rsidRPr="00FE0535" w:rsidRDefault="00F44E79" w:rsidP="00FE0535">
            <w:pPr>
              <w:jc w:val="both"/>
              <w:rPr>
                <w:rFonts w:ascii="Times New Roman" w:hAnsi="Times New Roman" w:cs="Times New Roman"/>
              </w:rPr>
            </w:pPr>
            <w:hyperlink r:id="rId616" w:history="1">
              <w:r w:rsidRPr="00FE0535">
                <w:rPr>
                  <w:rStyle w:val="Hyperlink"/>
                  <w:rFonts w:ascii="Times New Roman" w:hAnsi="Times New Roman"/>
                  <w:color w:val="auto"/>
                </w:rPr>
                <w:t>https://resh.edu.ru/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3.7.</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Упражнения на формирование телосложения</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rPr>
            </w:pPr>
          </w:p>
        </w:tc>
        <w:tc>
          <w:tcPr>
            <w:tcW w:w="3686" w:type="dxa"/>
          </w:tcPr>
          <w:p w:rsidR="00F44E79" w:rsidRPr="00FE0535" w:rsidRDefault="00F44E79" w:rsidP="00FE0535">
            <w:pPr>
              <w:jc w:val="both"/>
              <w:rPr>
                <w:rFonts w:ascii="Times New Roman" w:hAnsi="Times New Roman" w:cs="Times New Roman"/>
              </w:rPr>
            </w:pP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3.8.</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Знакомство с понятием «спортивно-оздоровительная деятельность</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b w:val="0"/>
                <w:color w:val="auto"/>
              </w:rPr>
              <w:t>1</w:t>
            </w:r>
          </w:p>
        </w:tc>
        <w:tc>
          <w:tcPr>
            <w:tcW w:w="3686" w:type="dxa"/>
          </w:tcPr>
          <w:p w:rsidR="00F44E79" w:rsidRPr="00FE0535" w:rsidRDefault="00F44E79" w:rsidP="00FE0535">
            <w:pPr>
              <w:jc w:val="both"/>
              <w:rPr>
                <w:rFonts w:ascii="Times New Roman" w:hAnsi="Times New Roman" w:cs="Times New Roman"/>
              </w:rPr>
            </w:pP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3.9.</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Кувырок вперёд в группировке</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17"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3.10.</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Кувырок назад в группировке</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2</w:t>
            </w:r>
          </w:p>
        </w:tc>
        <w:tc>
          <w:tcPr>
            <w:tcW w:w="3686" w:type="dxa"/>
          </w:tcPr>
          <w:p w:rsidR="00F44E79" w:rsidRPr="00FE0535" w:rsidRDefault="00F44E79" w:rsidP="00FE0535">
            <w:pPr>
              <w:jc w:val="both"/>
              <w:rPr>
                <w:rFonts w:ascii="Times New Roman" w:hAnsi="Times New Roman" w:cs="Times New Roman"/>
              </w:rPr>
            </w:pPr>
            <w:hyperlink r:id="rId618"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3.11.</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Кувырок вперёд ноги «скрёстно»</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19"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3.12.</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Кувырок назад из стойки на лопатках</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20"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3.13.</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Опорный прыжок на гимнастического козла</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4</w:t>
            </w:r>
          </w:p>
        </w:tc>
        <w:tc>
          <w:tcPr>
            <w:tcW w:w="3686" w:type="dxa"/>
          </w:tcPr>
          <w:p w:rsidR="00F44E79" w:rsidRPr="00FE0535" w:rsidRDefault="00F44E79" w:rsidP="00FE0535">
            <w:pPr>
              <w:jc w:val="both"/>
              <w:rPr>
                <w:rFonts w:ascii="Times New Roman" w:hAnsi="Times New Roman" w:cs="Times New Roman"/>
              </w:rPr>
            </w:pPr>
            <w:hyperlink r:id="rId621"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3.14.</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Гимнастическая комбинация на низком гимнастическом бревне</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3</w:t>
            </w:r>
          </w:p>
        </w:tc>
        <w:tc>
          <w:tcPr>
            <w:tcW w:w="3686" w:type="dxa"/>
          </w:tcPr>
          <w:p w:rsidR="00F44E79" w:rsidRPr="00FE0535" w:rsidRDefault="00F44E79" w:rsidP="00FE0535">
            <w:pPr>
              <w:jc w:val="both"/>
              <w:rPr>
                <w:rFonts w:ascii="Times New Roman" w:hAnsi="Times New Roman" w:cs="Times New Roman"/>
              </w:rPr>
            </w:pPr>
            <w:hyperlink r:id="rId622"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3.15.</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Лазанье и перелезание на гимнастической стенке</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23"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3.16</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«Гимнастика». </w:t>
            </w:r>
            <w:r w:rsidRPr="00FE0535">
              <w:rPr>
                <w:rFonts w:ascii="Times New Roman" w:hAnsi="Times New Roman" w:cs="Times New Roman"/>
                <w:bCs/>
              </w:rPr>
              <w:t>Расхождение на гимнастической скамейке в парах</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24"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3.17</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Бег с равномерной скоростью на длинные дистанции</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6</w:t>
            </w:r>
          </w:p>
        </w:tc>
        <w:tc>
          <w:tcPr>
            <w:tcW w:w="3686" w:type="dxa"/>
          </w:tcPr>
          <w:p w:rsidR="00F44E79" w:rsidRPr="00FE0535" w:rsidRDefault="00F44E79" w:rsidP="00FE0535">
            <w:pPr>
              <w:jc w:val="both"/>
              <w:rPr>
                <w:rFonts w:ascii="Times New Roman" w:hAnsi="Times New Roman" w:cs="Times New Roman"/>
              </w:rPr>
            </w:pPr>
            <w:hyperlink r:id="rId625"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3.18</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Знакомство с рекомендациями по технике безопасности во время выполнения беговых упражнений на самостоятельных занятиях лёгкой атлетикой</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26"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3.19</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Бег с максимальной скоростью на короткие дистанции</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3</w:t>
            </w:r>
          </w:p>
        </w:tc>
        <w:tc>
          <w:tcPr>
            <w:tcW w:w="3686" w:type="dxa"/>
          </w:tcPr>
          <w:p w:rsidR="00F44E79" w:rsidRPr="00FE0535" w:rsidRDefault="00F44E79" w:rsidP="00FE0535">
            <w:pPr>
              <w:jc w:val="both"/>
              <w:rPr>
                <w:rFonts w:ascii="Times New Roman" w:hAnsi="Times New Roman" w:cs="Times New Roman"/>
              </w:rPr>
            </w:pPr>
            <w:hyperlink r:id="rId627"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3.20</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Прыжок в длину с разбега способом «согнув ноги</w:t>
            </w:r>
            <w:r w:rsidRPr="00FE0535">
              <w:rPr>
                <w:rFonts w:ascii="Times New Roman" w:hAnsi="Times New Roman" w:cs="Times New Roman"/>
                <w:bCs/>
                <w:i/>
                <w:iCs/>
              </w:rPr>
              <w:t>»</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28"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3.21</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Прыжки в высоту с прямого разбега</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29"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3.22.</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Знакомство с 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30"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3.23.</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Метание малого мяча в неподвижную мишень</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31"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3.24</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32"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3.35.</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«Лёгкая атлетика». </w:t>
            </w:r>
            <w:r w:rsidRPr="00FE0535">
              <w:rPr>
                <w:rFonts w:ascii="Times New Roman" w:hAnsi="Times New Roman" w:cs="Times New Roman"/>
                <w:bCs/>
              </w:rPr>
              <w:t>Метание малого мяча на дальность</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6</w:t>
            </w:r>
          </w:p>
        </w:tc>
        <w:tc>
          <w:tcPr>
            <w:tcW w:w="3686" w:type="dxa"/>
          </w:tcPr>
          <w:p w:rsidR="00F44E79" w:rsidRPr="00FE0535" w:rsidRDefault="00F44E79" w:rsidP="00FE0535">
            <w:pPr>
              <w:jc w:val="both"/>
              <w:rPr>
                <w:rFonts w:ascii="Times New Roman" w:hAnsi="Times New Roman" w:cs="Times New Roman"/>
              </w:rPr>
            </w:pPr>
            <w:hyperlink r:id="rId633"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3.26.</w:t>
            </w:r>
          </w:p>
        </w:tc>
        <w:tc>
          <w:tcPr>
            <w:tcW w:w="7654"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 xml:space="preserve">Модуль «Зимние виды спорта». Лыжная подготовка*   </w:t>
            </w:r>
            <w:r w:rsidRPr="00FE0535">
              <w:rPr>
                <w:rFonts w:ascii="Times New Roman" w:hAnsi="Times New Roman" w:cs="Times New Roman"/>
                <w:bCs/>
              </w:rPr>
              <w:t>Передвижение на лыжах попеременным двухшажным ходом</w:t>
            </w:r>
          </w:p>
        </w:tc>
        <w:tc>
          <w:tcPr>
            <w:tcW w:w="284" w:type="dxa"/>
          </w:tcPr>
          <w:p w:rsidR="00F44E79" w:rsidRPr="00FE0535" w:rsidRDefault="00F44E79" w:rsidP="00FE0535">
            <w:pPr>
              <w:jc w:val="both"/>
              <w:rPr>
                <w:rFonts w:ascii="Times New Roman" w:hAnsi="Times New Roman" w:cs="Times New Roman"/>
              </w:rPr>
            </w:pP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5</w:t>
            </w:r>
          </w:p>
        </w:tc>
        <w:tc>
          <w:tcPr>
            <w:tcW w:w="3686" w:type="dxa"/>
          </w:tcPr>
          <w:p w:rsidR="00F44E79" w:rsidRPr="00FE0535" w:rsidRDefault="00F44E79" w:rsidP="00FE0535">
            <w:pPr>
              <w:jc w:val="both"/>
              <w:rPr>
                <w:rFonts w:ascii="Times New Roman" w:hAnsi="Times New Roman" w:cs="Times New Roman"/>
              </w:rPr>
            </w:pPr>
            <w:hyperlink r:id="rId634"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3.27.</w:t>
            </w:r>
          </w:p>
        </w:tc>
        <w:tc>
          <w:tcPr>
            <w:tcW w:w="7654"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«Зимние виды спорта». Лыжная подготовка*  </w:t>
            </w:r>
            <w:r w:rsidRPr="00FE0535">
              <w:rPr>
                <w:rFonts w:ascii="Times New Roman" w:hAnsi="Times New Roman" w:cs="Times New Roman"/>
                <w:bCs/>
              </w:rPr>
              <w:t>Знакомство с рекомендациями учителя по технике безопасности на занятиях лыжной подготовкой; способами использования упражнений в передвижении на лыжах для развития выносливости</w:t>
            </w:r>
          </w:p>
        </w:tc>
        <w:tc>
          <w:tcPr>
            <w:tcW w:w="284" w:type="dxa"/>
          </w:tcPr>
          <w:p w:rsidR="00F44E79" w:rsidRPr="00FE0535" w:rsidRDefault="00F44E79" w:rsidP="00FE0535">
            <w:pPr>
              <w:jc w:val="both"/>
              <w:rPr>
                <w:rFonts w:ascii="Times New Roman" w:hAnsi="Times New Roman" w:cs="Times New Roman"/>
              </w:rPr>
            </w:pP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Style w:val="Hyperlink"/>
                <w:rFonts w:ascii="Times New Roman" w:hAnsi="Times New Roman"/>
                <w:color w:val="auto"/>
              </w:rPr>
            </w:pPr>
            <w:hyperlink r:id="rId635" w:history="1">
              <w:r w:rsidRPr="00FE0535">
                <w:rPr>
                  <w:rStyle w:val="Hyperlink"/>
                  <w:rFonts w:ascii="Times New Roman" w:hAnsi="Times New Roman"/>
                  <w:color w:val="auto"/>
                </w:rPr>
                <w:t>https://www.uchportal.ru/</w:t>
              </w:r>
            </w:hyperlink>
          </w:p>
          <w:p w:rsidR="00F44E79" w:rsidRPr="00FE0535" w:rsidRDefault="00F44E79" w:rsidP="00FE0535">
            <w:pPr>
              <w:jc w:val="both"/>
              <w:rPr>
                <w:rStyle w:val="Hyperlink"/>
                <w:rFonts w:ascii="Times New Roman" w:hAnsi="Times New Roman"/>
                <w:color w:val="auto"/>
              </w:rPr>
            </w:pPr>
          </w:p>
          <w:p w:rsidR="00F44E79" w:rsidRPr="00FE0535" w:rsidRDefault="00F44E79" w:rsidP="00FE0535">
            <w:pPr>
              <w:jc w:val="both"/>
              <w:rPr>
                <w:rFonts w:ascii="Times New Roman" w:hAnsi="Times New Roman" w:cs="Times New Roman"/>
              </w:rPr>
            </w:pPr>
            <w:hyperlink r:id="rId636" w:history="1">
              <w:r w:rsidRPr="00FE0535">
                <w:rPr>
                  <w:rStyle w:val="Hyperlink"/>
                  <w:rFonts w:ascii="Times New Roman" w:hAnsi="Times New Roman"/>
                </w:rPr>
                <w:t>https://www.youtube.com/watch?v=efLOTeDbpDk</w:t>
              </w:r>
            </w:hyperlink>
          </w:p>
          <w:p w:rsidR="00F44E79" w:rsidRPr="00FE0535" w:rsidRDefault="00F44E79" w:rsidP="00FE0535">
            <w:pPr>
              <w:jc w:val="both"/>
              <w:rPr>
                <w:rFonts w:ascii="Times New Roman" w:hAnsi="Times New Roman" w:cs="Times New Roman"/>
              </w:rPr>
            </w:pP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3.28</w:t>
            </w:r>
          </w:p>
        </w:tc>
        <w:tc>
          <w:tcPr>
            <w:tcW w:w="7654"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«Зимние виды спорта». Лыжная подготовка*  </w:t>
            </w:r>
            <w:r w:rsidRPr="00FE0535">
              <w:rPr>
                <w:rFonts w:ascii="Times New Roman" w:hAnsi="Times New Roman" w:cs="Times New Roman"/>
                <w:bCs/>
              </w:rPr>
              <w:t>Повороты на лыжах способом переступания</w:t>
            </w:r>
          </w:p>
        </w:tc>
        <w:tc>
          <w:tcPr>
            <w:tcW w:w="284" w:type="dxa"/>
          </w:tcPr>
          <w:p w:rsidR="00F44E79" w:rsidRPr="00FE0535" w:rsidRDefault="00F44E79" w:rsidP="00FE0535">
            <w:pPr>
              <w:jc w:val="both"/>
              <w:rPr>
                <w:rFonts w:ascii="Times New Roman" w:hAnsi="Times New Roman" w:cs="Times New Roman"/>
              </w:rPr>
            </w:pP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2</w:t>
            </w:r>
          </w:p>
        </w:tc>
        <w:tc>
          <w:tcPr>
            <w:tcW w:w="3686" w:type="dxa"/>
          </w:tcPr>
          <w:p w:rsidR="00F44E79" w:rsidRPr="00FE0535" w:rsidRDefault="00F44E79" w:rsidP="00FE0535">
            <w:pPr>
              <w:jc w:val="both"/>
              <w:rPr>
                <w:rFonts w:ascii="Times New Roman" w:hAnsi="Times New Roman" w:cs="Times New Roman"/>
              </w:rPr>
            </w:pPr>
            <w:hyperlink r:id="rId637"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3.29.</w:t>
            </w:r>
          </w:p>
        </w:tc>
        <w:tc>
          <w:tcPr>
            <w:tcW w:w="7654"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«Зимние виды спорта». Лыжная подготовка*   </w:t>
            </w:r>
            <w:r w:rsidRPr="00FE0535">
              <w:rPr>
                <w:rFonts w:ascii="Times New Roman" w:hAnsi="Times New Roman" w:cs="Times New Roman"/>
                <w:bCs/>
              </w:rPr>
              <w:t>Подъём в горку на лыжах способом «лесенка</w:t>
            </w:r>
            <w:r w:rsidRPr="00FE0535">
              <w:rPr>
                <w:rFonts w:ascii="Times New Roman" w:hAnsi="Times New Roman" w:cs="Times New Roman"/>
                <w:bCs/>
                <w:i/>
                <w:iCs/>
              </w:rPr>
              <w:t>»</w:t>
            </w:r>
          </w:p>
        </w:tc>
        <w:tc>
          <w:tcPr>
            <w:tcW w:w="284"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 xml:space="preserve">. </w:t>
            </w:r>
          </w:p>
          <w:p w:rsidR="00F44E79" w:rsidRPr="00FE0535" w:rsidRDefault="00F44E79" w:rsidP="00FE0535">
            <w:pPr>
              <w:jc w:val="both"/>
              <w:rPr>
                <w:rFonts w:ascii="Times New Roman" w:hAnsi="Times New Roman" w:cs="Times New Roman"/>
              </w:rPr>
            </w:pP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2</w:t>
            </w:r>
          </w:p>
        </w:tc>
        <w:tc>
          <w:tcPr>
            <w:tcW w:w="3686" w:type="dxa"/>
          </w:tcPr>
          <w:p w:rsidR="00F44E79" w:rsidRPr="00FE0535" w:rsidRDefault="00F44E79" w:rsidP="00FE0535">
            <w:pPr>
              <w:jc w:val="both"/>
              <w:rPr>
                <w:rFonts w:ascii="Times New Roman" w:hAnsi="Times New Roman" w:cs="Times New Roman"/>
              </w:rPr>
            </w:pPr>
            <w:hyperlink r:id="rId638" w:history="1">
              <w:r w:rsidRPr="00FE0535">
                <w:rPr>
                  <w:rStyle w:val="Hyperlink"/>
                  <w:rFonts w:ascii="Times New Roman" w:hAnsi="Times New Roman"/>
                  <w:color w:val="auto"/>
                </w:rPr>
                <w:t>https://урок.рф/</w:t>
              </w:r>
            </w:hyperlink>
          </w:p>
        </w:tc>
      </w:tr>
      <w:tr w:rsidR="00F44E79" w:rsidRPr="00F806DA" w:rsidTr="00FE0535">
        <w:trPr>
          <w:trHeight w:val="284"/>
        </w:trPr>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3.30.</w:t>
            </w:r>
          </w:p>
        </w:tc>
        <w:tc>
          <w:tcPr>
            <w:tcW w:w="7654"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«Зимние виды спорта». </w:t>
            </w:r>
            <w:r w:rsidRPr="00FE0535">
              <w:rPr>
                <w:rFonts w:ascii="Times New Roman" w:hAnsi="Times New Roman" w:cs="Times New Roman"/>
                <w:bCs/>
              </w:rPr>
              <w:t>Спуск на лыжах с пологого склона</w:t>
            </w:r>
          </w:p>
        </w:tc>
        <w:tc>
          <w:tcPr>
            <w:tcW w:w="284" w:type="dxa"/>
          </w:tcPr>
          <w:p w:rsidR="00F44E79" w:rsidRPr="00FE0535" w:rsidRDefault="00F44E79" w:rsidP="00FE0535">
            <w:pPr>
              <w:jc w:val="both"/>
              <w:rPr>
                <w:rFonts w:ascii="Times New Roman" w:hAnsi="Times New Roman" w:cs="Times New Roman"/>
              </w:rPr>
            </w:pP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39" w:history="1">
              <w:r w:rsidRPr="00FE0535">
                <w:rPr>
                  <w:rStyle w:val="Hyperlink"/>
                  <w:rFonts w:ascii="Times New Roman" w:hAnsi="Times New Roman"/>
                  <w:color w:val="auto"/>
                </w:rPr>
                <w:t>https://www.uchportal.ru/</w:t>
              </w:r>
            </w:hyperlink>
          </w:p>
        </w:tc>
      </w:tr>
      <w:tr w:rsidR="00F44E79" w:rsidRPr="00F806DA" w:rsidTr="00FE0535">
        <w:trPr>
          <w:trHeight w:val="284"/>
        </w:trPr>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3.31.</w:t>
            </w:r>
          </w:p>
        </w:tc>
        <w:tc>
          <w:tcPr>
            <w:tcW w:w="7654"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«Зимние виды спорта». </w:t>
            </w:r>
            <w:r w:rsidRPr="00FE0535">
              <w:rPr>
                <w:rFonts w:ascii="Times New Roman" w:hAnsi="Times New Roman" w:cs="Times New Roman"/>
                <w:bCs/>
              </w:rPr>
              <w:t>Преодоление небольших препятствий при спуске с пологого склона</w:t>
            </w:r>
          </w:p>
        </w:tc>
        <w:tc>
          <w:tcPr>
            <w:tcW w:w="284" w:type="dxa"/>
          </w:tcPr>
          <w:p w:rsidR="00F44E79" w:rsidRPr="00FE0535" w:rsidRDefault="00F44E79" w:rsidP="00FE0535">
            <w:pPr>
              <w:jc w:val="both"/>
              <w:rPr>
                <w:rFonts w:ascii="Times New Roman" w:hAnsi="Times New Roman" w:cs="Times New Roman"/>
              </w:rPr>
            </w:pP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0" w:history="1">
              <w:r w:rsidRPr="00FE0535">
                <w:rPr>
                  <w:rStyle w:val="Hyperlink"/>
                  <w:rFonts w:ascii="Times New Roman" w:hAnsi="Times New Roman"/>
                  <w:color w:val="auto"/>
                </w:rPr>
                <w:t>https://www.uchportal.ru/</w:t>
              </w:r>
            </w:hyperlink>
          </w:p>
        </w:tc>
      </w:tr>
      <w:tr w:rsidR="00F44E79" w:rsidRPr="00F806DA" w:rsidTr="00FE0535">
        <w:trPr>
          <w:trHeight w:val="284"/>
        </w:trPr>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3.32.</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Баскетбол». </w:t>
            </w:r>
            <w:r w:rsidRPr="00FE0535">
              <w:rPr>
                <w:rFonts w:ascii="Times New Roman" w:hAnsi="Times New Roman" w:cs="Times New Roman"/>
                <w:bCs/>
              </w:rPr>
              <w:t>Передача баскетбольного мяча двумя руками от груди</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hyperlink r:id="rId641" w:history="1">
              <w:r w:rsidRPr="00FE0535">
                <w:rPr>
                  <w:rStyle w:val="Hyperlink"/>
                  <w:rFonts w:ascii="Times New Roman" w:hAnsi="Times New Roman"/>
                  <w:color w:val="auto"/>
                </w:rPr>
                <w:t>https://www.uchportal.ru/</w:t>
              </w:r>
            </w:hyperlink>
          </w:p>
        </w:tc>
      </w:tr>
      <w:tr w:rsidR="00F44E79" w:rsidRPr="00F806DA" w:rsidTr="00FE0535">
        <w:trPr>
          <w:trHeight w:val="284"/>
        </w:trPr>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3.33</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Баскетбол». </w:t>
            </w:r>
            <w:r w:rsidRPr="00FE0535">
              <w:rPr>
                <w:rFonts w:ascii="Times New Roman" w:hAnsi="Times New Roman" w:cs="Times New Roman"/>
                <w:bCs/>
              </w:rPr>
              <w:t>Знакомство с рекомендациями учителя по использованию подготовительных и подводящих упражнений для освоения технических действий игры баскетбол</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color w:val="auto"/>
                <w:lang w:val="ru-RU"/>
              </w:rPr>
            </w:pPr>
          </w:p>
        </w:tc>
        <w:tc>
          <w:tcPr>
            <w:tcW w:w="3686" w:type="dxa"/>
          </w:tcPr>
          <w:p w:rsidR="00F44E79" w:rsidRPr="00FE0535" w:rsidRDefault="00F44E79" w:rsidP="00FE0535">
            <w:pPr>
              <w:jc w:val="both"/>
              <w:rPr>
                <w:rFonts w:ascii="Times New Roman" w:hAnsi="Times New Roman" w:cs="Times New Roman"/>
              </w:rPr>
            </w:pPr>
          </w:p>
        </w:tc>
      </w:tr>
      <w:tr w:rsidR="00F44E79" w:rsidRPr="00F806DA" w:rsidTr="00FE0535">
        <w:trPr>
          <w:trHeight w:val="284"/>
        </w:trPr>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3.34.</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Баскетбол». </w:t>
            </w:r>
            <w:r w:rsidRPr="00FE0535">
              <w:rPr>
                <w:rFonts w:ascii="Times New Roman" w:hAnsi="Times New Roman" w:cs="Times New Roman"/>
                <w:bCs/>
              </w:rPr>
              <w:t>Передача мяча двумя руками от груди, на месте и в движении</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p>
        </w:tc>
      </w:tr>
      <w:tr w:rsidR="00F44E79" w:rsidRPr="00F806DA" w:rsidTr="00FE0535">
        <w:trPr>
          <w:trHeight w:val="284"/>
        </w:trPr>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3.35.</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Баскетбол». </w:t>
            </w:r>
            <w:r w:rsidRPr="00FE0535">
              <w:rPr>
                <w:rFonts w:ascii="Times New Roman" w:hAnsi="Times New Roman" w:cs="Times New Roman"/>
                <w:bCs/>
              </w:rPr>
              <w:t>Ведение мяча на месте и в движении «по прямой», «по кругу» и «змейкой»</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2"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3.36.</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Баскетбол». </w:t>
            </w:r>
            <w:r w:rsidRPr="00FE0535">
              <w:rPr>
                <w:rFonts w:ascii="Times New Roman" w:hAnsi="Times New Roman" w:cs="Times New Roman"/>
                <w:bCs/>
              </w:rPr>
              <w:t>Бросок мяча в корзину двумя руками от груди с  места</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3"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3.37.</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Баскетбол». </w:t>
            </w:r>
            <w:r w:rsidRPr="00FE0535">
              <w:rPr>
                <w:rFonts w:ascii="Times New Roman" w:hAnsi="Times New Roman" w:cs="Times New Roman"/>
                <w:bCs/>
              </w:rPr>
              <w:t>Ранее разученные технические действия с мячом</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3.38.</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Волейбол». </w:t>
            </w:r>
            <w:r w:rsidRPr="00FE0535">
              <w:rPr>
                <w:rFonts w:ascii="Times New Roman" w:hAnsi="Times New Roman" w:cs="Times New Roman"/>
                <w:bCs/>
              </w:rPr>
              <w:t>Прямая нижняя подача мяча в волейболе</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4"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3.39.</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Волейбол». </w:t>
            </w:r>
            <w:r w:rsidRPr="00FE0535">
              <w:rPr>
                <w:rFonts w:ascii="Times New Roman" w:hAnsi="Times New Roman" w:cs="Times New Roman"/>
                <w:bCs/>
              </w:rPr>
              <w:t>Знакомство с рекомендациями учителя по использованию подготовительных и подводящих упражнений для освоения технических действий игры волейбол</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5"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3.40.</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Волейбол». </w:t>
            </w:r>
            <w:r w:rsidRPr="00FE0535">
              <w:rPr>
                <w:rFonts w:ascii="Times New Roman" w:hAnsi="Times New Roman" w:cs="Times New Roman"/>
                <w:bCs/>
              </w:rPr>
              <w:t>Приём и передача волейбольного мяча двумя руками снизу на месте и в движении</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6"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3.41.</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Волейбол». </w:t>
            </w:r>
            <w:r w:rsidRPr="00FE0535">
              <w:rPr>
                <w:rFonts w:ascii="Times New Roman" w:hAnsi="Times New Roman" w:cs="Times New Roman"/>
                <w:bCs/>
              </w:rPr>
              <w:t>Приём и передача волейбольного мяча двумя руками сверху на месте и в движении</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7"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3.42.</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Волейбол». </w:t>
            </w:r>
            <w:r w:rsidRPr="00FE0535">
              <w:rPr>
                <w:rFonts w:ascii="Times New Roman" w:hAnsi="Times New Roman" w:cs="Times New Roman"/>
                <w:bCs/>
              </w:rPr>
              <w:t>Ранее разученные технические действия с мячом</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8" w:history="1">
              <w:r w:rsidRPr="00FE0535">
                <w:rPr>
                  <w:rStyle w:val="Hyperlink"/>
                  <w:rFonts w:ascii="Times New Roman" w:hAnsi="Times New Roman"/>
                  <w:color w:val="auto"/>
                </w:rPr>
                <w:t>https://урок.рф/</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3.43</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Футбол». </w:t>
            </w:r>
            <w:r w:rsidRPr="00FE0535">
              <w:rPr>
                <w:rFonts w:ascii="Times New Roman" w:hAnsi="Times New Roman" w:cs="Times New Roman"/>
                <w:bCs/>
              </w:rPr>
              <w:t>Удар по неподвижному мячу</w:t>
            </w:r>
          </w:p>
        </w:tc>
        <w:tc>
          <w:tcPr>
            <w:tcW w:w="1417" w:type="dxa"/>
            <w:vMerge w:val="restart"/>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3.44</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Футбол». </w:t>
            </w:r>
            <w:r w:rsidRPr="00FE0535">
              <w:rPr>
                <w:rFonts w:ascii="Times New Roman" w:hAnsi="Times New Roman" w:cs="Times New Roman"/>
                <w:bCs/>
              </w:rPr>
              <w:t>Знакомство с рекомендациями учителя по использованию подготовительных и подводящих упражнений для освоения технических действий игры футбол</w:t>
            </w:r>
          </w:p>
        </w:tc>
        <w:tc>
          <w:tcPr>
            <w:tcW w:w="1417" w:type="dxa"/>
            <w:vMerge/>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p>
        </w:tc>
        <w:tc>
          <w:tcPr>
            <w:tcW w:w="3686" w:type="dxa"/>
          </w:tcPr>
          <w:p w:rsidR="00F44E79" w:rsidRPr="00FE0535" w:rsidRDefault="00F44E79" w:rsidP="00FE0535">
            <w:pPr>
              <w:jc w:val="both"/>
              <w:rPr>
                <w:rFonts w:ascii="Times New Roman" w:hAnsi="Times New Roman" w:cs="Times New Roman"/>
              </w:rPr>
            </w:pP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3.45</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Футбол». </w:t>
            </w:r>
            <w:r w:rsidRPr="00FE0535">
              <w:rPr>
                <w:rFonts w:ascii="Times New Roman" w:hAnsi="Times New Roman" w:cs="Times New Roman"/>
                <w:bCs/>
              </w:rPr>
              <w:t>Остановка катящегося мяча внутренней стороной стопы</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49"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3.46</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Футбол». </w:t>
            </w:r>
            <w:r w:rsidRPr="00FE0535">
              <w:rPr>
                <w:rFonts w:ascii="Times New Roman" w:hAnsi="Times New Roman" w:cs="Times New Roman"/>
                <w:bCs/>
              </w:rPr>
              <w:t>Ведение футбольного мяча</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50" w:history="1">
              <w:r w:rsidRPr="00FE0535">
                <w:rPr>
                  <w:rStyle w:val="Hyperlink"/>
                  <w:rFonts w:ascii="Times New Roman" w:hAnsi="Times New Roman"/>
                  <w:color w:val="auto"/>
                </w:rPr>
                <w:t>https://www.uchportal.ru/</w:t>
              </w:r>
            </w:hyperlink>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3.47</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i/>
                <w:iCs/>
              </w:rPr>
              <w:t>Модуль «Спортивные игры. Футбол». </w:t>
            </w:r>
            <w:r w:rsidRPr="00FE0535">
              <w:rPr>
                <w:rFonts w:ascii="Times New Roman" w:hAnsi="Times New Roman" w:cs="Times New Roman"/>
                <w:bCs/>
              </w:rPr>
              <w:t>Обводка мячом ориентиров</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lang w:val="ru-RU"/>
              </w:rPr>
            </w:pPr>
            <w:r w:rsidRPr="00FE0535">
              <w:rPr>
                <w:rFonts w:ascii="Times New Roman" w:hAnsi="Times New Roman"/>
                <w:b w:val="0"/>
                <w:color w:val="auto"/>
                <w:lang w:val="ru-RU"/>
              </w:rPr>
              <w:t>1</w:t>
            </w:r>
          </w:p>
        </w:tc>
        <w:tc>
          <w:tcPr>
            <w:tcW w:w="3686" w:type="dxa"/>
          </w:tcPr>
          <w:p w:rsidR="00F44E79" w:rsidRPr="00FE0535" w:rsidRDefault="00F44E79" w:rsidP="00FE0535">
            <w:pPr>
              <w:jc w:val="both"/>
              <w:rPr>
                <w:rFonts w:ascii="Times New Roman" w:hAnsi="Times New Roman" w:cs="Times New Roman"/>
              </w:rPr>
            </w:pPr>
            <w:hyperlink r:id="rId651" w:history="1">
              <w:r w:rsidRPr="00FE0535">
                <w:rPr>
                  <w:rStyle w:val="Hyperlink"/>
                  <w:rFonts w:ascii="Times New Roman" w:hAnsi="Times New Roman"/>
                  <w:color w:val="auto"/>
                </w:rPr>
                <w:t>https://www.uchportal.ru/</w:t>
              </w:r>
            </w:hyperlink>
          </w:p>
        </w:tc>
      </w:tr>
      <w:tr w:rsidR="00F44E79" w:rsidRPr="00F806DA" w:rsidTr="00FE0535">
        <w:tc>
          <w:tcPr>
            <w:tcW w:w="9270" w:type="dxa"/>
            <w:gridSpan w:val="3"/>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Итого по разделу</w:t>
            </w:r>
          </w:p>
        </w:tc>
        <w:tc>
          <w:tcPr>
            <w:tcW w:w="1417" w:type="dxa"/>
          </w:tcPr>
          <w:p w:rsidR="00F44E79" w:rsidRPr="00FE0535" w:rsidRDefault="00F44E79" w:rsidP="00FE0535">
            <w:pPr>
              <w:pStyle w:val="Heading3"/>
              <w:tabs>
                <w:tab w:val="left" w:pos="308"/>
              </w:tabs>
              <w:spacing w:before="131"/>
              <w:jc w:val="both"/>
              <w:rPr>
                <w:rFonts w:ascii="Times New Roman" w:hAnsi="Times New Roman"/>
                <w:color w:val="auto"/>
                <w:lang w:val="ru-RU"/>
              </w:rPr>
            </w:pPr>
            <w:r w:rsidRPr="00FE0535">
              <w:rPr>
                <w:rFonts w:ascii="Times New Roman" w:hAnsi="Times New Roman"/>
                <w:color w:val="auto"/>
                <w:lang w:val="ru-RU"/>
              </w:rPr>
              <w:t>60</w:t>
            </w:r>
          </w:p>
        </w:tc>
        <w:tc>
          <w:tcPr>
            <w:tcW w:w="3686" w:type="dxa"/>
          </w:tcPr>
          <w:p w:rsidR="00F44E79" w:rsidRPr="00FE0535" w:rsidRDefault="00F44E79" w:rsidP="00FE0535">
            <w:pPr>
              <w:pStyle w:val="Heading3"/>
              <w:tabs>
                <w:tab w:val="left" w:pos="308"/>
              </w:tabs>
              <w:spacing w:before="131"/>
              <w:jc w:val="both"/>
              <w:rPr>
                <w:rFonts w:ascii="Times New Roman" w:hAnsi="Times New Roman"/>
                <w:color w:val="auto"/>
              </w:rPr>
            </w:pPr>
          </w:p>
        </w:tc>
      </w:tr>
      <w:tr w:rsidR="00F44E79" w:rsidRPr="00F806DA" w:rsidTr="00FE0535">
        <w:tc>
          <w:tcPr>
            <w:tcW w:w="14373" w:type="dxa"/>
            <w:gridSpan w:val="5"/>
          </w:tcPr>
          <w:p w:rsidR="00F44E79" w:rsidRPr="00FE0535" w:rsidRDefault="00F44E79" w:rsidP="00FE0535">
            <w:pPr>
              <w:pStyle w:val="Heading3"/>
              <w:tabs>
                <w:tab w:val="left" w:pos="308"/>
              </w:tabs>
              <w:spacing w:before="131"/>
              <w:jc w:val="both"/>
              <w:rPr>
                <w:rFonts w:ascii="Times New Roman" w:hAnsi="Times New Roman"/>
                <w:color w:val="auto"/>
                <w:lang w:val="ru-RU"/>
              </w:rPr>
            </w:pPr>
            <w:r w:rsidRPr="00FE0535">
              <w:rPr>
                <w:rFonts w:ascii="Times New Roman" w:hAnsi="Times New Roman"/>
                <w:color w:val="auto"/>
                <w:lang w:val="ru-RU"/>
              </w:rPr>
              <w:t>Раздел 4 «Спорт»</w:t>
            </w:r>
          </w:p>
        </w:tc>
      </w:tr>
      <w:tr w:rsidR="00F44E79" w:rsidRPr="00F806DA" w:rsidTr="00FE0535">
        <w:tc>
          <w:tcPr>
            <w:tcW w:w="1332" w:type="dxa"/>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rPr>
              <w:t>4.1.</w:t>
            </w:r>
          </w:p>
        </w:tc>
        <w:tc>
          <w:tcPr>
            <w:tcW w:w="7938" w:type="dxa"/>
            <w:gridSpan w:val="2"/>
          </w:tcPr>
          <w:p w:rsidR="00F44E79" w:rsidRPr="00FE0535" w:rsidRDefault="00F44E79" w:rsidP="00FE0535">
            <w:pPr>
              <w:jc w:val="both"/>
              <w:rPr>
                <w:rFonts w:ascii="Times New Roman" w:hAnsi="Times New Roman" w:cs="Times New Roman"/>
              </w:rPr>
            </w:pPr>
            <w:r w:rsidRPr="00FE0535">
              <w:rPr>
                <w:rFonts w:ascii="Times New Roman" w:hAnsi="Times New Roman" w:cs="Times New Roman"/>
                <w:bCs/>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1417" w:type="dxa"/>
          </w:tcPr>
          <w:p w:rsidR="00F44E79" w:rsidRPr="00FE0535" w:rsidRDefault="00F44E79" w:rsidP="00FE0535">
            <w:pPr>
              <w:pStyle w:val="Heading3"/>
              <w:tabs>
                <w:tab w:val="left" w:pos="308"/>
              </w:tabs>
              <w:spacing w:before="131"/>
              <w:jc w:val="both"/>
              <w:rPr>
                <w:rFonts w:ascii="Times New Roman" w:hAnsi="Times New Roman"/>
                <w:color w:val="auto"/>
              </w:rPr>
            </w:pPr>
            <w:r w:rsidRPr="00FE0535">
              <w:rPr>
                <w:rFonts w:ascii="Times New Roman" w:hAnsi="Times New Roman"/>
                <w:color w:val="auto"/>
              </w:rPr>
              <w:t>5</w:t>
            </w:r>
          </w:p>
        </w:tc>
        <w:tc>
          <w:tcPr>
            <w:tcW w:w="3686" w:type="dxa"/>
          </w:tcPr>
          <w:p w:rsidR="00F44E79" w:rsidRPr="00FE0535" w:rsidRDefault="00F44E79" w:rsidP="00FE0535">
            <w:pPr>
              <w:pStyle w:val="Heading3"/>
              <w:tabs>
                <w:tab w:val="left" w:pos="308"/>
              </w:tabs>
              <w:spacing w:before="131"/>
              <w:jc w:val="both"/>
              <w:rPr>
                <w:rFonts w:ascii="Times New Roman" w:hAnsi="Times New Roman"/>
                <w:color w:val="auto"/>
              </w:rPr>
            </w:pPr>
            <w:hyperlink r:id="rId652" w:history="1">
              <w:r w:rsidRPr="00FE0535">
                <w:rPr>
                  <w:rStyle w:val="Hyperlink"/>
                  <w:rFonts w:ascii="Times New Roman" w:hAnsi="Times New Roman"/>
                  <w:color w:val="auto"/>
                </w:rPr>
                <w:t>https://resh.edu.ru/</w:t>
              </w:r>
            </w:hyperlink>
          </w:p>
        </w:tc>
      </w:tr>
      <w:tr w:rsidR="00F44E79" w:rsidRPr="00F806DA" w:rsidTr="00FE0535">
        <w:tc>
          <w:tcPr>
            <w:tcW w:w="9270" w:type="dxa"/>
            <w:gridSpan w:val="3"/>
          </w:tcPr>
          <w:p w:rsidR="00F44E79" w:rsidRPr="00FE0535" w:rsidRDefault="00F44E79" w:rsidP="00FE0535">
            <w:pPr>
              <w:jc w:val="both"/>
              <w:rPr>
                <w:rFonts w:ascii="Times New Roman" w:hAnsi="Times New Roman" w:cs="Times New Roman"/>
                <w:bCs/>
              </w:rPr>
            </w:pPr>
            <w:r w:rsidRPr="00FE0535">
              <w:rPr>
                <w:rFonts w:ascii="Times New Roman" w:hAnsi="Times New Roman" w:cs="Times New Roman"/>
              </w:rPr>
              <w:t>Итого по разделу</w:t>
            </w:r>
          </w:p>
        </w:tc>
        <w:tc>
          <w:tcPr>
            <w:tcW w:w="1417" w:type="dxa"/>
          </w:tcPr>
          <w:p w:rsidR="00F44E79" w:rsidRPr="00FE0535" w:rsidRDefault="00F44E79" w:rsidP="00FE0535">
            <w:pPr>
              <w:pStyle w:val="Heading3"/>
              <w:tabs>
                <w:tab w:val="left" w:pos="308"/>
              </w:tabs>
              <w:spacing w:before="131"/>
              <w:jc w:val="both"/>
              <w:rPr>
                <w:rFonts w:ascii="Times New Roman" w:hAnsi="Times New Roman"/>
                <w:b w:val="0"/>
                <w:color w:val="auto"/>
              </w:rPr>
            </w:pPr>
            <w:r w:rsidRPr="00FE0535">
              <w:rPr>
                <w:rFonts w:ascii="Times New Roman" w:hAnsi="Times New Roman"/>
                <w:color w:val="auto"/>
              </w:rPr>
              <w:t>5</w:t>
            </w:r>
          </w:p>
        </w:tc>
        <w:tc>
          <w:tcPr>
            <w:tcW w:w="3686" w:type="dxa"/>
          </w:tcPr>
          <w:p w:rsidR="00F44E79" w:rsidRPr="00FE0535" w:rsidRDefault="00F44E79" w:rsidP="00FE0535">
            <w:pPr>
              <w:pStyle w:val="Heading3"/>
              <w:tabs>
                <w:tab w:val="left" w:pos="308"/>
              </w:tabs>
              <w:spacing w:before="131"/>
              <w:jc w:val="both"/>
              <w:rPr>
                <w:rFonts w:ascii="Times New Roman" w:hAnsi="Times New Roman"/>
                <w:color w:val="auto"/>
              </w:rPr>
            </w:pPr>
          </w:p>
        </w:tc>
      </w:tr>
      <w:tr w:rsidR="00F44E79" w:rsidRPr="00F806DA" w:rsidTr="00FE0535">
        <w:tc>
          <w:tcPr>
            <w:tcW w:w="9270" w:type="dxa"/>
            <w:gridSpan w:val="3"/>
          </w:tcPr>
          <w:p w:rsidR="00F44E79" w:rsidRPr="00FE0535" w:rsidRDefault="00F44E79" w:rsidP="00FE0535">
            <w:pPr>
              <w:jc w:val="both"/>
              <w:rPr>
                <w:rFonts w:ascii="Times New Roman" w:hAnsi="Times New Roman" w:cs="Times New Roman"/>
                <w:bCs/>
              </w:rPr>
            </w:pPr>
            <w:r w:rsidRPr="00FE0535">
              <w:rPr>
                <w:rFonts w:ascii="Times New Roman" w:hAnsi="Times New Roman" w:cs="Times New Roman"/>
              </w:rPr>
              <w:t>ОБЩЕЕ КОЛИЧЕСТВО ЧАСОВ ПО ПРОГРАММЕ</w:t>
            </w:r>
          </w:p>
        </w:tc>
        <w:tc>
          <w:tcPr>
            <w:tcW w:w="1417" w:type="dxa"/>
          </w:tcPr>
          <w:p w:rsidR="00F44E79" w:rsidRPr="00FE0535" w:rsidRDefault="00F44E79" w:rsidP="00FE0535">
            <w:pPr>
              <w:pStyle w:val="Heading3"/>
              <w:tabs>
                <w:tab w:val="left" w:pos="308"/>
              </w:tabs>
              <w:spacing w:before="131"/>
              <w:jc w:val="both"/>
              <w:rPr>
                <w:rFonts w:ascii="Times New Roman" w:hAnsi="Times New Roman"/>
                <w:color w:val="auto"/>
              </w:rPr>
            </w:pPr>
            <w:r w:rsidRPr="00FE0535">
              <w:rPr>
                <w:rFonts w:ascii="Times New Roman" w:hAnsi="Times New Roman"/>
                <w:color w:val="auto"/>
              </w:rPr>
              <w:t>68</w:t>
            </w:r>
          </w:p>
        </w:tc>
        <w:tc>
          <w:tcPr>
            <w:tcW w:w="3686" w:type="dxa"/>
          </w:tcPr>
          <w:p w:rsidR="00F44E79" w:rsidRPr="00FE0535" w:rsidRDefault="00F44E79" w:rsidP="00FE0535">
            <w:pPr>
              <w:pStyle w:val="Heading3"/>
              <w:tabs>
                <w:tab w:val="left" w:pos="308"/>
              </w:tabs>
              <w:spacing w:before="131"/>
              <w:jc w:val="both"/>
              <w:rPr>
                <w:rFonts w:ascii="Times New Roman" w:hAnsi="Times New Roman"/>
                <w:color w:val="auto"/>
              </w:rPr>
            </w:pPr>
          </w:p>
        </w:tc>
      </w:tr>
    </w:tbl>
    <w:p w:rsidR="00F44E79" w:rsidRPr="00F806DA" w:rsidRDefault="00F44E79" w:rsidP="00B725B2">
      <w:pPr>
        <w:spacing w:line="242" w:lineRule="auto"/>
        <w:jc w:val="both"/>
        <w:rPr>
          <w:rFonts w:ascii="Times New Roman" w:hAnsi="Times New Roman" w:cs="Times New Roman"/>
        </w:rPr>
      </w:pPr>
    </w:p>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rPr>
      </w:pPr>
    </w:p>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rPr>
      </w:pPr>
      <w:r w:rsidRPr="00F806DA">
        <w:rPr>
          <w:rFonts w:ascii="Times New Roman" w:hAnsi="Times New Roman" w:cs="Times New Roman"/>
          <w:b/>
          <w:bCs/>
          <w:caps/>
        </w:rPr>
        <w:t>6 КЛАСС</w:t>
      </w:r>
    </w:p>
    <w:tbl>
      <w:tblPr>
        <w:tblW w:w="1454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660"/>
        <w:gridCol w:w="4393"/>
        <w:gridCol w:w="4109"/>
        <w:gridCol w:w="284"/>
        <w:gridCol w:w="1417"/>
        <w:gridCol w:w="3686"/>
      </w:tblGrid>
      <w:tr w:rsidR="00F44E79" w:rsidRPr="00F806DA" w:rsidTr="00B725B2">
        <w:trPr>
          <w:trHeight w:val="747"/>
        </w:trPr>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w:t>
            </w:r>
            <w:r w:rsidRPr="00F806DA">
              <w:rPr>
                <w:rFonts w:ascii="Times New Roman" w:hAnsi="Times New Roman" w:cs="Times New Roman"/>
                <w:b/>
                <w:bCs/>
              </w:rPr>
              <w:br/>
              <w:t>п/п</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Наименование разделов и тем программы</w:t>
            </w:r>
          </w:p>
        </w:tc>
        <w:tc>
          <w:tcPr>
            <w:tcW w:w="1417" w:type="dxa"/>
            <w:tcBorders>
              <w:top w:val="single" w:sz="6" w:space="0" w:color="000000"/>
              <w:left w:val="single" w:sz="6" w:space="0" w:color="000000"/>
              <w:righ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Кол-во часов</w:t>
            </w:r>
          </w:p>
        </w:tc>
        <w:tc>
          <w:tcPr>
            <w:tcW w:w="3686" w:type="dxa"/>
            <w:tcBorders>
              <w:top w:val="single" w:sz="6" w:space="0" w:color="000000"/>
              <w:lef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Электронный образовательный ресурс</w:t>
            </w: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rPr>
              <w:t>Раздел 1 «Знания о физической культуре»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1.1.</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Возрождение Олимпийских игр</w:t>
            </w:r>
          </w:p>
        </w:tc>
        <w:tc>
          <w:tcPr>
            <w:tcW w:w="1417" w:type="dxa"/>
            <w:vMerge w:val="restart"/>
            <w:tcBorders>
              <w:top w:val="single" w:sz="6" w:space="0" w:color="000000"/>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p w:rsidR="00F44E79" w:rsidRPr="00F806DA" w:rsidRDefault="00F44E79" w:rsidP="00B725B2">
            <w:pPr>
              <w:jc w:val="both"/>
              <w:rPr>
                <w:rFonts w:ascii="Times New Roman" w:hAnsi="Times New Roman" w:cs="Times New Roman"/>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53"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1.2.</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Символика и ритуалы первых Олимпийских игр</w:t>
            </w:r>
          </w:p>
        </w:tc>
        <w:tc>
          <w:tcPr>
            <w:tcW w:w="1417" w:type="dxa"/>
            <w:vMerge/>
            <w:tcBorders>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54"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1.3.</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История первых Олимпийских игр современности</w:t>
            </w:r>
          </w:p>
        </w:tc>
        <w:tc>
          <w:tcPr>
            <w:tcW w:w="1417" w:type="dxa"/>
            <w:vMerge/>
            <w:tcBorders>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55" w:history="1">
              <w:r w:rsidRPr="00F806DA">
                <w:rPr>
                  <w:rStyle w:val="Hyperlink"/>
                  <w:rFonts w:ascii="Times New Roman" w:hAnsi="Times New Roman"/>
                  <w:color w:val="auto"/>
                </w:rPr>
                <w:t>https://урок.рф/</w:t>
              </w:r>
            </w:hyperlink>
          </w:p>
        </w:tc>
      </w:tr>
      <w:tr w:rsidR="00F44E79" w:rsidRPr="00F806DA" w:rsidTr="00B725B2">
        <w:tc>
          <w:tcPr>
            <w:tcW w:w="9446"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5103" w:type="dxa"/>
            <w:gridSpan w:val="2"/>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1</w:t>
            </w: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Раздел 2 «Способы физкультурной деятельности»</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2.1.</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Составление дневника физической культуры</w:t>
            </w:r>
          </w:p>
        </w:tc>
        <w:tc>
          <w:tcPr>
            <w:tcW w:w="1417" w:type="dxa"/>
            <w:vMerge w:val="restart"/>
            <w:tcBorders>
              <w:top w:val="single" w:sz="6" w:space="0" w:color="000000"/>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656"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2.2.</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Физическая подготовка человека</w:t>
            </w:r>
          </w:p>
        </w:tc>
        <w:tc>
          <w:tcPr>
            <w:tcW w:w="1417" w:type="dxa"/>
            <w:vMerge/>
            <w:tcBorders>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57"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2.3.</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Правила развития физических качеств</w:t>
            </w:r>
          </w:p>
        </w:tc>
        <w:tc>
          <w:tcPr>
            <w:tcW w:w="1417" w:type="dxa"/>
            <w:vMerge/>
            <w:tcBorders>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58"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2.4.</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Определение индивидуальной физической нагрузки для самостоятельных занятий физической подготовкой</w:t>
            </w:r>
          </w:p>
        </w:tc>
        <w:tc>
          <w:tcPr>
            <w:tcW w:w="1417" w:type="dxa"/>
            <w:vMerge w:val="restart"/>
            <w:tcBorders>
              <w:top w:val="single" w:sz="6" w:space="0" w:color="000000"/>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59"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2.5.</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Правила измерения показателей физической подготовленности</w:t>
            </w:r>
          </w:p>
        </w:tc>
        <w:tc>
          <w:tcPr>
            <w:tcW w:w="1417" w:type="dxa"/>
            <w:vMerge/>
            <w:tcBorders>
              <w:left w:val="single" w:sz="6" w:space="0" w:color="000000"/>
              <w:right w:val="single" w:sz="6" w:space="0" w:color="000000"/>
            </w:tcBorders>
          </w:tcPr>
          <w:p w:rsidR="00F44E79" w:rsidRPr="00F806DA" w:rsidRDefault="00F44E79" w:rsidP="00B725B2">
            <w:pPr>
              <w:jc w:val="both"/>
              <w:rPr>
                <w:rFonts w:ascii="Times New Roman" w:hAnsi="Times New Roman" w:cs="Times New Roman"/>
                <w:b/>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0"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2.6.</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Составление плана самостоятельных занятий физической подготовкой</w:t>
            </w:r>
          </w:p>
        </w:tc>
        <w:tc>
          <w:tcPr>
            <w:tcW w:w="1417" w:type="dxa"/>
            <w:vMerge/>
            <w:tcBorders>
              <w:left w:val="single" w:sz="6" w:space="0" w:color="000000"/>
              <w:right w:val="single" w:sz="6" w:space="0" w:color="000000"/>
            </w:tcBorders>
          </w:tcPr>
          <w:p w:rsidR="00F44E79" w:rsidRPr="00F806DA" w:rsidRDefault="00F44E79" w:rsidP="00B725B2">
            <w:pPr>
              <w:jc w:val="both"/>
              <w:rPr>
                <w:rFonts w:ascii="Times New Roman" w:hAnsi="Times New Roman" w:cs="Times New Roman"/>
                <w:b/>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1"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2.7.</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Закаливающие процедуры с помощью воздушных и солнечных ванн, купания в естественных водоёмах</w:t>
            </w:r>
          </w:p>
        </w:tc>
        <w:tc>
          <w:tcPr>
            <w:tcW w:w="1417" w:type="dxa"/>
            <w:vMerge/>
            <w:tcBorders>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662" w:history="1">
              <w:r w:rsidRPr="00F806DA">
                <w:rPr>
                  <w:rStyle w:val="Hyperlink"/>
                  <w:rFonts w:ascii="Times New Roman" w:hAnsi="Times New Roman"/>
                  <w:color w:val="auto"/>
                </w:rPr>
                <w:t>https://resh.edu.ru/</w:t>
              </w:r>
            </w:hyperlink>
          </w:p>
        </w:tc>
      </w:tr>
      <w:tr w:rsidR="00F44E79" w:rsidRPr="00F806DA" w:rsidTr="00B725B2">
        <w:tc>
          <w:tcPr>
            <w:tcW w:w="9446"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5103" w:type="dxa"/>
            <w:gridSpan w:val="2"/>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2</w:t>
            </w: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Раздел 3 «Физическое совершенствование»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Упражнения для коррекции телосложения</w:t>
            </w:r>
          </w:p>
        </w:tc>
        <w:tc>
          <w:tcPr>
            <w:tcW w:w="1417" w:type="dxa"/>
            <w:vMerge w:val="restart"/>
            <w:tcBorders>
              <w:top w:val="single" w:sz="6" w:space="0" w:color="000000"/>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3"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Упражнения для профилактики нарушения зрения</w:t>
            </w:r>
          </w:p>
        </w:tc>
        <w:tc>
          <w:tcPr>
            <w:tcW w:w="1417" w:type="dxa"/>
            <w:vMerge/>
            <w:tcBorders>
              <w:left w:val="single" w:sz="6" w:space="0" w:color="000000"/>
              <w:right w:val="single" w:sz="6" w:space="0" w:color="000000"/>
            </w:tcBorders>
          </w:tcPr>
          <w:p w:rsidR="00F44E79" w:rsidRPr="00F806DA" w:rsidRDefault="00F44E79" w:rsidP="00B725B2">
            <w:pPr>
              <w:jc w:val="both"/>
              <w:rPr>
                <w:rFonts w:ascii="Times New Roman" w:hAnsi="Times New Roman" w:cs="Times New Roman"/>
                <w:b/>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4"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3.3.</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Упражнения для оптимизации работоспособности мышц в режиме учебного дня</w:t>
            </w:r>
          </w:p>
        </w:tc>
        <w:tc>
          <w:tcPr>
            <w:tcW w:w="1417" w:type="dxa"/>
            <w:vMerge/>
            <w:tcBorders>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bCs/>
              </w:rPr>
            </w:pP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5"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3.4.</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Акробатическая комбинация</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3</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6"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3.5.</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Опорные прыжки</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3</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7"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3.6.</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Упражнения на низком гимнастическом бревне</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2</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8"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3.7.</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Знакомство с рекомендациями учителя по использованию подготовительных и подводящих упражнений для освоения физических упражнений на гимнастическом бревне</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69"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3.8.</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Висы и упоры на невысокой гимнастической перекладине</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0"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3.9.</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Знакомство с рекомендациями учителя по использованию подготовительных и подводящих упражнений для освоения физических упражнений на невысокой гимнастической перекладине</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1"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3.10.</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Лазание по канату в три приёма</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2</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2"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3.11.</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Упражнения ритмической гимнастики</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3"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3.12.</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Знакомство с рекомендациями учителя по распределению упражнений в комбинации ритмической гимнастики и подборе музыкального сопровождения</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4"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3.13.</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Беговые упражнения</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6</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5"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3.14.</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6"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3.15.</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Прыжок в высоту с разбега</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4</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7"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3.16.</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освоения техники прыжка в высоту с разбега способом «перешагивание»</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8"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3.17.</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Метание малого (теннисного) мяча в подвижную мишень (раскачивающийся с разной скоростью гимнастический обруч с уменьшающимся диаметром)</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4</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79"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3.18.</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Знакомство с рекомендациями учителя по использованию упражнений в метании мяча для повышения точности движений</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0"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3.19.</w:t>
            </w:r>
          </w:p>
        </w:tc>
        <w:tc>
          <w:tcPr>
            <w:tcW w:w="850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Передвижение одновременным одношажным ходом</w:t>
            </w:r>
          </w:p>
        </w:tc>
        <w:tc>
          <w:tcPr>
            <w:tcW w:w="284"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2</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1"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3.20.</w:t>
            </w:r>
          </w:p>
        </w:tc>
        <w:tc>
          <w:tcPr>
            <w:tcW w:w="850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284"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7</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2"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3.21.</w:t>
            </w:r>
          </w:p>
        </w:tc>
        <w:tc>
          <w:tcPr>
            <w:tcW w:w="850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Преодоление небольших трамплинов при спуске с пологого склона</w:t>
            </w:r>
          </w:p>
        </w:tc>
        <w:tc>
          <w:tcPr>
            <w:tcW w:w="284" w:type="dxa"/>
            <w:tcBorders>
              <w:top w:val="single" w:sz="6" w:space="0" w:color="000000"/>
              <w:left w:val="single" w:sz="6" w:space="0" w:color="000000"/>
              <w:bottom w:val="single" w:sz="6" w:space="0" w:color="000000"/>
              <w:right w:val="single" w:sz="6" w:space="0" w:color="000000"/>
            </w:tcBorders>
          </w:tcPr>
          <w:p w:rsidR="00F44E79" w:rsidRPr="00FB5FED" w:rsidRDefault="00F44E79" w:rsidP="00B725B2">
            <w:pPr>
              <w:pStyle w:val="Heading1"/>
              <w:shd w:val="clear" w:color="auto" w:fill="F9F9F9"/>
              <w:spacing w:before="0" w:beforeAutospacing="0" w:after="0" w:afterAutospacing="0"/>
              <w:jc w:val="both"/>
              <w:rPr>
                <w:rFonts w:ascii="Times New Roman" w:hAnsi="Times New Roman"/>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2</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3"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3.22.</w:t>
            </w:r>
          </w:p>
        </w:tc>
        <w:tc>
          <w:tcPr>
            <w:tcW w:w="850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Знакомство с рекомендациями учителя по самостоятельному безопасному преодолению небольших трамплинов</w:t>
            </w:r>
          </w:p>
        </w:tc>
        <w:tc>
          <w:tcPr>
            <w:tcW w:w="284" w:type="dxa"/>
            <w:tcBorders>
              <w:top w:val="single" w:sz="6" w:space="0" w:color="000000"/>
              <w:left w:val="single" w:sz="6" w:space="0" w:color="000000"/>
              <w:bottom w:val="single" w:sz="6" w:space="0" w:color="000000"/>
              <w:right w:val="single" w:sz="6" w:space="0" w:color="000000"/>
            </w:tcBorders>
          </w:tcPr>
          <w:p w:rsidR="00F44E79" w:rsidRPr="00FB5FED" w:rsidRDefault="00F44E79" w:rsidP="00B725B2">
            <w:pPr>
              <w:pStyle w:val="Heading1"/>
              <w:shd w:val="clear" w:color="auto" w:fill="F9F9F9"/>
              <w:spacing w:before="0" w:beforeAutospacing="0" w:after="0" w:afterAutospacing="0"/>
              <w:jc w:val="both"/>
              <w:rPr>
                <w:rFonts w:ascii="Times New Roman" w:hAnsi="Times New Roman"/>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1</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4"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3.23.</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Технические действия баскетболиста без мяча</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2</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5"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3.24.</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3</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6"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3.25.</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Игровые действия в волейболе</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6</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7"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3.26.</w:t>
            </w:r>
          </w:p>
        </w:tc>
        <w:tc>
          <w:tcPr>
            <w:tcW w:w="43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Футбол».* </w:t>
            </w:r>
            <w:r w:rsidRPr="00F806DA">
              <w:rPr>
                <w:rFonts w:ascii="Times New Roman" w:hAnsi="Times New Roman" w:cs="Times New Roman"/>
                <w:bCs/>
              </w:rPr>
              <w:t>Удар по катящемуся мячу с разбега</w:t>
            </w:r>
          </w:p>
        </w:tc>
        <w:tc>
          <w:tcPr>
            <w:tcW w:w="4393" w:type="dxa"/>
            <w:gridSpan w:val="2"/>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u w:val="single"/>
              </w:rPr>
              <w:t>Тэг-регби**</w:t>
            </w:r>
            <w:r w:rsidRPr="00F806DA">
              <w:rPr>
                <w:rFonts w:ascii="Times New Roman" w:hAnsi="Times New Roman"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2</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8"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3.27.</w:t>
            </w:r>
          </w:p>
        </w:tc>
        <w:tc>
          <w:tcPr>
            <w:tcW w:w="43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Футбол».*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w:t>
            </w:r>
          </w:p>
        </w:tc>
        <w:tc>
          <w:tcPr>
            <w:tcW w:w="4393" w:type="dxa"/>
            <w:gridSpan w:val="2"/>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u w:val="single"/>
              </w:rPr>
              <w:t>Тэг-регби**</w:t>
            </w:r>
            <w:r w:rsidRPr="00F806DA">
              <w:rPr>
                <w:rFonts w:ascii="Times New Roman" w:hAnsi="Times New Roman" w:cs="Times New Roman"/>
              </w:rPr>
              <w:t xml:space="preserve"> Использование технических приёмов; низкая и высокая передача двумя руками, техника приема. Терминология игры.</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2</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89" w:history="1">
              <w:r w:rsidRPr="00F806DA">
                <w:rPr>
                  <w:rStyle w:val="Hyperlink"/>
                  <w:rFonts w:ascii="Times New Roman" w:hAnsi="Times New Roman"/>
                  <w:color w:val="auto"/>
                </w:rPr>
                <w:t>https://resh.edu.ru/</w:t>
              </w:r>
            </w:hyperlink>
          </w:p>
        </w:tc>
      </w:tr>
      <w:tr w:rsidR="00F44E79" w:rsidRPr="00F806DA" w:rsidTr="00B725B2">
        <w:tc>
          <w:tcPr>
            <w:tcW w:w="9446"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5103" w:type="dxa"/>
            <w:gridSpan w:val="2"/>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60</w:t>
            </w: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rPr>
              <w:t>Раздел 4 «Спорт»</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4.1.</w:t>
            </w:r>
          </w:p>
        </w:tc>
        <w:tc>
          <w:tcPr>
            <w:tcW w:w="878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1417"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5</w:t>
            </w:r>
          </w:p>
        </w:tc>
        <w:tc>
          <w:tcPr>
            <w:tcW w:w="3686"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690" w:history="1">
              <w:r w:rsidRPr="00F806DA">
                <w:rPr>
                  <w:rStyle w:val="Hyperlink"/>
                  <w:rFonts w:ascii="Times New Roman" w:hAnsi="Times New Roman"/>
                  <w:color w:val="auto"/>
                </w:rPr>
                <w:t>https://resh.edu.ru/</w:t>
              </w:r>
            </w:hyperlink>
          </w:p>
        </w:tc>
      </w:tr>
      <w:tr w:rsidR="00F44E79" w:rsidRPr="00F806DA" w:rsidTr="00B725B2">
        <w:tc>
          <w:tcPr>
            <w:tcW w:w="9446"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5103" w:type="dxa"/>
            <w:gridSpan w:val="2"/>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5</w:t>
            </w:r>
          </w:p>
        </w:tc>
      </w:tr>
      <w:tr w:rsidR="00F44E79" w:rsidRPr="00F806DA" w:rsidTr="00B725B2">
        <w:tc>
          <w:tcPr>
            <w:tcW w:w="9446"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ОБЩЕЕ КОЛИЧЕСТВО ЧАСОВ ПО ПРОГРАММЕ</w:t>
            </w:r>
          </w:p>
        </w:tc>
        <w:tc>
          <w:tcPr>
            <w:tcW w:w="5103" w:type="dxa"/>
            <w:gridSpan w:val="2"/>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68</w:t>
            </w:r>
          </w:p>
        </w:tc>
      </w:tr>
    </w:tbl>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rPr>
      </w:pPr>
      <w:r w:rsidRPr="00F806DA">
        <w:rPr>
          <w:rFonts w:ascii="Times New Roman" w:hAnsi="Times New Roman" w:cs="Times New Roman"/>
          <w:b/>
          <w:bCs/>
          <w:caps/>
        </w:rPr>
        <w:t>7 КЛАСС</w:t>
      </w:r>
    </w:p>
    <w:tbl>
      <w:tblPr>
        <w:tblW w:w="1454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660"/>
        <w:gridCol w:w="4225"/>
        <w:gridCol w:w="4136"/>
        <w:gridCol w:w="89"/>
        <w:gridCol w:w="1368"/>
        <w:gridCol w:w="4071"/>
      </w:tblGrid>
      <w:tr w:rsidR="00F44E79" w:rsidRPr="00F806DA" w:rsidTr="00B725B2">
        <w:trPr>
          <w:trHeight w:val="1237"/>
        </w:trPr>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w:t>
            </w:r>
            <w:r w:rsidRPr="00F806DA">
              <w:rPr>
                <w:rFonts w:ascii="Times New Roman" w:hAnsi="Times New Roman" w:cs="Times New Roman"/>
                <w:b/>
                <w:bCs/>
              </w:rPr>
              <w:br/>
              <w:t>п/п</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Наименование разделов и тем программы</w:t>
            </w:r>
          </w:p>
        </w:tc>
        <w:tc>
          <w:tcPr>
            <w:tcW w:w="1368" w:type="dxa"/>
            <w:tcBorders>
              <w:top w:val="single" w:sz="6" w:space="0" w:color="000000"/>
              <w:left w:val="single" w:sz="6" w:space="0" w:color="000000"/>
              <w:righ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Кол-во часов</w:t>
            </w:r>
          </w:p>
        </w:tc>
        <w:tc>
          <w:tcPr>
            <w:tcW w:w="4071" w:type="dxa"/>
            <w:tcBorders>
              <w:top w:val="single" w:sz="6" w:space="0" w:color="000000"/>
              <w:lef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Электронный образовательный ресурс</w:t>
            </w:r>
          </w:p>
        </w:tc>
      </w:tr>
      <w:tr w:rsidR="00F44E79" w:rsidRPr="00F806DA" w:rsidTr="00B725B2">
        <w:trPr>
          <w:trHeight w:val="510"/>
        </w:trPr>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B725B2" w:rsidRDefault="00F44E79" w:rsidP="00B725B2">
            <w:pPr>
              <w:pStyle w:val="Heading3"/>
              <w:tabs>
                <w:tab w:val="left" w:pos="308"/>
              </w:tabs>
              <w:spacing w:before="131"/>
              <w:jc w:val="both"/>
              <w:rPr>
                <w:rFonts w:ascii="Times New Roman" w:hAnsi="Times New Roman"/>
                <w:color w:val="auto"/>
                <w:lang w:val="ru-RU"/>
              </w:rPr>
            </w:pPr>
            <w:r w:rsidRPr="00B725B2">
              <w:rPr>
                <w:rFonts w:ascii="Times New Roman" w:hAnsi="Times New Roman"/>
                <w:color w:val="auto"/>
                <w:lang w:val="ru-RU"/>
              </w:rPr>
              <w:t>Раздел 1 «Знания о физической культуре»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1.1.</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Зарождение олимпийского движения</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1"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1.2.</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Олимпийское движение в СССР и современной России</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2"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1.3.</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Знакомство с выдающимися олимпийскими чемпионами</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3"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1.4.</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Воспитание качеств личности в процессе занятий физической культурой и спортом</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4" w:history="1">
              <w:r w:rsidRPr="00F806DA">
                <w:rPr>
                  <w:rStyle w:val="Hyperlink"/>
                  <w:rFonts w:ascii="Times New Roman" w:hAnsi="Times New Roman"/>
                  <w:color w:val="auto"/>
                </w:rPr>
                <w:t>https://resh.edu.ru/</w:t>
              </w:r>
            </w:hyperlink>
          </w:p>
        </w:tc>
      </w:tr>
      <w:tr w:rsidR="00F44E79" w:rsidRPr="00F806DA" w:rsidTr="00B725B2">
        <w:tc>
          <w:tcPr>
            <w:tcW w:w="9110"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3</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9110"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rPr>
              <w:t>Раздел 2</w:t>
            </w:r>
            <w:r w:rsidRPr="00F806DA">
              <w:rPr>
                <w:rFonts w:ascii="Times New Roman" w:hAnsi="Times New Roman" w:cs="Times New Roman"/>
              </w:rPr>
              <w:t xml:space="preserve"> </w:t>
            </w:r>
            <w:r w:rsidRPr="00F806DA">
              <w:rPr>
                <w:rFonts w:ascii="Times New Roman" w:hAnsi="Times New Roman" w:cs="Times New Roman"/>
                <w:b/>
              </w:rPr>
              <w:t>«Способы физкультурной деятельности»</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2.1.</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Ведение дневника физической культуры</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bCs/>
              </w:rPr>
              <w:t>https://www.msdmanuals.com/medical-calculators/BodyMassIndex-ru.htm</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2.2.</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Понятие «техническая подготовка</w:t>
            </w:r>
          </w:p>
        </w:tc>
        <w:tc>
          <w:tcPr>
            <w:tcW w:w="1368" w:type="dxa"/>
            <w:vMerge w:val="restart"/>
            <w:tcBorders>
              <w:top w:val="single" w:sz="6" w:space="0" w:color="000000"/>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695"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2.3.</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Понятия «двигательное действие», «двигательное умение», «двигательный навык»</w:t>
            </w:r>
          </w:p>
        </w:tc>
        <w:tc>
          <w:tcPr>
            <w:tcW w:w="1368" w:type="dxa"/>
            <w:vMerge/>
            <w:tcBorders>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6"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2.4.</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Способы и процедуры оценивания техники двигательных действий</w:t>
            </w:r>
          </w:p>
        </w:tc>
        <w:tc>
          <w:tcPr>
            <w:tcW w:w="1368" w:type="dxa"/>
            <w:vMerge w:val="restart"/>
            <w:tcBorders>
              <w:top w:val="single" w:sz="6" w:space="0" w:color="000000"/>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7"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2.5.</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Ошибки в технике упражнений и их предупреждение</w:t>
            </w:r>
          </w:p>
        </w:tc>
        <w:tc>
          <w:tcPr>
            <w:tcW w:w="1368" w:type="dxa"/>
            <w:vMerge/>
            <w:tcBorders>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8"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2.6.</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Планирование занятий технической подготовкой</w:t>
            </w:r>
          </w:p>
        </w:tc>
        <w:tc>
          <w:tcPr>
            <w:tcW w:w="1368" w:type="dxa"/>
            <w:vMerge/>
            <w:tcBorders>
              <w:left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699"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2.7.</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Составление плана занятий по технической подготовке</w:t>
            </w:r>
          </w:p>
        </w:tc>
        <w:tc>
          <w:tcPr>
            <w:tcW w:w="1368" w:type="dxa"/>
            <w:vMerge/>
            <w:tcBorders>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0"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2.8.</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Правила техники безопасности и гигиены мест занятий физическими упражнениями</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1" w:history="1">
              <w:r w:rsidRPr="00F806DA">
                <w:rPr>
                  <w:rStyle w:val="Hyperlink"/>
                  <w:rFonts w:ascii="Times New Roman" w:hAnsi="Times New Roman"/>
                  <w:color w:val="auto"/>
                </w:rPr>
                <w:t>https://resh.edu.ru/</w:t>
              </w:r>
            </w:hyperlink>
          </w:p>
        </w:tc>
      </w:tr>
      <w:tr w:rsidR="00F44E79" w:rsidRPr="00F806DA" w:rsidTr="00B725B2">
        <w:trPr>
          <w:trHeight w:val="446"/>
        </w:trPr>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2.9.</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Оценивание оздоровительного эффекта занятий физической культурой</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2" w:history="1">
              <w:r w:rsidRPr="00F806DA">
                <w:rPr>
                  <w:rStyle w:val="Hyperlink"/>
                  <w:rFonts w:ascii="Times New Roman" w:hAnsi="Times New Roman"/>
                  <w:color w:val="auto"/>
                </w:rPr>
                <w:t>https://resh.edu.ru/</w:t>
              </w:r>
            </w:hyperlink>
          </w:p>
        </w:tc>
      </w:tr>
      <w:tr w:rsidR="00F44E79" w:rsidRPr="00F806DA" w:rsidTr="00B725B2">
        <w:tc>
          <w:tcPr>
            <w:tcW w:w="9110"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3</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rPr>
              <w:t>Раздел 3 «Физическое совершенствование»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Упражнения для коррекции телосложения</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3"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Упражнения для профилактики нарушения осанки</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4"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3.3.</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Акробатическая комбинация</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5"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3.4.</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Акробатические пирамиды</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6"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3.5.</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Стойка на голове с опорой на руки</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7"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3.6.</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стойке на голове с опорой на руки, разработке акробатической комбинации из хорошо освоенных упражнений</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8"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3.7.</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Лазанье по канату в два приёма</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09"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3.8.</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лазанью по канату в два приёма</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0"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3.9.</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Упражнения степ-аэробики</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1"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3.10.</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Бег с преодолением препятствий</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2"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3.11.</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технике преодоления препятствий способами «наступание» и «прыжковый бег»</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3"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3.12.</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Эстафетный бег</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4"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3.13.</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технике эстафетного бега</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5"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3.14.</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Метание малого мяча в катящуюся мишень</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6</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6"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3.15.</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Знакомство с рекомендациями учителя по использованию упражнений с малым мячом на развитие точности движений</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7"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3.16.</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w:t>
            </w:r>
            <w:r w:rsidRPr="00F806DA">
              <w:rPr>
                <w:rFonts w:ascii="Times New Roman" w:hAnsi="Times New Roman" w:cs="Times New Roman"/>
                <w:bCs/>
              </w:rPr>
              <w:t>Торможение на лыжах способом «упор»</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8"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3.17.</w:t>
            </w:r>
          </w:p>
        </w:tc>
        <w:tc>
          <w:tcPr>
            <w:tcW w:w="83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 xml:space="preserve">Модуль «Зимние виды спорта». Лыжная подготовка.*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технике торможения упором</w:t>
            </w:r>
          </w:p>
        </w:tc>
        <w:tc>
          <w:tcPr>
            <w:tcW w:w="8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 xml:space="preserve"> </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19"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3.18.</w:t>
            </w:r>
          </w:p>
        </w:tc>
        <w:tc>
          <w:tcPr>
            <w:tcW w:w="83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Поворот упором при спуске с пологого склона</w:t>
            </w:r>
          </w:p>
        </w:tc>
        <w:tc>
          <w:tcPr>
            <w:tcW w:w="8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0"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3.19.</w:t>
            </w:r>
          </w:p>
        </w:tc>
        <w:tc>
          <w:tcPr>
            <w:tcW w:w="83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 xml:space="preserve">Модуль «Зимние виды спорта». Лыжная подготовка.* </w:t>
            </w:r>
            <w:r w:rsidRPr="00F806DA">
              <w:rPr>
                <w:rFonts w:ascii="Times New Roman" w:hAnsi="Times New Roman" w:cs="Times New Roman"/>
                <w:bCs/>
              </w:rPr>
              <w:t>Знакомство с рекомендациями учителя по использованию подводящих и имитационных упражнений для самостоятельного обучения торможению упором при спуске с пологого склона</w:t>
            </w:r>
          </w:p>
        </w:tc>
        <w:tc>
          <w:tcPr>
            <w:tcW w:w="8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1"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3.20.</w:t>
            </w:r>
          </w:p>
        </w:tc>
        <w:tc>
          <w:tcPr>
            <w:tcW w:w="83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i/>
                <w:iCs/>
              </w:rPr>
            </w:pPr>
            <w:r w:rsidRPr="00F806DA">
              <w:rPr>
                <w:rFonts w:ascii="Times New Roman" w:hAnsi="Times New Roman" w:cs="Times New Roman"/>
                <w:i/>
                <w:iCs/>
              </w:rPr>
              <w:t xml:space="preserve">Модуль «Зимние виды спорта».  </w:t>
            </w:r>
          </w:p>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 xml:space="preserve">Лыжная подготовка.* </w:t>
            </w:r>
            <w:r w:rsidRPr="00F806DA">
              <w:rPr>
                <w:rFonts w:ascii="Times New Roman" w:hAnsi="Times New Roman" w:cs="Times New Roman"/>
                <w:bCs/>
              </w:rPr>
              <w:t>Переход с одного хода на другой во время прохождения учебной дистанции</w:t>
            </w:r>
          </w:p>
        </w:tc>
        <w:tc>
          <w:tcPr>
            <w:tcW w:w="8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2"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3.21.</w:t>
            </w:r>
          </w:p>
        </w:tc>
        <w:tc>
          <w:tcPr>
            <w:tcW w:w="83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 xml:space="preserve">Модуль «Зимние виды спорта». Лыжная подготовка.* </w:t>
            </w:r>
            <w:r w:rsidRPr="00F806DA">
              <w:rPr>
                <w:rFonts w:ascii="Times New Roman" w:hAnsi="Times New Roman" w:cs="Times New Roman"/>
                <w:bCs/>
              </w:rPr>
              <w:t>Знакомство с рекомендациями учителя по использованию подводящих и имитационных упражнений для самостоятельного обучения переходу с одного лыжного хода на другой при прохождении учебной дистанции</w:t>
            </w:r>
          </w:p>
        </w:tc>
        <w:tc>
          <w:tcPr>
            <w:tcW w:w="8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3"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3.22.</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Ловля мяча после отскока от пола</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4"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3.23.</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передаче и ловле баскетбольного мяча после отскока от пола</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5"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3.24.</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Бросок мяча в корзину двумя руками снизу после ведения</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6"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3.25.</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технике броска мяча в корзину двумя руками снизу</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7"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3.26.</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Бросок мяча в корзину двумя руками от груди после ведения</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8"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3.27.</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Верхняя прямая подача мяча</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29"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3.28.</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Знакомство с рекомендациями учителя по использованию подводящих и подготовительных упражнений для самостоятельного обучения технике выполнения верхней прямой подача мяча через сетку</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0"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3.29.</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Перевод мяча через сетку, способом неожиданной (скрытой) передачи за голову</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1"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3.30.</w:t>
            </w:r>
          </w:p>
        </w:tc>
        <w:tc>
          <w:tcPr>
            <w:tcW w:w="42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Футбол».* </w:t>
            </w:r>
            <w:r w:rsidRPr="00F806DA">
              <w:rPr>
                <w:rFonts w:ascii="Times New Roman" w:hAnsi="Times New Roman" w:cs="Times New Roman"/>
                <w:bCs/>
              </w:rPr>
              <w:t>Средние и длинные передачи футбольного мяча</w:t>
            </w:r>
          </w:p>
        </w:tc>
        <w:tc>
          <w:tcPr>
            <w:tcW w:w="4225" w:type="dxa"/>
            <w:gridSpan w:val="2"/>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u w:val="single"/>
              </w:rPr>
              <w:t>Тэг-регби**</w:t>
            </w:r>
            <w:r w:rsidRPr="00F806DA">
              <w:rPr>
                <w:rFonts w:ascii="Times New Roman" w:hAnsi="Times New Roman" w:cs="Times New Roman"/>
              </w:rPr>
              <w:t xml:space="preserve"> Приём и передача мяча двумя руками снизу в разные зоны площадки команды соперника. Использование технических приёмов; низкая и высокая передача двумя руками, техника приема</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2"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3.31.</w:t>
            </w:r>
          </w:p>
        </w:tc>
        <w:tc>
          <w:tcPr>
            <w:tcW w:w="42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Футбол».* </w:t>
            </w:r>
            <w:r w:rsidRPr="00F806DA">
              <w:rPr>
                <w:rFonts w:ascii="Times New Roman" w:hAnsi="Times New Roman" w:cs="Times New Roman"/>
                <w:bCs/>
              </w:rPr>
              <w:t>Тактические действия игры футбол</w:t>
            </w:r>
          </w:p>
        </w:tc>
        <w:tc>
          <w:tcPr>
            <w:tcW w:w="4225" w:type="dxa"/>
            <w:gridSpan w:val="2"/>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u w:val="single"/>
              </w:rPr>
              <w:t>Тэг-регби**</w:t>
            </w:r>
            <w:r w:rsidRPr="00F806DA">
              <w:rPr>
                <w:rFonts w:ascii="Times New Roman" w:hAnsi="Times New Roman" w:cs="Times New Roman"/>
              </w:rPr>
              <w:t xml:space="preserve">. </w:t>
            </w:r>
            <w:r w:rsidRPr="00F806DA">
              <w:rPr>
                <w:rFonts w:ascii="Times New Roman" w:hAnsi="Times New Roman" w:cs="Times New Roman"/>
                <w:bCs/>
              </w:rPr>
              <w:t>Тактические действия игры</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3" w:history="1">
              <w:r w:rsidRPr="00F806DA">
                <w:rPr>
                  <w:rStyle w:val="Hyperlink"/>
                  <w:rFonts w:ascii="Times New Roman" w:hAnsi="Times New Roman"/>
                  <w:color w:val="auto"/>
                </w:rPr>
                <w:t>https://урок.рф/</w:t>
              </w:r>
            </w:hyperlink>
          </w:p>
        </w:tc>
      </w:tr>
      <w:tr w:rsidR="00F44E79" w:rsidRPr="00F806DA" w:rsidTr="00B725B2">
        <w:tc>
          <w:tcPr>
            <w:tcW w:w="9110"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57</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bCs/>
              </w:rPr>
              <w:t>Раздел «Спорт»</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4.1.</w:t>
            </w:r>
          </w:p>
        </w:tc>
        <w:tc>
          <w:tcPr>
            <w:tcW w:w="845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734" w:history="1">
              <w:r w:rsidRPr="00F806DA">
                <w:rPr>
                  <w:rStyle w:val="Hyperlink"/>
                  <w:rFonts w:ascii="Times New Roman" w:hAnsi="Times New Roman"/>
                  <w:color w:val="auto"/>
                </w:rPr>
                <w:t>https://resh.edu.ru/</w:t>
              </w:r>
            </w:hyperlink>
          </w:p>
        </w:tc>
      </w:tr>
      <w:tr w:rsidR="00F44E79" w:rsidRPr="00F806DA" w:rsidTr="00B725B2">
        <w:tc>
          <w:tcPr>
            <w:tcW w:w="9110"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5</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9110"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ОБЩЕЕ КОЛИЧЕСТВО ЧАСОВ ПО ПРОГРАММЕ</w:t>
            </w:r>
          </w:p>
        </w:tc>
        <w:tc>
          <w:tcPr>
            <w:tcW w:w="136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68</w:t>
            </w:r>
          </w:p>
        </w:tc>
        <w:tc>
          <w:tcPr>
            <w:tcW w:w="4071"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bl>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rPr>
      </w:pPr>
    </w:p>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lang w:val="en-US"/>
        </w:rPr>
      </w:pPr>
    </w:p>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lang w:val="en-US"/>
        </w:rPr>
      </w:pPr>
    </w:p>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lang w:val="en-US"/>
        </w:rPr>
      </w:pPr>
    </w:p>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rPr>
      </w:pPr>
      <w:r w:rsidRPr="00F806DA">
        <w:rPr>
          <w:rFonts w:ascii="Times New Roman" w:hAnsi="Times New Roman" w:cs="Times New Roman"/>
          <w:b/>
          <w:bCs/>
          <w:caps/>
        </w:rPr>
        <w:t>8 КЛАСС</w:t>
      </w:r>
    </w:p>
    <w:tbl>
      <w:tblPr>
        <w:tblW w:w="1454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660"/>
        <w:gridCol w:w="3986"/>
        <w:gridCol w:w="3808"/>
        <w:gridCol w:w="179"/>
        <w:gridCol w:w="1298"/>
        <w:gridCol w:w="4618"/>
      </w:tblGrid>
      <w:tr w:rsidR="00F44E79" w:rsidRPr="00F806DA" w:rsidTr="00B725B2">
        <w:trPr>
          <w:trHeight w:val="747"/>
        </w:trPr>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w:t>
            </w:r>
            <w:r w:rsidRPr="00F806DA">
              <w:rPr>
                <w:rFonts w:ascii="Times New Roman" w:hAnsi="Times New Roman" w:cs="Times New Roman"/>
                <w:b/>
                <w:bCs/>
              </w:rPr>
              <w:br/>
              <w:t>п/п</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Наименование разделов и тем программы</w:t>
            </w:r>
          </w:p>
        </w:tc>
        <w:tc>
          <w:tcPr>
            <w:tcW w:w="1298" w:type="dxa"/>
            <w:tcBorders>
              <w:top w:val="single" w:sz="6" w:space="0" w:color="000000"/>
              <w:left w:val="single" w:sz="6" w:space="0" w:color="000000"/>
              <w:righ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Кол-во часов</w:t>
            </w:r>
          </w:p>
        </w:tc>
        <w:tc>
          <w:tcPr>
            <w:tcW w:w="4618" w:type="dxa"/>
            <w:tcBorders>
              <w:top w:val="single" w:sz="6" w:space="0" w:color="000000"/>
              <w:lef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Электронный образовательный ресурс</w:t>
            </w: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rPr>
              <w:t>Раздел 1 «Знания о физической культуре»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1.1.</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Физическая культура в современном обществе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bCs/>
              </w:rPr>
              <w:t>https://resh.edu.ru/subject/lesson/3165/main/</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1.2.</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Всестороннее и гармоничное физическое развитие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5"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1.3.</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Адаптивная физическая культура</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6" w:history="1">
              <w:r w:rsidRPr="00F806DA">
                <w:rPr>
                  <w:rStyle w:val="Hyperlink"/>
                  <w:rFonts w:ascii="Times New Roman" w:hAnsi="Times New Roman"/>
                  <w:color w:val="auto"/>
                </w:rPr>
                <w:t>https://resh.edu.ru/</w:t>
              </w:r>
            </w:hyperlink>
          </w:p>
        </w:tc>
      </w:tr>
      <w:tr w:rsidR="00F44E79" w:rsidRPr="00F806DA" w:rsidTr="00B725B2">
        <w:tc>
          <w:tcPr>
            <w:tcW w:w="8633"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3</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rPr>
              <w:t>Раздел 2</w:t>
            </w:r>
            <w:r w:rsidRPr="00F806DA">
              <w:rPr>
                <w:rFonts w:ascii="Times New Roman" w:hAnsi="Times New Roman" w:cs="Times New Roman"/>
              </w:rPr>
              <w:t xml:space="preserve"> </w:t>
            </w:r>
            <w:r w:rsidRPr="00F806DA">
              <w:rPr>
                <w:rFonts w:ascii="Times New Roman" w:hAnsi="Times New Roman" w:cs="Times New Roman"/>
                <w:b/>
              </w:rPr>
              <w:t>«Способы физкультурной деятельности»</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2.1.</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Коррекция нарушения осанки</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7"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2.2.</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Коррекция избыточной массы тела</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38"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2.3.</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Составление планов-конспектов для самостоятельных занятий спортивной подготовкой</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2.4.</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Способы учёта индивидуальных особенностей при составлении планов самостоятельных тренированных занятий</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739" w:history="1">
              <w:r w:rsidRPr="00F806DA">
                <w:rPr>
                  <w:rStyle w:val="Hyperlink"/>
                  <w:rFonts w:ascii="Times New Roman" w:hAnsi="Times New Roman"/>
                  <w:color w:val="auto"/>
                </w:rPr>
                <w:t>https://resh.edu.ru/</w:t>
              </w:r>
            </w:hyperlink>
          </w:p>
        </w:tc>
      </w:tr>
      <w:tr w:rsidR="00F44E79" w:rsidRPr="00F806DA" w:rsidTr="00B725B2">
        <w:tc>
          <w:tcPr>
            <w:tcW w:w="8633"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bCs/>
              </w:rPr>
              <w:t>Раздел 3 «Физическое совершенствование»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Профилактика умственного перенапряжения</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740"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Гимнастическая комбинация на перекладине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i/>
                <w:iCs/>
              </w:rPr>
            </w:pPr>
            <w:hyperlink r:id="rId741"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3.3.</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Гимнастическая комбинация на параллельных брусьях, перекладине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6</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2"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3.4.</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Вольные упражнения на базе ритмической гимнастики</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4</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3"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3.5.</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Кроссовый бег</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6</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4"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3.6.</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Прыжок в длину с разбега способом «прогнувшись»</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4</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5"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3.7.</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Правила проведения соревнований по лёгкой атлетике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6"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3.8.</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Подготовка к выполнению нормативов комплекса ГТО в беговых дисциплинах</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7"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3.9.</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Подготовка к выполнению нормативов комплекса ГТО в технических дисциплинах</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8"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3.10.</w:t>
            </w:r>
          </w:p>
        </w:tc>
        <w:tc>
          <w:tcPr>
            <w:tcW w:w="77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 xml:space="preserve">Модуль «Зимние виды спорта». Лыжная подготовка*  </w:t>
            </w:r>
            <w:r w:rsidRPr="00F806DA">
              <w:rPr>
                <w:rFonts w:ascii="Times New Roman" w:hAnsi="Times New Roman" w:cs="Times New Roman"/>
                <w:bCs/>
              </w:rPr>
              <w:t>Техника передвижения на лыжах одновременным бесшажным ходом</w:t>
            </w:r>
          </w:p>
        </w:tc>
        <w:tc>
          <w:tcPr>
            <w:tcW w:w="17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4</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49"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3.11.</w:t>
            </w:r>
          </w:p>
        </w:tc>
        <w:tc>
          <w:tcPr>
            <w:tcW w:w="77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Способы преодоления естественных препятствий на лыжах</w:t>
            </w:r>
          </w:p>
        </w:tc>
        <w:tc>
          <w:tcPr>
            <w:tcW w:w="17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0"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3.12.</w:t>
            </w:r>
          </w:p>
        </w:tc>
        <w:tc>
          <w:tcPr>
            <w:tcW w:w="77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Торможение боковым скольжением</w:t>
            </w:r>
          </w:p>
        </w:tc>
        <w:tc>
          <w:tcPr>
            <w:tcW w:w="17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1"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3.13.</w:t>
            </w:r>
          </w:p>
        </w:tc>
        <w:tc>
          <w:tcPr>
            <w:tcW w:w="77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«Зимние виды спорта». Лыжная подготовка* </w:t>
            </w:r>
            <w:r w:rsidRPr="00F806DA">
              <w:rPr>
                <w:rFonts w:ascii="Times New Roman" w:hAnsi="Times New Roman" w:cs="Times New Roman"/>
                <w:bCs/>
              </w:rPr>
              <w:t>Переход с одного лыжного хода на другой</w:t>
            </w:r>
          </w:p>
        </w:tc>
        <w:tc>
          <w:tcPr>
            <w:tcW w:w="17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3</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2"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3.14.</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Повороты с мячом на месте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3"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3.15.</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Передача мяча одной рукой от плеча и снизу</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4"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3.16.</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Бросок мяча в корзину двумя руками в прыжке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5"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3.17.</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Баскетбол». </w:t>
            </w:r>
            <w:r w:rsidRPr="00F806DA">
              <w:rPr>
                <w:rFonts w:ascii="Times New Roman" w:hAnsi="Times New Roman" w:cs="Times New Roman"/>
                <w:bCs/>
              </w:rPr>
              <w:t>Бросок мяча в корзину одной рукой в прыжке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6"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3.18.</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Прямой нападающий удар</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7"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3.19.</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Методические рекомендации по самостоятельному решению задач при разучивании прямого нападающего удара, способам контроля и оценивания его технического выполнения, подбору и выполнению подводящих упражнений, соблюдению техники безопасности во время его разучивания и закрепления</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8"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3.20.</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Индивидуальное блокирование мяча в прыжке с места</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59"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3.21.</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Тактические действия в игре волейбол</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60"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3.22.</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Волейбол». </w:t>
            </w:r>
            <w:r w:rsidRPr="00F806DA">
              <w:rPr>
                <w:rFonts w:ascii="Times New Roman" w:hAnsi="Times New Roman" w:cs="Times New Roman"/>
                <w:bCs/>
              </w:rPr>
              <w:t>Методические рекомендации по способам использования индивидуального блокирования мяча в условиях игровой деятельности</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61"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3.23.</w:t>
            </w:r>
          </w:p>
        </w:tc>
        <w:tc>
          <w:tcPr>
            <w:tcW w:w="39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Футбол».* </w:t>
            </w:r>
            <w:r w:rsidRPr="00F806DA">
              <w:rPr>
                <w:rFonts w:ascii="Times New Roman" w:hAnsi="Times New Roman" w:cs="Times New Roman"/>
                <w:bCs/>
              </w:rPr>
              <w:t>Основные тактические схемы игры футбол и мини-футбол</w:t>
            </w:r>
          </w:p>
        </w:tc>
        <w:tc>
          <w:tcPr>
            <w:tcW w:w="3987" w:type="dxa"/>
            <w:gridSpan w:val="2"/>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u w:val="single"/>
              </w:rPr>
              <w:t>Тэг-регби**</w:t>
            </w:r>
            <w:r w:rsidRPr="00F806DA">
              <w:rPr>
                <w:rFonts w:ascii="Times New Roman" w:hAnsi="Times New Roman" w:cs="Times New Roman"/>
              </w:rPr>
              <w:t xml:space="preserve">. </w:t>
            </w:r>
            <w:r w:rsidRPr="00F806DA">
              <w:rPr>
                <w:rFonts w:ascii="Times New Roman" w:hAnsi="Times New Roman" w:cs="Times New Roman"/>
                <w:bCs/>
              </w:rPr>
              <w:t>Основные тактические схемы игры тэг-регби</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4</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i/>
                <w:iCs/>
              </w:rPr>
            </w:pPr>
            <w:hyperlink r:id="rId762" w:history="1">
              <w:r w:rsidRPr="00F806DA">
                <w:rPr>
                  <w:rStyle w:val="Hyperlink"/>
                  <w:rFonts w:ascii="Times New Roman" w:hAnsi="Times New Roman"/>
                  <w:color w:val="auto"/>
                </w:rPr>
                <w:t>https://resh.edu.ru/</w:t>
              </w:r>
            </w:hyperlink>
          </w:p>
        </w:tc>
      </w:tr>
      <w:tr w:rsidR="00F44E79" w:rsidRPr="00F806DA" w:rsidTr="00B725B2">
        <w:tc>
          <w:tcPr>
            <w:tcW w:w="8633"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58</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6"/>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bCs/>
              </w:rPr>
              <w:t>Раздел «Спорт»</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4.1.</w:t>
            </w:r>
          </w:p>
        </w:tc>
        <w:tc>
          <w:tcPr>
            <w:tcW w:w="797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5</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763" w:history="1">
              <w:r w:rsidRPr="00F806DA">
                <w:rPr>
                  <w:rStyle w:val="Hyperlink"/>
                  <w:rFonts w:ascii="Times New Roman" w:hAnsi="Times New Roman"/>
                  <w:color w:val="auto"/>
                </w:rPr>
                <w:t>https://resh.edu.ru/</w:t>
              </w:r>
            </w:hyperlink>
          </w:p>
        </w:tc>
      </w:tr>
      <w:tr w:rsidR="00F44E79" w:rsidRPr="00F806DA" w:rsidTr="00B725B2">
        <w:tc>
          <w:tcPr>
            <w:tcW w:w="8633"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Итого по разделу</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5</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8633"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ОБЩЕЕ КОЛИЧЕСТВО ЧАСОВ ПО ПРОГРАММЕ</w:t>
            </w:r>
          </w:p>
        </w:tc>
        <w:tc>
          <w:tcPr>
            <w:tcW w:w="1298"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68</w:t>
            </w:r>
          </w:p>
        </w:tc>
        <w:tc>
          <w:tcPr>
            <w:tcW w:w="4618"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bl>
    <w:p w:rsidR="00F44E79" w:rsidRPr="00F806DA" w:rsidRDefault="00F44E79" w:rsidP="00B725B2">
      <w:pPr>
        <w:shd w:val="clear" w:color="auto" w:fill="FFFFFF"/>
        <w:spacing w:before="240" w:line="240" w:lineRule="atLeast"/>
        <w:jc w:val="both"/>
        <w:outlineLvl w:val="1"/>
        <w:rPr>
          <w:rFonts w:ascii="Times New Roman" w:hAnsi="Times New Roman" w:cs="Times New Roman"/>
          <w:b/>
          <w:bCs/>
          <w:caps/>
        </w:rPr>
      </w:pPr>
      <w:r w:rsidRPr="00F806DA">
        <w:rPr>
          <w:rFonts w:ascii="Times New Roman" w:hAnsi="Times New Roman" w:cs="Times New Roman"/>
          <w:b/>
          <w:bCs/>
          <w:caps/>
        </w:rPr>
        <w:t>9 КЛАСС</w:t>
      </w:r>
    </w:p>
    <w:tbl>
      <w:tblPr>
        <w:tblW w:w="1454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660"/>
        <w:gridCol w:w="8501"/>
        <w:gridCol w:w="204"/>
        <w:gridCol w:w="1639"/>
        <w:gridCol w:w="3545"/>
      </w:tblGrid>
      <w:tr w:rsidR="00F44E79" w:rsidRPr="00F806DA" w:rsidTr="00B725B2">
        <w:trPr>
          <w:trHeight w:val="747"/>
        </w:trPr>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w:t>
            </w:r>
            <w:r w:rsidRPr="00F806DA">
              <w:rPr>
                <w:rFonts w:ascii="Times New Roman" w:hAnsi="Times New Roman" w:cs="Times New Roman"/>
                <w:b/>
                <w:bCs/>
              </w:rPr>
              <w:br/>
              <w:t>п/п</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
                <w:bCs/>
              </w:rPr>
              <w:t>Наименование разделов и тем программы</w:t>
            </w:r>
          </w:p>
        </w:tc>
        <w:tc>
          <w:tcPr>
            <w:tcW w:w="1639" w:type="dxa"/>
            <w:tcBorders>
              <w:top w:val="single" w:sz="6" w:space="0" w:color="000000"/>
              <w:left w:val="single" w:sz="6" w:space="0" w:color="000000"/>
              <w:righ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Кол-во часов</w:t>
            </w:r>
          </w:p>
        </w:tc>
        <w:tc>
          <w:tcPr>
            <w:tcW w:w="3544" w:type="dxa"/>
            <w:tcBorders>
              <w:top w:val="single" w:sz="6" w:space="0" w:color="000000"/>
              <w:left w:val="single" w:sz="6" w:space="0" w:color="000000"/>
            </w:tcBorders>
          </w:tcPr>
          <w:p w:rsidR="00F44E79" w:rsidRPr="00F806DA" w:rsidRDefault="00F44E79" w:rsidP="00B725B2">
            <w:pPr>
              <w:pStyle w:val="Heading3"/>
              <w:tabs>
                <w:tab w:val="left" w:pos="308"/>
              </w:tabs>
              <w:spacing w:before="131"/>
              <w:jc w:val="both"/>
              <w:rPr>
                <w:rFonts w:ascii="Times New Roman" w:hAnsi="Times New Roman"/>
                <w:color w:val="auto"/>
              </w:rPr>
            </w:pPr>
            <w:r w:rsidRPr="00F806DA">
              <w:rPr>
                <w:rFonts w:ascii="Times New Roman" w:hAnsi="Times New Roman"/>
                <w:color w:val="auto"/>
              </w:rPr>
              <w:t>Электронный образовательный ресурс</w:t>
            </w:r>
          </w:p>
        </w:tc>
      </w:tr>
      <w:tr w:rsidR="00F44E79" w:rsidRPr="00F806DA" w:rsidTr="00B725B2">
        <w:tc>
          <w:tcPr>
            <w:tcW w:w="14549" w:type="dxa"/>
            <w:gridSpan w:val="5"/>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rPr>
              <w:t>Раздел 1 «Знания о физической культуре»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1.1.</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Здоровье и здоровый образ жизни</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1</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764"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1.2.</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Пешие туристские подходы</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65"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1.3.</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Профессионально-прикладная физическая культура</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66" w:history="1">
              <w:r w:rsidRPr="00F806DA">
                <w:rPr>
                  <w:rStyle w:val="Hyperlink"/>
                  <w:rFonts w:ascii="Times New Roman" w:hAnsi="Times New Roman"/>
                </w:rPr>
                <w:t>https://www.uchportal.ru/</w:t>
              </w:r>
            </w:hyperlink>
          </w:p>
        </w:tc>
      </w:tr>
      <w:tr w:rsidR="00F44E79" w:rsidRPr="00F806DA" w:rsidTr="00B725B2">
        <w:tc>
          <w:tcPr>
            <w:tcW w:w="11005"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 xml:space="preserve">Итого по разделу                                                                                                                                       </w:t>
            </w:r>
            <w:r w:rsidRPr="00F806DA">
              <w:rPr>
                <w:rFonts w:ascii="Times New Roman" w:hAnsi="Times New Roman" w:cs="Times New Roman"/>
                <w:b/>
              </w:rPr>
              <w:t>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5"/>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rPr>
              <w:t>Раздел 2</w:t>
            </w:r>
            <w:r w:rsidRPr="00F806DA">
              <w:rPr>
                <w:rFonts w:ascii="Times New Roman" w:hAnsi="Times New Roman" w:cs="Times New Roman"/>
              </w:rPr>
              <w:t xml:space="preserve"> </w:t>
            </w:r>
            <w:r w:rsidRPr="00F806DA">
              <w:rPr>
                <w:rFonts w:ascii="Times New Roman" w:hAnsi="Times New Roman" w:cs="Times New Roman"/>
                <w:b/>
              </w:rPr>
              <w:t>«Способы физкультурной деятельности»</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2.1.</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Восстановительный массаж</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67"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2.2.</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Банные процедуры</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68"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2.3.</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Измерение функциональных резервов организма</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69"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2.4.</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Оказание первой помощи во время самостоятельных занятий физическими упражнениями</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0" w:history="1">
              <w:r w:rsidRPr="00F806DA">
                <w:rPr>
                  <w:rStyle w:val="Hyperlink"/>
                  <w:rFonts w:ascii="Times New Roman" w:hAnsi="Times New Roman"/>
                  <w:color w:val="auto"/>
                </w:rPr>
                <w:t>https://resh.edu.ru/</w:t>
              </w:r>
            </w:hyperlink>
          </w:p>
        </w:tc>
      </w:tr>
      <w:tr w:rsidR="00F44E79" w:rsidRPr="00F806DA" w:rsidTr="00B725B2">
        <w:tc>
          <w:tcPr>
            <w:tcW w:w="11005"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 xml:space="preserve">Итого по разделу                                                                                                                                          </w:t>
            </w:r>
            <w:r w:rsidRPr="00F806DA">
              <w:rPr>
                <w:rFonts w:ascii="Times New Roman" w:hAnsi="Times New Roman" w:cs="Times New Roman"/>
                <w:b/>
              </w:rPr>
              <w:t>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5"/>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bCs/>
              </w:rPr>
              <w:t>Раздел «Физическое совершенствование»</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Занятия физической культурой и режим питания</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1"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3.2.</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Упражнения для снижения избыточной массы тела</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2"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3.3.</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Индивидуальные мероприятия оздоровительной, коррекционной и профилактической направленности</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3"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3.4.</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Длинный кувырок с разбега</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0,5</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4"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3.5.</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Кувырок назад в упор, стоя ноги врозь</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5"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3.6.</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Акробатическая комбинация</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6"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3.7.</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Размахивания в висе на высокой перекладине</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7"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3.8.</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Соскок вперёд прогнувшись с высокой гимнастической перекладины</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8"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3.9.</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Гимнастическая комбинация на высокой гимнастической перекладине</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79"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3.10.</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Гимнастическая комбинация на параллельных брусьях</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0" w:history="1">
              <w:r w:rsidRPr="00F806DA">
                <w:rPr>
                  <w:rStyle w:val="Hyperlink"/>
                  <w:rFonts w:ascii="Times New Roman" w:hAnsi="Times New Roman"/>
                  <w:color w:val="auto"/>
                </w:rPr>
                <w:t>https://resh.edu.ru/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3.11.</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Гимнастическая комбинация на гимнастическом бревне</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1"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3.12.</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«Гимнастика». </w:t>
            </w:r>
            <w:r w:rsidRPr="00F806DA">
              <w:rPr>
                <w:rFonts w:ascii="Times New Roman" w:hAnsi="Times New Roman" w:cs="Times New Roman"/>
                <w:bCs/>
              </w:rPr>
              <w:t>Гимнастическая комбинация на параллельных брусьях</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2"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3.13.</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Техническая подготовка в легкоатлетических упражнениях</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10</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3"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3.14.</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«Лёгкая атлетика». </w:t>
            </w:r>
            <w:r w:rsidRPr="00F806DA">
              <w:rPr>
                <w:rFonts w:ascii="Times New Roman" w:hAnsi="Times New Roman" w:cs="Times New Roman"/>
                <w:bCs/>
              </w:rPr>
              <w:t>Техническая подготовка в метании спортивного снаряда с разбега на дальность</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4</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i/>
                <w:iCs/>
              </w:rPr>
            </w:pP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3.15.</w:t>
            </w:r>
          </w:p>
        </w:tc>
        <w:tc>
          <w:tcPr>
            <w:tcW w:w="850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 xml:space="preserve">Модуль «Зимние виды спорта».  Лыжная подготовка*. </w:t>
            </w:r>
            <w:r w:rsidRPr="00F806DA">
              <w:rPr>
                <w:rFonts w:ascii="Times New Roman" w:hAnsi="Times New Roman" w:cs="Times New Roman"/>
                <w:bCs/>
              </w:rPr>
              <w:t>Техническая подготовка в передвижении</w:t>
            </w:r>
            <w:r w:rsidRPr="00F806DA">
              <w:rPr>
                <w:rFonts w:ascii="Times New Roman" w:hAnsi="Times New Roman" w:cs="Times New Roman"/>
                <w:bCs/>
              </w:rPr>
              <w:br/>
              <w:t>на лыжах по учебной дистанции</w:t>
            </w:r>
          </w:p>
        </w:tc>
        <w:tc>
          <w:tcPr>
            <w:tcW w:w="204"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rPr>
            </w:pP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12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4"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3.16.</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w:t>
            </w:r>
            <w:r w:rsidRPr="00F806DA">
              <w:rPr>
                <w:rFonts w:ascii="Times New Roman" w:hAnsi="Times New Roman" w:cs="Times New Roman"/>
                <w:bCs/>
              </w:rPr>
              <w:t>Техническая подготовка в баскетболе</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6</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5" w:history="1">
              <w:r w:rsidRPr="00F806DA">
                <w:rPr>
                  <w:rStyle w:val="Hyperlink"/>
                  <w:rFonts w:ascii="Times New Roman" w:hAnsi="Times New Roman"/>
                </w:rPr>
                <w:t>https://www.uchportal.ru/</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3.17.</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w:t>
            </w:r>
            <w:r w:rsidRPr="00F806DA">
              <w:rPr>
                <w:rFonts w:ascii="Times New Roman" w:hAnsi="Times New Roman" w:cs="Times New Roman"/>
                <w:bCs/>
              </w:rPr>
              <w:t>Техническая подготовка в волейболе</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6</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6" w:history="1">
              <w:r w:rsidRPr="00F806DA">
                <w:rPr>
                  <w:rStyle w:val="Hyperlink"/>
                  <w:rFonts w:ascii="Times New Roman" w:hAnsi="Times New Roman"/>
                  <w:color w:val="auto"/>
                </w:rPr>
                <w:t>https://урок.рф/</w:t>
              </w:r>
            </w:hyperlink>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3.18.</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i/>
                <w:iCs/>
              </w:rPr>
              <w:t>Модуль «Спортивные игры». </w:t>
            </w:r>
            <w:r w:rsidRPr="00F806DA">
              <w:rPr>
                <w:rFonts w:ascii="Times New Roman" w:hAnsi="Times New Roman" w:cs="Times New Roman"/>
                <w:bCs/>
              </w:rPr>
              <w:t>Техническая подготовка в футболе* (тэг-регби)**</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iCs/>
              </w:rPr>
            </w:pPr>
            <w:r w:rsidRPr="00F806DA">
              <w:rPr>
                <w:rFonts w:ascii="Times New Roman" w:hAnsi="Times New Roman" w:cs="Times New Roman"/>
                <w:iCs/>
              </w:rPr>
              <w:t>2</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hyperlink r:id="rId787" w:history="1">
              <w:r w:rsidRPr="00F806DA">
                <w:rPr>
                  <w:rStyle w:val="Hyperlink"/>
                  <w:rFonts w:ascii="Times New Roman" w:hAnsi="Times New Roman"/>
                  <w:color w:val="auto"/>
                </w:rPr>
                <w:t>https://урок.рф/</w:t>
              </w:r>
            </w:hyperlink>
          </w:p>
        </w:tc>
      </w:tr>
      <w:tr w:rsidR="00F44E79" w:rsidRPr="00F806DA" w:rsidTr="00B725B2">
        <w:tc>
          <w:tcPr>
            <w:tcW w:w="11005"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 xml:space="preserve">Итого по разделу                                                                                                                                </w:t>
            </w:r>
            <w:r w:rsidRPr="00F806DA">
              <w:rPr>
                <w:rFonts w:ascii="Times New Roman" w:hAnsi="Times New Roman" w:cs="Times New Roman"/>
                <w:b/>
              </w:rPr>
              <w:t>58</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4549" w:type="dxa"/>
            <w:gridSpan w:val="5"/>
            <w:tcBorders>
              <w:top w:val="single" w:sz="6" w:space="0" w:color="000000"/>
              <w:bottom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b/>
                <w:bCs/>
              </w:rPr>
            </w:pPr>
            <w:r w:rsidRPr="00F806DA">
              <w:rPr>
                <w:rFonts w:ascii="Times New Roman" w:hAnsi="Times New Roman" w:cs="Times New Roman"/>
                <w:b/>
                <w:bCs/>
              </w:rPr>
              <w:t>Раздел «Спорт»</w:t>
            </w:r>
          </w:p>
        </w:tc>
      </w:tr>
      <w:tr w:rsidR="00F44E79" w:rsidRPr="00F806DA" w:rsidTr="00B725B2">
        <w:tc>
          <w:tcPr>
            <w:tcW w:w="0" w:type="auto"/>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4.1.</w:t>
            </w:r>
          </w:p>
        </w:tc>
        <w:tc>
          <w:tcPr>
            <w:tcW w:w="870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bCs/>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1639" w:type="dxa"/>
            <w:tcBorders>
              <w:top w:val="single" w:sz="6" w:space="0" w:color="000000"/>
              <w:left w:val="single" w:sz="6" w:space="0" w:color="000000"/>
              <w:bottom w:val="single" w:sz="6" w:space="0" w:color="000000"/>
              <w:right w:val="single" w:sz="6" w:space="0" w:color="000000"/>
            </w:tcBorders>
          </w:tcPr>
          <w:p w:rsidR="00F44E79" w:rsidRPr="00F806DA" w:rsidRDefault="00F44E79" w:rsidP="00B725B2">
            <w:pPr>
              <w:jc w:val="both"/>
              <w:rPr>
                <w:rFonts w:ascii="Times New Roman" w:hAnsi="Times New Roman" w:cs="Times New Roman"/>
                <w:bCs/>
              </w:rPr>
            </w:pPr>
            <w:r w:rsidRPr="00F806DA">
              <w:rPr>
                <w:rFonts w:ascii="Times New Roman" w:hAnsi="Times New Roman" w:cs="Times New Roman"/>
                <w:bCs/>
              </w:rPr>
              <w:t>6</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b/>
                <w:bCs/>
              </w:rPr>
            </w:pPr>
            <w:hyperlink r:id="rId788" w:history="1">
              <w:r w:rsidRPr="00F806DA">
                <w:rPr>
                  <w:rStyle w:val="Hyperlink"/>
                  <w:rFonts w:ascii="Times New Roman" w:hAnsi="Times New Roman"/>
                  <w:color w:val="auto"/>
                </w:rPr>
                <w:t>https://resh.edu.ru/</w:t>
              </w:r>
            </w:hyperlink>
          </w:p>
        </w:tc>
      </w:tr>
      <w:tr w:rsidR="00F44E79" w:rsidRPr="00F806DA" w:rsidTr="00B725B2">
        <w:tc>
          <w:tcPr>
            <w:tcW w:w="11005" w:type="dxa"/>
            <w:gridSpan w:val="4"/>
            <w:tcBorders>
              <w:top w:val="single" w:sz="6" w:space="0" w:color="000000"/>
              <w:bottom w:val="single" w:sz="6" w:space="0" w:color="000000"/>
              <w:right w:val="single" w:sz="6" w:space="0" w:color="000000"/>
            </w:tcBorders>
            <w:tcMar>
              <w:top w:w="90" w:type="dxa"/>
              <w:left w:w="90" w:type="dxa"/>
              <w:bottom w:w="90" w:type="dxa"/>
              <w:right w:w="90" w:type="dxa"/>
            </w:tcMar>
          </w:tcPr>
          <w:p w:rsidR="00F44E79" w:rsidRPr="00F806DA" w:rsidRDefault="00F44E79" w:rsidP="00B725B2">
            <w:pPr>
              <w:jc w:val="both"/>
              <w:rPr>
                <w:rFonts w:ascii="Times New Roman" w:hAnsi="Times New Roman" w:cs="Times New Roman"/>
              </w:rPr>
            </w:pPr>
            <w:r w:rsidRPr="00F806DA">
              <w:rPr>
                <w:rFonts w:ascii="Times New Roman" w:hAnsi="Times New Roman" w:cs="Times New Roman"/>
              </w:rPr>
              <w:t xml:space="preserve">Итого по разделу  </w:t>
            </w:r>
            <w:r w:rsidRPr="00F806DA">
              <w:rPr>
                <w:rFonts w:ascii="Times New Roman" w:hAnsi="Times New Roman" w:cs="Times New Roman"/>
                <w:b/>
              </w:rPr>
              <w:t xml:space="preserve">                                                                                                                                       6</w:t>
            </w:r>
          </w:p>
        </w:tc>
        <w:tc>
          <w:tcPr>
            <w:tcW w:w="3544" w:type="dxa"/>
            <w:tcBorders>
              <w:top w:val="single" w:sz="6" w:space="0" w:color="000000"/>
              <w:left w:val="single" w:sz="6" w:space="0" w:color="000000"/>
              <w:bottom w:val="single" w:sz="6" w:space="0" w:color="000000"/>
            </w:tcBorders>
          </w:tcPr>
          <w:p w:rsidR="00F44E79" w:rsidRPr="00F806DA" w:rsidRDefault="00F44E79" w:rsidP="00B725B2">
            <w:pPr>
              <w:jc w:val="both"/>
              <w:rPr>
                <w:rFonts w:ascii="Times New Roman" w:hAnsi="Times New Roman" w:cs="Times New Roman"/>
              </w:rPr>
            </w:pPr>
          </w:p>
        </w:tc>
      </w:tr>
      <w:tr w:rsidR="00F44E79" w:rsidRPr="00F806DA" w:rsidTr="00B725B2">
        <w:tc>
          <w:tcPr>
            <w:tcW w:w="11005" w:type="dxa"/>
            <w:gridSpan w:val="4"/>
            <w:tcBorders>
              <w:top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F44E79" w:rsidRPr="00F806DA" w:rsidRDefault="00F44E79" w:rsidP="00B725B2">
            <w:pPr>
              <w:jc w:val="both"/>
              <w:rPr>
                <w:rFonts w:ascii="Times New Roman" w:hAnsi="Times New Roman" w:cs="Times New Roman"/>
                <w:b/>
              </w:rPr>
            </w:pPr>
            <w:r w:rsidRPr="00F806DA">
              <w:rPr>
                <w:rFonts w:ascii="Times New Roman" w:hAnsi="Times New Roman" w:cs="Times New Roman"/>
                <w:b/>
              </w:rPr>
              <w:t>ОБЩЕЕ КОЛИЧЕСТВО ЧАСОВ ПО ПРОГРАММЕ                                                                                                            68</w:t>
            </w:r>
          </w:p>
        </w:tc>
        <w:tc>
          <w:tcPr>
            <w:tcW w:w="3544" w:type="dxa"/>
            <w:tcBorders>
              <w:top w:val="single" w:sz="6" w:space="0" w:color="000000"/>
              <w:left w:val="single" w:sz="6" w:space="0" w:color="000000"/>
              <w:bottom w:val="single" w:sz="6" w:space="0" w:color="000000"/>
            </w:tcBorders>
            <w:shd w:val="clear" w:color="auto" w:fill="FFFFFF"/>
          </w:tcPr>
          <w:p w:rsidR="00F44E79" w:rsidRPr="00F806DA" w:rsidRDefault="00F44E79" w:rsidP="00B725B2">
            <w:pPr>
              <w:jc w:val="both"/>
              <w:rPr>
                <w:rFonts w:ascii="Times New Roman" w:hAnsi="Times New Roman" w:cs="Times New Roman"/>
              </w:rPr>
            </w:pPr>
          </w:p>
        </w:tc>
      </w:tr>
    </w:tbl>
    <w:p w:rsidR="00F44E79" w:rsidRDefault="00F44E79" w:rsidP="00B725B2">
      <w:pPr>
        <w:pStyle w:val="BodyText"/>
        <w:tabs>
          <w:tab w:val="left" w:pos="207"/>
        </w:tabs>
        <w:spacing w:line="266" w:lineRule="auto"/>
        <w:ind w:firstLine="0"/>
        <w:jc w:val="both"/>
        <w:rPr>
          <w:rStyle w:val="BodyTextChar1"/>
          <w:rFonts w:cs="Georgia"/>
        </w:rPr>
      </w:pPr>
    </w:p>
    <w:p w:rsidR="00F44E79" w:rsidRDefault="00F44E79" w:rsidP="008F10C3">
      <w:pPr>
        <w:pStyle w:val="BodyText"/>
        <w:tabs>
          <w:tab w:val="left" w:pos="207"/>
        </w:tabs>
        <w:spacing w:line="266" w:lineRule="auto"/>
        <w:jc w:val="both"/>
        <w:rPr>
          <w:rStyle w:val="BodyTextChar1"/>
          <w:rFonts w:cs="Georgia"/>
        </w:rPr>
      </w:pPr>
    </w:p>
    <w:p w:rsidR="00F44E79" w:rsidRDefault="00F44E79" w:rsidP="008F10C3">
      <w:pPr>
        <w:pStyle w:val="BodyText"/>
        <w:tabs>
          <w:tab w:val="left" w:pos="207"/>
        </w:tabs>
        <w:spacing w:line="266" w:lineRule="auto"/>
        <w:jc w:val="both"/>
        <w:rPr>
          <w:color w:val="auto"/>
          <w:sz w:val="24"/>
          <w:szCs w:val="24"/>
        </w:rPr>
        <w:sectPr w:rsidR="00F44E79">
          <w:headerReference w:type="even" r:id="rId789"/>
          <w:headerReference w:type="default" r:id="rId790"/>
          <w:footerReference w:type="even" r:id="rId791"/>
          <w:footerReference w:type="default" r:id="rId792"/>
          <w:footnotePr>
            <w:numFmt w:val="upperRoman"/>
          </w:footnotePr>
          <w:pgSz w:w="7824" w:h="12019"/>
          <w:pgMar w:top="565" w:right="703" w:bottom="968" w:left="723" w:header="0" w:footer="3" w:gutter="0"/>
          <w:cols w:space="720"/>
          <w:noEndnote/>
          <w:docGrid w:linePitch="360"/>
        </w:sectPr>
      </w:pPr>
    </w:p>
    <w:p w:rsidR="00F44E79" w:rsidRDefault="00F44E79" w:rsidP="001C7BA4">
      <w:pPr>
        <w:pStyle w:val="33"/>
        <w:keepNext/>
        <w:keepLines/>
        <w:numPr>
          <w:ilvl w:val="2"/>
          <w:numId w:val="251"/>
        </w:numPr>
        <w:pBdr>
          <w:bottom w:val="single" w:sz="4" w:space="0" w:color="auto"/>
        </w:pBdr>
        <w:tabs>
          <w:tab w:val="left" w:pos="763"/>
        </w:tabs>
        <w:spacing w:before="100" w:after="200" w:line="252" w:lineRule="auto"/>
        <w:jc w:val="both"/>
        <w:rPr>
          <w:b w:val="0"/>
          <w:bCs w:val="0"/>
          <w:color w:val="auto"/>
          <w:sz w:val="24"/>
          <w:szCs w:val="24"/>
        </w:rPr>
      </w:pPr>
      <w:bookmarkStart w:id="1009" w:name="bookmark5312"/>
      <w:bookmarkStart w:id="1010" w:name="bookmark5310"/>
      <w:bookmarkStart w:id="1011" w:name="bookmark5311"/>
      <w:bookmarkStart w:id="1012" w:name="bookmark5313"/>
      <w:bookmarkEnd w:id="1009"/>
      <w:r>
        <w:rPr>
          <w:rStyle w:val="32"/>
          <w:rFonts w:cs="Arial"/>
          <w:b/>
          <w:sz w:val="19"/>
          <w:szCs w:val="19"/>
        </w:rPr>
        <w:t>ОСНОВЫ БЕЗОПАСНОСТИ ЖИЗНЕДЕЯТЕЛЬНОСТИ (8-9 КЛАССЫ)</w:t>
      </w:r>
      <w:bookmarkEnd w:id="1010"/>
      <w:bookmarkEnd w:id="1011"/>
      <w:bookmarkEnd w:id="1012"/>
    </w:p>
    <w:p w:rsidR="00F44E79" w:rsidRDefault="00F44E79">
      <w:pPr>
        <w:pStyle w:val="BodyText"/>
        <w:spacing w:after="380" w:line="257" w:lineRule="auto"/>
        <w:jc w:val="both"/>
        <w:rPr>
          <w:rStyle w:val="BodyTextChar1"/>
          <w:rFonts w:cs="Georgia"/>
        </w:rPr>
      </w:pPr>
      <w:r>
        <w:rPr>
          <w:rStyle w:val="BodyTextChar1"/>
          <w:rFonts w:cs="Georgia"/>
        </w:rPr>
        <w:t>Примерная рабочая программа по основам безопасности жиз</w:t>
      </w:r>
      <w:r>
        <w:rPr>
          <w:rStyle w:val="BodyTextChar1"/>
          <w:rFonts w:cs="Georgia"/>
        </w:rPr>
        <w:softHyphen/>
        <w:t>недеятельности (далее - ОБЖ) разработана на основе Концепции преподавания учебного предмета «Основы безопасности жизне</w:t>
      </w:r>
      <w:r>
        <w:rPr>
          <w:rStyle w:val="BodyTextChar1"/>
          <w:rFonts w:cs="Georgia"/>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BodyTextChar1"/>
          <w:rFonts w:cs="Georgia"/>
        </w:rPr>
        <w:softHyphen/>
        <w:t>граммы основного общего образования, представленных в Феде</w:t>
      </w:r>
      <w:r>
        <w:rPr>
          <w:rStyle w:val="BodyTextChar1"/>
          <w:rFonts w:cs="Georgia"/>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BodyTextChar1"/>
          <w:rFonts w:cs="Georgia"/>
        </w:rPr>
        <w:softHyphen/>
        <w:t>емых требований к результатам освоения основной образова</w:t>
      </w:r>
      <w:r>
        <w:rPr>
          <w:rStyle w:val="BodyTextChar1"/>
          <w:rFonts w:cs="Georgia"/>
        </w:rPr>
        <w:softHyphen/>
        <w:t>тельной программы основного общего образования по учебному предмету ОБЖ, Программы воспитания.</w:t>
      </w:r>
    </w:p>
    <w:p w:rsidR="00F44E79" w:rsidRPr="009550FF" w:rsidRDefault="00F44E79" w:rsidP="008F640C">
      <w:pPr>
        <w:autoSpaceDE w:val="0"/>
        <w:autoSpaceDN w:val="0"/>
        <w:jc w:val="both"/>
        <w:rPr>
          <w:rFonts w:ascii="Times New Roman" w:hAnsi="Times New Roman" w:cs="Times New Roman"/>
          <w:b/>
        </w:rPr>
      </w:pPr>
    </w:p>
    <w:p w:rsidR="00F44E79" w:rsidRPr="009550FF" w:rsidRDefault="00F44E79" w:rsidP="008F640C">
      <w:pPr>
        <w:autoSpaceDE w:val="0"/>
        <w:autoSpaceDN w:val="0"/>
        <w:jc w:val="both"/>
        <w:rPr>
          <w:rFonts w:ascii="Times New Roman" w:hAnsi="Times New Roman" w:cs="Times New Roman"/>
          <w:b/>
        </w:rPr>
      </w:pPr>
      <w:r w:rsidRPr="009550FF">
        <w:rPr>
          <w:rFonts w:ascii="Times New Roman" w:hAnsi="Times New Roman" w:cs="Times New Roman"/>
          <w:b/>
        </w:rPr>
        <w:t>СОДЕРЖАНИЕ УЧЕБНОГО ПРЕДМЕТА «ОСНОВЫ БЕЗОПАСНОСТИ ЖИЗНЕДЕЯТЕЛЬНОСТИ»</w:t>
      </w:r>
    </w:p>
    <w:p w:rsidR="00F44E79" w:rsidRPr="009550FF" w:rsidRDefault="00F44E79" w:rsidP="008F640C">
      <w:pPr>
        <w:autoSpaceDE w:val="0"/>
        <w:autoSpaceDN w:val="0"/>
        <w:jc w:val="both"/>
        <w:rPr>
          <w:rFonts w:ascii="Times New Roman" w:hAnsi="Times New Roman" w:cs="Times New Roman"/>
          <w:b/>
        </w:rPr>
      </w:pP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5 класс</w:t>
      </w: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8F640C">
      <w:pPr>
        <w:tabs>
          <w:tab w:val="left" w:pos="709"/>
        </w:tabs>
        <w:autoSpaceDE w:val="0"/>
        <w:autoSpaceDN w:val="0"/>
        <w:ind w:firstLine="709"/>
        <w:jc w:val="both"/>
        <w:rPr>
          <w:rFonts w:ascii="Times New Roman" w:hAnsi="Times New Roman" w:cs="Times New Roman"/>
        </w:rPr>
      </w:pPr>
      <w:r w:rsidRPr="009550FF">
        <w:rPr>
          <w:rFonts w:ascii="Times New Roman" w:hAnsi="Times New Roman" w:cs="Times New Roman"/>
        </w:rPr>
        <w:t>Понятия «безопасность», «безопасность жизнедеятельности». Правила безопасности жизни. Система государственной защиты в области безопасности.</w:t>
      </w:r>
    </w:p>
    <w:p w:rsidR="00F44E79" w:rsidRPr="009550FF" w:rsidRDefault="00F44E79" w:rsidP="008F640C">
      <w:pPr>
        <w:tabs>
          <w:tab w:val="left" w:pos="709"/>
        </w:tabs>
        <w:autoSpaceDE w:val="0"/>
        <w:autoSpaceDN w:val="0"/>
        <w:ind w:firstLine="709"/>
        <w:jc w:val="both"/>
        <w:rPr>
          <w:rFonts w:ascii="Times New Roman" w:hAnsi="Times New Roman" w:cs="Times New Roman"/>
        </w:rPr>
      </w:pPr>
      <w:r w:rsidRPr="009550FF">
        <w:rPr>
          <w:rFonts w:ascii="Times New Roman" w:hAnsi="Times New Roman" w:cs="Times New Roman"/>
        </w:rPr>
        <w:t>Структура единой государственной системы  предупреждения и ликвидации чрезвычайных ситуаций (РСЧС). Силы и средства РСЧС.</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8F640C">
      <w:pPr>
        <w:autoSpaceDE w:val="0"/>
        <w:autoSpaceDN w:val="0"/>
        <w:ind w:firstLine="709"/>
        <w:jc w:val="both"/>
        <w:rPr>
          <w:rFonts w:ascii="Times New Roman" w:hAnsi="Times New Roman" w:cs="Times New Roman"/>
          <w:i/>
        </w:rPr>
      </w:pPr>
      <w:r w:rsidRPr="009550FF">
        <w:rPr>
          <w:rFonts w:ascii="Times New Roman" w:hAnsi="Times New Roman" w:cs="Times New Roman"/>
        </w:rPr>
        <w:t>Понятия «здоровье», «здоровый образ жизни». Физическое здоровье.</w:t>
      </w:r>
    </w:p>
    <w:p w:rsidR="00F44E79" w:rsidRPr="009550FF" w:rsidRDefault="00F44E79" w:rsidP="008F640C">
      <w:pPr>
        <w:ind w:firstLine="709"/>
        <w:jc w:val="both"/>
        <w:rPr>
          <w:rFonts w:ascii="Times New Roman" w:hAnsi="Times New Roman" w:cs="Times New Roman"/>
        </w:rPr>
      </w:pPr>
      <w:r w:rsidRPr="009550FF">
        <w:rPr>
          <w:rFonts w:ascii="Times New Roman" w:hAnsi="Times New Roman" w:cs="Times New Roman"/>
        </w:rPr>
        <w:t>Режим дня. Отдых. Сон. Близорукость и дальнозоркость. Малоподвижный образ жизни. Двигательная активность. Закаливание и закаливающие процедуры. Питание. Вода, белки, витамины, жиры, минеральные вещества, углеводы. Определение понятия «гигиена». Уход за зубами. Уход за кожей. Выбор одежды по сезону. Правила гигиены на каждый день.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Факторы, способствующие сбережению здоровья  (правильное питание, закаливание организма).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Факторы, разрушающие здоровье (долгое сидение за компьютером, избыточный вес).</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3 «БЕЗОПАСНОСТЬ НА ТРАНСПОРТЕ»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 xml:space="preserve">Общественный транспорт и правила для его пассажиров. Школьный автобус и правила пользования им. Правила для пассажиров трамваев, троллейбусов, автобусов, метрополитена. </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 xml:space="preserve">Регулирование дорожного движения. Дорожная разметка. Пешеходные переходы (регулируемые и нерегулируемые). Пешеходная, велопешеходная и велосипедная дорожки. Дорожные знаки (восемь групп). Транспортные и пешеходные светофоры. Сигналы светофоров. Сигналы регулировщика. Движение пешеходов в городе и по загородным дорогам. </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Безопасность на авиационном и водном транспорте. Правила поведения при возникновении аварийной ситуации в самолете. Безопасность пассажиров морских и речных судов. Безопасность в метрополитене.</w:t>
      </w:r>
    </w:p>
    <w:p w:rsidR="00F44E79" w:rsidRPr="009550FF" w:rsidRDefault="00F44E79" w:rsidP="008F640C">
      <w:pPr>
        <w:autoSpaceDE w:val="0"/>
        <w:autoSpaceDN w:val="0"/>
        <w:jc w:val="both"/>
        <w:rPr>
          <w:rFonts w:ascii="Times New Roman" w:hAnsi="Times New Roman" w:cs="Times New Roman"/>
          <w:i/>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4 «БЕЗОПАСНОСТЬ В БЫТУ»</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Особенности сельских поселений. Особенности городов как среды обитания (смог, переработка и хранение бытовых отходов, шум и другие проблемы).</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Правила вызова экстренных служб. Единый номер 112. Источники опасности  в  современном  жилище.  Бытовой газ — источник повышенной опасности. Гигиена жилища.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Основные правила безопасности в подъезде и лифте. Основные правила безопасного поведения на игровой площадке.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Меры предосторожности при использовании электроприборов.</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Пользование водопроводом, канализацией и мусоропроводом. Правила поведения при пожаре в квартире. Пожар на кухне, на балконе. Меры предосторожности при работе с печью.</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Основные причины пожара в общественных зданиях. Основные поражающие факторы  пожара.  Как  вести  себя  при  пожаре в общественном месте.</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5 «БЕЗОПАСНОСТЬ В СОЦИУМЕ»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Понятие «криминогенная ситуация». Разновидности преступлений. Правила безопасного поведения на улице, в образовательной организации, дома. Криминальные угрозы, как их избежать.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Методы снижения влияния стресса на поведение и общее состояние человека.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Как избежать конфликтной ситуации. Признаки агрессивного поведения у подростков.</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6 «ОСНОВЫ ПРОТИВОДЕЙСТВИЯ ЭКСТРЕМИЗМУ И ТЕРРОРИЗМУ»</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Захват  в  заложники.  Правила поведения при захвате самолета террористами. Обеспечение безопасности при перестрелке.</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7 «БЕЗОПАСНОСТЬ В ИНФОРМАЦИОННОМ ПРОСТРАНСТВЕ»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Основные источники информации.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Понятия «информационная среда», «информационная безопасность». Понятие «киберзависимость». Правила безопасности для защиты от информационных угроз и опасностей.</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Информационная безопасность детей. Угроза информационной безопасности. Основные правила поведения в социальных сетях.</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8 «ОСНОВЫ МЕДИЦИНСКИХ ЗНАНИЙ»</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Цель оказания первой помощи. Неотложные состояния, при которых необходимо оказывать помощь. Телефоны для вызова скорой медицинской помощи. Средства из домашней аптечки, которые нужно использовать при оказании первой помощи.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Виды кровотечения. Способы временной остановки наружного кровотечения. Оказание первой помощи при носовом кровотечении.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Способы транспортировки пострадавшего.</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Народные средства для остановки кровотечения.</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9  «БЕЗОПАСНОСТЬ В ОБЩЕСТВЕННЫХ МЕСТАХ»</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 xml:space="preserve">Безопасность на улице. Как обеспечить свою безопасность в квартире. Безопасность на уроках и переменах. Безопасность на практических занятиях. </w:t>
      </w:r>
    </w:p>
    <w:p w:rsidR="00F44E79" w:rsidRPr="009550FF" w:rsidRDefault="00F44E79" w:rsidP="008F640C">
      <w:pPr>
        <w:autoSpaceDE w:val="0"/>
        <w:autoSpaceDN w:val="0"/>
        <w:ind w:firstLine="709"/>
        <w:jc w:val="both"/>
        <w:rPr>
          <w:rFonts w:ascii="Times New Roman" w:hAnsi="Times New Roman" w:cs="Times New Roman"/>
          <w:i/>
        </w:rPr>
      </w:pPr>
    </w:p>
    <w:p w:rsidR="00F44E79" w:rsidRPr="009550FF" w:rsidRDefault="00F44E79" w:rsidP="008F640C">
      <w:pPr>
        <w:autoSpaceDE w:val="0"/>
        <w:autoSpaceDN w:val="0"/>
        <w:jc w:val="both"/>
        <w:rPr>
          <w:rFonts w:ascii="Times New Roman" w:hAnsi="Times New Roman" w:cs="Times New Roman"/>
        </w:rPr>
      </w:pPr>
      <w:r w:rsidRPr="009550FF">
        <w:rPr>
          <w:rFonts w:ascii="Times New Roman" w:hAnsi="Times New Roman" w:cs="Times New Roman"/>
          <w:i/>
        </w:rPr>
        <w:t>МОДУЛЬ № 10 «ВЗАИМОДЕЙСТВИЕ ЛИЧНОСТИ, ОБЩЕСТВА ИГОСУДАРСТВА В ОБЕСПЕЧЕНИИ БЕЗОПАСНОСТИ ЖИЗНИ И ЗДОРОВЬЯ НАСЕЛЕНИЯ»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Средства  индивидуальной защиты населения от АХОВ.</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11 «ЭКОЛОГИЧЕСКАЯ БЕЗОПАСНОСТЬ»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Загрязнение атмосферы. Загрязнение почв. Загрязнение вод. Типовые приборы контроля качества окружающей среды и продуктов питания.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Безопасное поведение в местах с загрязненной атмосферой. Безопасное поведение в местах с загрязненной водой. Безопасное поведение в местах с загрязненной почвой.</w:t>
      </w:r>
    </w:p>
    <w:p w:rsidR="00F44E79" w:rsidRPr="009550FF" w:rsidRDefault="00F44E79" w:rsidP="008F640C">
      <w:pPr>
        <w:jc w:val="both"/>
        <w:rPr>
          <w:rFonts w:ascii="Times New Roman" w:hAnsi="Times New Roman" w:cs="Times New Roman"/>
          <w:b/>
        </w:rPr>
      </w:pP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6 класс</w:t>
      </w: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природного характера. Чрезвычайные ситуации техногенного характера. Чрезвычайные ситуации социального характера.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Опасные и чрезвычайные ситуации. Источники опасных ситуаций. Влияние человеческого фактора на возникновение опасных ситуаций.</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Понятия «безопасность», «безопасность жизнедеятельности». Правила безопасности жизни. Система государственной защиты в области безопасности.</w:t>
      </w:r>
    </w:p>
    <w:p w:rsidR="00F44E79" w:rsidRPr="009550FF" w:rsidRDefault="00F44E79" w:rsidP="008F640C">
      <w:pPr>
        <w:jc w:val="both"/>
        <w:rPr>
          <w:rFonts w:ascii="Times New Roman" w:hAnsi="Times New Roman" w:cs="Times New Roman"/>
          <w:b/>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Режим дня. Отдых. Сон. Правильная и неправильная осанка. Близорукость и дальнозоркость. Развитие физических качеств (сила, быстрота, выносливость). Малоподвижный образ жизни. Двигательная активность. Закаливание и закаливающие процедуры. Питание. Вода, белки, витамины, жиры, минеральные вещества, углеводы. Определение понятия «гигиена».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Уход за зубами. Уход за кожей. Выбор одежды по сезону. Правила гигиены на каждый день.</w:t>
      </w: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3 «БЕЗОПАСНОСТЬ НА ТРАНСПОРТЕ»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 xml:space="preserve">Пешеходная, велопешеходная и велосипедная дорожки. Дорожные знаки (восемь групп). Транспортные и пешеходные светофоры. Сигналы светофоров. Сигналы регулировщика. Движение пешеходов в городе и по загородным дорогам. </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4 «ОСНОВЫ ПРОТИВОДЕЙСТВИЯ ЭКСТРЕМИЗМУ И ТЕРРОРИЗМУ»</w:t>
      </w:r>
    </w:p>
    <w:p w:rsidR="00F44E79" w:rsidRPr="009550FF" w:rsidRDefault="00F44E79" w:rsidP="008F640C">
      <w:pPr>
        <w:ind w:firstLine="709"/>
        <w:jc w:val="both"/>
        <w:rPr>
          <w:rFonts w:ascii="Times New Roman" w:hAnsi="Times New Roman" w:cs="Times New Roman"/>
        </w:rPr>
      </w:pPr>
      <w:r w:rsidRPr="009550FF">
        <w:rPr>
          <w:rFonts w:ascii="Times New Roman" w:hAnsi="Times New Roman" w:cs="Times New Roman"/>
        </w:rPr>
        <w:t>Обнаружение подозрительного предмета, который может оказаться взрывным устройством. Захват  в  заложники.  Правила поведения при захвате самолета террористами. Признаки наличия взрывного устройства.</w:t>
      </w: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5 «БЕЗОПАСНОСТЬ В ПРИРОДНОЙ СРЕДЕ»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Однодневные и многодневные, местные и дальние туристские походы. Основные меры безопасности в туристских походах.</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Ориентирование по солнцу. Ориентирование по природным признакам. Ориентирование по местным признакам. Способы определения сторон горизонта по компасу, небесным светилам и карте.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Руководитель похода и его обязанности. Санитар и его обязанности. Состав аптечки первой помощи (походной аптечки). Туристское снаряжение в зависимости от вида похода.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Виды костров. Правила разведения костров.</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Признаки приближающейся грозы. Безопасное поведение во время грозы.</w:t>
      </w:r>
    </w:p>
    <w:p w:rsidR="00F44E79" w:rsidRPr="009550FF" w:rsidRDefault="00F44E79" w:rsidP="008F640C">
      <w:pPr>
        <w:ind w:firstLine="709"/>
        <w:jc w:val="both"/>
        <w:rPr>
          <w:rFonts w:ascii="Times New Roman" w:hAnsi="Times New Roman" w:cs="Times New Roman"/>
        </w:rPr>
      </w:pPr>
      <w:r w:rsidRPr="009550FF">
        <w:rPr>
          <w:rFonts w:ascii="Times New Roman" w:hAnsi="Times New Roman" w:cs="Times New Roman"/>
        </w:rPr>
        <w:t>Пеший поход. Ведущий турист. Замыкающий турист. Техника движения по равнинной и пересеченной местности. Устройство бивака. Сооружение временного жилища при автономном существовании. Способы добывание огня.Съедобные растения, грибы, орехи. Очистка и обеззараживание воды.Средства аварийной сигнализации.</w:t>
      </w:r>
    </w:p>
    <w:p w:rsidR="00F44E79" w:rsidRPr="009550FF" w:rsidRDefault="00F44E79" w:rsidP="008F640C">
      <w:pPr>
        <w:ind w:firstLine="709"/>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6 «ОСНОВЫ МЕДИЦИНСКИХ ЗНАНИЙ»</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Способы транспортировки пострадавшего</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Понятия «ушиб», «травма», «перелом». Первая помощь. Первая помощь при электротравме.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Переломы, вывихи, растяжения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Первая помощь при переохлаждении, отморожении и ожоге. Психологическая поддержка пострадавшего.</w:t>
      </w: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rPr>
      </w:pPr>
      <w:r w:rsidRPr="009550FF">
        <w:rPr>
          <w:rFonts w:ascii="Times New Roman" w:hAnsi="Times New Roman" w:cs="Times New Roman"/>
          <w:i/>
        </w:rPr>
        <w:t>МОДУЛЬ № 7 «ВЗАИМОДЕЙСТВИЕ ЛИЧНОСТИ, ОБЩЕСТВА ИГОСУДАРСТВА В ОБЕСПЕЧЕНИИ БЕЗОПАСНОСТИ ЖИЗНИ И ЗДОРОВЬЯ НАСЕЛЕНИЯ»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Источники химической опасности для населения. Правила поведения в зоне химической аварии. Правила поведения при движении по зараженной территории. Средства  индивидуальной защиты населения от АХОВ.</w:t>
      </w: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7 класс</w:t>
      </w: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8F640C">
      <w:pPr>
        <w:ind w:firstLine="709"/>
        <w:jc w:val="both"/>
        <w:rPr>
          <w:rFonts w:ascii="Times New Roman" w:hAnsi="Times New Roman" w:cs="Times New Roman"/>
        </w:rPr>
      </w:pPr>
      <w:r w:rsidRPr="009550FF">
        <w:rPr>
          <w:rFonts w:ascii="Times New Roman" w:hAnsi="Times New Roman" w:cs="Times New Roman"/>
        </w:rPr>
        <w:t>Система управления гражданской обороной. Мероприятия по гражданской обороне. Подготовка населения в области гражданской обороны. Задачи в области гражданской обороны. Принципы организации и ведения гражданской обороны. Права и обязанности граждан в области гражданской обороны</w:t>
      </w:r>
    </w:p>
    <w:p w:rsidR="00F44E79" w:rsidRPr="009550FF" w:rsidRDefault="00F44E79" w:rsidP="008F640C">
      <w:pPr>
        <w:jc w:val="both"/>
        <w:rPr>
          <w:rFonts w:ascii="Times New Roman" w:hAnsi="Times New Roman" w:cs="Times New Roman"/>
          <w:i/>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Влияние вредных привычек на здоровье человека. Вред табакокурения и употребления спиртных напитков. Электронные сигареты. Негативное отношение к приему наркотических и токсикоманических веществ. Игромания. Компьютерная игровая зависимость. Профилактика вредных привычек.</w:t>
      </w: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3 «БЕЗОПАСНОСТЬ В СОЦИУМЕ»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Понятие «криминогенная ситуация». Разновидности преступлений. Правила безопасного поведения на улице, в образовательной организации, дома. Криминальные угрозы, как их избежать.</w:t>
      </w:r>
    </w:p>
    <w:p w:rsidR="00F44E79" w:rsidRPr="009550FF" w:rsidRDefault="00F44E79" w:rsidP="008F640C">
      <w:pPr>
        <w:ind w:firstLine="709"/>
        <w:jc w:val="both"/>
        <w:rPr>
          <w:rFonts w:ascii="Times New Roman" w:hAnsi="Times New Roman" w:cs="Times New Roman"/>
        </w:rPr>
      </w:pPr>
      <w:r w:rsidRPr="009550FF">
        <w:rPr>
          <w:rFonts w:ascii="Times New Roman" w:hAnsi="Times New Roman" w:cs="Times New Roman"/>
        </w:rPr>
        <w:t>Методы снижения влияния стресса на поведение и общее состояние человека.</w:t>
      </w:r>
    </w:p>
    <w:p w:rsidR="00F44E79" w:rsidRPr="009550FF" w:rsidRDefault="00F44E79" w:rsidP="008F640C">
      <w:pPr>
        <w:jc w:val="both"/>
        <w:rPr>
          <w:rFonts w:ascii="Times New Roman" w:hAnsi="Times New Roman" w:cs="Times New Roman"/>
          <w:i/>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4 «БЕЗОПАСНОСТЬ В ПРИРОДНОЙ СРЕДЕ»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геологического происхождения (землетрясение).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геологического происхождения (извержения вулканов, оползни, обвалы).</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метеорологического происхождения (ураганы и бури, смерчи).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гидрологического происхождения (наводнения, сели, цунами, снежные лавины).</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Защита населения от чрезвычайных ситуаций природного характера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Степные, тростниковые, лесные и торфяные пожары. Правила безопасности и защита населения.</w:t>
      </w: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5 «ОСНОВЫ МЕДИЦИНСКИХ ЗНАНИЙ»</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Виды кровотечения. Способы временной остановки наружного кровотечения. Оказание первой помощи при носовом кровотечении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Понятия «ушиб», «травма», «перелом». Первая помощь. Способы транспортировки пострадавшего.</w:t>
      </w: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8 класс</w:t>
      </w: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8F640C">
      <w:pPr>
        <w:ind w:firstLine="709"/>
        <w:jc w:val="both"/>
        <w:rPr>
          <w:rFonts w:ascii="Times New Roman" w:hAnsi="Times New Roman" w:cs="Times New Roman"/>
        </w:rPr>
      </w:pPr>
      <w:r w:rsidRPr="009550FF">
        <w:rPr>
          <w:rFonts w:ascii="Times New Roman" w:hAnsi="Times New Roman" w:cs="Times New Roman"/>
        </w:rPr>
        <w:t>Структура и основные задачи МЧС России. Основные функции МЧС России.</w:t>
      </w: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Понятия «здоровье», «здоровый образ жизни». Физическое здоровье. Духовное здоровье. Неразрывная связь физического и духовного здоровья. Физиологическая составляющая здоровья. Психологическая составляющая здоровья. Нравственная составляющая здоровья.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Репродуктивная функция семьи. Семейное право в Российской Федерации. Основные положения Семейного кодекса Российской Федерации.</w:t>
      </w:r>
    </w:p>
    <w:p w:rsidR="00F44E79" w:rsidRPr="009550FF" w:rsidRDefault="00F44E79" w:rsidP="008F640C">
      <w:pPr>
        <w:autoSpaceDE w:val="0"/>
        <w:autoSpaceDN w:val="0"/>
        <w:jc w:val="both"/>
        <w:rPr>
          <w:rFonts w:ascii="Times New Roman" w:hAnsi="Times New Roman" w:cs="Times New Roman"/>
          <w:b/>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3 «БЕЗОПАСНОСТЬ НА ТРАНСПОРТЕ»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Правила безопасного поведения пассажира при передвижении на автомашине. Обязанности водителя, попавшего в ДТП. Аварийные ситуации в городском общественном транспорте.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 xml:space="preserve">Безопасность на авиационном и водном транспорте. Правила поведения при возникновении аварийной ситуации в самолете. </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Аварийная ситуация в поезде дальнего следования.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Безопасность в метрополитене.</w:t>
      </w: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4 «БЕЗОПАСНОСТЬ В БЫТУ»</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Правила поведения при пожаре в квартире. Правила вызова экстренных служб. Единый номер 112. Основные правила безопасного поведения на игровой площадке. Меры предосторожности при использовании электроприборов. Пользование водопроводом, канализацией и мусоропроводом.</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5 «БЕЗОПАСНОСТЬ В ПРИРОДНОЙ СРЕДЕ»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Ветер. Гроза. Молния. Правила поведения при грозе. Правила поведения на замерзшем водоеме. Безопасность при купании в водоемах летом. Правила поведения при встрече с дикими  животными  (лосем, кабаном, волком, медведем и др.).</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6 «БЕЗОПАСНОСТЬ В ЧРЕЗВЫЧАЙНЫХ СИТУАЦИЯХ ТЕХНОГЕННОГО ХАРАКТЕРА»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Понятие «химическое заражение местности». Хлор и аммиак — аварийно химически опасные вещества (АХОВ). Правила действия после оповещения об аварии и угрозе химического заражения. Индивидуальные средства защиты.</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Радиационно опасный объект. Радиационная авария. Правила безопасного поведения в условиях радиационной обстановки.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Понятие «гидродинамическая авария». Правила безопасного поведения в условиях гидродинамической аварии.</w:t>
      </w: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9 класс</w:t>
      </w:r>
    </w:p>
    <w:p w:rsidR="00F44E79" w:rsidRPr="009550FF" w:rsidRDefault="00F44E79" w:rsidP="008F640C">
      <w:pPr>
        <w:jc w:val="both"/>
        <w:rPr>
          <w:rFonts w:ascii="Times New Roman" w:hAnsi="Times New Roman" w:cs="Times New Roman"/>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Структура единой государственной системы  предупреждения и ликвидации чрезвычайных ситуаций (РСЧС). Силы и средства РСЧС.</w:t>
      </w:r>
    </w:p>
    <w:p w:rsidR="00F44E79" w:rsidRPr="009550FF" w:rsidRDefault="00F44E79" w:rsidP="008F640C">
      <w:pPr>
        <w:jc w:val="both"/>
        <w:rPr>
          <w:rFonts w:ascii="Times New Roman" w:hAnsi="Times New Roman" w:cs="Times New Roman"/>
        </w:rPr>
      </w:pPr>
    </w:p>
    <w:p w:rsidR="00F44E79" w:rsidRPr="009550FF" w:rsidRDefault="00F44E79" w:rsidP="008F640C">
      <w:pPr>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Влияние вредных привычек на здоровье человека. Вред табакокурения и употребления спиртных напитков. Электронные сигареты. Негативное отношение к приему наркотических и токсикоманических веществ. Игромания. Компьютерная игровая зависимость. Профилактика вредных привычек. ЗППП</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3 «ОСНОВЫ ПРОТИВОДЕЙСТВИЯ ЭКСТРЕМИЗМУ И ТЕРРОРИЗМУ»</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Понятия «экстремизм», «экстремистская деятельность». Опасные формы экстремистской деятельности. Ответственность за экстремистскую деятельность.</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Понятие «терроризм». Особенности современного терроризма.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Виды террористической деятельности. Формы проявления терроризма. Ответственность несовершеннолетних за участие в террористической деятельности. Ложные сообщения  о  терактах.</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 xml:space="preserve">Признаки наличия взрывного устройства. </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Государственное законодательство о борьбе с терроризмом. Основные задачи Национального антитеррористического комитета (НАК).</w:t>
      </w:r>
    </w:p>
    <w:p w:rsidR="00F44E79" w:rsidRPr="009550FF" w:rsidRDefault="00F44E79" w:rsidP="008F640C">
      <w:pPr>
        <w:autoSpaceDE w:val="0"/>
        <w:autoSpaceDN w:val="0"/>
        <w:jc w:val="both"/>
        <w:rPr>
          <w:rFonts w:ascii="Times New Roman" w:hAnsi="Times New Roman" w:cs="Times New Roman"/>
        </w:rPr>
      </w:pPr>
    </w:p>
    <w:p w:rsidR="00F44E79" w:rsidRPr="009550FF" w:rsidRDefault="00F44E79" w:rsidP="008F640C">
      <w:pPr>
        <w:autoSpaceDE w:val="0"/>
        <w:autoSpaceDN w:val="0"/>
        <w:jc w:val="both"/>
        <w:rPr>
          <w:rFonts w:ascii="Times New Roman" w:hAnsi="Times New Roman" w:cs="Times New Roman"/>
          <w:i/>
        </w:rPr>
      </w:pPr>
      <w:r w:rsidRPr="009550FF">
        <w:rPr>
          <w:rFonts w:ascii="Times New Roman" w:hAnsi="Times New Roman" w:cs="Times New Roman"/>
          <w:i/>
        </w:rPr>
        <w:t>МОДУЛЬ № 4 «БЕЗОПАСНОСТЬ В ПРИРОДНОЙ СРЕДЕ»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Однодневные и многодневные, местные и дальние туристские походы. Основные меры безопасности в туристских походах.</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Состав аптечки первой помощи (походной аптечки). Туристское снаряжение в зависимости от вида похода.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Организация движения при подъеме и спуске во время горного похода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Сооружение временного жилища при автономном существовании. Способы добывание огня.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Средства аварийной сигнализации.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геологического происхождения (землетрясение).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геологического происхождения (извержения вулканов, оползни, обвалы).</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метеорологического происхождения (ураганы и бури, смерчи).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Чрезвычайные ситуации гидрологического происхождения (наводнения, сели, цунами, снежные лавины).</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rPr>
        <w:t>Защита населения от чрезвычайных ситуаций природного характера.</w:t>
      </w:r>
    </w:p>
    <w:p w:rsidR="00F44E79" w:rsidRPr="00760509" w:rsidRDefault="00F44E79" w:rsidP="00760509">
      <w:pPr>
        <w:autoSpaceDE w:val="0"/>
        <w:autoSpaceDN w:val="0"/>
        <w:ind w:firstLine="709"/>
        <w:jc w:val="both"/>
        <w:rPr>
          <w:rFonts w:ascii="Times New Roman" w:hAnsi="Times New Roman" w:cs="Times New Roman"/>
        </w:rPr>
      </w:pPr>
      <w:r w:rsidRPr="009550FF">
        <w:rPr>
          <w:rFonts w:ascii="Times New Roman" w:hAnsi="Times New Roman" w:cs="Times New Roman"/>
        </w:rPr>
        <w:t xml:space="preserve">Степные, тростниковые, лесные и торфяные пожары. Правила </w:t>
      </w:r>
      <w:r>
        <w:rPr>
          <w:rFonts w:ascii="Times New Roman" w:hAnsi="Times New Roman" w:cs="Times New Roman"/>
        </w:rPr>
        <w:t>безопасности и защита населения.</w:t>
      </w:r>
    </w:p>
    <w:p w:rsidR="00F44E79" w:rsidRPr="009550FF" w:rsidRDefault="00F44E79" w:rsidP="008F640C">
      <w:pPr>
        <w:autoSpaceDE w:val="0"/>
        <w:autoSpaceDN w:val="0"/>
        <w:jc w:val="both"/>
        <w:rPr>
          <w:rFonts w:ascii="Times New Roman" w:hAnsi="Times New Roman" w:cs="Times New Roman"/>
          <w:b/>
        </w:rPr>
      </w:pPr>
    </w:p>
    <w:p w:rsidR="00F44E79" w:rsidRPr="009550FF" w:rsidRDefault="00F44E79" w:rsidP="008F640C">
      <w:pPr>
        <w:autoSpaceDE w:val="0"/>
        <w:autoSpaceDN w:val="0"/>
        <w:jc w:val="both"/>
        <w:rPr>
          <w:rFonts w:ascii="Times New Roman" w:hAnsi="Times New Roman" w:cs="Times New Roman"/>
          <w:b/>
        </w:rPr>
      </w:pPr>
    </w:p>
    <w:p w:rsidR="00F44E79" w:rsidRPr="009550FF" w:rsidRDefault="00F44E79" w:rsidP="008F640C">
      <w:pPr>
        <w:autoSpaceDE w:val="0"/>
        <w:autoSpaceDN w:val="0"/>
        <w:jc w:val="both"/>
        <w:rPr>
          <w:rFonts w:ascii="Times New Roman" w:hAnsi="Times New Roman" w:cs="Times New Roman"/>
          <w:b/>
        </w:rPr>
      </w:pPr>
    </w:p>
    <w:p w:rsidR="00F44E79" w:rsidRPr="009550FF" w:rsidRDefault="00F44E79" w:rsidP="008F640C">
      <w:pPr>
        <w:autoSpaceDE w:val="0"/>
        <w:autoSpaceDN w:val="0"/>
        <w:jc w:val="both"/>
        <w:rPr>
          <w:rFonts w:ascii="Times New Roman" w:hAnsi="Times New Roman" w:cs="Times New Roman"/>
          <w:b/>
        </w:rPr>
      </w:pPr>
      <w:r w:rsidRPr="009550FF">
        <w:rPr>
          <w:rFonts w:ascii="Times New Roman" w:hAnsi="Times New Roman" w:cs="Times New Roman"/>
          <w:b/>
        </w:rPr>
        <w:t>ПЛАНИРУЕМЫЕ РЕЗУЛЬТАТЫ ОСВОЕНИЯ УЧЕБНОГО ПРЕДМЕТА «ОСНОВЫ БЕЗОПАСНОСТИ ЖИЗНЕДЕЯТЕЛЬНОСТИ» НА УРОВНЕ ОСНОВНОГО ОБЩЕГО ОБРАЗОВАНИЯ</w:t>
      </w:r>
    </w:p>
    <w:p w:rsidR="00F44E79" w:rsidRPr="009550FF" w:rsidRDefault="00F44E79" w:rsidP="008F640C">
      <w:pPr>
        <w:autoSpaceDE w:val="0"/>
        <w:autoSpaceDN w:val="0"/>
        <w:ind w:right="114" w:firstLine="709"/>
        <w:jc w:val="both"/>
        <w:rPr>
          <w:rFonts w:ascii="Times New Roman" w:hAnsi="Times New Roman" w:cs="Times New Roman"/>
        </w:rPr>
      </w:pPr>
      <w:r w:rsidRPr="009550FF">
        <w:rPr>
          <w:rFonts w:ascii="Times New Roman" w:hAnsi="Times New Roman" w:cs="Times New Roman"/>
          <w:w w:val="110"/>
        </w:rPr>
        <w:t xml:space="preserve">Настоящая Программа четко ориентирована на выполнение требований, устанавливаемых ФГОС к результатам освоения </w:t>
      </w:r>
      <w:r w:rsidRPr="009550FF">
        <w:rPr>
          <w:rFonts w:ascii="Times New Roman" w:hAnsi="Times New Roman" w:cs="Times New Roman"/>
          <w:w w:val="105"/>
        </w:rPr>
        <w:t>основной образовательной программы (личностные, метапредметные и предметные), которые должны демонстрировать обу</w:t>
      </w:r>
      <w:r w:rsidRPr="009550FF">
        <w:rPr>
          <w:rFonts w:ascii="Times New Roman" w:hAnsi="Times New Roman" w:cs="Times New Roman"/>
          <w:w w:val="110"/>
        </w:rPr>
        <w:t>чающиеся по завершении обучения в основной школе.</w:t>
      </w:r>
    </w:p>
    <w:p w:rsidR="00F44E79" w:rsidRPr="009550FF" w:rsidRDefault="00F44E79" w:rsidP="008F640C">
      <w:pPr>
        <w:autoSpaceDE w:val="0"/>
        <w:autoSpaceDN w:val="0"/>
        <w:spacing w:before="190"/>
        <w:ind w:right="114" w:firstLine="709"/>
        <w:jc w:val="both"/>
        <w:rPr>
          <w:rFonts w:ascii="Times New Roman" w:hAnsi="Times New Roman" w:cs="Times New Roman"/>
          <w:spacing w:val="1"/>
          <w:w w:val="105"/>
        </w:rPr>
      </w:pPr>
      <w:r w:rsidRPr="009550FF">
        <w:rPr>
          <w:rFonts w:ascii="Times New Roman" w:hAnsi="Times New Roman" w:cs="Times New Roman"/>
          <w:b/>
          <w:w w:val="105"/>
        </w:rPr>
        <w:t xml:space="preserve">Личностные результаты </w:t>
      </w:r>
      <w:r w:rsidRPr="009550FF">
        <w:rPr>
          <w:rFonts w:ascii="Times New Roman" w:hAnsi="Times New Roman" w:cs="Times New Roman"/>
          <w:w w:val="105"/>
        </w:rPr>
        <w:t>достигаются в единстве учебной и воспитательной деятельности в соответствии с традиционными российскими социокультурными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социальнозначимой деятельности; принятию внутренней позиции личности как особого ценностного отношения к себе, к окружающим людям и к жизни в целом.</w:t>
      </w:r>
    </w:p>
    <w:p w:rsidR="00F44E79" w:rsidRPr="009550FF" w:rsidRDefault="00F44E79" w:rsidP="008F640C">
      <w:pPr>
        <w:autoSpaceDE w:val="0"/>
        <w:autoSpaceDN w:val="0"/>
        <w:spacing w:before="8"/>
        <w:ind w:right="114" w:firstLine="709"/>
        <w:jc w:val="both"/>
        <w:rPr>
          <w:rFonts w:ascii="Times New Roman" w:hAnsi="Times New Roman" w:cs="Times New Roman"/>
        </w:rPr>
      </w:pPr>
      <w:r w:rsidRPr="009550FF">
        <w:rPr>
          <w:rFonts w:ascii="Times New Roman" w:hAnsi="Times New Roman" w:cs="Times New Roman"/>
          <w:w w:val="105"/>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F44E79" w:rsidRPr="009550FF" w:rsidRDefault="00F44E79" w:rsidP="001C7BA4">
      <w:pPr>
        <w:numPr>
          <w:ilvl w:val="0"/>
          <w:numId w:val="190"/>
        </w:numPr>
        <w:tabs>
          <w:tab w:val="left" w:pos="638"/>
        </w:tabs>
        <w:autoSpaceDE w:val="0"/>
        <w:autoSpaceDN w:val="0"/>
        <w:spacing w:before="2"/>
        <w:ind w:firstLine="709"/>
        <w:jc w:val="both"/>
        <w:rPr>
          <w:rFonts w:ascii="Times New Roman" w:hAnsi="Times New Roman" w:cs="Times New Roman"/>
        </w:rPr>
      </w:pPr>
      <w:r w:rsidRPr="009550FF">
        <w:rPr>
          <w:rFonts w:ascii="Times New Roman" w:hAnsi="Times New Roman" w:cs="Times New Roman"/>
          <w:i/>
          <w:w w:val="115"/>
        </w:rPr>
        <w:t>Патриотическое воспитание</w:t>
      </w:r>
      <w:r w:rsidRPr="009550FF">
        <w:rPr>
          <w:rFonts w:ascii="Times New Roman" w:hAnsi="Times New Roman" w:cs="Times New Roman"/>
          <w:w w:val="115"/>
        </w:rPr>
        <w:t>:</w:t>
      </w:r>
    </w:p>
    <w:p w:rsidR="00F44E79" w:rsidRPr="009550FF" w:rsidRDefault="00F44E79" w:rsidP="008F640C">
      <w:pPr>
        <w:autoSpaceDE w:val="0"/>
        <w:autoSpaceDN w:val="0"/>
        <w:spacing w:before="86"/>
        <w:ind w:right="114" w:firstLine="709"/>
        <w:jc w:val="both"/>
        <w:rPr>
          <w:rFonts w:ascii="Times New Roman" w:hAnsi="Times New Roman" w:cs="Times New Roman"/>
          <w:spacing w:val="1"/>
          <w:w w:val="105"/>
        </w:rPr>
      </w:pPr>
      <w:r w:rsidRPr="009550FF">
        <w:rPr>
          <w:rFonts w:ascii="Times New Roman" w:hAnsi="Times New Roman" w:cs="Times New Roman"/>
          <w:w w:val="105"/>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E79" w:rsidRPr="009550FF" w:rsidRDefault="00F44E79" w:rsidP="008F640C">
      <w:pPr>
        <w:autoSpaceDE w:val="0"/>
        <w:autoSpaceDN w:val="0"/>
        <w:spacing w:before="86"/>
        <w:ind w:right="114" w:firstLine="709"/>
        <w:jc w:val="both"/>
        <w:rPr>
          <w:rFonts w:ascii="Times New Roman" w:hAnsi="Times New Roman" w:cs="Times New Roman"/>
          <w:spacing w:val="36"/>
          <w:w w:val="105"/>
        </w:rPr>
      </w:pPr>
      <w:r w:rsidRPr="009550FF">
        <w:rPr>
          <w:rFonts w:ascii="Times New Roman" w:hAnsi="Times New Roman" w:cs="Times New Roman"/>
          <w:spacing w:val="1"/>
          <w:w w:val="105"/>
        </w:rPr>
        <w:t xml:space="preserve">- </w:t>
      </w:r>
      <w:r w:rsidRPr="009550FF">
        <w:rPr>
          <w:rFonts w:ascii="Times New Roman" w:hAnsi="Times New Roman" w:cs="Times New Roman"/>
          <w:w w:val="105"/>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E79" w:rsidRPr="009550FF" w:rsidRDefault="00F44E79" w:rsidP="008F640C">
      <w:pPr>
        <w:autoSpaceDE w:val="0"/>
        <w:autoSpaceDN w:val="0"/>
        <w:spacing w:before="86"/>
        <w:ind w:right="114" w:firstLine="709"/>
        <w:jc w:val="both"/>
        <w:rPr>
          <w:rFonts w:ascii="Times New Roman" w:hAnsi="Times New Roman" w:cs="Times New Roman"/>
        </w:rPr>
      </w:pPr>
      <w:r w:rsidRPr="009550FF">
        <w:rPr>
          <w:rFonts w:ascii="Times New Roman" w:hAnsi="Times New Roman" w:cs="Times New Roman"/>
          <w:spacing w:val="36"/>
          <w:w w:val="105"/>
        </w:rPr>
        <w:t xml:space="preserve">- </w:t>
      </w:r>
      <w:r w:rsidRPr="009550FF">
        <w:rPr>
          <w:rFonts w:ascii="Times New Roman" w:hAnsi="Times New Roman" w:cs="Times New Roman"/>
          <w:w w:val="105"/>
        </w:rPr>
        <w:t>уважение к символам России, государствен</w:t>
      </w:r>
      <w:r w:rsidRPr="009550FF">
        <w:rPr>
          <w:rFonts w:ascii="Times New Roman" w:hAnsi="Times New Roman" w:cs="Times New Roman"/>
          <w:w w:val="110"/>
        </w:rPr>
        <w:t>ным праздникам, историческому и природному наследию и памятникам, традициям разных народов, проживающих в родной стране.</w:t>
      </w:r>
    </w:p>
    <w:p w:rsidR="00F44E79" w:rsidRPr="009550FF" w:rsidRDefault="00F44E79" w:rsidP="008F640C">
      <w:pPr>
        <w:tabs>
          <w:tab w:val="left" w:pos="638"/>
        </w:tabs>
        <w:autoSpaceDE w:val="0"/>
        <w:autoSpaceDN w:val="0"/>
        <w:spacing w:before="1"/>
        <w:ind w:firstLine="709"/>
        <w:jc w:val="both"/>
        <w:rPr>
          <w:rFonts w:ascii="Times New Roman" w:hAnsi="Times New Roman" w:cs="Times New Roman"/>
        </w:rPr>
      </w:pPr>
      <w:r w:rsidRPr="009550FF">
        <w:rPr>
          <w:rFonts w:ascii="Times New Roman" w:hAnsi="Times New Roman" w:cs="Times New Roman"/>
          <w:i/>
          <w:w w:val="115"/>
        </w:rPr>
        <w:t>2.Гражданское воспитание</w:t>
      </w:r>
      <w:r w:rsidRPr="009550FF">
        <w:rPr>
          <w:rFonts w:ascii="Times New Roman" w:hAnsi="Times New Roman" w:cs="Times New Roman"/>
          <w:w w:val="115"/>
        </w:rPr>
        <w:t>:</w:t>
      </w:r>
    </w:p>
    <w:p w:rsidR="00F44E79" w:rsidRPr="009550FF" w:rsidRDefault="00F44E79" w:rsidP="008F640C">
      <w:pPr>
        <w:autoSpaceDE w:val="0"/>
        <w:autoSpaceDN w:val="0"/>
        <w:spacing w:before="8"/>
        <w:ind w:right="114" w:firstLine="709"/>
        <w:jc w:val="both"/>
        <w:rPr>
          <w:rFonts w:ascii="Times New Roman" w:hAnsi="Times New Roman" w:cs="Times New Roman"/>
          <w:spacing w:val="1"/>
          <w:w w:val="105"/>
        </w:rPr>
      </w:pPr>
      <w:r w:rsidRPr="009550FF">
        <w:rPr>
          <w:rFonts w:ascii="Times New Roman" w:hAnsi="Times New Roman" w:cs="Times New Roman"/>
          <w:w w:val="105"/>
        </w:rPr>
        <w:t>- готовность к выполнению обязанностей гражданина и реализации его прав, уважение прав, свобод и законных интересов других людей;</w:t>
      </w:r>
    </w:p>
    <w:p w:rsidR="00F44E79" w:rsidRPr="009550FF" w:rsidRDefault="00F44E79" w:rsidP="008F640C">
      <w:pPr>
        <w:autoSpaceDE w:val="0"/>
        <w:autoSpaceDN w:val="0"/>
        <w:spacing w:before="8"/>
        <w:ind w:right="114" w:firstLine="709"/>
        <w:jc w:val="both"/>
        <w:rPr>
          <w:rFonts w:ascii="Times New Roman" w:hAnsi="Times New Roman" w:cs="Times New Roman"/>
          <w:spacing w:val="1"/>
          <w:w w:val="105"/>
        </w:rPr>
      </w:pPr>
      <w:r w:rsidRPr="009550FF">
        <w:rPr>
          <w:rFonts w:ascii="Times New Roman" w:hAnsi="Times New Roman" w:cs="Times New Roman"/>
          <w:spacing w:val="1"/>
          <w:w w:val="105"/>
        </w:rPr>
        <w:t xml:space="preserve">- </w:t>
      </w:r>
      <w:r w:rsidRPr="009550FF">
        <w:rPr>
          <w:rFonts w:ascii="Times New Roman" w:hAnsi="Times New Roman" w:cs="Times New Roman"/>
          <w:w w:val="105"/>
        </w:rPr>
        <w:t>активное участие в жизни семьи, организации, местного сообщества, родного края, страны;</w:t>
      </w:r>
    </w:p>
    <w:p w:rsidR="00F44E79" w:rsidRPr="009550FF" w:rsidRDefault="00F44E79" w:rsidP="008F640C">
      <w:pPr>
        <w:autoSpaceDE w:val="0"/>
        <w:autoSpaceDN w:val="0"/>
        <w:spacing w:before="8"/>
        <w:ind w:right="114" w:firstLine="709"/>
        <w:jc w:val="both"/>
        <w:rPr>
          <w:rFonts w:ascii="Times New Roman" w:hAnsi="Times New Roman" w:cs="Times New Roman"/>
          <w:w w:val="105"/>
        </w:rPr>
      </w:pPr>
      <w:r w:rsidRPr="009550FF">
        <w:rPr>
          <w:rFonts w:ascii="Times New Roman" w:hAnsi="Times New Roman" w:cs="Times New Roman"/>
          <w:spacing w:val="1"/>
          <w:w w:val="105"/>
        </w:rPr>
        <w:t xml:space="preserve">- </w:t>
      </w:r>
      <w:r w:rsidRPr="009550FF">
        <w:rPr>
          <w:rFonts w:ascii="Times New Roman" w:hAnsi="Times New Roman" w:cs="Times New Roman"/>
          <w:w w:val="105"/>
        </w:rPr>
        <w:t xml:space="preserve">неприятие любых форм экстремизма, дискриминации; понимание  роли  различных социальных институтов в  жизни  человека;  </w:t>
      </w:r>
    </w:p>
    <w:p w:rsidR="00F44E79" w:rsidRPr="009550FF" w:rsidRDefault="00F44E79" w:rsidP="008F640C">
      <w:pPr>
        <w:autoSpaceDE w:val="0"/>
        <w:autoSpaceDN w:val="0"/>
        <w:spacing w:before="8"/>
        <w:ind w:right="114" w:firstLine="709"/>
        <w:jc w:val="both"/>
        <w:rPr>
          <w:rFonts w:ascii="Times New Roman" w:hAnsi="Times New Roman" w:cs="Times New Roman"/>
          <w:w w:val="105"/>
        </w:rPr>
      </w:pPr>
      <w:r w:rsidRPr="009550FF">
        <w:rPr>
          <w:rFonts w:ascii="Times New Roman" w:hAnsi="Times New Roman" w:cs="Times New Roman"/>
          <w:w w:val="105"/>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F44E79" w:rsidRPr="009550FF" w:rsidRDefault="00F44E79" w:rsidP="008F640C">
      <w:pPr>
        <w:autoSpaceDE w:val="0"/>
        <w:autoSpaceDN w:val="0"/>
        <w:spacing w:before="8"/>
        <w:ind w:right="114" w:firstLine="709"/>
        <w:jc w:val="both"/>
        <w:rPr>
          <w:rFonts w:ascii="Times New Roman" w:hAnsi="Times New Roman" w:cs="Times New Roman"/>
          <w:w w:val="105"/>
        </w:rPr>
      </w:pPr>
      <w:r w:rsidRPr="009550FF">
        <w:rPr>
          <w:rFonts w:ascii="Times New Roman" w:hAnsi="Times New Roman" w:cs="Times New Roman"/>
          <w:w w:val="105"/>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F44E79" w:rsidRPr="009550FF" w:rsidRDefault="00F44E79" w:rsidP="008F640C">
      <w:pPr>
        <w:autoSpaceDE w:val="0"/>
        <w:autoSpaceDN w:val="0"/>
        <w:spacing w:before="8"/>
        <w:ind w:right="114" w:firstLine="709"/>
        <w:jc w:val="both"/>
        <w:rPr>
          <w:rFonts w:ascii="Times New Roman" w:hAnsi="Times New Roman" w:cs="Times New Roman"/>
        </w:rPr>
      </w:pPr>
      <w:r w:rsidRPr="009550FF">
        <w:rPr>
          <w:rFonts w:ascii="Times New Roman" w:hAnsi="Times New Roman" w:cs="Times New Roman"/>
          <w:w w:val="105"/>
        </w:rPr>
        <w:t>- готовность к участию в гуманитарной деятельности (волонтерство, помощь людям, нуждающимся в ней).</w:t>
      </w:r>
    </w:p>
    <w:p w:rsidR="00F44E79" w:rsidRPr="009550FF" w:rsidRDefault="00F44E79" w:rsidP="001C7BA4">
      <w:pPr>
        <w:numPr>
          <w:ilvl w:val="0"/>
          <w:numId w:val="191"/>
        </w:numPr>
        <w:tabs>
          <w:tab w:val="left" w:pos="638"/>
        </w:tabs>
        <w:autoSpaceDE w:val="0"/>
        <w:autoSpaceDN w:val="0"/>
        <w:spacing w:before="7"/>
        <w:ind w:firstLine="709"/>
        <w:jc w:val="both"/>
        <w:rPr>
          <w:rFonts w:ascii="Times New Roman" w:hAnsi="Times New Roman" w:cs="Times New Roman"/>
          <w:i/>
        </w:rPr>
      </w:pPr>
      <w:r w:rsidRPr="009550FF">
        <w:rPr>
          <w:rFonts w:ascii="Times New Roman" w:hAnsi="Times New Roman" w:cs="Times New Roman"/>
          <w:i/>
          <w:w w:val="115"/>
        </w:rPr>
        <w:t>Духовно-нравственное воспитание:</w:t>
      </w:r>
    </w:p>
    <w:p w:rsidR="00F44E79" w:rsidRPr="009550FF" w:rsidRDefault="00F44E79" w:rsidP="008F640C">
      <w:pPr>
        <w:autoSpaceDE w:val="0"/>
        <w:autoSpaceDN w:val="0"/>
        <w:spacing w:before="7"/>
        <w:ind w:right="114" w:firstLine="709"/>
        <w:jc w:val="both"/>
        <w:rPr>
          <w:rFonts w:ascii="Times New Roman" w:hAnsi="Times New Roman" w:cs="Times New Roman"/>
          <w:w w:val="105"/>
        </w:rPr>
      </w:pPr>
      <w:r w:rsidRPr="009550FF">
        <w:rPr>
          <w:rFonts w:ascii="Times New Roman" w:hAnsi="Times New Roman" w:cs="Times New Roman"/>
          <w:w w:val="105"/>
        </w:rPr>
        <w:t xml:space="preserve">- ориентация на моральные ценности и нормы в ситуациях нравственного выбора; </w:t>
      </w:r>
    </w:p>
    <w:p w:rsidR="00F44E79" w:rsidRPr="009550FF" w:rsidRDefault="00F44E79" w:rsidP="008F640C">
      <w:pPr>
        <w:autoSpaceDE w:val="0"/>
        <w:autoSpaceDN w:val="0"/>
        <w:spacing w:before="7"/>
        <w:ind w:right="114" w:firstLine="709"/>
        <w:jc w:val="both"/>
        <w:rPr>
          <w:rFonts w:ascii="Times New Roman" w:hAnsi="Times New Roman" w:cs="Times New Roman"/>
        </w:rPr>
      </w:pPr>
      <w:r w:rsidRPr="009550FF">
        <w:rPr>
          <w:rFonts w:ascii="Times New Roman" w:hAnsi="Times New Roman" w:cs="Times New Roman"/>
          <w:w w:val="105"/>
        </w:rPr>
        <w:t>-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44E79" w:rsidRPr="009550FF" w:rsidRDefault="00F44E79" w:rsidP="001C7BA4">
      <w:pPr>
        <w:numPr>
          <w:ilvl w:val="0"/>
          <w:numId w:val="191"/>
        </w:numPr>
        <w:tabs>
          <w:tab w:val="left" w:pos="638"/>
        </w:tabs>
        <w:autoSpaceDE w:val="0"/>
        <w:autoSpaceDN w:val="0"/>
        <w:spacing w:before="4"/>
        <w:ind w:firstLine="709"/>
        <w:jc w:val="both"/>
        <w:rPr>
          <w:rFonts w:ascii="Times New Roman" w:hAnsi="Times New Roman" w:cs="Times New Roman"/>
        </w:rPr>
      </w:pPr>
      <w:r w:rsidRPr="009550FF">
        <w:rPr>
          <w:rFonts w:ascii="Times New Roman" w:hAnsi="Times New Roman" w:cs="Times New Roman"/>
          <w:i/>
          <w:w w:val="115"/>
        </w:rPr>
        <w:t>Эстетическое воспитание</w:t>
      </w:r>
      <w:r w:rsidRPr="009550FF">
        <w:rPr>
          <w:rFonts w:ascii="Times New Roman" w:hAnsi="Times New Roman" w:cs="Times New Roman"/>
          <w:w w:val="115"/>
        </w:rPr>
        <w:t>:</w:t>
      </w:r>
    </w:p>
    <w:p w:rsidR="00F44E79" w:rsidRPr="009550FF" w:rsidRDefault="00F44E79" w:rsidP="008F640C">
      <w:pPr>
        <w:autoSpaceDE w:val="0"/>
        <w:autoSpaceDN w:val="0"/>
        <w:spacing w:before="7"/>
        <w:ind w:right="114" w:firstLine="709"/>
        <w:jc w:val="both"/>
        <w:rPr>
          <w:rFonts w:ascii="Times New Roman" w:hAnsi="Times New Roman" w:cs="Times New Roman"/>
        </w:rPr>
      </w:pPr>
      <w:r w:rsidRPr="009550FF">
        <w:rPr>
          <w:rFonts w:ascii="Times New Roman" w:hAnsi="Times New Roman" w:cs="Times New Roman"/>
          <w:w w:val="105"/>
        </w:rPr>
        <w:t>-формирование гармоничной личности, формирование способности воспринимать, ценить и создавать прекрасное в повседневной жизни;</w:t>
      </w:r>
    </w:p>
    <w:p w:rsidR="00F44E79" w:rsidRPr="009550FF" w:rsidRDefault="00F44E79" w:rsidP="008F640C">
      <w:pPr>
        <w:autoSpaceDE w:val="0"/>
        <w:autoSpaceDN w:val="0"/>
        <w:spacing w:before="2"/>
        <w:ind w:right="115" w:firstLine="709"/>
        <w:jc w:val="both"/>
        <w:rPr>
          <w:rFonts w:ascii="Times New Roman" w:hAnsi="Times New Roman" w:cs="Times New Roman"/>
        </w:rPr>
      </w:pPr>
      <w:r w:rsidRPr="009550FF">
        <w:rPr>
          <w:rFonts w:ascii="Times New Roman" w:hAnsi="Times New Roman" w:cs="Times New Roman"/>
          <w:w w:val="105"/>
        </w:rPr>
        <w:t>- понимание взаимозависимости счастливого юношества и безопасного личного поведения в повседневной жизни.</w:t>
      </w:r>
    </w:p>
    <w:p w:rsidR="00F44E79" w:rsidRPr="009550FF" w:rsidRDefault="00F44E79" w:rsidP="001C7BA4">
      <w:pPr>
        <w:numPr>
          <w:ilvl w:val="0"/>
          <w:numId w:val="191"/>
        </w:numPr>
        <w:tabs>
          <w:tab w:val="left" w:pos="638"/>
        </w:tabs>
        <w:autoSpaceDE w:val="0"/>
        <w:autoSpaceDN w:val="0"/>
        <w:spacing w:before="1"/>
        <w:ind w:firstLine="709"/>
        <w:jc w:val="both"/>
        <w:rPr>
          <w:rFonts w:ascii="Times New Roman" w:hAnsi="Times New Roman" w:cs="Times New Roman"/>
        </w:rPr>
      </w:pPr>
      <w:r w:rsidRPr="009550FF">
        <w:rPr>
          <w:rFonts w:ascii="Times New Roman" w:hAnsi="Times New Roman" w:cs="Times New Roman"/>
          <w:i/>
          <w:w w:val="115"/>
        </w:rPr>
        <w:t>Ценности научного познания</w:t>
      </w:r>
      <w:r w:rsidRPr="009550FF">
        <w:rPr>
          <w:rFonts w:ascii="Times New Roman" w:hAnsi="Times New Roman" w:cs="Times New Roman"/>
          <w:w w:val="115"/>
        </w:rPr>
        <w:t>:</w:t>
      </w:r>
    </w:p>
    <w:p w:rsidR="00F44E79" w:rsidRPr="009550FF" w:rsidRDefault="00F44E79" w:rsidP="008F640C">
      <w:pPr>
        <w:autoSpaceDE w:val="0"/>
        <w:autoSpaceDN w:val="0"/>
        <w:spacing w:before="7"/>
        <w:ind w:right="114" w:firstLine="709"/>
        <w:jc w:val="both"/>
        <w:rPr>
          <w:rFonts w:ascii="Times New Roman" w:hAnsi="Times New Roman" w:cs="Times New Roman"/>
          <w:w w:val="105"/>
        </w:rPr>
      </w:pPr>
      <w:r w:rsidRPr="009550FF">
        <w:rPr>
          <w:rFonts w:ascii="Times New Roman" w:hAnsi="Times New Roman" w:cs="Times New Roman"/>
          <w:w w:val="105"/>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F44E79" w:rsidRPr="009550FF" w:rsidRDefault="00F44E79" w:rsidP="008F640C">
      <w:pPr>
        <w:autoSpaceDE w:val="0"/>
        <w:autoSpaceDN w:val="0"/>
        <w:spacing w:before="7"/>
        <w:ind w:right="114" w:firstLine="709"/>
        <w:jc w:val="both"/>
        <w:rPr>
          <w:rFonts w:ascii="Times New Roman" w:hAnsi="Times New Roman" w:cs="Times New Roman"/>
          <w:w w:val="105"/>
        </w:rPr>
      </w:pPr>
      <w:r w:rsidRPr="009550FF">
        <w:rPr>
          <w:rFonts w:ascii="Times New Roman" w:hAnsi="Times New Roman" w:cs="Times New Roman"/>
          <w:w w:val="105"/>
        </w:rPr>
        <w:t xml:space="preserve">- овладение языковой и читательской культурой как средством познания мира; </w:t>
      </w:r>
    </w:p>
    <w:p w:rsidR="00F44E79" w:rsidRPr="009550FF" w:rsidRDefault="00F44E79" w:rsidP="008F640C">
      <w:pPr>
        <w:autoSpaceDE w:val="0"/>
        <w:autoSpaceDN w:val="0"/>
        <w:spacing w:before="7"/>
        <w:ind w:right="114" w:firstLine="709"/>
        <w:jc w:val="both"/>
        <w:rPr>
          <w:rFonts w:ascii="Times New Roman" w:hAnsi="Times New Roman" w:cs="Times New Roman"/>
        </w:rPr>
      </w:pPr>
      <w:r w:rsidRPr="009550FF">
        <w:rPr>
          <w:rFonts w:ascii="Times New Roman" w:hAnsi="Times New Roman" w:cs="Times New Roman"/>
          <w:w w:val="105"/>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E79" w:rsidRPr="009550FF" w:rsidRDefault="00F44E79" w:rsidP="001C7BA4">
      <w:pPr>
        <w:numPr>
          <w:ilvl w:val="0"/>
          <w:numId w:val="191"/>
        </w:numPr>
        <w:autoSpaceDE w:val="0"/>
        <w:autoSpaceDN w:val="0"/>
        <w:ind w:firstLine="709"/>
        <w:jc w:val="both"/>
        <w:rPr>
          <w:rFonts w:ascii="Times New Roman" w:hAnsi="Times New Roman" w:cs="Times New Roman"/>
        </w:rPr>
      </w:pPr>
      <w:r w:rsidRPr="009550FF">
        <w:rPr>
          <w:rFonts w:ascii="Times New Roman" w:hAnsi="Times New Roman" w:cs="Times New Roman"/>
          <w:i/>
          <w:w w:val="110"/>
        </w:rPr>
        <w:t>Физическое воспитание</w:t>
      </w:r>
      <w:r w:rsidRPr="009550FF">
        <w:rPr>
          <w:rFonts w:ascii="Times New Roman" w:hAnsi="Times New Roman" w:cs="Times New Roman"/>
          <w:w w:val="110"/>
        </w:rPr>
        <w:t>:</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w w:val="110"/>
        </w:rPr>
        <w:t>- формирование культуры здоровья и эмоционального благополучия:</w:t>
      </w:r>
    </w:p>
    <w:p w:rsidR="00F44E79" w:rsidRPr="009550FF" w:rsidRDefault="00F44E79" w:rsidP="008F640C">
      <w:pPr>
        <w:autoSpaceDE w:val="0"/>
        <w:autoSpaceDN w:val="0"/>
        <w:ind w:firstLine="709"/>
        <w:jc w:val="both"/>
        <w:rPr>
          <w:rFonts w:ascii="Times New Roman" w:hAnsi="Times New Roman" w:cs="Times New Roman"/>
          <w:w w:val="105"/>
        </w:rPr>
      </w:pPr>
      <w:r w:rsidRPr="009550FF">
        <w:rPr>
          <w:rFonts w:ascii="Times New Roman" w:hAnsi="Times New Roman" w:cs="Times New Roman"/>
          <w:w w:val="105"/>
        </w:rPr>
        <w:t xml:space="preserve">- осознание ценности жизни; </w:t>
      </w:r>
    </w:p>
    <w:p w:rsidR="00F44E79" w:rsidRPr="009550FF" w:rsidRDefault="00F44E79" w:rsidP="008F640C">
      <w:pPr>
        <w:autoSpaceDE w:val="0"/>
        <w:autoSpaceDN w:val="0"/>
        <w:ind w:firstLine="709"/>
        <w:jc w:val="both"/>
        <w:rPr>
          <w:rFonts w:ascii="Times New Roman" w:hAnsi="Times New Roman" w:cs="Times New Roman"/>
          <w:w w:val="105"/>
        </w:rPr>
      </w:pPr>
      <w:r w:rsidRPr="009550FF">
        <w:rPr>
          <w:rFonts w:ascii="Times New Roman" w:hAnsi="Times New Roman" w:cs="Times New Roman"/>
          <w:w w:val="105"/>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44E79" w:rsidRPr="009550FF" w:rsidRDefault="00F44E79" w:rsidP="008F640C">
      <w:pPr>
        <w:autoSpaceDE w:val="0"/>
        <w:autoSpaceDN w:val="0"/>
        <w:ind w:firstLine="709"/>
        <w:jc w:val="both"/>
        <w:rPr>
          <w:rFonts w:ascii="Times New Roman" w:hAnsi="Times New Roman" w:cs="Times New Roman"/>
          <w:w w:val="105"/>
        </w:rPr>
      </w:pPr>
      <w:r w:rsidRPr="009550FF">
        <w:rPr>
          <w:rFonts w:ascii="Times New Roman" w:hAnsi="Times New Roman" w:cs="Times New Roman"/>
          <w:w w:val="105"/>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w w:val="105"/>
        </w:rPr>
        <w:t>- способность адаптироваться к стрессовым ситуациям и меняющимся социальным, информационными природным условиям, в том числе  осмысливая  собственный опыт и выстраивая дальнейшие цели;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w w:val="110"/>
        </w:rPr>
        <w:t>- умение принимать себя и других, не осуждая;</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w w:val="105"/>
        </w:rPr>
        <w:t>- умение осознавать свое эмоциональное состояние и эмоциональное состояние других людей, умение управлять собственным эмоциональным состоянием;</w:t>
      </w:r>
    </w:p>
    <w:p w:rsidR="00F44E79" w:rsidRPr="009550FF" w:rsidRDefault="00F44E79" w:rsidP="008F640C">
      <w:pPr>
        <w:autoSpaceDE w:val="0"/>
        <w:autoSpaceDN w:val="0"/>
        <w:ind w:firstLine="709"/>
        <w:jc w:val="both"/>
        <w:rPr>
          <w:rFonts w:ascii="Times New Roman" w:hAnsi="Times New Roman" w:cs="Times New Roman"/>
          <w:w w:val="110"/>
        </w:rPr>
      </w:pPr>
      <w:r w:rsidRPr="009550FF">
        <w:rPr>
          <w:rFonts w:ascii="Times New Roman" w:hAnsi="Times New Roman" w:cs="Times New Roman"/>
          <w:w w:val="110"/>
        </w:rPr>
        <w:t>- сформированность навыка рефлексии, признание своего права на ошибку и такого же права другого человека.</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i/>
          <w:w w:val="115"/>
        </w:rPr>
        <w:t xml:space="preserve">  7.Трудовое воспитание</w:t>
      </w:r>
      <w:r w:rsidRPr="009550FF">
        <w:rPr>
          <w:rFonts w:ascii="Times New Roman" w:hAnsi="Times New Roman" w:cs="Times New Roman"/>
          <w:w w:val="115"/>
        </w:rPr>
        <w:t>:</w:t>
      </w:r>
    </w:p>
    <w:p w:rsidR="00F44E79" w:rsidRPr="009550FF" w:rsidRDefault="00F44E79" w:rsidP="008F640C">
      <w:pPr>
        <w:autoSpaceDE w:val="0"/>
        <w:autoSpaceDN w:val="0"/>
        <w:ind w:firstLine="709"/>
        <w:jc w:val="both"/>
        <w:rPr>
          <w:rFonts w:ascii="Times New Roman" w:hAnsi="Times New Roman" w:cs="Times New Roman"/>
          <w:spacing w:val="1"/>
          <w:w w:val="105"/>
        </w:rPr>
      </w:pPr>
      <w:r w:rsidRPr="009550FF">
        <w:rPr>
          <w:rFonts w:ascii="Times New Roman" w:hAnsi="Times New Roman" w:cs="Times New Roman"/>
          <w:w w:val="105"/>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E79" w:rsidRPr="009550FF" w:rsidRDefault="00F44E79" w:rsidP="008F640C">
      <w:pPr>
        <w:autoSpaceDE w:val="0"/>
        <w:autoSpaceDN w:val="0"/>
        <w:ind w:firstLine="709"/>
        <w:jc w:val="both"/>
        <w:rPr>
          <w:rFonts w:ascii="Times New Roman" w:hAnsi="Times New Roman" w:cs="Times New Roman"/>
          <w:w w:val="105"/>
        </w:rPr>
      </w:pPr>
      <w:r w:rsidRPr="009550FF">
        <w:rPr>
          <w:rFonts w:ascii="Times New Roman" w:hAnsi="Times New Roman" w:cs="Times New Roman"/>
          <w:spacing w:val="1"/>
          <w:w w:val="105"/>
        </w:rPr>
        <w:t xml:space="preserve">- </w:t>
      </w:r>
      <w:r w:rsidRPr="009550FF">
        <w:rPr>
          <w:rFonts w:ascii="Times New Roman" w:hAnsi="Times New Roman" w:cs="Times New Roman"/>
          <w:w w:val="105"/>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F44E79" w:rsidRPr="009550FF" w:rsidRDefault="00F44E79" w:rsidP="008F640C">
      <w:pPr>
        <w:autoSpaceDE w:val="0"/>
        <w:autoSpaceDN w:val="0"/>
        <w:ind w:firstLine="709"/>
        <w:jc w:val="both"/>
        <w:rPr>
          <w:rFonts w:ascii="Times New Roman" w:hAnsi="Times New Roman" w:cs="Times New Roman"/>
          <w:w w:val="105"/>
        </w:rPr>
      </w:pPr>
      <w:r w:rsidRPr="009550FF">
        <w:rPr>
          <w:rFonts w:ascii="Times New Roman" w:hAnsi="Times New Roman" w:cs="Times New Roman"/>
          <w:w w:val="105"/>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w w:val="105"/>
        </w:rPr>
        <w:t>-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i/>
          <w:w w:val="115"/>
        </w:rPr>
        <w:t>8.Экологическое воспитание</w:t>
      </w:r>
      <w:r w:rsidRPr="009550FF">
        <w:rPr>
          <w:rFonts w:ascii="Times New Roman" w:hAnsi="Times New Roman" w:cs="Times New Roman"/>
          <w:w w:val="115"/>
        </w:rPr>
        <w:t>:</w:t>
      </w:r>
    </w:p>
    <w:p w:rsidR="00F44E79" w:rsidRPr="009550FF" w:rsidRDefault="00F44E79" w:rsidP="008F640C">
      <w:pPr>
        <w:autoSpaceDE w:val="0"/>
        <w:autoSpaceDN w:val="0"/>
        <w:ind w:firstLine="709"/>
        <w:jc w:val="both"/>
        <w:rPr>
          <w:rFonts w:ascii="Times New Roman" w:hAnsi="Times New Roman" w:cs="Times New Roman"/>
          <w:w w:val="110"/>
        </w:rPr>
      </w:pPr>
      <w:r w:rsidRPr="009550FF">
        <w:rPr>
          <w:rFonts w:ascii="Times New Roman" w:hAnsi="Times New Roman" w:cs="Times New Roman"/>
          <w:w w:val="110"/>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44E79" w:rsidRPr="009550FF" w:rsidRDefault="00F44E79" w:rsidP="008F640C">
      <w:pPr>
        <w:autoSpaceDE w:val="0"/>
        <w:autoSpaceDN w:val="0"/>
        <w:ind w:firstLine="709"/>
        <w:jc w:val="both"/>
        <w:rPr>
          <w:rFonts w:ascii="Times New Roman" w:hAnsi="Times New Roman" w:cs="Times New Roman"/>
          <w:w w:val="110"/>
        </w:rPr>
      </w:pPr>
      <w:r w:rsidRPr="009550FF">
        <w:rPr>
          <w:rFonts w:ascii="Times New Roman" w:hAnsi="Times New Roman" w:cs="Times New Roman"/>
          <w:w w:val="110"/>
        </w:rPr>
        <w:t>- повышение уровня экологиче</w:t>
      </w:r>
      <w:r w:rsidRPr="009550FF">
        <w:rPr>
          <w:rFonts w:ascii="Times New Roman" w:hAnsi="Times New Roman" w:cs="Times New Roman"/>
          <w:w w:val="105"/>
        </w:rPr>
        <w:t xml:space="preserve">ской культуры, осознание глобального характера экологических </w:t>
      </w:r>
      <w:r w:rsidRPr="009550FF">
        <w:rPr>
          <w:rFonts w:ascii="Times New Roman" w:hAnsi="Times New Roman" w:cs="Times New Roman"/>
          <w:w w:val="110"/>
        </w:rPr>
        <w:t xml:space="preserve">проблем и путей их решения; </w:t>
      </w:r>
    </w:p>
    <w:p w:rsidR="00F44E79" w:rsidRPr="009550FF" w:rsidRDefault="00F44E79" w:rsidP="008F640C">
      <w:pPr>
        <w:autoSpaceDE w:val="0"/>
        <w:autoSpaceDN w:val="0"/>
        <w:ind w:firstLine="709"/>
        <w:jc w:val="both"/>
        <w:rPr>
          <w:rFonts w:ascii="Times New Roman" w:hAnsi="Times New Roman" w:cs="Times New Roman"/>
          <w:spacing w:val="-11"/>
          <w:w w:val="110"/>
        </w:rPr>
      </w:pPr>
      <w:r w:rsidRPr="009550FF">
        <w:rPr>
          <w:rFonts w:ascii="Times New Roman" w:hAnsi="Times New Roman" w:cs="Times New Roman"/>
          <w:w w:val="110"/>
        </w:rPr>
        <w:t>- активное неприятие действий, приносящих вред окружающей среде;</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spacing w:val="-11"/>
          <w:w w:val="110"/>
        </w:rPr>
        <w:t xml:space="preserve">- </w:t>
      </w:r>
      <w:r w:rsidRPr="009550FF">
        <w:rPr>
          <w:rFonts w:ascii="Times New Roman" w:hAnsi="Times New Roman" w:cs="Times New Roman"/>
          <w:w w:val="110"/>
        </w:rPr>
        <w:t xml:space="preserve">осознание своей роли как </w:t>
      </w:r>
      <w:r w:rsidRPr="009550FF">
        <w:rPr>
          <w:rFonts w:ascii="Times New Roman" w:hAnsi="Times New Roman" w:cs="Times New Roman"/>
          <w:w w:val="105"/>
        </w:rPr>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44E79" w:rsidRPr="009550FF" w:rsidRDefault="00F44E79" w:rsidP="008F640C">
      <w:pPr>
        <w:autoSpaceDE w:val="0"/>
        <w:autoSpaceDN w:val="0"/>
        <w:spacing w:before="219"/>
        <w:ind w:right="114" w:firstLine="709"/>
        <w:jc w:val="both"/>
        <w:rPr>
          <w:rFonts w:ascii="Times New Roman" w:hAnsi="Times New Roman" w:cs="Times New Roman"/>
        </w:rPr>
      </w:pPr>
      <w:r w:rsidRPr="009550FF">
        <w:rPr>
          <w:rFonts w:ascii="Times New Roman" w:hAnsi="Times New Roman" w:cs="Times New Roman"/>
          <w:w w:val="105"/>
        </w:rPr>
        <w:t xml:space="preserve">Метапредметные результаты характеризуют сформированность у обучающихся межпредметных понятий (используются результаты освоения программы основного общего образования) и должны отражать </w:t>
      </w:r>
      <w:r w:rsidRPr="009550FF">
        <w:rPr>
          <w:rFonts w:ascii="Times New Roman" w:hAnsi="Times New Roman" w:cs="Times New Roman"/>
        </w:rPr>
        <w:t>овладение универсальными учебными познавательными действиями.</w:t>
      </w:r>
    </w:p>
    <w:p w:rsidR="00F44E79" w:rsidRPr="009550FF" w:rsidRDefault="00F44E79" w:rsidP="008F640C">
      <w:pPr>
        <w:autoSpaceDE w:val="0"/>
        <w:autoSpaceDN w:val="0"/>
        <w:spacing w:before="1"/>
        <w:ind w:firstLine="709"/>
        <w:jc w:val="both"/>
        <w:rPr>
          <w:rFonts w:ascii="Times New Roman" w:hAnsi="Times New Roman" w:cs="Times New Roman"/>
          <w:b/>
        </w:rPr>
      </w:pPr>
      <w:r w:rsidRPr="009550FF">
        <w:rPr>
          <w:rFonts w:ascii="Times New Roman" w:hAnsi="Times New Roman" w:cs="Times New Roman"/>
          <w:b/>
          <w:w w:val="105"/>
        </w:rPr>
        <w:t>Базовые логические действия:</w:t>
      </w:r>
    </w:p>
    <w:p w:rsidR="00F44E79" w:rsidRPr="009550FF" w:rsidRDefault="00F44E79" w:rsidP="001C7BA4">
      <w:pPr>
        <w:numPr>
          <w:ilvl w:val="0"/>
          <w:numId w:val="192"/>
        </w:numPr>
        <w:autoSpaceDE w:val="0"/>
        <w:autoSpaceDN w:val="0"/>
        <w:spacing w:before="7"/>
        <w:ind w:right="115" w:firstLine="709"/>
        <w:jc w:val="both"/>
        <w:rPr>
          <w:rFonts w:ascii="Times New Roman" w:hAnsi="Times New Roman" w:cs="Times New Roman"/>
        </w:rPr>
      </w:pPr>
      <w:r w:rsidRPr="009550FF">
        <w:rPr>
          <w:rFonts w:ascii="Times New Roman" w:hAnsi="Times New Roman" w:cs="Times New Roman"/>
          <w:w w:val="105"/>
        </w:rPr>
        <w:t>выявлять и характеризовать существенные признаки объектов (явлений);</w:t>
      </w:r>
    </w:p>
    <w:p w:rsidR="00F44E79" w:rsidRPr="009550FF" w:rsidRDefault="00F44E79" w:rsidP="001C7BA4">
      <w:pPr>
        <w:numPr>
          <w:ilvl w:val="0"/>
          <w:numId w:val="192"/>
        </w:num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spacing w:val="-1"/>
          <w:w w:val="110"/>
        </w:rPr>
        <w:t xml:space="preserve">устанавливать существенный </w:t>
      </w:r>
      <w:r w:rsidRPr="009550FF">
        <w:rPr>
          <w:rFonts w:ascii="Times New Roman" w:hAnsi="Times New Roman" w:cs="Times New Roman"/>
          <w:w w:val="110"/>
        </w:rPr>
        <w:t>признак классификации, основания для обобщения и сравнения, критерии проводимого анализа;</w:t>
      </w:r>
    </w:p>
    <w:p w:rsidR="00F44E79" w:rsidRPr="009550FF" w:rsidRDefault="00F44E79" w:rsidP="001C7BA4">
      <w:pPr>
        <w:numPr>
          <w:ilvl w:val="0"/>
          <w:numId w:val="192"/>
        </w:numPr>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10"/>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44E79" w:rsidRPr="009550FF" w:rsidRDefault="00F44E79" w:rsidP="001C7BA4">
      <w:pPr>
        <w:numPr>
          <w:ilvl w:val="0"/>
          <w:numId w:val="192"/>
        </w:numPr>
        <w:autoSpaceDE w:val="0"/>
        <w:autoSpaceDN w:val="0"/>
        <w:spacing w:before="2"/>
        <w:ind w:right="115" w:firstLine="709"/>
        <w:jc w:val="both"/>
        <w:rPr>
          <w:rFonts w:ascii="Times New Roman" w:hAnsi="Times New Roman" w:cs="Times New Roman"/>
        </w:rPr>
      </w:pPr>
      <w:r w:rsidRPr="009550FF">
        <w:rPr>
          <w:rFonts w:ascii="Times New Roman" w:hAnsi="Times New Roman" w:cs="Times New Roman"/>
          <w:spacing w:val="-1"/>
          <w:w w:val="110"/>
        </w:rPr>
        <w:t xml:space="preserve">выявлять дефициты информации, </w:t>
      </w:r>
      <w:r w:rsidRPr="009550FF">
        <w:rPr>
          <w:rFonts w:ascii="Times New Roman" w:hAnsi="Times New Roman" w:cs="Times New Roman"/>
          <w:w w:val="110"/>
        </w:rPr>
        <w:t>данных, необходимых для решения поставленной задачи;</w:t>
      </w:r>
    </w:p>
    <w:p w:rsidR="00F44E79" w:rsidRPr="009550FF" w:rsidRDefault="00F44E79" w:rsidP="001C7BA4">
      <w:pPr>
        <w:numPr>
          <w:ilvl w:val="0"/>
          <w:numId w:val="192"/>
        </w:num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44E79" w:rsidRPr="009550FF" w:rsidRDefault="00F44E79" w:rsidP="001C7BA4">
      <w:pPr>
        <w:numPr>
          <w:ilvl w:val="0"/>
          <w:numId w:val="192"/>
        </w:numPr>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44E79" w:rsidRPr="009550FF" w:rsidRDefault="00F44E79" w:rsidP="008F640C">
      <w:pPr>
        <w:autoSpaceDE w:val="0"/>
        <w:autoSpaceDN w:val="0"/>
        <w:ind w:right="114" w:firstLine="709"/>
        <w:jc w:val="both"/>
        <w:rPr>
          <w:rFonts w:ascii="Times New Roman" w:hAnsi="Times New Roman" w:cs="Times New Roman"/>
        </w:rPr>
      </w:pPr>
    </w:p>
    <w:p w:rsidR="00F44E79" w:rsidRPr="009550FF" w:rsidRDefault="00F44E79" w:rsidP="008F640C">
      <w:pPr>
        <w:autoSpaceDE w:val="0"/>
        <w:autoSpaceDN w:val="0"/>
        <w:spacing w:before="1"/>
        <w:ind w:firstLine="709"/>
        <w:jc w:val="both"/>
        <w:rPr>
          <w:rFonts w:ascii="Times New Roman" w:hAnsi="Times New Roman" w:cs="Times New Roman"/>
          <w:b/>
        </w:rPr>
      </w:pPr>
      <w:r w:rsidRPr="009550FF">
        <w:rPr>
          <w:rFonts w:ascii="Times New Roman" w:hAnsi="Times New Roman" w:cs="Times New Roman"/>
          <w:b/>
          <w:w w:val="105"/>
        </w:rPr>
        <w:t>Базовые исследовательские действия:</w:t>
      </w:r>
    </w:p>
    <w:p w:rsidR="00F44E79" w:rsidRPr="009550FF" w:rsidRDefault="00F44E79" w:rsidP="001C7BA4">
      <w:pPr>
        <w:numPr>
          <w:ilvl w:val="0"/>
          <w:numId w:val="192"/>
        </w:numPr>
        <w:autoSpaceDE w:val="0"/>
        <w:autoSpaceDN w:val="0"/>
        <w:spacing w:before="8"/>
        <w:ind w:right="115" w:firstLine="709"/>
        <w:jc w:val="both"/>
        <w:rPr>
          <w:rFonts w:ascii="Times New Roman" w:hAnsi="Times New Roman" w:cs="Times New Roman"/>
        </w:rPr>
      </w:pPr>
      <w:r w:rsidRPr="009550FF">
        <w:rPr>
          <w:rFonts w:ascii="Times New Roman" w:hAnsi="Times New Roman" w:cs="Times New Roman"/>
          <w:w w:val="105"/>
        </w:rPr>
        <w:t>использовать вопросы как исследовательский инструмент познания;</w:t>
      </w:r>
    </w:p>
    <w:p w:rsidR="00F44E79" w:rsidRPr="009550FF" w:rsidRDefault="00F44E79" w:rsidP="001C7BA4">
      <w:pPr>
        <w:numPr>
          <w:ilvl w:val="0"/>
          <w:numId w:val="192"/>
        </w:numPr>
        <w:autoSpaceDE w:val="0"/>
        <w:autoSpaceDN w:val="0"/>
        <w:spacing w:before="1"/>
        <w:ind w:right="115" w:firstLine="709"/>
        <w:jc w:val="both"/>
        <w:rPr>
          <w:rFonts w:ascii="Times New Roman" w:hAnsi="Times New Roman" w:cs="Times New Roman"/>
        </w:rPr>
      </w:pPr>
      <w:r w:rsidRPr="009550FF">
        <w:rPr>
          <w:rFonts w:ascii="Times New Roman" w:hAnsi="Times New Roman" w:cs="Times New Roman"/>
          <w:w w:val="11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44E79" w:rsidRPr="009550FF" w:rsidRDefault="00F44E79" w:rsidP="001C7BA4">
      <w:pPr>
        <w:numPr>
          <w:ilvl w:val="0"/>
          <w:numId w:val="192"/>
        </w:numPr>
        <w:autoSpaceDE w:val="0"/>
        <w:autoSpaceDN w:val="0"/>
        <w:spacing w:before="1"/>
        <w:ind w:right="115" w:firstLine="709"/>
        <w:jc w:val="both"/>
        <w:rPr>
          <w:rFonts w:ascii="Times New Roman" w:hAnsi="Times New Roman" w:cs="Times New Roman"/>
        </w:rPr>
      </w:pPr>
      <w:r w:rsidRPr="009550FF">
        <w:rPr>
          <w:rFonts w:ascii="Times New Roman" w:hAnsi="Times New Roman" w:cs="Times New Roman"/>
          <w:w w:val="105"/>
        </w:rPr>
        <w:t>формировать гипотезу об истинности собственных суждений и суждений других, аргументировать свою позицию, мнение;</w:t>
      </w:r>
    </w:p>
    <w:p w:rsidR="00F44E79" w:rsidRPr="009550FF" w:rsidRDefault="00F44E79" w:rsidP="001C7BA4">
      <w:pPr>
        <w:numPr>
          <w:ilvl w:val="0"/>
          <w:numId w:val="192"/>
        </w:numPr>
        <w:autoSpaceDE w:val="0"/>
        <w:autoSpaceDN w:val="0"/>
        <w:spacing w:before="1"/>
        <w:ind w:right="115" w:firstLine="709"/>
        <w:jc w:val="both"/>
        <w:rPr>
          <w:rFonts w:ascii="Times New Roman" w:hAnsi="Times New Roman" w:cs="Times New Roman"/>
        </w:rPr>
      </w:pPr>
      <w:r w:rsidRPr="009550FF">
        <w:rPr>
          <w:rFonts w:ascii="Times New Roman" w:hAnsi="Times New Roman" w:cs="Times New Roman"/>
          <w:w w:val="105"/>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44E79" w:rsidRPr="009550FF" w:rsidRDefault="00F44E79" w:rsidP="001C7BA4">
      <w:pPr>
        <w:numPr>
          <w:ilvl w:val="0"/>
          <w:numId w:val="192"/>
        </w:numPr>
        <w:autoSpaceDE w:val="0"/>
        <w:autoSpaceDN w:val="0"/>
        <w:spacing w:before="1"/>
        <w:ind w:right="115" w:firstLine="709"/>
        <w:jc w:val="both"/>
        <w:rPr>
          <w:rFonts w:ascii="Times New Roman" w:hAnsi="Times New Roman" w:cs="Times New Roman"/>
        </w:rPr>
      </w:pPr>
      <w:r w:rsidRPr="009550FF">
        <w:rPr>
          <w:rFonts w:ascii="Times New Roman" w:hAnsi="Times New Roman" w:cs="Times New Roman"/>
          <w:w w:val="105"/>
        </w:rPr>
        <w:t>оценивать применимость и достоверность информации, полученной в ходе исследования (эксперимента);</w:t>
      </w:r>
    </w:p>
    <w:p w:rsidR="00F44E79" w:rsidRPr="009550FF" w:rsidRDefault="00F44E79" w:rsidP="001C7BA4">
      <w:pPr>
        <w:numPr>
          <w:ilvl w:val="0"/>
          <w:numId w:val="192"/>
        </w:num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44E79" w:rsidRPr="009550FF" w:rsidRDefault="00F44E79" w:rsidP="001C7BA4">
      <w:pPr>
        <w:numPr>
          <w:ilvl w:val="0"/>
          <w:numId w:val="192"/>
        </w:numPr>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 xml:space="preserve">прогнозировать возможное дальнейшее развитие процессов, </w:t>
      </w:r>
      <w:r w:rsidRPr="009550FF">
        <w:rPr>
          <w:rFonts w:ascii="Times New Roman" w:hAnsi="Times New Roman" w:cs="Times New Roman"/>
          <w:spacing w:val="-1"/>
          <w:w w:val="110"/>
        </w:rPr>
        <w:t xml:space="preserve">событий и их последствия </w:t>
      </w:r>
      <w:r w:rsidRPr="009550FF">
        <w:rPr>
          <w:rFonts w:ascii="Times New Roman" w:hAnsi="Times New Roman" w:cs="Times New Roman"/>
          <w:w w:val="110"/>
        </w:rPr>
        <w:t>в аналогичных или сходных ситуациях, а также выдвигать предположения об их развитии в новых условиях и контекстах.</w:t>
      </w:r>
    </w:p>
    <w:p w:rsidR="00F44E79" w:rsidRPr="009550FF" w:rsidRDefault="00F44E79" w:rsidP="008F640C">
      <w:pPr>
        <w:autoSpaceDE w:val="0"/>
        <w:autoSpaceDN w:val="0"/>
        <w:spacing w:before="2"/>
        <w:ind w:firstLine="709"/>
        <w:jc w:val="both"/>
        <w:rPr>
          <w:rFonts w:ascii="Times New Roman" w:hAnsi="Times New Roman" w:cs="Times New Roman"/>
        </w:rPr>
      </w:pPr>
    </w:p>
    <w:p w:rsidR="00F44E79" w:rsidRPr="009550FF" w:rsidRDefault="00F44E79" w:rsidP="008F640C">
      <w:pPr>
        <w:autoSpaceDE w:val="0"/>
        <w:autoSpaceDN w:val="0"/>
        <w:spacing w:before="2"/>
        <w:ind w:firstLine="709"/>
        <w:jc w:val="both"/>
        <w:rPr>
          <w:rFonts w:ascii="Times New Roman" w:hAnsi="Times New Roman" w:cs="Times New Roman"/>
          <w:b/>
        </w:rPr>
      </w:pPr>
      <w:r w:rsidRPr="009550FF">
        <w:rPr>
          <w:rFonts w:ascii="Times New Roman" w:hAnsi="Times New Roman" w:cs="Times New Roman"/>
          <w:b/>
          <w:w w:val="110"/>
        </w:rPr>
        <w:t>Работа с информацией:</w:t>
      </w:r>
    </w:p>
    <w:p w:rsidR="00F44E79" w:rsidRPr="009550FF" w:rsidRDefault="00F44E79" w:rsidP="008F640C">
      <w:pPr>
        <w:autoSpaceDE w:val="0"/>
        <w:autoSpaceDN w:val="0"/>
        <w:spacing w:before="7"/>
        <w:ind w:right="115" w:firstLine="709"/>
        <w:jc w:val="both"/>
        <w:rPr>
          <w:rFonts w:ascii="Times New Roman" w:hAnsi="Times New Roman" w:cs="Times New Roman"/>
        </w:rPr>
      </w:pPr>
      <w:r w:rsidRPr="009550FF">
        <w:rPr>
          <w:rFonts w:ascii="Times New Roman" w:hAnsi="Times New Roman" w:cs="Times New Roman"/>
          <w:w w:val="105"/>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44E79" w:rsidRPr="009550FF" w:rsidRDefault="00F44E79" w:rsidP="008F640C">
      <w:pPr>
        <w:autoSpaceDE w:val="0"/>
        <w:autoSpaceDN w:val="0"/>
        <w:spacing w:before="2"/>
        <w:ind w:right="115" w:firstLine="709"/>
        <w:jc w:val="both"/>
        <w:rPr>
          <w:rFonts w:ascii="Times New Roman" w:hAnsi="Times New Roman" w:cs="Times New Roman"/>
        </w:rPr>
      </w:pPr>
      <w:r w:rsidRPr="009550FF">
        <w:rPr>
          <w:rFonts w:ascii="Times New Roman" w:hAnsi="Times New Roman" w:cs="Times New Roman"/>
          <w:w w:val="105"/>
        </w:rPr>
        <w:t>- выбирать, анализировать ,систематизировать и интерпретировать информацию различных видов и форм представления;</w:t>
      </w:r>
    </w:p>
    <w:p w:rsidR="00F44E79" w:rsidRPr="009550FF" w:rsidRDefault="00F44E79" w:rsidP="008F640C">
      <w:p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10"/>
        </w:rPr>
        <w:t>- находить сходные аргументы (подтверждающие или опровергающие одну и ту же идею, версию) в различных информационных источниках;</w:t>
      </w:r>
    </w:p>
    <w:p w:rsidR="00F44E79" w:rsidRPr="009550FF" w:rsidRDefault="00F44E79" w:rsidP="008F640C">
      <w:pPr>
        <w:autoSpaceDE w:val="0"/>
        <w:autoSpaceDN w:val="0"/>
        <w:spacing w:before="1"/>
        <w:ind w:right="116" w:firstLine="709"/>
        <w:jc w:val="both"/>
        <w:rPr>
          <w:rFonts w:ascii="Times New Roman" w:hAnsi="Times New Roman" w:cs="Times New Roman"/>
        </w:rPr>
      </w:pPr>
      <w:r w:rsidRPr="009550FF">
        <w:rPr>
          <w:rFonts w:ascii="Times New Roman" w:hAnsi="Times New Roman" w:cs="Times New Roman"/>
          <w:w w:val="105"/>
        </w:rPr>
        <w:t xml:space="preserve">- самостоятельно выбирать оптимальную форму представления </w:t>
      </w:r>
      <w:r w:rsidRPr="009550FF">
        <w:rPr>
          <w:rFonts w:ascii="Times New Roman" w:hAnsi="Times New Roman" w:cs="Times New Roman"/>
          <w:spacing w:val="-2"/>
          <w:w w:val="110"/>
        </w:rPr>
        <w:t xml:space="preserve">информации и иллюстрировать решаемые задачи </w:t>
      </w:r>
      <w:r w:rsidRPr="009550FF">
        <w:rPr>
          <w:rFonts w:ascii="Times New Roman" w:hAnsi="Times New Roman" w:cs="Times New Roman"/>
          <w:spacing w:val="-1"/>
          <w:w w:val="110"/>
        </w:rPr>
        <w:t>несложными</w:t>
      </w:r>
      <w:r w:rsidRPr="009550FF">
        <w:rPr>
          <w:rFonts w:ascii="Times New Roman" w:hAnsi="Times New Roman" w:cs="Times New Roman"/>
          <w:w w:val="110"/>
        </w:rPr>
        <w:t xml:space="preserve"> схемами, диаграммами, иной графикой и их комбинациями;</w:t>
      </w:r>
    </w:p>
    <w:p w:rsidR="00F44E79" w:rsidRPr="009550FF" w:rsidRDefault="00F44E79" w:rsidP="008F640C">
      <w:pPr>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 оценивать надежность информации по критериям, предложенным педагогическим работником или сформулированным самостоятельно;</w:t>
      </w:r>
    </w:p>
    <w:p w:rsidR="00F44E79" w:rsidRPr="009550FF" w:rsidRDefault="00F44E79" w:rsidP="008F640C">
      <w:pPr>
        <w:autoSpaceDE w:val="0"/>
        <w:autoSpaceDN w:val="0"/>
        <w:spacing w:before="2"/>
        <w:ind w:right="114" w:firstLine="709"/>
        <w:jc w:val="both"/>
        <w:rPr>
          <w:rFonts w:ascii="Times New Roman" w:hAnsi="Times New Roman" w:cs="Times New Roman"/>
          <w:w w:val="105"/>
        </w:rPr>
      </w:pPr>
      <w:r w:rsidRPr="009550FF">
        <w:rPr>
          <w:rFonts w:ascii="Times New Roman" w:hAnsi="Times New Roman" w:cs="Times New Roman"/>
          <w:w w:val="105"/>
        </w:rPr>
        <w:t>- эффективно запоминать и систематизировать информацию.</w:t>
      </w:r>
    </w:p>
    <w:p w:rsidR="00F44E79" w:rsidRPr="009550FF" w:rsidRDefault="00F44E79" w:rsidP="008F640C">
      <w:pPr>
        <w:autoSpaceDE w:val="0"/>
        <w:autoSpaceDN w:val="0"/>
        <w:spacing w:before="1"/>
        <w:ind w:right="115" w:firstLine="709"/>
        <w:jc w:val="both"/>
        <w:rPr>
          <w:rFonts w:ascii="Times New Roman" w:hAnsi="Times New Roman" w:cs="Times New Roman"/>
          <w:w w:val="105"/>
        </w:rPr>
      </w:pPr>
    </w:p>
    <w:p w:rsidR="00F44E79" w:rsidRPr="009550FF" w:rsidRDefault="00F44E79" w:rsidP="008F640C">
      <w:pPr>
        <w:jc w:val="both"/>
        <w:rPr>
          <w:rFonts w:ascii="Times New Roman" w:hAnsi="Times New Roman" w:cs="Times New Roman"/>
          <w:w w:val="105"/>
        </w:rPr>
      </w:pPr>
      <w:r w:rsidRPr="009550FF">
        <w:rPr>
          <w:rFonts w:ascii="Times New Roman" w:hAnsi="Times New Roman" w:cs="Times New Roman"/>
          <w:w w:val="105"/>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F44E79" w:rsidRPr="009550FF" w:rsidRDefault="00F44E79" w:rsidP="008F640C">
      <w:pPr>
        <w:jc w:val="both"/>
        <w:rPr>
          <w:rFonts w:ascii="Times New Roman" w:hAnsi="Times New Roman" w:cs="Times New Roman"/>
        </w:rPr>
      </w:pPr>
      <w:r w:rsidRPr="009550FF">
        <w:rPr>
          <w:rFonts w:ascii="Times New Roman" w:hAnsi="Times New Roman" w:cs="Times New Roman"/>
        </w:rPr>
        <w:t>Овладение универсальными учебными коммуникативными действиями.</w:t>
      </w:r>
    </w:p>
    <w:p w:rsidR="00F44E79" w:rsidRPr="009550FF" w:rsidRDefault="00F44E79" w:rsidP="008F640C">
      <w:pPr>
        <w:autoSpaceDE w:val="0"/>
        <w:autoSpaceDN w:val="0"/>
        <w:spacing w:before="1"/>
        <w:ind w:firstLine="709"/>
        <w:jc w:val="both"/>
        <w:rPr>
          <w:rFonts w:ascii="Times New Roman" w:hAnsi="Times New Roman" w:cs="Times New Roman"/>
          <w:b/>
        </w:rPr>
      </w:pPr>
      <w:r w:rsidRPr="009550FF">
        <w:rPr>
          <w:rFonts w:ascii="Times New Roman" w:hAnsi="Times New Roman" w:cs="Times New Roman"/>
          <w:b/>
          <w:w w:val="110"/>
        </w:rPr>
        <w:t>Общение:</w:t>
      </w:r>
    </w:p>
    <w:p w:rsidR="00F44E79" w:rsidRPr="009550FF" w:rsidRDefault="00F44E79" w:rsidP="008F640C">
      <w:pPr>
        <w:autoSpaceDE w:val="0"/>
        <w:autoSpaceDN w:val="0"/>
        <w:spacing w:before="8"/>
        <w:ind w:right="115" w:firstLine="709"/>
        <w:jc w:val="both"/>
        <w:rPr>
          <w:rFonts w:ascii="Times New Roman" w:hAnsi="Times New Roman" w:cs="Times New Roman"/>
        </w:rPr>
      </w:pPr>
      <w:r w:rsidRPr="009550FF">
        <w:rPr>
          <w:rFonts w:ascii="Times New Roman" w:hAnsi="Times New Roman" w:cs="Times New Roman"/>
          <w:w w:val="110"/>
        </w:rPr>
        <w:t>- воспринимать и формулировать суждения, выражать эмоции в соответствии с целями и условиями общения;</w:t>
      </w:r>
    </w:p>
    <w:p w:rsidR="00F44E79" w:rsidRPr="009550FF" w:rsidRDefault="00F44E79" w:rsidP="008F640C">
      <w:pPr>
        <w:autoSpaceDE w:val="0"/>
        <w:autoSpaceDN w:val="0"/>
        <w:spacing w:before="1"/>
        <w:ind w:right="115" w:firstLine="709"/>
        <w:jc w:val="both"/>
        <w:rPr>
          <w:rFonts w:ascii="Times New Roman" w:hAnsi="Times New Roman" w:cs="Times New Roman"/>
        </w:rPr>
      </w:pPr>
      <w:r w:rsidRPr="009550FF">
        <w:rPr>
          <w:rFonts w:ascii="Times New Roman" w:hAnsi="Times New Roman" w:cs="Times New Roman"/>
          <w:w w:val="105"/>
        </w:rPr>
        <w:t>- выражать себя (свою точку зрения) в устных и письменных текстах;</w:t>
      </w:r>
    </w:p>
    <w:p w:rsidR="00F44E79" w:rsidRPr="009550FF" w:rsidRDefault="00F44E79" w:rsidP="008F640C">
      <w:pPr>
        <w:autoSpaceDE w:val="0"/>
        <w:autoSpaceDN w:val="0"/>
        <w:spacing w:before="1"/>
        <w:ind w:right="115" w:firstLine="709"/>
        <w:jc w:val="both"/>
        <w:rPr>
          <w:rFonts w:ascii="Times New Roman" w:hAnsi="Times New Roman" w:cs="Times New Roman"/>
        </w:rPr>
      </w:pPr>
      <w:r w:rsidRPr="009550FF">
        <w:rPr>
          <w:rFonts w:ascii="Times New Roman" w:hAnsi="Times New Roman" w:cs="Times New Roman"/>
          <w:w w:val="110"/>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E79" w:rsidRPr="009550FF" w:rsidRDefault="00F44E79" w:rsidP="008F640C">
      <w:pPr>
        <w:autoSpaceDE w:val="0"/>
        <w:autoSpaceDN w:val="0"/>
        <w:spacing w:before="86"/>
        <w:ind w:right="114" w:firstLine="709"/>
        <w:jc w:val="both"/>
        <w:rPr>
          <w:rFonts w:ascii="Times New Roman" w:hAnsi="Times New Roman" w:cs="Times New Roman"/>
        </w:rPr>
      </w:pPr>
      <w:r w:rsidRPr="009550FF">
        <w:rPr>
          <w:rFonts w:ascii="Times New Roman" w:hAnsi="Times New Roman" w:cs="Times New Roman"/>
          <w:w w:val="105"/>
        </w:rPr>
        <w:t>- понимать намерения других, проявлять уважительное отношение к собеседнику и в корректной форме формулировать свои возражения;</w:t>
      </w:r>
    </w:p>
    <w:p w:rsidR="00F44E79" w:rsidRPr="009550FF" w:rsidRDefault="00F44E79" w:rsidP="008F640C">
      <w:pPr>
        <w:autoSpaceDE w:val="0"/>
        <w:autoSpaceDN w:val="0"/>
        <w:spacing w:before="4"/>
        <w:ind w:right="115" w:firstLine="709"/>
        <w:jc w:val="both"/>
        <w:rPr>
          <w:rFonts w:ascii="Times New Roman" w:hAnsi="Times New Roman" w:cs="Times New Roman"/>
        </w:rPr>
      </w:pPr>
      <w:r w:rsidRPr="009550FF">
        <w:rPr>
          <w:rFonts w:ascii="Times New Roman" w:hAnsi="Times New Roman" w:cs="Times New Roman"/>
          <w:w w:val="105"/>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E79" w:rsidRPr="009550FF" w:rsidRDefault="00F44E79" w:rsidP="008F640C">
      <w:pPr>
        <w:autoSpaceDE w:val="0"/>
        <w:autoSpaceDN w:val="0"/>
        <w:spacing w:before="5"/>
        <w:ind w:right="115" w:firstLine="709"/>
        <w:jc w:val="both"/>
        <w:rPr>
          <w:rFonts w:ascii="Times New Roman" w:hAnsi="Times New Roman" w:cs="Times New Roman"/>
        </w:rPr>
      </w:pPr>
      <w:r w:rsidRPr="009550FF">
        <w:rPr>
          <w:rFonts w:ascii="Times New Roman" w:hAnsi="Times New Roman" w:cs="Times New Roman"/>
          <w:w w:val="110"/>
        </w:rPr>
        <w:t>- сопоставлять свои суждения с суждениями других участников диалога, обнаруживать различие и сходство позиций;</w:t>
      </w:r>
    </w:p>
    <w:p w:rsidR="00F44E79" w:rsidRPr="009550FF" w:rsidRDefault="00F44E79" w:rsidP="008F640C">
      <w:pPr>
        <w:autoSpaceDE w:val="0"/>
        <w:autoSpaceDN w:val="0"/>
        <w:spacing w:before="3"/>
        <w:ind w:right="114" w:firstLine="709"/>
        <w:jc w:val="both"/>
        <w:rPr>
          <w:rFonts w:ascii="Times New Roman" w:hAnsi="Times New Roman" w:cs="Times New Roman"/>
        </w:rPr>
      </w:pPr>
      <w:r w:rsidRPr="009550FF">
        <w:rPr>
          <w:rFonts w:ascii="Times New Roman" w:hAnsi="Times New Roman" w:cs="Times New Roman"/>
          <w:w w:val="105"/>
        </w:rPr>
        <w:t>- публично представлять результаты выполненного опыта (эксперимента, исследования, проекта);</w:t>
      </w:r>
    </w:p>
    <w:p w:rsidR="00F44E79" w:rsidRPr="009550FF" w:rsidRDefault="00F44E79" w:rsidP="008F640C">
      <w:pPr>
        <w:autoSpaceDE w:val="0"/>
        <w:autoSpaceDN w:val="0"/>
        <w:spacing w:before="3"/>
        <w:ind w:right="114" w:firstLine="709"/>
        <w:jc w:val="both"/>
        <w:rPr>
          <w:rFonts w:ascii="Times New Roman" w:hAnsi="Times New Roman" w:cs="Times New Roman"/>
        </w:rPr>
      </w:pPr>
      <w:r w:rsidRPr="009550FF">
        <w:rPr>
          <w:rFonts w:ascii="Times New Roman" w:hAnsi="Times New Roman" w:cs="Times New Roman"/>
          <w:w w:val="105"/>
        </w:rPr>
        <w:t>- самостоятельно выбирать формат выступления с учетом задач презентации и особенностей аудитории и в соответствии сним составлять устные и письменные тексты с использованием иллюстративных материалов.</w:t>
      </w:r>
    </w:p>
    <w:p w:rsidR="00F44E79" w:rsidRPr="009550FF" w:rsidRDefault="00F44E79" w:rsidP="008F640C">
      <w:pPr>
        <w:autoSpaceDE w:val="0"/>
        <w:autoSpaceDN w:val="0"/>
        <w:spacing w:before="6"/>
        <w:ind w:firstLine="709"/>
        <w:jc w:val="both"/>
        <w:rPr>
          <w:rFonts w:ascii="Times New Roman" w:hAnsi="Times New Roman" w:cs="Times New Roman"/>
          <w:b/>
        </w:rPr>
      </w:pPr>
      <w:r w:rsidRPr="009550FF">
        <w:rPr>
          <w:rFonts w:ascii="Times New Roman" w:hAnsi="Times New Roman" w:cs="Times New Roman"/>
          <w:b/>
          <w:w w:val="105"/>
        </w:rPr>
        <w:t>Совместная деятельность:</w:t>
      </w:r>
    </w:p>
    <w:p w:rsidR="00F44E79" w:rsidRPr="009550FF" w:rsidRDefault="00F44E79" w:rsidP="008F640C">
      <w:pPr>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 понимать и использовать преимущества командной и индивидуальной работы при решении конкретной проблемы, обо</w:t>
      </w:r>
      <w:r w:rsidRPr="009550FF">
        <w:rPr>
          <w:rFonts w:ascii="Times New Roman" w:hAnsi="Times New Roman" w:cs="Times New Roman"/>
          <w:spacing w:val="1"/>
          <w:w w:val="105"/>
          <w:lang w:val="en-US"/>
        </w:rPr>
        <w:t>c</w:t>
      </w:r>
      <w:r w:rsidRPr="009550FF">
        <w:rPr>
          <w:rFonts w:ascii="Times New Roman" w:hAnsi="Times New Roman" w:cs="Times New Roman"/>
          <w:w w:val="105"/>
        </w:rPr>
        <w:t>новывать необходимость применения групповых форм взаимодействия при решении поставленной задачи;</w:t>
      </w:r>
    </w:p>
    <w:p w:rsidR="00F44E79" w:rsidRPr="009550FF" w:rsidRDefault="00F44E79" w:rsidP="008F640C">
      <w:pPr>
        <w:autoSpaceDE w:val="0"/>
        <w:autoSpaceDN w:val="0"/>
        <w:spacing w:before="6"/>
        <w:ind w:right="114" w:firstLine="709"/>
        <w:jc w:val="both"/>
        <w:rPr>
          <w:rFonts w:ascii="Times New Roman" w:hAnsi="Times New Roman" w:cs="Times New Roman"/>
        </w:rPr>
      </w:pPr>
      <w:r w:rsidRPr="009550FF">
        <w:rPr>
          <w:rFonts w:ascii="Times New Roman" w:hAnsi="Times New Roman" w:cs="Times New Roman"/>
          <w:w w:val="105"/>
        </w:rPr>
        <w:t>- принимать цель совместной деятельности, коллективно стро</w:t>
      </w:r>
      <w:r w:rsidRPr="009550FF">
        <w:rPr>
          <w:rFonts w:ascii="Times New Roman" w:hAnsi="Times New Roman" w:cs="Times New Roman"/>
          <w:w w:val="110"/>
        </w:rPr>
        <w:t>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44E79" w:rsidRPr="009550FF" w:rsidRDefault="00F44E79" w:rsidP="008F640C">
      <w:pPr>
        <w:autoSpaceDE w:val="0"/>
        <w:autoSpaceDN w:val="0"/>
        <w:spacing w:before="7"/>
        <w:ind w:right="114" w:firstLine="709"/>
        <w:jc w:val="both"/>
        <w:rPr>
          <w:rFonts w:ascii="Times New Roman" w:hAnsi="Times New Roman" w:cs="Times New Roman"/>
        </w:rPr>
      </w:pPr>
      <w:r w:rsidRPr="009550FF">
        <w:rPr>
          <w:rFonts w:ascii="Times New Roman" w:hAnsi="Times New Roman" w:cs="Times New Roman"/>
          <w:spacing w:val="-1"/>
          <w:w w:val="110"/>
        </w:rPr>
        <w:t xml:space="preserve">- планировать организацию </w:t>
      </w:r>
      <w:r w:rsidRPr="009550FF">
        <w:rPr>
          <w:rFonts w:ascii="Times New Roman" w:hAnsi="Times New Roman" w:cs="Times New Roman"/>
          <w:w w:val="110"/>
        </w:rPr>
        <w:t>совместной работы, определятьсвою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44E79" w:rsidRPr="009550FF" w:rsidRDefault="00F44E79" w:rsidP="008F640C">
      <w:pPr>
        <w:autoSpaceDE w:val="0"/>
        <w:autoSpaceDN w:val="0"/>
        <w:spacing w:before="8"/>
        <w:ind w:right="114" w:firstLine="709"/>
        <w:jc w:val="both"/>
        <w:rPr>
          <w:rFonts w:ascii="Times New Roman" w:hAnsi="Times New Roman" w:cs="Times New Roman"/>
        </w:rPr>
      </w:pPr>
      <w:r w:rsidRPr="009550FF">
        <w:rPr>
          <w:rFonts w:ascii="Times New Roman" w:hAnsi="Times New Roman" w:cs="Times New Roman"/>
          <w:w w:val="105"/>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E79" w:rsidRPr="009550FF" w:rsidRDefault="00F44E79" w:rsidP="008F640C">
      <w:pPr>
        <w:autoSpaceDE w:val="0"/>
        <w:autoSpaceDN w:val="0"/>
        <w:spacing w:before="5"/>
        <w:ind w:right="114" w:firstLine="709"/>
        <w:jc w:val="both"/>
        <w:rPr>
          <w:rFonts w:ascii="Times New Roman" w:hAnsi="Times New Roman" w:cs="Times New Roman"/>
        </w:rPr>
      </w:pPr>
      <w:r w:rsidRPr="009550FF">
        <w:rPr>
          <w:rFonts w:ascii="Times New Roman" w:hAnsi="Times New Roman" w:cs="Times New Roman"/>
          <w:w w:val="105"/>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44E79" w:rsidRPr="009550FF" w:rsidRDefault="00F44E79" w:rsidP="008F640C">
      <w:pPr>
        <w:autoSpaceDE w:val="0"/>
        <w:autoSpaceDN w:val="0"/>
        <w:spacing w:before="9"/>
        <w:ind w:right="115" w:firstLine="709"/>
        <w:jc w:val="both"/>
        <w:rPr>
          <w:rFonts w:ascii="Times New Roman" w:hAnsi="Times New Roman" w:cs="Times New Roman"/>
        </w:rPr>
      </w:pPr>
      <w:r w:rsidRPr="009550FF">
        <w:rPr>
          <w:rFonts w:ascii="Times New Roman" w:hAnsi="Times New Roman" w:cs="Times New Roman"/>
          <w:w w:val="105"/>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44E79" w:rsidRPr="009550FF" w:rsidRDefault="00F44E79" w:rsidP="008F640C">
      <w:pPr>
        <w:autoSpaceDE w:val="0"/>
        <w:autoSpaceDN w:val="0"/>
        <w:spacing w:before="4"/>
        <w:ind w:right="114" w:firstLine="709"/>
        <w:jc w:val="both"/>
        <w:rPr>
          <w:rFonts w:ascii="Times New Roman" w:hAnsi="Times New Roman" w:cs="Times New Roman"/>
        </w:rPr>
      </w:pPr>
      <w:r w:rsidRPr="009550FF">
        <w:rPr>
          <w:rFonts w:ascii="Times New Roman" w:hAnsi="Times New Roman" w:cs="Times New Roman"/>
          <w:w w:val="110"/>
        </w:rPr>
        <w:t>Овладение универсальными учебными регулятивными дей</w:t>
      </w:r>
      <w:r w:rsidRPr="009550FF">
        <w:rPr>
          <w:rFonts w:ascii="Times New Roman" w:hAnsi="Times New Roman" w:cs="Times New Roman"/>
          <w:w w:val="115"/>
        </w:rPr>
        <w:t>ствиями.</w:t>
      </w:r>
    </w:p>
    <w:p w:rsidR="00F44E79" w:rsidRPr="009550FF" w:rsidRDefault="00F44E79" w:rsidP="008F640C">
      <w:pPr>
        <w:autoSpaceDE w:val="0"/>
        <w:autoSpaceDN w:val="0"/>
        <w:spacing w:before="86"/>
        <w:ind w:firstLine="709"/>
        <w:jc w:val="both"/>
        <w:rPr>
          <w:rFonts w:ascii="Times New Roman" w:hAnsi="Times New Roman" w:cs="Times New Roman"/>
          <w:b/>
        </w:rPr>
      </w:pPr>
      <w:r w:rsidRPr="009550FF">
        <w:rPr>
          <w:rFonts w:ascii="Times New Roman" w:hAnsi="Times New Roman" w:cs="Times New Roman"/>
          <w:b/>
          <w:w w:val="110"/>
        </w:rPr>
        <w:t>Самоорганизация:</w:t>
      </w:r>
    </w:p>
    <w:p w:rsidR="00F44E79" w:rsidRPr="009550FF" w:rsidRDefault="00F44E79" w:rsidP="008F640C">
      <w:pPr>
        <w:autoSpaceDE w:val="0"/>
        <w:autoSpaceDN w:val="0"/>
        <w:spacing w:before="7"/>
        <w:ind w:right="114" w:firstLine="709"/>
        <w:jc w:val="both"/>
        <w:rPr>
          <w:rFonts w:ascii="Times New Roman" w:hAnsi="Times New Roman" w:cs="Times New Roman"/>
        </w:rPr>
      </w:pPr>
      <w:r w:rsidRPr="009550FF">
        <w:rPr>
          <w:rFonts w:ascii="Times New Roman" w:hAnsi="Times New Roman" w:cs="Times New Roman"/>
          <w:w w:val="110"/>
        </w:rPr>
        <w:t>- выявлять проблемы для решения в жизненных и учебных ситуациях;</w:t>
      </w:r>
    </w:p>
    <w:p w:rsidR="00F44E79" w:rsidRPr="009550FF" w:rsidRDefault="00F44E79" w:rsidP="008F640C">
      <w:p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10"/>
        </w:rPr>
        <w:t>- ориентироваться в различных подходах принятия решений (индивидуальное, принятие решения в группе, принятие решений группой);</w:t>
      </w:r>
    </w:p>
    <w:p w:rsidR="00F44E79" w:rsidRPr="009550FF" w:rsidRDefault="00F44E79" w:rsidP="008F640C">
      <w:pPr>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44E79" w:rsidRPr="009550FF" w:rsidRDefault="00F44E79" w:rsidP="008F640C">
      <w:pPr>
        <w:autoSpaceDE w:val="0"/>
        <w:autoSpaceDN w:val="0"/>
        <w:spacing w:before="2"/>
        <w:ind w:right="115" w:firstLine="709"/>
        <w:jc w:val="both"/>
        <w:rPr>
          <w:rFonts w:ascii="Times New Roman" w:hAnsi="Times New Roman" w:cs="Times New Roman"/>
        </w:rPr>
      </w:pPr>
      <w:r w:rsidRPr="009550FF">
        <w:rPr>
          <w:rFonts w:ascii="Times New Roman" w:hAnsi="Times New Roman" w:cs="Times New Roman"/>
          <w:w w:val="105"/>
        </w:rPr>
        <w:t>- составлять план действий (план реализации намеченного алгоритм а решения), корректировать предложенный алгоритм с учетом получения новых знаний об изучаемом объекте;</w:t>
      </w:r>
    </w:p>
    <w:p w:rsidR="00F44E79" w:rsidRPr="009550FF" w:rsidRDefault="00F44E79" w:rsidP="008F640C">
      <w:pPr>
        <w:autoSpaceDE w:val="0"/>
        <w:autoSpaceDN w:val="0"/>
        <w:spacing w:before="1"/>
        <w:ind w:right="666" w:firstLine="709"/>
        <w:jc w:val="both"/>
        <w:rPr>
          <w:rFonts w:ascii="Times New Roman" w:hAnsi="Times New Roman" w:cs="Times New Roman"/>
          <w:w w:val="105"/>
        </w:rPr>
      </w:pPr>
      <w:r w:rsidRPr="009550FF">
        <w:rPr>
          <w:rFonts w:ascii="Times New Roman" w:hAnsi="Times New Roman" w:cs="Times New Roman"/>
          <w:w w:val="105"/>
        </w:rPr>
        <w:t xml:space="preserve">- делать выбор и принимать ответственность за решение. </w:t>
      </w:r>
    </w:p>
    <w:p w:rsidR="00F44E79" w:rsidRPr="009550FF" w:rsidRDefault="00F44E79" w:rsidP="008F640C">
      <w:pPr>
        <w:autoSpaceDE w:val="0"/>
        <w:autoSpaceDN w:val="0"/>
        <w:spacing w:before="1"/>
        <w:ind w:right="666" w:firstLine="709"/>
        <w:jc w:val="both"/>
        <w:rPr>
          <w:rFonts w:ascii="Times New Roman" w:hAnsi="Times New Roman" w:cs="Times New Roman"/>
          <w:w w:val="105"/>
        </w:rPr>
      </w:pPr>
    </w:p>
    <w:p w:rsidR="00F44E79" w:rsidRPr="009550FF" w:rsidRDefault="00F44E79" w:rsidP="008F640C">
      <w:pPr>
        <w:autoSpaceDE w:val="0"/>
        <w:autoSpaceDN w:val="0"/>
        <w:spacing w:before="1"/>
        <w:ind w:right="666" w:firstLine="709"/>
        <w:jc w:val="both"/>
        <w:rPr>
          <w:rFonts w:ascii="Times New Roman" w:hAnsi="Times New Roman" w:cs="Times New Roman"/>
          <w:b/>
        </w:rPr>
      </w:pPr>
      <w:r w:rsidRPr="009550FF">
        <w:rPr>
          <w:rFonts w:ascii="Times New Roman" w:hAnsi="Times New Roman" w:cs="Times New Roman"/>
          <w:b/>
          <w:w w:val="105"/>
        </w:rPr>
        <w:t>Самоконтроль:</w:t>
      </w:r>
    </w:p>
    <w:p w:rsidR="00F44E79" w:rsidRPr="009550FF" w:rsidRDefault="00F44E79" w:rsidP="008F640C">
      <w:pPr>
        <w:autoSpaceDE w:val="0"/>
        <w:autoSpaceDN w:val="0"/>
        <w:spacing w:before="1"/>
        <w:ind w:right="115" w:firstLine="709"/>
        <w:jc w:val="both"/>
        <w:rPr>
          <w:rFonts w:ascii="Times New Roman" w:hAnsi="Times New Roman" w:cs="Times New Roman"/>
        </w:rPr>
      </w:pPr>
      <w:r w:rsidRPr="009550FF">
        <w:rPr>
          <w:rFonts w:ascii="Times New Roman" w:hAnsi="Times New Roman" w:cs="Times New Roman"/>
          <w:spacing w:val="-1"/>
          <w:w w:val="110"/>
        </w:rPr>
        <w:t xml:space="preserve">- владеть способами </w:t>
      </w:r>
      <w:r w:rsidRPr="009550FF">
        <w:rPr>
          <w:rFonts w:ascii="Times New Roman" w:hAnsi="Times New Roman" w:cs="Times New Roman"/>
          <w:w w:val="110"/>
        </w:rPr>
        <w:t>самоконтроля, самомотивации и рефлексии;</w:t>
      </w:r>
    </w:p>
    <w:p w:rsidR="00F44E79" w:rsidRPr="009550FF" w:rsidRDefault="00F44E79" w:rsidP="008F640C">
      <w:p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 давать адекватную оценку ситуации и предлагать план ее изменения;</w:t>
      </w:r>
    </w:p>
    <w:p w:rsidR="00F44E79" w:rsidRPr="009550FF" w:rsidRDefault="00F44E79" w:rsidP="008F640C">
      <w:p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44E79" w:rsidRPr="009550FF" w:rsidRDefault="00F44E79" w:rsidP="008F640C">
      <w:pPr>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44E79" w:rsidRPr="009550FF" w:rsidRDefault="00F44E79" w:rsidP="008F640C">
      <w:pPr>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 вносить коррективы в деятельность на основе новых обстоятельств, изменившихся ситуаций, установленных ошибок, возникших трудностей;</w:t>
      </w:r>
    </w:p>
    <w:p w:rsidR="00F44E79" w:rsidRPr="009550FF" w:rsidRDefault="00F44E79" w:rsidP="008F640C">
      <w:pPr>
        <w:autoSpaceDE w:val="0"/>
        <w:autoSpaceDN w:val="0"/>
        <w:spacing w:before="2"/>
        <w:ind w:firstLine="709"/>
        <w:jc w:val="both"/>
        <w:rPr>
          <w:rFonts w:ascii="Times New Roman" w:hAnsi="Times New Roman" w:cs="Times New Roman"/>
          <w:w w:val="105"/>
        </w:rPr>
      </w:pPr>
      <w:r w:rsidRPr="009550FF">
        <w:rPr>
          <w:rFonts w:ascii="Times New Roman" w:hAnsi="Times New Roman" w:cs="Times New Roman"/>
          <w:w w:val="105"/>
        </w:rPr>
        <w:t xml:space="preserve">- оценивать соответствие результата цели и условиям. </w:t>
      </w:r>
    </w:p>
    <w:p w:rsidR="00F44E79" w:rsidRPr="009550FF" w:rsidRDefault="00F44E79" w:rsidP="008F640C">
      <w:pPr>
        <w:autoSpaceDE w:val="0"/>
        <w:autoSpaceDN w:val="0"/>
        <w:spacing w:before="2"/>
        <w:ind w:firstLine="709"/>
        <w:jc w:val="both"/>
        <w:rPr>
          <w:rFonts w:ascii="Times New Roman" w:hAnsi="Times New Roman" w:cs="Times New Roman"/>
        </w:rPr>
      </w:pPr>
    </w:p>
    <w:p w:rsidR="00F44E79" w:rsidRPr="009550FF" w:rsidRDefault="00F44E79" w:rsidP="008F640C">
      <w:pPr>
        <w:autoSpaceDE w:val="0"/>
        <w:autoSpaceDN w:val="0"/>
        <w:spacing w:before="7"/>
        <w:ind w:firstLine="709"/>
        <w:jc w:val="both"/>
        <w:rPr>
          <w:rFonts w:ascii="Times New Roman" w:hAnsi="Times New Roman" w:cs="Times New Roman"/>
          <w:b/>
        </w:rPr>
      </w:pPr>
      <w:r w:rsidRPr="009550FF">
        <w:rPr>
          <w:rFonts w:ascii="Times New Roman" w:hAnsi="Times New Roman" w:cs="Times New Roman"/>
          <w:b/>
          <w:w w:val="115"/>
        </w:rPr>
        <w:t>Эмоциональный интеллект:</w:t>
      </w:r>
    </w:p>
    <w:p w:rsidR="00F44E79" w:rsidRPr="009550FF" w:rsidRDefault="00F44E79" w:rsidP="008F640C">
      <w:pPr>
        <w:autoSpaceDE w:val="0"/>
        <w:autoSpaceDN w:val="0"/>
        <w:spacing w:before="8"/>
        <w:ind w:right="115" w:firstLine="709"/>
        <w:jc w:val="both"/>
        <w:rPr>
          <w:rFonts w:ascii="Times New Roman" w:hAnsi="Times New Roman" w:cs="Times New Roman"/>
        </w:rPr>
      </w:pPr>
      <w:r w:rsidRPr="009550FF">
        <w:rPr>
          <w:rFonts w:ascii="Times New Roman" w:hAnsi="Times New Roman" w:cs="Times New Roman"/>
          <w:w w:val="110"/>
        </w:rPr>
        <w:t>- различать, называть и управлять собственными эмоциями и эмоциями других;</w:t>
      </w:r>
    </w:p>
    <w:p w:rsidR="00F44E79" w:rsidRPr="009550FF" w:rsidRDefault="00F44E79" w:rsidP="008F640C">
      <w:pPr>
        <w:autoSpaceDE w:val="0"/>
        <w:autoSpaceDN w:val="0"/>
        <w:spacing w:before="1"/>
        <w:ind w:firstLine="709"/>
        <w:jc w:val="both"/>
        <w:rPr>
          <w:rFonts w:ascii="Times New Roman" w:hAnsi="Times New Roman" w:cs="Times New Roman"/>
        </w:rPr>
      </w:pPr>
      <w:r w:rsidRPr="009550FF">
        <w:rPr>
          <w:rFonts w:ascii="Times New Roman" w:hAnsi="Times New Roman" w:cs="Times New Roman"/>
          <w:w w:val="105"/>
        </w:rPr>
        <w:t>- выявлять и анализировать причины эмоций;</w:t>
      </w:r>
    </w:p>
    <w:p w:rsidR="00F44E79" w:rsidRPr="009550FF" w:rsidRDefault="00F44E79" w:rsidP="008F640C">
      <w:pPr>
        <w:autoSpaceDE w:val="0"/>
        <w:autoSpaceDN w:val="0"/>
        <w:spacing w:before="7"/>
        <w:ind w:right="114" w:firstLine="709"/>
        <w:jc w:val="both"/>
        <w:rPr>
          <w:rFonts w:ascii="Times New Roman" w:hAnsi="Times New Roman" w:cs="Times New Roman"/>
        </w:rPr>
      </w:pPr>
      <w:r w:rsidRPr="009550FF">
        <w:rPr>
          <w:rFonts w:ascii="Times New Roman" w:hAnsi="Times New Roman" w:cs="Times New Roman"/>
          <w:w w:val="105"/>
        </w:rPr>
        <w:t>- ставить себя на место другого человека, понимать мотивы и намерения другого;</w:t>
      </w:r>
    </w:p>
    <w:p w:rsidR="00F44E79" w:rsidRPr="009550FF" w:rsidRDefault="00F44E79" w:rsidP="008F640C">
      <w:pPr>
        <w:autoSpaceDE w:val="0"/>
        <w:autoSpaceDN w:val="0"/>
        <w:spacing w:before="1"/>
        <w:ind w:firstLine="709"/>
        <w:jc w:val="both"/>
        <w:rPr>
          <w:rFonts w:ascii="Times New Roman" w:hAnsi="Times New Roman" w:cs="Times New Roman"/>
          <w:w w:val="105"/>
        </w:rPr>
      </w:pPr>
      <w:r w:rsidRPr="009550FF">
        <w:rPr>
          <w:rFonts w:ascii="Times New Roman" w:hAnsi="Times New Roman" w:cs="Times New Roman"/>
          <w:w w:val="105"/>
        </w:rPr>
        <w:t>- регулировать способ выражения эмоций.</w:t>
      </w:r>
    </w:p>
    <w:p w:rsidR="00F44E79" w:rsidRPr="009550FF" w:rsidRDefault="00F44E79" w:rsidP="008F640C">
      <w:pPr>
        <w:autoSpaceDE w:val="0"/>
        <w:autoSpaceDN w:val="0"/>
        <w:spacing w:before="1"/>
        <w:ind w:firstLine="709"/>
        <w:jc w:val="both"/>
        <w:rPr>
          <w:rFonts w:ascii="Times New Roman" w:hAnsi="Times New Roman" w:cs="Times New Roman"/>
        </w:rPr>
      </w:pPr>
    </w:p>
    <w:p w:rsidR="00F44E79" w:rsidRPr="009550FF" w:rsidRDefault="00F44E79" w:rsidP="008F640C">
      <w:pPr>
        <w:autoSpaceDE w:val="0"/>
        <w:autoSpaceDN w:val="0"/>
        <w:spacing w:before="8"/>
        <w:ind w:firstLine="709"/>
        <w:jc w:val="both"/>
        <w:rPr>
          <w:rFonts w:ascii="Times New Roman" w:hAnsi="Times New Roman" w:cs="Times New Roman"/>
          <w:b/>
        </w:rPr>
      </w:pPr>
      <w:r w:rsidRPr="009550FF">
        <w:rPr>
          <w:rFonts w:ascii="Times New Roman" w:hAnsi="Times New Roman" w:cs="Times New Roman"/>
          <w:b/>
        </w:rPr>
        <w:t>Принятие себя и других:</w:t>
      </w:r>
    </w:p>
    <w:p w:rsidR="00F44E79" w:rsidRPr="009550FF" w:rsidRDefault="00F44E79" w:rsidP="008F640C">
      <w:pPr>
        <w:autoSpaceDE w:val="0"/>
        <w:autoSpaceDN w:val="0"/>
        <w:spacing w:before="7"/>
        <w:ind w:left="709"/>
        <w:jc w:val="both"/>
        <w:rPr>
          <w:rFonts w:ascii="Times New Roman" w:hAnsi="Times New Roman" w:cs="Times New Roman"/>
          <w:spacing w:val="1"/>
          <w:w w:val="105"/>
        </w:rPr>
      </w:pPr>
      <w:r w:rsidRPr="009550FF">
        <w:rPr>
          <w:rFonts w:ascii="Times New Roman" w:hAnsi="Times New Roman" w:cs="Times New Roman"/>
          <w:w w:val="105"/>
        </w:rPr>
        <w:t>- осознанно относиться к другому человеку, его мнению;</w:t>
      </w:r>
    </w:p>
    <w:p w:rsidR="00F44E79" w:rsidRPr="009550FF" w:rsidRDefault="00F44E79" w:rsidP="008F640C">
      <w:pPr>
        <w:autoSpaceDE w:val="0"/>
        <w:autoSpaceDN w:val="0"/>
        <w:spacing w:before="7"/>
        <w:ind w:left="709"/>
        <w:jc w:val="both"/>
        <w:rPr>
          <w:rFonts w:ascii="Times New Roman" w:hAnsi="Times New Roman" w:cs="Times New Roman"/>
          <w:spacing w:val="-43"/>
          <w:w w:val="105"/>
        </w:rPr>
      </w:pPr>
      <w:r w:rsidRPr="009550FF">
        <w:rPr>
          <w:rFonts w:ascii="Times New Roman" w:hAnsi="Times New Roman" w:cs="Times New Roman"/>
          <w:w w:val="105"/>
        </w:rPr>
        <w:t>- признавать свое право на ошибку и такое же право другого; принимать себя и других, не осуждая;</w:t>
      </w:r>
    </w:p>
    <w:p w:rsidR="00F44E79" w:rsidRPr="009550FF" w:rsidRDefault="00F44E79" w:rsidP="008F640C">
      <w:pPr>
        <w:autoSpaceDE w:val="0"/>
        <w:autoSpaceDN w:val="0"/>
        <w:spacing w:before="2"/>
        <w:ind w:left="709"/>
        <w:jc w:val="both"/>
        <w:rPr>
          <w:rFonts w:ascii="Times New Roman" w:hAnsi="Times New Roman" w:cs="Times New Roman"/>
        </w:rPr>
      </w:pPr>
      <w:r w:rsidRPr="009550FF">
        <w:rPr>
          <w:rFonts w:ascii="Times New Roman" w:hAnsi="Times New Roman" w:cs="Times New Roman"/>
          <w:w w:val="105"/>
        </w:rPr>
        <w:t>- открытость для себя и других;</w:t>
      </w:r>
    </w:p>
    <w:p w:rsidR="00F44E79" w:rsidRPr="009550FF" w:rsidRDefault="00F44E79" w:rsidP="008F640C">
      <w:pPr>
        <w:autoSpaceDE w:val="0"/>
        <w:autoSpaceDN w:val="0"/>
        <w:spacing w:before="7"/>
        <w:ind w:left="709"/>
        <w:jc w:val="both"/>
        <w:rPr>
          <w:rFonts w:ascii="Times New Roman" w:hAnsi="Times New Roman" w:cs="Times New Roman"/>
        </w:rPr>
      </w:pPr>
      <w:r w:rsidRPr="009550FF">
        <w:rPr>
          <w:rFonts w:ascii="Times New Roman" w:hAnsi="Times New Roman" w:cs="Times New Roman"/>
          <w:w w:val="105"/>
        </w:rPr>
        <w:t>- осознавать невозможность контролировать все вокруг.</w:t>
      </w:r>
    </w:p>
    <w:p w:rsidR="00F44E79" w:rsidRPr="009550FF" w:rsidRDefault="00F44E79" w:rsidP="008F640C">
      <w:pPr>
        <w:autoSpaceDE w:val="0"/>
        <w:autoSpaceDN w:val="0"/>
        <w:spacing w:before="218"/>
        <w:ind w:right="114" w:firstLine="709"/>
        <w:jc w:val="both"/>
        <w:rPr>
          <w:rFonts w:ascii="Times New Roman" w:hAnsi="Times New Roman" w:cs="Times New Roman"/>
        </w:rPr>
      </w:pPr>
      <w:r w:rsidRPr="009550FF">
        <w:rPr>
          <w:rFonts w:ascii="Times New Roman" w:hAnsi="Times New Roman" w:cs="Times New Roman"/>
          <w:b/>
          <w:w w:val="105"/>
        </w:rPr>
        <w:t>Предметные результаты</w:t>
      </w:r>
      <w:r w:rsidRPr="009550FF">
        <w:rPr>
          <w:rFonts w:ascii="Times New Roman" w:hAnsi="Times New Roman" w:cs="Times New Roman"/>
          <w:w w:val="105"/>
        </w:rPr>
        <w:t xml:space="preserve">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w w:val="105"/>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в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 экстремистского  мышления и антитеррористического поведения, овладении базовыми медицинскими знаниями и практическим и умениями безопасного поведения в повседневной жизни.</w:t>
      </w:r>
    </w:p>
    <w:p w:rsidR="00F44E79" w:rsidRPr="009550FF" w:rsidRDefault="00F44E79" w:rsidP="008F640C">
      <w:pPr>
        <w:autoSpaceDE w:val="0"/>
        <w:autoSpaceDN w:val="0"/>
        <w:spacing w:before="5"/>
        <w:ind w:right="114" w:firstLine="709"/>
        <w:jc w:val="both"/>
        <w:rPr>
          <w:rFonts w:ascii="Times New Roman" w:hAnsi="Times New Roman" w:cs="Times New Roman"/>
        </w:rPr>
      </w:pPr>
      <w:r w:rsidRPr="009550FF">
        <w:rPr>
          <w:rFonts w:ascii="Times New Roman" w:hAnsi="Times New Roman" w:cs="Times New Roman"/>
          <w:w w:val="105"/>
        </w:rPr>
        <w:t>Предметные результаты по предметной области  «Физическая культура и основы безопасности жизнедеятельности» должны обеспечивать:</w:t>
      </w:r>
    </w:p>
    <w:p w:rsidR="00F44E79" w:rsidRPr="009550FF" w:rsidRDefault="00F44E79" w:rsidP="001C7BA4">
      <w:pPr>
        <w:numPr>
          <w:ilvl w:val="0"/>
          <w:numId w:val="193"/>
        </w:numPr>
        <w:tabs>
          <w:tab w:val="left" w:pos="667"/>
        </w:tabs>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44E79" w:rsidRPr="009550FF" w:rsidRDefault="00F44E79" w:rsidP="001C7BA4">
      <w:pPr>
        <w:numPr>
          <w:ilvl w:val="0"/>
          <w:numId w:val="193"/>
        </w:numPr>
        <w:tabs>
          <w:tab w:val="left" w:pos="646"/>
        </w:tabs>
        <w:autoSpaceDE w:val="0"/>
        <w:autoSpaceDN w:val="0"/>
        <w:spacing w:before="3"/>
        <w:ind w:right="114" w:firstLine="709"/>
        <w:jc w:val="both"/>
        <w:rPr>
          <w:rFonts w:ascii="Times New Roman" w:hAnsi="Times New Roman" w:cs="Times New Roman"/>
        </w:rPr>
      </w:pPr>
      <w:r w:rsidRPr="009550FF">
        <w:rPr>
          <w:rFonts w:ascii="Times New Roman" w:hAnsi="Times New Roman" w:cs="Times New Roman"/>
          <w:w w:val="105"/>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44E79" w:rsidRPr="009550FF" w:rsidRDefault="00F44E79" w:rsidP="001C7BA4">
      <w:pPr>
        <w:numPr>
          <w:ilvl w:val="0"/>
          <w:numId w:val="193"/>
        </w:numPr>
        <w:tabs>
          <w:tab w:val="left" w:pos="656"/>
        </w:tabs>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44E79" w:rsidRPr="009550FF" w:rsidRDefault="00F44E79" w:rsidP="001C7BA4">
      <w:pPr>
        <w:numPr>
          <w:ilvl w:val="0"/>
          <w:numId w:val="193"/>
        </w:numPr>
        <w:tabs>
          <w:tab w:val="left" w:pos="645"/>
        </w:tabs>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44E79" w:rsidRPr="009550FF" w:rsidRDefault="00F44E79" w:rsidP="001C7BA4">
      <w:pPr>
        <w:numPr>
          <w:ilvl w:val="0"/>
          <w:numId w:val="193"/>
        </w:numPr>
        <w:tabs>
          <w:tab w:val="left" w:pos="645"/>
        </w:tabs>
        <w:autoSpaceDE w:val="0"/>
        <w:autoSpaceDN w:val="0"/>
        <w:spacing w:before="3"/>
        <w:ind w:right="114" w:firstLine="709"/>
        <w:jc w:val="both"/>
        <w:rPr>
          <w:rFonts w:ascii="Times New Roman" w:hAnsi="Times New Roman" w:cs="Times New Roman"/>
        </w:rPr>
      </w:pPr>
      <w:r w:rsidRPr="009550FF">
        <w:rPr>
          <w:rFonts w:ascii="Times New Roman" w:hAnsi="Times New Roman" w:cs="Times New Roman"/>
          <w:w w:val="105"/>
        </w:rPr>
        <w:t>сформированность чувства гордости за свою Родину, ответственного отношения к выполнению конституционного долга—защите Отечества;</w:t>
      </w:r>
    </w:p>
    <w:p w:rsidR="00F44E79" w:rsidRPr="009550FF" w:rsidRDefault="00F44E79" w:rsidP="001C7BA4">
      <w:pPr>
        <w:numPr>
          <w:ilvl w:val="0"/>
          <w:numId w:val="193"/>
        </w:numPr>
        <w:tabs>
          <w:tab w:val="left" w:pos="645"/>
        </w:tabs>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05"/>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44E79" w:rsidRPr="009550FF" w:rsidRDefault="00F44E79" w:rsidP="001C7BA4">
      <w:pPr>
        <w:numPr>
          <w:ilvl w:val="0"/>
          <w:numId w:val="193"/>
        </w:numPr>
        <w:tabs>
          <w:tab w:val="left" w:pos="645"/>
        </w:tabs>
        <w:autoSpaceDE w:val="0"/>
        <w:autoSpaceDN w:val="0"/>
        <w:spacing w:before="1"/>
        <w:ind w:right="114" w:firstLine="709"/>
        <w:jc w:val="both"/>
        <w:rPr>
          <w:rFonts w:ascii="Times New Roman" w:hAnsi="Times New Roman" w:cs="Times New Roman"/>
        </w:rPr>
      </w:pPr>
      <w:r w:rsidRPr="009550FF">
        <w:rPr>
          <w:rFonts w:ascii="Times New Roman" w:hAnsi="Times New Roman" w:cs="Times New Roman"/>
          <w:w w:val="110"/>
        </w:rPr>
        <w:t>понимание причин, механизмов возникновения и послед</w:t>
      </w:r>
      <w:r w:rsidRPr="009550FF">
        <w:rPr>
          <w:rFonts w:ascii="Times New Roman" w:hAnsi="Times New Roman" w:cs="Times New Roman"/>
          <w:w w:val="105"/>
        </w:rPr>
        <w:t>ствий распространенных видов опасных и чрезвычайных ситуа</w:t>
      </w:r>
      <w:r w:rsidRPr="009550FF">
        <w:rPr>
          <w:rFonts w:ascii="Times New Roman" w:hAnsi="Times New Roman" w:cs="Times New Roman"/>
          <w:w w:val="110"/>
        </w:rPr>
        <w:t>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44E79" w:rsidRPr="009550FF" w:rsidRDefault="00F44E79" w:rsidP="001C7BA4">
      <w:pPr>
        <w:numPr>
          <w:ilvl w:val="0"/>
          <w:numId w:val="193"/>
        </w:numPr>
        <w:tabs>
          <w:tab w:val="left" w:pos="645"/>
        </w:tabs>
        <w:autoSpaceDE w:val="0"/>
        <w:autoSpaceDN w:val="0"/>
        <w:spacing w:before="3"/>
        <w:ind w:right="114" w:firstLine="709"/>
        <w:jc w:val="both"/>
        <w:rPr>
          <w:rFonts w:ascii="Times New Roman" w:hAnsi="Times New Roman" w:cs="Times New Roman"/>
        </w:rPr>
      </w:pPr>
      <w:r w:rsidRPr="009550FF">
        <w:rPr>
          <w:rFonts w:ascii="Times New Roman" w:hAnsi="Times New Roman" w:cs="Times New Roman"/>
          <w:w w:val="110"/>
        </w:rP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F44E79" w:rsidRPr="009550FF" w:rsidRDefault="00F44E79" w:rsidP="001C7BA4">
      <w:pPr>
        <w:numPr>
          <w:ilvl w:val="0"/>
          <w:numId w:val="193"/>
        </w:numPr>
        <w:tabs>
          <w:tab w:val="left" w:pos="645"/>
        </w:tabs>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 xml:space="preserve">освоение основ медицинских знаний и владение умениями </w:t>
      </w:r>
      <w:r w:rsidRPr="009550FF">
        <w:rPr>
          <w:rFonts w:ascii="Times New Roman" w:hAnsi="Times New Roman" w:cs="Times New Roman"/>
          <w:spacing w:val="-1"/>
          <w:w w:val="110"/>
        </w:rPr>
        <w:t xml:space="preserve">оказывать первую помощь </w:t>
      </w:r>
      <w:r w:rsidRPr="009550FF">
        <w:rPr>
          <w:rFonts w:ascii="Times New Roman" w:hAnsi="Times New Roman" w:cs="Times New Roman"/>
          <w:w w:val="110"/>
        </w:rPr>
        <w:t>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44E79" w:rsidRPr="009550FF" w:rsidRDefault="00F44E79" w:rsidP="001C7BA4">
      <w:pPr>
        <w:numPr>
          <w:ilvl w:val="0"/>
          <w:numId w:val="193"/>
        </w:numPr>
        <w:tabs>
          <w:tab w:val="left" w:pos="764"/>
        </w:tabs>
        <w:autoSpaceDE w:val="0"/>
        <w:autoSpaceDN w:val="0"/>
        <w:spacing w:before="2"/>
        <w:ind w:right="115" w:firstLine="709"/>
        <w:jc w:val="both"/>
        <w:rPr>
          <w:rFonts w:ascii="Times New Roman" w:hAnsi="Times New Roman" w:cs="Times New Roman"/>
        </w:rPr>
      </w:pPr>
      <w:r w:rsidRPr="009550FF">
        <w:rPr>
          <w:rFonts w:ascii="Times New Roman" w:hAnsi="Times New Roman" w:cs="Times New Roman"/>
          <w:w w:val="105"/>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44E79" w:rsidRPr="009550FF" w:rsidRDefault="00F44E79" w:rsidP="001C7BA4">
      <w:pPr>
        <w:numPr>
          <w:ilvl w:val="0"/>
          <w:numId w:val="193"/>
        </w:numPr>
        <w:tabs>
          <w:tab w:val="left" w:pos="764"/>
        </w:tabs>
        <w:autoSpaceDE w:val="0"/>
        <w:autoSpaceDN w:val="0"/>
        <w:spacing w:before="2"/>
        <w:ind w:right="114" w:firstLine="709"/>
        <w:jc w:val="both"/>
        <w:rPr>
          <w:rFonts w:ascii="Times New Roman" w:hAnsi="Times New Roman" w:cs="Times New Roman"/>
        </w:rPr>
      </w:pPr>
      <w:r w:rsidRPr="009550FF">
        <w:rPr>
          <w:rFonts w:ascii="Times New Roman" w:hAnsi="Times New Roman" w:cs="Times New Roman"/>
          <w:w w:val="105"/>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44E79" w:rsidRPr="009550FF" w:rsidRDefault="00F44E79" w:rsidP="001C7BA4">
      <w:pPr>
        <w:numPr>
          <w:ilvl w:val="0"/>
          <w:numId w:val="193"/>
        </w:numPr>
        <w:tabs>
          <w:tab w:val="left" w:pos="764"/>
        </w:tabs>
        <w:autoSpaceDE w:val="0"/>
        <w:autoSpaceDN w:val="0"/>
        <w:spacing w:before="2"/>
        <w:ind w:right="115" w:firstLine="709"/>
        <w:jc w:val="both"/>
        <w:rPr>
          <w:rFonts w:ascii="Times New Roman" w:hAnsi="Times New Roman" w:cs="Times New Roman"/>
        </w:rPr>
      </w:pPr>
      <w:r w:rsidRPr="009550FF">
        <w:rPr>
          <w:rFonts w:ascii="Times New Roman" w:hAnsi="Times New Roman" w:cs="Times New Roman"/>
          <w:w w:val="105"/>
        </w:rPr>
        <w:t>овладение знаниями и умениями  предупреждать  опасные и чрезвычайные ситуации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44E79" w:rsidRPr="009550FF" w:rsidRDefault="00F44E79" w:rsidP="008F640C">
      <w:pPr>
        <w:tabs>
          <w:tab w:val="left" w:pos="764"/>
        </w:tabs>
        <w:autoSpaceDE w:val="0"/>
        <w:autoSpaceDN w:val="0"/>
        <w:spacing w:before="2"/>
        <w:ind w:right="115" w:firstLine="709"/>
        <w:jc w:val="both"/>
        <w:rPr>
          <w:rFonts w:ascii="Times New Roman" w:hAnsi="Times New Roman" w:cs="Times New Roman"/>
        </w:rPr>
      </w:pPr>
      <w:r w:rsidRPr="009550FF">
        <w:rPr>
          <w:rFonts w:ascii="Times New Roman" w:hAnsi="Times New Roman" w:cs="Times New Roman"/>
          <w:w w:val="105"/>
        </w:rPr>
        <w:t>Предлагается распределение предметных результатов, формируемых в ходе изучения учебного предмета ОБЖ, сгруппировать по учебным модулям.</w:t>
      </w:r>
    </w:p>
    <w:p w:rsidR="00F44E79" w:rsidRPr="009550FF" w:rsidRDefault="00F44E79" w:rsidP="008F640C">
      <w:pPr>
        <w:jc w:val="both"/>
        <w:rPr>
          <w:rFonts w:ascii="Times New Roman" w:hAnsi="Times New Roman" w:cs="Times New Roman"/>
          <w:b/>
        </w:rPr>
      </w:pP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5 класс</w:t>
      </w:r>
    </w:p>
    <w:p w:rsidR="00F44E79" w:rsidRPr="009550FF" w:rsidRDefault="00F44E79" w:rsidP="008F640C">
      <w:pPr>
        <w:autoSpaceDE w:val="0"/>
        <w:autoSpaceDN w:val="0"/>
        <w:ind w:right="326" w:firstLine="709"/>
        <w:jc w:val="both"/>
        <w:outlineLvl w:val="1"/>
        <w:rPr>
          <w:rFonts w:ascii="Times New Roman" w:hAnsi="Times New Roman" w:cs="Times New Roman"/>
        </w:rPr>
      </w:pPr>
      <w:r w:rsidRPr="009550FF">
        <w:rPr>
          <w:rFonts w:ascii="Times New Roman" w:hAnsi="Times New Roman" w:cs="Times New Roman"/>
        </w:rPr>
        <w:t>МОДУЛЬ № 1. «КУЛЬТУРА БЕЗОПАСНОСТИ ЖИЗНЕДЕЯТЕЛЬНОСТИ В СОВРЕМЕННОМ ОБЩЕСТВЕ»:</w:t>
      </w:r>
    </w:p>
    <w:p w:rsidR="00F44E79" w:rsidRPr="009550FF" w:rsidRDefault="00F44E79" w:rsidP="001C7BA4">
      <w:pPr>
        <w:numPr>
          <w:ilvl w:val="0"/>
          <w:numId w:val="194"/>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формировать культуру безопасности жизнедеятельности на основе освоенных знаний и умений, понимать значимость безопасного по</w:t>
      </w:r>
      <w:r w:rsidRPr="009550FF">
        <w:rPr>
          <w:rFonts w:ascii="Times New Roman" w:hAnsi="Times New Roman" w:cs="Times New Roman"/>
        </w:rPr>
        <w:t xml:space="preserve">ведения в условиях опасных и чрезвычайных ситуаций. </w:t>
      </w:r>
    </w:p>
    <w:p w:rsidR="00F44E79" w:rsidRPr="009550FF" w:rsidRDefault="00F44E79" w:rsidP="008F640C">
      <w:pPr>
        <w:autoSpaceDE w:val="0"/>
        <w:autoSpaceDN w:val="0"/>
        <w:ind w:left="709" w:right="114"/>
        <w:jc w:val="both"/>
        <w:rPr>
          <w:rFonts w:ascii="Times New Roman" w:hAnsi="Times New Roman" w:cs="Times New Roman"/>
        </w:rPr>
      </w:pPr>
    </w:p>
    <w:p w:rsidR="00F44E79" w:rsidRPr="009550FF" w:rsidRDefault="00F44E79" w:rsidP="008F640C">
      <w:pPr>
        <w:autoSpaceDE w:val="0"/>
        <w:autoSpaceDN w:val="0"/>
        <w:ind w:right="114" w:firstLine="709"/>
        <w:jc w:val="both"/>
        <w:rPr>
          <w:rFonts w:ascii="Times New Roman" w:hAnsi="Times New Roman" w:cs="Times New Roman"/>
        </w:rPr>
      </w:pPr>
      <w:r w:rsidRPr="009550FF">
        <w:rPr>
          <w:rFonts w:ascii="Times New Roman" w:hAnsi="Times New Roman" w:cs="Times New Roman"/>
          <w:w w:val="90"/>
        </w:rPr>
        <w:t>МОДУЛЬ №2. «ЗДОРОВЬЕ И КАК ЕГО СОХРАНИТЬ»:</w:t>
      </w:r>
    </w:p>
    <w:p w:rsidR="00F44E79" w:rsidRPr="009550FF" w:rsidRDefault="00F44E79" w:rsidP="001C7BA4">
      <w:pPr>
        <w:numPr>
          <w:ilvl w:val="0"/>
          <w:numId w:val="194"/>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раскрывать понятия здоровья, здорового образа жизни;</w:t>
      </w:r>
    </w:p>
    <w:p w:rsidR="00F44E79" w:rsidRPr="009550FF" w:rsidRDefault="00F44E79" w:rsidP="001C7BA4">
      <w:pPr>
        <w:numPr>
          <w:ilvl w:val="0"/>
          <w:numId w:val="194"/>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 xml:space="preserve">объяснять факторы, негативно влияющие на здоровье; </w:t>
      </w:r>
    </w:p>
    <w:p w:rsidR="00F44E79" w:rsidRPr="009550FF" w:rsidRDefault="00F44E79" w:rsidP="001C7BA4">
      <w:pPr>
        <w:numPr>
          <w:ilvl w:val="0"/>
          <w:numId w:val="194"/>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соблюдать правила личной гигиены;</w:t>
      </w:r>
    </w:p>
    <w:p w:rsidR="00F44E79" w:rsidRPr="009550FF" w:rsidRDefault="00F44E79" w:rsidP="001C7BA4">
      <w:pPr>
        <w:numPr>
          <w:ilvl w:val="0"/>
          <w:numId w:val="194"/>
        </w:numPr>
        <w:autoSpaceDE w:val="0"/>
        <w:autoSpaceDN w:val="0"/>
        <w:ind w:right="114" w:firstLine="709"/>
        <w:jc w:val="both"/>
        <w:rPr>
          <w:rFonts w:ascii="Times New Roman" w:hAnsi="Times New Roman" w:cs="Times New Roman"/>
        </w:rPr>
      </w:pPr>
      <w:r w:rsidRPr="009550FF">
        <w:rPr>
          <w:rFonts w:ascii="Times New Roman" w:hAnsi="Times New Roman" w:cs="Times New Roman"/>
          <w:spacing w:val="1"/>
          <w:w w:val="105"/>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44E79" w:rsidRPr="009550FF" w:rsidRDefault="00F44E79" w:rsidP="008F640C">
      <w:pPr>
        <w:autoSpaceDE w:val="0"/>
        <w:autoSpaceDN w:val="0"/>
        <w:ind w:left="709" w:right="114"/>
        <w:jc w:val="both"/>
        <w:rPr>
          <w:rFonts w:ascii="Times New Roman" w:hAnsi="Times New Roman" w:cs="Times New Roman"/>
        </w:rPr>
      </w:pPr>
    </w:p>
    <w:p w:rsidR="00F44E79" w:rsidRPr="009550FF" w:rsidRDefault="00F44E79" w:rsidP="008F640C">
      <w:pPr>
        <w:autoSpaceDE w:val="0"/>
        <w:autoSpaceDN w:val="0"/>
        <w:ind w:right="114" w:firstLine="709"/>
        <w:jc w:val="both"/>
        <w:rPr>
          <w:rFonts w:ascii="Times New Roman" w:hAnsi="Times New Roman" w:cs="Times New Roman"/>
        </w:rPr>
      </w:pPr>
      <w:r w:rsidRPr="009550FF">
        <w:rPr>
          <w:rFonts w:ascii="Times New Roman" w:hAnsi="Times New Roman" w:cs="Times New Roman"/>
        </w:rPr>
        <w:t>МОДУЛЬ № 3. «БЕЗОПАСНОСТЬ НА ТРАНСПОРТЕ»:</w:t>
      </w:r>
    </w:p>
    <w:p w:rsidR="00F44E79" w:rsidRPr="009550FF" w:rsidRDefault="00F44E79" w:rsidP="001C7BA4">
      <w:pPr>
        <w:numPr>
          <w:ilvl w:val="0"/>
          <w:numId w:val="195"/>
        </w:numPr>
        <w:autoSpaceDE w:val="0"/>
        <w:autoSpaceDN w:val="0"/>
        <w:ind w:right="114" w:firstLine="709"/>
        <w:jc w:val="both"/>
        <w:rPr>
          <w:rFonts w:ascii="Times New Roman" w:hAnsi="Times New Roman" w:cs="Times New Roman"/>
        </w:rPr>
      </w:pPr>
      <w:r w:rsidRPr="009550FF">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F44E79" w:rsidRPr="009550FF" w:rsidRDefault="00F44E79" w:rsidP="001C7BA4">
      <w:pPr>
        <w:numPr>
          <w:ilvl w:val="0"/>
          <w:numId w:val="195"/>
        </w:numPr>
        <w:autoSpaceDE w:val="0"/>
        <w:autoSpaceDN w:val="0"/>
        <w:ind w:right="114" w:firstLine="709"/>
        <w:jc w:val="both"/>
        <w:rPr>
          <w:rFonts w:ascii="Times New Roman" w:hAnsi="Times New Roman" w:cs="Times New Roman"/>
        </w:rPr>
      </w:pPr>
      <w:r w:rsidRPr="009550FF">
        <w:rPr>
          <w:rFonts w:ascii="Times New Roman" w:hAnsi="Times New Roman" w:cs="Times New Roman"/>
        </w:rPr>
        <w:t xml:space="preserve"> соблюдать правила дорожного движения, установленные для пешехода, пассажира, водителя велосипеда и иных средств передвижения.</w:t>
      </w:r>
    </w:p>
    <w:p w:rsidR="00F44E79" w:rsidRPr="009550FF" w:rsidRDefault="00F44E79" w:rsidP="008F640C">
      <w:pPr>
        <w:autoSpaceDE w:val="0"/>
        <w:autoSpaceDN w:val="0"/>
        <w:ind w:left="709" w:right="114"/>
        <w:jc w:val="both"/>
        <w:rPr>
          <w:rFonts w:ascii="Times New Roman" w:hAnsi="Times New Roman" w:cs="Times New Roman"/>
        </w:rPr>
      </w:pPr>
    </w:p>
    <w:p w:rsidR="00F44E79" w:rsidRPr="009550FF" w:rsidRDefault="00F44E79" w:rsidP="008F640C">
      <w:pPr>
        <w:autoSpaceDE w:val="0"/>
        <w:autoSpaceDN w:val="0"/>
        <w:ind w:right="114" w:firstLine="709"/>
        <w:jc w:val="both"/>
        <w:rPr>
          <w:rFonts w:ascii="Times New Roman" w:hAnsi="Times New Roman" w:cs="Times New Roman"/>
        </w:rPr>
      </w:pPr>
      <w:r w:rsidRPr="009550FF">
        <w:rPr>
          <w:rFonts w:ascii="Times New Roman" w:hAnsi="Times New Roman" w:cs="Times New Roman"/>
        </w:rPr>
        <w:t>МОДУЛЬ № 4. «БЕЗОПАСНОСТЬ В БЫТУ»:</w:t>
      </w:r>
    </w:p>
    <w:p w:rsidR="00F44E79" w:rsidRPr="009550FF" w:rsidRDefault="00F44E79" w:rsidP="001C7BA4">
      <w:pPr>
        <w:numPr>
          <w:ilvl w:val="0"/>
          <w:numId w:val="196"/>
        </w:numPr>
        <w:autoSpaceDE w:val="0"/>
        <w:autoSpaceDN w:val="0"/>
        <w:ind w:right="114" w:firstLine="709"/>
        <w:jc w:val="both"/>
        <w:rPr>
          <w:rFonts w:ascii="Times New Roman" w:hAnsi="Times New Roman" w:cs="Times New Roman"/>
        </w:rPr>
      </w:pPr>
      <w:r w:rsidRPr="009550FF">
        <w:rPr>
          <w:rFonts w:ascii="Times New Roman" w:hAnsi="Times New Roman" w:cs="Times New Roman"/>
        </w:rPr>
        <w:t xml:space="preserve">объяснять особенности жизнеобеспечения жилища; </w:t>
      </w:r>
    </w:p>
    <w:p w:rsidR="00F44E79" w:rsidRPr="009550FF" w:rsidRDefault="00F44E79" w:rsidP="001C7BA4">
      <w:pPr>
        <w:numPr>
          <w:ilvl w:val="0"/>
          <w:numId w:val="196"/>
        </w:numPr>
        <w:autoSpaceDE w:val="0"/>
        <w:autoSpaceDN w:val="0"/>
        <w:ind w:right="114" w:firstLine="709"/>
        <w:jc w:val="both"/>
        <w:rPr>
          <w:rFonts w:ascii="Times New Roman" w:hAnsi="Times New Roman" w:cs="Times New Roman"/>
        </w:rPr>
      </w:pPr>
      <w:r w:rsidRPr="009550FF">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F44E79" w:rsidRPr="009550FF" w:rsidRDefault="00F44E79" w:rsidP="001C7BA4">
      <w:pPr>
        <w:numPr>
          <w:ilvl w:val="0"/>
          <w:numId w:val="196"/>
        </w:numPr>
        <w:autoSpaceDE w:val="0"/>
        <w:autoSpaceDN w:val="0"/>
        <w:ind w:right="114" w:firstLine="709"/>
        <w:jc w:val="both"/>
        <w:rPr>
          <w:rFonts w:ascii="Times New Roman" w:hAnsi="Times New Roman" w:cs="Times New Roman"/>
        </w:rPr>
      </w:pPr>
      <w:r w:rsidRPr="009550FF">
        <w:rPr>
          <w:rFonts w:ascii="Times New Roman" w:hAnsi="Times New Roman" w:cs="Times New Roman"/>
        </w:rPr>
        <w:t xml:space="preserve"> знать права, обязанности и ответственность граждан в области пожарной безопасности; </w:t>
      </w:r>
    </w:p>
    <w:p w:rsidR="00F44E79" w:rsidRPr="009550FF" w:rsidRDefault="00F44E79" w:rsidP="001C7BA4">
      <w:pPr>
        <w:numPr>
          <w:ilvl w:val="0"/>
          <w:numId w:val="196"/>
        </w:numPr>
        <w:autoSpaceDE w:val="0"/>
        <w:autoSpaceDN w:val="0"/>
        <w:ind w:right="114" w:firstLine="709"/>
        <w:jc w:val="both"/>
        <w:rPr>
          <w:rFonts w:ascii="Times New Roman" w:hAnsi="Times New Roman" w:cs="Times New Roman"/>
        </w:rPr>
      </w:pPr>
      <w:r w:rsidRPr="009550FF">
        <w:rPr>
          <w:rFonts w:ascii="Times New Roman" w:hAnsi="Times New Roman" w:cs="Times New Roman"/>
        </w:rPr>
        <w:t xml:space="preserve">соблюдать правила безопасного поведения, позволяющие предупредить возникновение опасных ситуаций в быту; </w:t>
      </w:r>
    </w:p>
    <w:p w:rsidR="00F44E79" w:rsidRPr="009550FF" w:rsidRDefault="00F44E79" w:rsidP="001C7BA4">
      <w:pPr>
        <w:numPr>
          <w:ilvl w:val="0"/>
          <w:numId w:val="196"/>
        </w:numPr>
        <w:autoSpaceDE w:val="0"/>
        <w:autoSpaceDN w:val="0"/>
        <w:ind w:right="114" w:firstLine="709"/>
        <w:jc w:val="both"/>
        <w:rPr>
          <w:rFonts w:ascii="Times New Roman" w:hAnsi="Times New Roman" w:cs="Times New Roman"/>
        </w:rPr>
      </w:pPr>
      <w:r w:rsidRPr="009550FF">
        <w:rPr>
          <w:rFonts w:ascii="Times New Roman" w:hAnsi="Times New Roman" w:cs="Times New Roman"/>
        </w:rPr>
        <w:t xml:space="preserve"> знать о правилах вызова экстренных служб и ответственности за ложные сообщения; </w:t>
      </w:r>
    </w:p>
    <w:p w:rsidR="00F44E79" w:rsidRPr="009550FF" w:rsidRDefault="00F44E79" w:rsidP="001C7BA4">
      <w:pPr>
        <w:numPr>
          <w:ilvl w:val="0"/>
          <w:numId w:val="196"/>
        </w:numPr>
        <w:autoSpaceDE w:val="0"/>
        <w:autoSpaceDN w:val="0"/>
        <w:ind w:right="114" w:firstLine="709"/>
        <w:jc w:val="both"/>
        <w:rPr>
          <w:rFonts w:ascii="Times New Roman" w:hAnsi="Times New Roman" w:cs="Times New Roman"/>
        </w:rPr>
      </w:pPr>
      <w:r w:rsidRPr="009550FF">
        <w:rPr>
          <w:rFonts w:ascii="Times New Roman" w:hAnsi="Times New Roman" w:cs="Times New Roman"/>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F44E79" w:rsidRPr="009550FF" w:rsidRDefault="00F44E79" w:rsidP="001C7BA4">
      <w:pPr>
        <w:numPr>
          <w:ilvl w:val="0"/>
          <w:numId w:val="196"/>
        </w:numPr>
        <w:autoSpaceDE w:val="0"/>
        <w:autoSpaceDN w:val="0"/>
        <w:ind w:right="114" w:firstLine="709"/>
        <w:jc w:val="both"/>
        <w:rPr>
          <w:rFonts w:ascii="Times New Roman" w:hAnsi="Times New Roman" w:cs="Times New Roman"/>
        </w:rPr>
      </w:pPr>
      <w:r w:rsidRPr="009550FF">
        <w:rPr>
          <w:rFonts w:ascii="Times New Roman" w:hAnsi="Times New Roman" w:cs="Times New Roman"/>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F44E79" w:rsidRPr="009550FF" w:rsidRDefault="00F44E79" w:rsidP="008F640C">
      <w:pPr>
        <w:autoSpaceDE w:val="0"/>
        <w:autoSpaceDN w:val="0"/>
        <w:ind w:right="114"/>
        <w:jc w:val="both"/>
        <w:rPr>
          <w:rFonts w:ascii="Times New Roman" w:hAnsi="Times New Roman" w:cs="Times New Roman"/>
        </w:rPr>
      </w:pPr>
    </w:p>
    <w:p w:rsidR="00F44E79" w:rsidRPr="009550FF" w:rsidRDefault="00F44E79" w:rsidP="008F640C">
      <w:pPr>
        <w:autoSpaceDE w:val="0"/>
        <w:autoSpaceDN w:val="0"/>
        <w:ind w:firstLine="709"/>
        <w:jc w:val="both"/>
        <w:outlineLvl w:val="1"/>
        <w:rPr>
          <w:rFonts w:ascii="Times New Roman" w:hAnsi="Times New Roman" w:cs="Times New Roman"/>
        </w:rPr>
      </w:pPr>
      <w:r w:rsidRPr="009550FF">
        <w:rPr>
          <w:rFonts w:ascii="Times New Roman" w:hAnsi="Times New Roman" w:cs="Times New Roman"/>
        </w:rPr>
        <w:t>МОДУЛЬ № 5. «БЕЗОПАСНОСТЬ В СОЦИУМЕ»:</w:t>
      </w:r>
    </w:p>
    <w:p w:rsidR="00F44E79" w:rsidRPr="009550FF" w:rsidRDefault="00F44E79" w:rsidP="001C7BA4">
      <w:pPr>
        <w:numPr>
          <w:ilvl w:val="0"/>
          <w:numId w:val="197"/>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 xml:space="preserve">овладеть правилами безопасного поведения при встрече с преступной средой; </w:t>
      </w:r>
    </w:p>
    <w:p w:rsidR="00F44E79" w:rsidRPr="009550FF" w:rsidRDefault="00F44E79" w:rsidP="001C7BA4">
      <w:pPr>
        <w:numPr>
          <w:ilvl w:val="0"/>
          <w:numId w:val="197"/>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овладеть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F44E79" w:rsidRPr="009550FF" w:rsidRDefault="00F44E79" w:rsidP="001C7BA4">
      <w:pPr>
        <w:numPr>
          <w:ilvl w:val="0"/>
          <w:numId w:val="197"/>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уметь избегать конфликтных ситуаций.</w:t>
      </w:r>
    </w:p>
    <w:p w:rsidR="00F44E79" w:rsidRPr="009550FF" w:rsidRDefault="00F44E79" w:rsidP="008F640C">
      <w:pPr>
        <w:autoSpaceDE w:val="0"/>
        <w:autoSpaceDN w:val="0"/>
        <w:spacing w:before="162"/>
        <w:ind w:right="114" w:firstLine="709"/>
        <w:jc w:val="both"/>
        <w:rPr>
          <w:rFonts w:ascii="Times New Roman" w:hAnsi="Times New Roman" w:cs="Times New Roman"/>
        </w:rPr>
      </w:pPr>
    </w:p>
    <w:p w:rsidR="00F44E79" w:rsidRPr="009550FF" w:rsidRDefault="00F44E79" w:rsidP="008F640C">
      <w:pPr>
        <w:autoSpaceDE w:val="0"/>
        <w:autoSpaceDN w:val="0"/>
        <w:ind w:firstLine="709"/>
        <w:jc w:val="both"/>
        <w:outlineLvl w:val="1"/>
        <w:rPr>
          <w:rFonts w:ascii="Times New Roman" w:hAnsi="Times New Roman" w:cs="Times New Roman"/>
        </w:rPr>
      </w:pPr>
      <w:r w:rsidRPr="009550FF">
        <w:rPr>
          <w:rFonts w:ascii="Times New Roman" w:hAnsi="Times New Roman" w:cs="Times New Roman"/>
        </w:rPr>
        <w:t>МОДУЛЬ № 6. «ОСНОВЫ ПРОТИВОДЕЙСТВИЯ ЭКСТРЕМИЗМУ И ТЕРРОРИЗМУ:</w:t>
      </w:r>
    </w:p>
    <w:p w:rsidR="00F44E79" w:rsidRPr="009550FF" w:rsidRDefault="00F44E79" w:rsidP="001C7BA4">
      <w:pPr>
        <w:numPr>
          <w:ilvl w:val="0"/>
          <w:numId w:val="198"/>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 xml:space="preserve">объяснять понятия «экстремизм» и «терроризм»; </w:t>
      </w:r>
    </w:p>
    <w:p w:rsidR="00F44E79" w:rsidRPr="009550FF" w:rsidRDefault="00F44E79" w:rsidP="001C7BA4">
      <w:pPr>
        <w:numPr>
          <w:ilvl w:val="0"/>
          <w:numId w:val="198"/>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безопасно действовать в условиях совершения террористического акта, в том числе при захвате и освобождении заложников.</w:t>
      </w:r>
    </w:p>
    <w:p w:rsidR="00F44E79" w:rsidRPr="009550FF" w:rsidRDefault="00F44E79" w:rsidP="008F640C">
      <w:pPr>
        <w:autoSpaceDE w:val="0"/>
        <w:autoSpaceDN w:val="0"/>
        <w:ind w:right="114" w:firstLine="709"/>
        <w:jc w:val="both"/>
        <w:rPr>
          <w:rFonts w:ascii="Times New Roman" w:hAnsi="Times New Roman" w:cs="Times New Roman"/>
          <w:w w:val="105"/>
        </w:rPr>
      </w:pPr>
    </w:p>
    <w:p w:rsidR="00F44E79" w:rsidRPr="009550FF" w:rsidRDefault="00F44E79" w:rsidP="008F640C">
      <w:pPr>
        <w:autoSpaceDE w:val="0"/>
        <w:autoSpaceDN w:val="0"/>
        <w:ind w:firstLine="709"/>
        <w:jc w:val="both"/>
        <w:outlineLvl w:val="1"/>
        <w:rPr>
          <w:rFonts w:ascii="Times New Roman" w:hAnsi="Times New Roman" w:cs="Times New Roman"/>
        </w:rPr>
      </w:pPr>
      <w:r w:rsidRPr="009550FF">
        <w:rPr>
          <w:rFonts w:ascii="Times New Roman" w:hAnsi="Times New Roman" w:cs="Times New Roman"/>
        </w:rPr>
        <w:t>МОДУЛЬ № 7. «БЕЗОПАСНОСТЬ В ИНФОРМАЦИОННОМ ПРОСТРАНСТВЕ»:</w:t>
      </w:r>
    </w:p>
    <w:p w:rsidR="00F44E79" w:rsidRPr="009550FF" w:rsidRDefault="00F44E79" w:rsidP="001C7BA4">
      <w:pPr>
        <w:numPr>
          <w:ilvl w:val="0"/>
          <w:numId w:val="199"/>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овладеть понятиями информационной среды, киберзависимости;</w:t>
      </w:r>
    </w:p>
    <w:p w:rsidR="00F44E79" w:rsidRPr="009550FF" w:rsidRDefault="00F44E79" w:rsidP="001C7BA4">
      <w:pPr>
        <w:numPr>
          <w:ilvl w:val="0"/>
          <w:numId w:val="199"/>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владеть правилами безопасности от информационных угроз.</w:t>
      </w:r>
    </w:p>
    <w:p w:rsidR="00F44E79" w:rsidRPr="009550FF" w:rsidRDefault="00F44E79" w:rsidP="008F640C">
      <w:pPr>
        <w:autoSpaceDE w:val="0"/>
        <w:autoSpaceDN w:val="0"/>
        <w:ind w:right="114" w:firstLine="709"/>
        <w:jc w:val="both"/>
        <w:rPr>
          <w:rFonts w:ascii="Times New Roman" w:hAnsi="Times New Roman" w:cs="Times New Roman"/>
        </w:rPr>
      </w:pPr>
    </w:p>
    <w:p w:rsidR="00F44E79" w:rsidRPr="009550FF" w:rsidRDefault="00F44E79" w:rsidP="008F640C">
      <w:pPr>
        <w:autoSpaceDE w:val="0"/>
        <w:autoSpaceDN w:val="0"/>
        <w:ind w:right="114" w:firstLine="709"/>
        <w:jc w:val="both"/>
        <w:rPr>
          <w:rFonts w:ascii="Times New Roman" w:hAnsi="Times New Roman" w:cs="Times New Roman"/>
        </w:rPr>
      </w:pPr>
      <w:r w:rsidRPr="009550FF">
        <w:rPr>
          <w:rFonts w:ascii="Times New Roman" w:hAnsi="Times New Roman" w:cs="Times New Roman"/>
        </w:rPr>
        <w:t>МОДУЛЬ № 8. «ОСНОВЫ МЕДИЦИНСКИХ ЗНАНИЙ»:</w:t>
      </w:r>
    </w:p>
    <w:p w:rsidR="00F44E79" w:rsidRPr="009550FF" w:rsidRDefault="00F44E79" w:rsidP="001C7BA4">
      <w:pPr>
        <w:numPr>
          <w:ilvl w:val="0"/>
          <w:numId w:val="200"/>
        </w:numPr>
        <w:autoSpaceDE w:val="0"/>
        <w:autoSpaceDN w:val="0"/>
        <w:ind w:right="114" w:firstLine="709"/>
        <w:jc w:val="both"/>
        <w:rPr>
          <w:rFonts w:ascii="Times New Roman" w:hAnsi="Times New Roman" w:cs="Times New Roman"/>
        </w:rPr>
      </w:pPr>
      <w:r w:rsidRPr="009550FF">
        <w:rPr>
          <w:rFonts w:ascii="Times New Roman" w:hAnsi="Times New Roman" w:cs="Times New Roman"/>
          <w:w w:val="110"/>
        </w:rPr>
        <w:t xml:space="preserve">освоить основы медицинских знаний и овладеть умениями </w:t>
      </w:r>
      <w:r w:rsidRPr="009550FF">
        <w:rPr>
          <w:rFonts w:ascii="Times New Roman" w:hAnsi="Times New Roman" w:cs="Times New Roman"/>
          <w:spacing w:val="-1"/>
          <w:w w:val="110"/>
        </w:rPr>
        <w:t xml:space="preserve">оказывать первую помощь </w:t>
      </w:r>
      <w:r w:rsidRPr="009550FF">
        <w:rPr>
          <w:rFonts w:ascii="Times New Roman" w:hAnsi="Times New Roman" w:cs="Times New Roman"/>
          <w:w w:val="110"/>
        </w:rPr>
        <w:t>пострадавшим при наружных кровотечениях.</w:t>
      </w:r>
    </w:p>
    <w:p w:rsidR="00F44E79" w:rsidRPr="009550FF" w:rsidRDefault="00F44E79" w:rsidP="008F640C">
      <w:pPr>
        <w:autoSpaceDE w:val="0"/>
        <w:autoSpaceDN w:val="0"/>
        <w:ind w:right="114" w:firstLine="709"/>
        <w:jc w:val="both"/>
        <w:rPr>
          <w:rFonts w:ascii="Times New Roman" w:hAnsi="Times New Roman" w:cs="Times New Roman"/>
        </w:rPr>
      </w:pPr>
    </w:p>
    <w:p w:rsidR="00F44E79" w:rsidRPr="009550FF" w:rsidRDefault="00F44E79" w:rsidP="008F640C">
      <w:pPr>
        <w:autoSpaceDE w:val="0"/>
        <w:autoSpaceDN w:val="0"/>
        <w:ind w:firstLine="709"/>
        <w:jc w:val="both"/>
        <w:outlineLvl w:val="1"/>
        <w:rPr>
          <w:rFonts w:ascii="Times New Roman" w:hAnsi="Times New Roman" w:cs="Times New Roman"/>
        </w:rPr>
      </w:pPr>
      <w:r w:rsidRPr="009550FF">
        <w:rPr>
          <w:rFonts w:ascii="Times New Roman" w:hAnsi="Times New Roman" w:cs="Times New Roman"/>
        </w:rPr>
        <w:t>МОДУЛЬ № 9. «БЕЗОПАСНОСТЬ В ОБЩЕСТВЕННЫХ МЕСТАХ»:</w:t>
      </w:r>
    </w:p>
    <w:p w:rsidR="00F44E79" w:rsidRPr="009550FF" w:rsidRDefault="00F44E79" w:rsidP="001C7BA4">
      <w:pPr>
        <w:numPr>
          <w:ilvl w:val="0"/>
          <w:numId w:val="200"/>
        </w:numPr>
        <w:autoSpaceDE w:val="0"/>
        <w:autoSpaceDN w:val="0"/>
        <w:ind w:right="114" w:firstLine="709"/>
        <w:jc w:val="both"/>
        <w:rPr>
          <w:rFonts w:ascii="Times New Roman" w:hAnsi="Times New Roman" w:cs="Times New Roman"/>
        </w:rPr>
      </w:pPr>
      <w:r w:rsidRPr="009550FF">
        <w:rPr>
          <w:rFonts w:ascii="Times New Roman" w:hAnsi="Times New Roman" w:cs="Times New Roman"/>
          <w:w w:val="110"/>
        </w:rPr>
        <w:t xml:space="preserve">овладеть знаниями и умениями предупреждения опасных и </w:t>
      </w:r>
      <w:r w:rsidRPr="009550FF">
        <w:rPr>
          <w:rFonts w:ascii="Times New Roman" w:hAnsi="Times New Roman" w:cs="Times New Roman"/>
          <w:spacing w:val="-1"/>
          <w:w w:val="110"/>
        </w:rPr>
        <w:t>чрезвычайных ситуаций во время пребывания на улице, в обще</w:t>
      </w:r>
      <w:r w:rsidRPr="009550FF">
        <w:rPr>
          <w:rFonts w:ascii="Times New Roman" w:hAnsi="Times New Roman" w:cs="Times New Roman"/>
          <w:w w:val="110"/>
        </w:rPr>
        <w:t xml:space="preserve">ственном транспорте. </w:t>
      </w:r>
    </w:p>
    <w:p w:rsidR="00F44E79" w:rsidRPr="009550FF" w:rsidRDefault="00F44E79" w:rsidP="008F640C">
      <w:pPr>
        <w:autoSpaceDE w:val="0"/>
        <w:autoSpaceDN w:val="0"/>
        <w:ind w:firstLine="709"/>
        <w:jc w:val="both"/>
        <w:outlineLvl w:val="1"/>
        <w:rPr>
          <w:rFonts w:ascii="Times New Roman" w:hAnsi="Times New Roman" w:cs="Times New Roman"/>
        </w:rPr>
      </w:pPr>
    </w:p>
    <w:p w:rsidR="00F44E79" w:rsidRPr="009550FF" w:rsidRDefault="00F44E79" w:rsidP="008F640C">
      <w:pPr>
        <w:autoSpaceDE w:val="0"/>
        <w:autoSpaceDN w:val="0"/>
        <w:ind w:firstLine="709"/>
        <w:jc w:val="both"/>
        <w:outlineLvl w:val="1"/>
        <w:rPr>
          <w:rFonts w:ascii="Times New Roman" w:hAnsi="Times New Roman" w:cs="Times New Roman"/>
        </w:rPr>
      </w:pPr>
      <w:r w:rsidRPr="009550FF">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F44E79" w:rsidRPr="009550FF" w:rsidRDefault="00F44E79" w:rsidP="001C7BA4">
      <w:pPr>
        <w:numPr>
          <w:ilvl w:val="0"/>
          <w:numId w:val="200"/>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владеть способами безопасного поведения во время аварий, взрывов и других чрезвычайных ситуациях.</w:t>
      </w:r>
    </w:p>
    <w:p w:rsidR="00F44E79" w:rsidRPr="009550FF" w:rsidRDefault="00F44E79" w:rsidP="008F640C">
      <w:pPr>
        <w:autoSpaceDE w:val="0"/>
        <w:autoSpaceDN w:val="0"/>
        <w:ind w:left="709" w:right="114"/>
        <w:jc w:val="both"/>
        <w:rPr>
          <w:rFonts w:ascii="Times New Roman" w:hAnsi="Times New Roman" w:cs="Times New Roman"/>
        </w:rPr>
      </w:pPr>
    </w:p>
    <w:p w:rsidR="00F44E79" w:rsidRPr="009550FF" w:rsidRDefault="00F44E79" w:rsidP="008F640C">
      <w:pPr>
        <w:autoSpaceDE w:val="0"/>
        <w:autoSpaceDN w:val="0"/>
        <w:ind w:firstLine="709"/>
        <w:jc w:val="both"/>
        <w:outlineLvl w:val="1"/>
        <w:rPr>
          <w:rFonts w:ascii="Times New Roman" w:hAnsi="Times New Roman" w:cs="Times New Roman"/>
        </w:rPr>
      </w:pPr>
      <w:r w:rsidRPr="009550FF">
        <w:rPr>
          <w:rFonts w:ascii="Times New Roman" w:hAnsi="Times New Roman" w:cs="Times New Roman"/>
        </w:rPr>
        <w:t>МОДУЛЬ № 11. «ЭКОЛОГИЧЕСКАЯ БЕЗОПАСНОСТЬ»:</w:t>
      </w:r>
    </w:p>
    <w:p w:rsidR="00F44E79" w:rsidRPr="009550FF" w:rsidRDefault="00F44E79" w:rsidP="001C7BA4">
      <w:pPr>
        <w:numPr>
          <w:ilvl w:val="0"/>
          <w:numId w:val="200"/>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знать  источники  загрязнения  окружающей  среды;</w:t>
      </w:r>
    </w:p>
    <w:p w:rsidR="00F44E79" w:rsidRPr="009550FF" w:rsidRDefault="00F44E79" w:rsidP="001C7BA4">
      <w:pPr>
        <w:numPr>
          <w:ilvl w:val="0"/>
          <w:numId w:val="200"/>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 xml:space="preserve"> знать правила безопасного поведения в зараженной местности.</w:t>
      </w:r>
    </w:p>
    <w:p w:rsidR="00F44E79" w:rsidRPr="009550FF" w:rsidRDefault="00F44E79" w:rsidP="008F640C">
      <w:pPr>
        <w:ind w:left="760" w:right="114"/>
        <w:jc w:val="both"/>
        <w:rPr>
          <w:rFonts w:ascii="Times New Roman" w:hAnsi="Times New Roman" w:cs="Times New Roman"/>
          <w:b/>
          <w:w w:val="105"/>
        </w:rPr>
      </w:pPr>
      <w:r w:rsidRPr="009550FF">
        <w:rPr>
          <w:rFonts w:ascii="Times New Roman" w:hAnsi="Times New Roman" w:cs="Times New Roman"/>
          <w:b/>
          <w:w w:val="105"/>
        </w:rPr>
        <w:t>6 класс</w:t>
      </w:r>
    </w:p>
    <w:p w:rsidR="00F44E79" w:rsidRPr="009550FF" w:rsidRDefault="00F44E79" w:rsidP="008F640C">
      <w:pPr>
        <w:ind w:right="114" w:firstLine="709"/>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1C7BA4">
      <w:pPr>
        <w:numPr>
          <w:ilvl w:val="0"/>
          <w:numId w:val="201"/>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формировать культуру безопасности жизнедеятельности на основе освоенныхзнанийиумений;</w:t>
      </w:r>
    </w:p>
    <w:p w:rsidR="00F44E79" w:rsidRPr="009550FF" w:rsidRDefault="00F44E79" w:rsidP="001C7BA4">
      <w:pPr>
        <w:numPr>
          <w:ilvl w:val="0"/>
          <w:numId w:val="201"/>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пониматьзначимостьбезопасногопо</w:t>
      </w:r>
      <w:r w:rsidRPr="009550FF">
        <w:rPr>
          <w:rFonts w:ascii="Times New Roman" w:hAnsi="Times New Roman" w:cs="Times New Roman"/>
        </w:rPr>
        <w:t>ведения в условиях опасных и чрезвычайных ситуаций.</w:t>
      </w:r>
    </w:p>
    <w:p w:rsidR="00F44E79" w:rsidRPr="009550FF" w:rsidRDefault="00F44E79" w:rsidP="008F640C">
      <w:pPr>
        <w:autoSpaceDE w:val="0"/>
        <w:autoSpaceDN w:val="0"/>
        <w:ind w:left="709" w:right="114"/>
        <w:jc w:val="both"/>
        <w:rPr>
          <w:rFonts w:ascii="Times New Roman" w:hAnsi="Times New Roman" w:cs="Times New Roman"/>
          <w:w w:val="105"/>
        </w:rPr>
      </w:pPr>
    </w:p>
    <w:p w:rsidR="00F44E79" w:rsidRPr="009550FF" w:rsidRDefault="00F44E79" w:rsidP="008F640C">
      <w:pPr>
        <w:ind w:right="114" w:firstLine="709"/>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1C7BA4">
      <w:pPr>
        <w:numPr>
          <w:ilvl w:val="0"/>
          <w:numId w:val="202"/>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сформировать социально ответственное отношение к ведению здорового образа жизни;</w:t>
      </w:r>
    </w:p>
    <w:p w:rsidR="00F44E79" w:rsidRPr="009550FF" w:rsidRDefault="00F44E79" w:rsidP="001C7BA4">
      <w:pPr>
        <w:numPr>
          <w:ilvl w:val="0"/>
          <w:numId w:val="202"/>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соблюдать правила личной гигиены.</w:t>
      </w:r>
    </w:p>
    <w:p w:rsidR="00F44E79" w:rsidRPr="009550FF" w:rsidRDefault="00F44E79" w:rsidP="008F640C">
      <w:pPr>
        <w:autoSpaceDE w:val="0"/>
        <w:autoSpaceDN w:val="0"/>
        <w:ind w:left="709" w:right="114"/>
        <w:jc w:val="both"/>
        <w:rPr>
          <w:rFonts w:ascii="Times New Roman" w:hAnsi="Times New Roman" w:cs="Times New Roman"/>
          <w:w w:val="105"/>
        </w:rPr>
      </w:pPr>
    </w:p>
    <w:p w:rsidR="00F44E79" w:rsidRPr="009550FF" w:rsidRDefault="00F44E79" w:rsidP="008F640C">
      <w:pPr>
        <w:ind w:right="114" w:firstLine="709"/>
        <w:jc w:val="both"/>
        <w:rPr>
          <w:rFonts w:ascii="Times New Roman" w:hAnsi="Times New Roman" w:cs="Times New Roman"/>
          <w:i/>
        </w:rPr>
      </w:pPr>
      <w:r w:rsidRPr="009550FF">
        <w:rPr>
          <w:rFonts w:ascii="Times New Roman" w:hAnsi="Times New Roman" w:cs="Times New Roman"/>
          <w:i/>
        </w:rPr>
        <w:t>МОДУЛЬ № 3 «БЕЗОПАСНОСТЬ НА ТРАНСПОРТЕ»:</w:t>
      </w:r>
    </w:p>
    <w:p w:rsidR="00F44E79" w:rsidRPr="009550FF" w:rsidRDefault="00F44E79" w:rsidP="001C7BA4">
      <w:pPr>
        <w:numPr>
          <w:ilvl w:val="0"/>
          <w:numId w:val="203"/>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rPr>
        <w:t>объяснять значение предупреждающих знаков;</w:t>
      </w:r>
    </w:p>
    <w:p w:rsidR="00F44E79" w:rsidRPr="009550FF" w:rsidRDefault="00F44E79" w:rsidP="001C7BA4">
      <w:pPr>
        <w:numPr>
          <w:ilvl w:val="0"/>
          <w:numId w:val="203"/>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rPr>
        <w:t>знать правила дорожного движения, уметь ими пользоваться.</w:t>
      </w:r>
    </w:p>
    <w:p w:rsidR="00F44E79" w:rsidRPr="009550FF" w:rsidRDefault="00F44E79" w:rsidP="008F640C">
      <w:pPr>
        <w:autoSpaceDE w:val="0"/>
        <w:autoSpaceDN w:val="0"/>
        <w:ind w:left="709" w:right="114"/>
        <w:jc w:val="both"/>
        <w:rPr>
          <w:rFonts w:ascii="Times New Roman" w:hAnsi="Times New Roman" w:cs="Times New Roman"/>
          <w:w w:val="105"/>
        </w:rPr>
      </w:pPr>
    </w:p>
    <w:p w:rsidR="00F44E79" w:rsidRPr="009550FF" w:rsidRDefault="00F44E79" w:rsidP="008F640C">
      <w:pPr>
        <w:ind w:right="114" w:firstLine="709"/>
        <w:jc w:val="both"/>
        <w:rPr>
          <w:rFonts w:ascii="Times New Roman" w:hAnsi="Times New Roman" w:cs="Times New Roman"/>
          <w:i/>
        </w:rPr>
      </w:pPr>
      <w:r w:rsidRPr="009550FF">
        <w:rPr>
          <w:rFonts w:ascii="Times New Roman" w:hAnsi="Times New Roman" w:cs="Times New Roman"/>
          <w:i/>
        </w:rPr>
        <w:t>МОДУЛЬ № 4 «ОСНОВЫ ПРОТИВОДЕЙСТВИЯ ЭКСТРЕМИЗМУ И ТЕРРОРИЗМУ»:</w:t>
      </w:r>
    </w:p>
    <w:p w:rsidR="00F44E79" w:rsidRPr="009550FF" w:rsidRDefault="00F44E79" w:rsidP="001C7BA4">
      <w:pPr>
        <w:numPr>
          <w:ilvl w:val="0"/>
          <w:numId w:val="204"/>
        </w:numPr>
        <w:autoSpaceDE w:val="0"/>
        <w:autoSpaceDN w:val="0"/>
        <w:ind w:right="114" w:firstLine="709"/>
        <w:jc w:val="both"/>
        <w:rPr>
          <w:rFonts w:ascii="Times New Roman" w:hAnsi="Times New Roman" w:cs="Times New Roman"/>
          <w:w w:val="105"/>
        </w:rPr>
      </w:pPr>
      <w:r w:rsidRPr="009550FF">
        <w:rPr>
          <w:rFonts w:ascii="Times New Roman" w:hAnsi="Times New Roman" w:cs="Times New Roman"/>
          <w:w w:val="105"/>
        </w:rPr>
        <w:t>безопасно действовать в ситуациях, связанных с террористической безопасностью.</w:t>
      </w:r>
    </w:p>
    <w:p w:rsidR="00F44E79" w:rsidRPr="009550FF" w:rsidRDefault="00F44E79" w:rsidP="008F640C">
      <w:pPr>
        <w:autoSpaceDE w:val="0"/>
        <w:autoSpaceDN w:val="0"/>
        <w:ind w:left="709" w:right="114"/>
        <w:jc w:val="both"/>
        <w:rPr>
          <w:rFonts w:ascii="Times New Roman" w:hAnsi="Times New Roman" w:cs="Times New Roman"/>
          <w:w w:val="105"/>
        </w:rPr>
      </w:pPr>
    </w:p>
    <w:p w:rsidR="00F44E79" w:rsidRPr="009550FF" w:rsidRDefault="00F44E79" w:rsidP="008F640C">
      <w:pPr>
        <w:autoSpaceDE w:val="0"/>
        <w:autoSpaceDN w:val="0"/>
        <w:ind w:right="114" w:firstLine="709"/>
        <w:jc w:val="both"/>
        <w:rPr>
          <w:rFonts w:ascii="Times New Roman" w:hAnsi="Times New Roman" w:cs="Times New Roman"/>
          <w:w w:val="105"/>
        </w:rPr>
      </w:pPr>
      <w:r w:rsidRPr="009550FF">
        <w:rPr>
          <w:rFonts w:ascii="Times New Roman" w:hAnsi="Times New Roman" w:cs="Times New Roman"/>
          <w:i/>
        </w:rPr>
        <w:t>МОДУЛЬ № 5 «БЕЗОПАСНОСТЬ В ПРИРОДНОЙ СРЕДЕ»:</w:t>
      </w:r>
    </w:p>
    <w:p w:rsidR="00F44E79" w:rsidRPr="009550FF" w:rsidRDefault="00F44E79" w:rsidP="001C7BA4">
      <w:pPr>
        <w:numPr>
          <w:ilvl w:val="0"/>
          <w:numId w:val="204"/>
        </w:numPr>
        <w:autoSpaceDE w:val="0"/>
        <w:autoSpaceDN w:val="0"/>
        <w:ind w:firstLine="709"/>
        <w:jc w:val="both"/>
        <w:rPr>
          <w:rFonts w:ascii="Times New Roman" w:hAnsi="Times New Roman" w:cs="Times New Roman"/>
        </w:rPr>
      </w:pPr>
      <w:r w:rsidRPr="009550FF">
        <w:rPr>
          <w:rFonts w:ascii="Times New Roman" w:hAnsi="Times New Roman" w:cs="Times New Roman"/>
          <w:w w:val="110"/>
        </w:rPr>
        <w:t>овладеть знаниями безопасного поведения на природе;</w:t>
      </w:r>
    </w:p>
    <w:p w:rsidR="00F44E79" w:rsidRPr="009550FF" w:rsidRDefault="00F44E79" w:rsidP="001C7BA4">
      <w:pPr>
        <w:numPr>
          <w:ilvl w:val="0"/>
          <w:numId w:val="204"/>
        </w:numPr>
        <w:autoSpaceDE w:val="0"/>
        <w:autoSpaceDN w:val="0"/>
        <w:ind w:firstLine="709"/>
        <w:jc w:val="both"/>
        <w:rPr>
          <w:rFonts w:ascii="Times New Roman" w:hAnsi="Times New Roman" w:cs="Times New Roman"/>
        </w:rPr>
      </w:pPr>
      <w:r w:rsidRPr="009550FF">
        <w:rPr>
          <w:rFonts w:ascii="Times New Roman" w:hAnsi="Times New Roman" w:cs="Times New Roman"/>
          <w:w w:val="105"/>
        </w:rPr>
        <w:t>уметь ориентироваться по природным признакам;</w:t>
      </w:r>
    </w:p>
    <w:p w:rsidR="00F44E79" w:rsidRPr="009550FF" w:rsidRDefault="00F44E79" w:rsidP="001C7BA4">
      <w:pPr>
        <w:numPr>
          <w:ilvl w:val="0"/>
          <w:numId w:val="204"/>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безопасно действовать при автономном </w:t>
      </w:r>
      <w:r w:rsidRPr="009550FF">
        <w:rPr>
          <w:rFonts w:ascii="Times New Roman" w:hAnsi="Times New Roman" w:cs="Times New Roman"/>
          <w:spacing w:val="-1"/>
          <w:w w:val="110"/>
        </w:rPr>
        <w:t xml:space="preserve">существовании: уметь добывать огонь, </w:t>
      </w:r>
      <w:r w:rsidRPr="009550FF">
        <w:rPr>
          <w:rFonts w:ascii="Times New Roman" w:hAnsi="Times New Roman" w:cs="Times New Roman"/>
          <w:w w:val="110"/>
        </w:rPr>
        <w:t>знать растения, грибы, которые можно употреблять в пищу.</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autoSpaceDE w:val="0"/>
        <w:autoSpaceDN w:val="0"/>
        <w:ind w:right="114" w:firstLine="709"/>
        <w:jc w:val="both"/>
        <w:rPr>
          <w:rFonts w:ascii="Times New Roman" w:hAnsi="Times New Roman" w:cs="Times New Roman"/>
          <w:i/>
        </w:rPr>
      </w:pPr>
      <w:r w:rsidRPr="009550FF">
        <w:rPr>
          <w:rFonts w:ascii="Times New Roman" w:hAnsi="Times New Roman" w:cs="Times New Roman"/>
          <w:i/>
        </w:rPr>
        <w:t>МОДУЛЬ № 6 «ОСНОВЫ МЕДИЦИНСКИХ ЗНАНИЙ»:</w:t>
      </w:r>
    </w:p>
    <w:p w:rsidR="00F44E79" w:rsidRPr="009550FF" w:rsidRDefault="00F44E79" w:rsidP="001C7BA4">
      <w:pPr>
        <w:numPr>
          <w:ilvl w:val="0"/>
          <w:numId w:val="205"/>
        </w:numPr>
        <w:autoSpaceDE w:val="0"/>
        <w:autoSpaceDN w:val="0"/>
        <w:ind w:firstLine="709"/>
        <w:jc w:val="both"/>
        <w:rPr>
          <w:rFonts w:ascii="Times New Roman" w:hAnsi="Times New Roman" w:cs="Times New Roman"/>
        </w:rPr>
      </w:pPr>
      <w:r w:rsidRPr="009550FF">
        <w:rPr>
          <w:rFonts w:ascii="Times New Roman" w:hAnsi="Times New Roman" w:cs="Times New Roman"/>
          <w:w w:val="110"/>
        </w:rPr>
        <w:t xml:space="preserve">освоить основы медицинских знаний и овладеть умениями </w:t>
      </w:r>
      <w:r w:rsidRPr="009550FF">
        <w:rPr>
          <w:rFonts w:ascii="Times New Roman" w:hAnsi="Times New Roman" w:cs="Times New Roman"/>
          <w:spacing w:val="-1"/>
          <w:w w:val="110"/>
        </w:rPr>
        <w:t xml:space="preserve">оказывать первую помощь </w:t>
      </w:r>
      <w:r w:rsidRPr="009550FF">
        <w:rPr>
          <w:rFonts w:ascii="Times New Roman" w:hAnsi="Times New Roman" w:cs="Times New Roman"/>
          <w:w w:val="110"/>
        </w:rPr>
        <w:t>пострадавшим при травмах различных областей тела, ожогах, отморожениях.</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autoSpaceDE w:val="0"/>
        <w:autoSpaceDN w:val="0"/>
        <w:ind w:firstLine="709"/>
        <w:jc w:val="both"/>
        <w:rPr>
          <w:rFonts w:ascii="Times New Roman" w:hAnsi="Times New Roman" w:cs="Times New Roman"/>
        </w:rPr>
      </w:pPr>
      <w:r w:rsidRPr="009550FF">
        <w:rPr>
          <w:rFonts w:ascii="Times New Roman" w:hAnsi="Times New Roman" w:cs="Times New Roman"/>
          <w:i/>
        </w:rPr>
        <w:t>МОДУЛЬ № 7 «ВЗАИМОДЕЙСТВИЕ ЛИЧНОСТИ, ОБЩЕСТВА ИГОСУДАРСТВА В ОБЕСПЕЧЕНИИ БЕЗОПАСНОСТИ ЖИЗНИ И ЗДОРОВЬЯ НАСЕЛЕНИЯ»:</w:t>
      </w:r>
    </w:p>
    <w:p w:rsidR="00F44E79" w:rsidRPr="009550FF" w:rsidRDefault="00F44E79" w:rsidP="001C7BA4">
      <w:pPr>
        <w:numPr>
          <w:ilvl w:val="0"/>
          <w:numId w:val="205"/>
        </w:numPr>
        <w:autoSpaceDE w:val="0"/>
        <w:autoSpaceDN w:val="0"/>
        <w:ind w:firstLine="709"/>
        <w:jc w:val="both"/>
        <w:rPr>
          <w:rFonts w:ascii="Times New Roman" w:hAnsi="Times New Roman" w:cs="Times New Roman"/>
        </w:rPr>
      </w:pPr>
      <w:r w:rsidRPr="009550FF">
        <w:rPr>
          <w:rFonts w:ascii="Times New Roman" w:hAnsi="Times New Roman" w:cs="Times New Roman"/>
          <w:w w:val="105"/>
        </w:rPr>
        <w:t>знать средства индивидуальной защиты, уметь ими пользоваться.</w:t>
      </w:r>
    </w:p>
    <w:p w:rsidR="00F44E79" w:rsidRPr="009550FF" w:rsidRDefault="00F44E79" w:rsidP="008F640C">
      <w:pPr>
        <w:autoSpaceDE w:val="0"/>
        <w:autoSpaceDN w:val="0"/>
        <w:ind w:left="1146" w:right="114"/>
        <w:jc w:val="both"/>
        <w:rPr>
          <w:rFonts w:ascii="Times New Roman" w:hAnsi="Times New Roman" w:cs="Times New Roman"/>
          <w:w w:val="105"/>
        </w:rPr>
      </w:pP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7 класс</w:t>
      </w: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1C7BA4">
      <w:pPr>
        <w:numPr>
          <w:ilvl w:val="0"/>
          <w:numId w:val="205"/>
        </w:numPr>
        <w:autoSpaceDE w:val="0"/>
        <w:autoSpaceDN w:val="0"/>
        <w:ind w:firstLine="709"/>
        <w:jc w:val="both"/>
        <w:rPr>
          <w:rFonts w:ascii="Times New Roman" w:hAnsi="Times New Roman" w:cs="Times New Roman"/>
        </w:rPr>
      </w:pPr>
      <w:r w:rsidRPr="009550FF">
        <w:rPr>
          <w:rFonts w:ascii="Times New Roman" w:hAnsi="Times New Roman" w:cs="Times New Roman"/>
          <w:w w:val="105"/>
        </w:rPr>
        <w:t>овладеть знаниями и умениями определять источники опасных и чрезвычайных ситуаций.</w:t>
      </w:r>
    </w:p>
    <w:p w:rsidR="00F44E79" w:rsidRPr="009550FF" w:rsidRDefault="00F44E79" w:rsidP="008F640C">
      <w:pPr>
        <w:ind w:firstLine="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1C7BA4">
      <w:pPr>
        <w:numPr>
          <w:ilvl w:val="0"/>
          <w:numId w:val="205"/>
        </w:numPr>
        <w:autoSpaceDE w:val="0"/>
        <w:autoSpaceDN w:val="0"/>
        <w:ind w:firstLine="709"/>
        <w:jc w:val="both"/>
        <w:rPr>
          <w:rFonts w:ascii="Times New Roman" w:hAnsi="Times New Roman" w:cs="Times New Roman"/>
        </w:rPr>
      </w:pPr>
      <w:r w:rsidRPr="009550FF">
        <w:rPr>
          <w:rFonts w:ascii="Times New Roman" w:hAnsi="Times New Roman" w:cs="Times New Roman"/>
          <w:w w:val="105"/>
        </w:rPr>
        <w:t>сформировать социально ответственное отношение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3 «БЕЗОПАСНОСТЬ В СОЦИУМЕ»:</w:t>
      </w:r>
    </w:p>
    <w:p w:rsidR="00F44E79" w:rsidRPr="009550FF" w:rsidRDefault="00F44E79" w:rsidP="001C7BA4">
      <w:pPr>
        <w:numPr>
          <w:ilvl w:val="0"/>
          <w:numId w:val="205"/>
        </w:numPr>
        <w:autoSpaceDE w:val="0"/>
        <w:autoSpaceDN w:val="0"/>
        <w:ind w:firstLine="709"/>
        <w:jc w:val="both"/>
        <w:rPr>
          <w:rFonts w:ascii="Times New Roman" w:hAnsi="Times New Roman" w:cs="Times New Roman"/>
        </w:rPr>
      </w:pPr>
      <w:r w:rsidRPr="009550FF">
        <w:rPr>
          <w:rFonts w:ascii="Times New Roman" w:hAnsi="Times New Roman" w:cs="Times New Roman"/>
          <w:w w:val="105"/>
        </w:rPr>
        <w:t>овладеть знаниями и умениями применять меры и средства индивидуальной защиты;</w:t>
      </w:r>
    </w:p>
    <w:p w:rsidR="00F44E79" w:rsidRPr="009550FF" w:rsidRDefault="00F44E79" w:rsidP="001C7BA4">
      <w:pPr>
        <w:numPr>
          <w:ilvl w:val="0"/>
          <w:numId w:val="205"/>
        </w:numPr>
        <w:autoSpaceDE w:val="0"/>
        <w:autoSpaceDN w:val="0"/>
        <w:ind w:firstLine="709"/>
        <w:jc w:val="both"/>
        <w:rPr>
          <w:rFonts w:ascii="Times New Roman" w:hAnsi="Times New Roman" w:cs="Times New Roman"/>
        </w:rPr>
      </w:pPr>
      <w:r w:rsidRPr="009550FF">
        <w:rPr>
          <w:rFonts w:ascii="Times New Roman" w:hAnsi="Times New Roman" w:cs="Times New Roman"/>
          <w:w w:val="105"/>
        </w:rPr>
        <w:t>приемы рационального и безопасного поведения в опасных и чрезвычайных ситуациях.</w:t>
      </w:r>
    </w:p>
    <w:p w:rsidR="00F44E79" w:rsidRPr="009550FF" w:rsidRDefault="00F44E79" w:rsidP="008F640C">
      <w:pPr>
        <w:autoSpaceDE w:val="0"/>
        <w:autoSpaceDN w:val="0"/>
        <w:ind w:left="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4 «БЕЗОПАСНОСТЬ В ПРИРОДНОЙ СРЕДЕ»:</w:t>
      </w:r>
    </w:p>
    <w:p w:rsidR="00F44E79" w:rsidRPr="009550FF" w:rsidRDefault="00F44E79" w:rsidP="001C7BA4">
      <w:pPr>
        <w:numPr>
          <w:ilvl w:val="0"/>
          <w:numId w:val="206"/>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раскрывать особенности </w:t>
      </w:r>
      <w:r w:rsidRPr="009550FF">
        <w:rPr>
          <w:rFonts w:ascii="Times New Roman" w:hAnsi="Times New Roman" w:cs="Times New Roman"/>
          <w:spacing w:val="-1"/>
          <w:w w:val="110"/>
        </w:rPr>
        <w:t xml:space="preserve">природных чрезвычайных ситуаций; </w:t>
      </w:r>
    </w:p>
    <w:p w:rsidR="00F44E79" w:rsidRPr="009550FF" w:rsidRDefault="00F44E79" w:rsidP="001C7BA4">
      <w:pPr>
        <w:numPr>
          <w:ilvl w:val="0"/>
          <w:numId w:val="206"/>
        </w:numPr>
        <w:autoSpaceDE w:val="0"/>
        <w:autoSpaceDN w:val="0"/>
        <w:ind w:firstLine="709"/>
        <w:jc w:val="both"/>
        <w:rPr>
          <w:rFonts w:ascii="Times New Roman" w:hAnsi="Times New Roman" w:cs="Times New Roman"/>
        </w:rPr>
      </w:pPr>
      <w:r w:rsidRPr="009550FF">
        <w:rPr>
          <w:rFonts w:ascii="Times New Roman" w:hAnsi="Times New Roman" w:cs="Times New Roman"/>
          <w:spacing w:val="-1"/>
          <w:w w:val="110"/>
        </w:rPr>
        <w:t xml:space="preserve">безопасно действовать </w:t>
      </w:r>
      <w:r w:rsidRPr="009550FF">
        <w:rPr>
          <w:rFonts w:ascii="Times New Roman" w:hAnsi="Times New Roman" w:cs="Times New Roman"/>
          <w:w w:val="110"/>
        </w:rPr>
        <w:t>во время наводнения, цунами, схода снежных лавин;</w:t>
      </w:r>
    </w:p>
    <w:p w:rsidR="00F44E79" w:rsidRPr="009550FF" w:rsidRDefault="00F44E79" w:rsidP="001C7BA4">
      <w:pPr>
        <w:numPr>
          <w:ilvl w:val="0"/>
          <w:numId w:val="206"/>
        </w:numPr>
        <w:autoSpaceDE w:val="0"/>
        <w:autoSpaceDN w:val="0"/>
        <w:ind w:firstLine="709"/>
        <w:jc w:val="both"/>
        <w:rPr>
          <w:rFonts w:ascii="Times New Roman" w:hAnsi="Times New Roman" w:cs="Times New Roman"/>
        </w:rPr>
      </w:pPr>
      <w:r w:rsidRPr="009550FF">
        <w:rPr>
          <w:rFonts w:ascii="Times New Roman" w:hAnsi="Times New Roman" w:cs="Times New Roman"/>
          <w:w w:val="110"/>
        </w:rPr>
        <w:t>овладеть знаниями безопасного поведения на природе, во время грозы, во время гололеда, на водоемах и др.</w:t>
      </w:r>
    </w:p>
    <w:p w:rsidR="00F44E79" w:rsidRPr="009550FF" w:rsidRDefault="00F44E79" w:rsidP="008F640C">
      <w:pPr>
        <w:ind w:firstLine="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5 «ОСНОВЫ МЕДИЦИНСКИХ ЗНАНИЙ»:</w:t>
      </w:r>
    </w:p>
    <w:p w:rsidR="00F44E79" w:rsidRPr="009550FF" w:rsidRDefault="00F44E79" w:rsidP="001C7BA4">
      <w:pPr>
        <w:numPr>
          <w:ilvl w:val="0"/>
          <w:numId w:val="207"/>
        </w:numPr>
        <w:autoSpaceDE w:val="0"/>
        <w:autoSpaceDN w:val="0"/>
        <w:ind w:firstLine="709"/>
        <w:jc w:val="both"/>
        <w:rPr>
          <w:rFonts w:ascii="Times New Roman" w:hAnsi="Times New Roman" w:cs="Times New Roman"/>
          <w:b/>
        </w:rPr>
      </w:pPr>
      <w:r w:rsidRPr="009550FF">
        <w:rPr>
          <w:rFonts w:ascii="Times New Roman" w:hAnsi="Times New Roman" w:cs="Times New Roman"/>
          <w:w w:val="110"/>
        </w:rPr>
        <w:t xml:space="preserve">освоить основы медицинских знаний и овладеть умениями </w:t>
      </w:r>
      <w:r w:rsidRPr="009550FF">
        <w:rPr>
          <w:rFonts w:ascii="Times New Roman" w:hAnsi="Times New Roman" w:cs="Times New Roman"/>
          <w:spacing w:val="-1"/>
          <w:w w:val="110"/>
        </w:rPr>
        <w:t xml:space="preserve">оказывать первую помощь </w:t>
      </w:r>
      <w:r w:rsidRPr="009550FF">
        <w:rPr>
          <w:rFonts w:ascii="Times New Roman" w:hAnsi="Times New Roman" w:cs="Times New Roman"/>
          <w:w w:val="110"/>
        </w:rPr>
        <w:t>пострадавшим при потере сознания, остановке дыхания, наружных кровотечениях.</w:t>
      </w:r>
    </w:p>
    <w:p w:rsidR="00F44E79" w:rsidRPr="009550FF" w:rsidRDefault="00F44E79" w:rsidP="008F640C">
      <w:pPr>
        <w:ind w:firstLine="709"/>
        <w:jc w:val="both"/>
        <w:rPr>
          <w:rFonts w:ascii="Times New Roman" w:hAnsi="Times New Roman" w:cs="Times New Roman"/>
          <w:b/>
        </w:rPr>
      </w:pPr>
    </w:p>
    <w:p w:rsidR="00F44E79" w:rsidRPr="009550FF" w:rsidRDefault="00F44E79" w:rsidP="008F640C">
      <w:pPr>
        <w:jc w:val="both"/>
        <w:rPr>
          <w:rFonts w:ascii="Times New Roman" w:hAnsi="Times New Roman" w:cs="Times New Roman"/>
          <w:b/>
        </w:rPr>
      </w:pPr>
      <w:r w:rsidRPr="009550FF">
        <w:rPr>
          <w:rFonts w:ascii="Times New Roman" w:hAnsi="Times New Roman" w:cs="Times New Roman"/>
          <w:b/>
        </w:rPr>
        <w:t>8 класс</w:t>
      </w: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1C7BA4">
      <w:pPr>
        <w:numPr>
          <w:ilvl w:val="0"/>
          <w:numId w:val="207"/>
        </w:numPr>
        <w:autoSpaceDE w:val="0"/>
        <w:autoSpaceDN w:val="0"/>
        <w:ind w:firstLine="709"/>
        <w:jc w:val="both"/>
        <w:rPr>
          <w:rFonts w:ascii="Times New Roman" w:hAnsi="Times New Roman" w:cs="Times New Roman"/>
        </w:rPr>
      </w:pPr>
      <w:r w:rsidRPr="009550FF">
        <w:rPr>
          <w:rFonts w:ascii="Times New Roman" w:hAnsi="Times New Roman" w:cs="Times New Roman"/>
          <w:w w:val="105"/>
        </w:rPr>
        <w:t>понимать значимость безопасного по</w:t>
      </w:r>
      <w:r w:rsidRPr="009550FF">
        <w:rPr>
          <w:rFonts w:ascii="Times New Roman" w:hAnsi="Times New Roman" w:cs="Times New Roman"/>
        </w:rPr>
        <w:t>ведения в условиях опасных и чрезвычайных ситуаций.</w:t>
      </w:r>
    </w:p>
    <w:p w:rsidR="00F44E79" w:rsidRPr="009550FF" w:rsidRDefault="00F44E79" w:rsidP="008F640C">
      <w:pPr>
        <w:ind w:firstLine="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1C7BA4">
      <w:pPr>
        <w:numPr>
          <w:ilvl w:val="0"/>
          <w:numId w:val="207"/>
        </w:numPr>
        <w:autoSpaceDE w:val="0"/>
        <w:autoSpaceDN w:val="0"/>
        <w:ind w:firstLine="709"/>
        <w:jc w:val="both"/>
        <w:rPr>
          <w:rFonts w:ascii="Times New Roman" w:hAnsi="Times New Roman" w:cs="Times New Roman"/>
        </w:rPr>
      </w:pPr>
      <w:r w:rsidRPr="009550FF">
        <w:rPr>
          <w:rFonts w:ascii="Times New Roman" w:hAnsi="Times New Roman" w:cs="Times New Roman"/>
          <w:w w:val="105"/>
        </w:rPr>
        <w:t>сформировать социально ответственное отношение к ведению здорового образа жизни;</w:t>
      </w:r>
    </w:p>
    <w:p w:rsidR="00F44E79" w:rsidRPr="009550FF" w:rsidRDefault="00F44E79" w:rsidP="001C7BA4">
      <w:pPr>
        <w:numPr>
          <w:ilvl w:val="0"/>
          <w:numId w:val="207"/>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раскрывать понятия здоровья, здорового образа жизни; объяснять факторы, негативно влияющие на здоровье; </w:t>
      </w:r>
    </w:p>
    <w:p w:rsidR="00F44E79" w:rsidRPr="009550FF" w:rsidRDefault="00F44E79" w:rsidP="001C7BA4">
      <w:pPr>
        <w:numPr>
          <w:ilvl w:val="0"/>
          <w:numId w:val="207"/>
        </w:numPr>
        <w:autoSpaceDE w:val="0"/>
        <w:autoSpaceDN w:val="0"/>
        <w:ind w:firstLine="709"/>
        <w:jc w:val="both"/>
        <w:rPr>
          <w:rFonts w:ascii="Times New Roman" w:hAnsi="Times New Roman" w:cs="Times New Roman"/>
        </w:rPr>
      </w:pPr>
      <w:r w:rsidRPr="009550FF">
        <w:rPr>
          <w:rFonts w:ascii="Times New Roman" w:hAnsi="Times New Roman" w:cs="Times New Roman"/>
          <w:w w:val="105"/>
        </w:rPr>
        <w:t>соблюдать правила личной гигиены.</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3 «БЕЗОПАСНОСТЬ НА ТРАНСПОРТЕ»:</w:t>
      </w:r>
    </w:p>
    <w:p w:rsidR="00F44E79" w:rsidRPr="009550FF" w:rsidRDefault="00F44E79" w:rsidP="001C7BA4">
      <w:pPr>
        <w:numPr>
          <w:ilvl w:val="0"/>
          <w:numId w:val="208"/>
        </w:numPr>
        <w:autoSpaceDE w:val="0"/>
        <w:autoSpaceDN w:val="0"/>
        <w:ind w:firstLine="709"/>
        <w:jc w:val="both"/>
        <w:rPr>
          <w:rFonts w:ascii="Times New Roman" w:hAnsi="Times New Roman" w:cs="Times New Roman"/>
        </w:rPr>
      </w:pPr>
      <w:r w:rsidRPr="009550FF">
        <w:rPr>
          <w:rFonts w:ascii="Times New Roman" w:hAnsi="Times New Roman" w:cs="Times New Roman"/>
        </w:rPr>
        <w:t>овладеть знаниями и умениями предупреждения опасных и чрезвычайных ситуаций на транспорте;</w:t>
      </w:r>
    </w:p>
    <w:p w:rsidR="00F44E79" w:rsidRPr="009550FF" w:rsidRDefault="00F44E79" w:rsidP="001C7BA4">
      <w:pPr>
        <w:numPr>
          <w:ilvl w:val="0"/>
          <w:numId w:val="208"/>
        </w:numPr>
        <w:autoSpaceDE w:val="0"/>
        <w:autoSpaceDN w:val="0"/>
        <w:ind w:firstLine="709"/>
        <w:jc w:val="both"/>
        <w:rPr>
          <w:rFonts w:ascii="Times New Roman" w:hAnsi="Times New Roman" w:cs="Times New Roman"/>
        </w:rPr>
      </w:pPr>
      <w:r w:rsidRPr="009550FF">
        <w:rPr>
          <w:rFonts w:ascii="Times New Roman" w:hAnsi="Times New Roman" w:cs="Times New Roman"/>
        </w:rPr>
        <w:t xml:space="preserve"> объяснять значение предупреждающих знаков; знать правила дорожного движения и уметь ими пользоваться; </w:t>
      </w:r>
    </w:p>
    <w:p w:rsidR="00F44E79" w:rsidRPr="009550FF" w:rsidRDefault="00F44E79" w:rsidP="001C7BA4">
      <w:pPr>
        <w:numPr>
          <w:ilvl w:val="0"/>
          <w:numId w:val="208"/>
        </w:numPr>
        <w:autoSpaceDE w:val="0"/>
        <w:autoSpaceDN w:val="0"/>
        <w:ind w:firstLine="709"/>
        <w:jc w:val="both"/>
        <w:rPr>
          <w:rFonts w:ascii="Times New Roman" w:hAnsi="Times New Roman" w:cs="Times New Roman"/>
        </w:rPr>
      </w:pPr>
      <w:r w:rsidRPr="009550FF">
        <w:rPr>
          <w:rFonts w:ascii="Times New Roman" w:hAnsi="Times New Roman" w:cs="Times New Roman"/>
        </w:rPr>
        <w:t xml:space="preserve">знать правила вождения и содержания велосипеда; </w:t>
      </w:r>
    </w:p>
    <w:p w:rsidR="00F44E79" w:rsidRPr="009550FF" w:rsidRDefault="00F44E79" w:rsidP="001C7BA4">
      <w:pPr>
        <w:numPr>
          <w:ilvl w:val="0"/>
          <w:numId w:val="208"/>
        </w:numPr>
        <w:autoSpaceDE w:val="0"/>
        <w:autoSpaceDN w:val="0"/>
        <w:ind w:firstLine="709"/>
        <w:jc w:val="both"/>
        <w:rPr>
          <w:rFonts w:ascii="Times New Roman" w:hAnsi="Times New Roman" w:cs="Times New Roman"/>
        </w:rPr>
      </w:pPr>
      <w:r w:rsidRPr="009550FF">
        <w:rPr>
          <w:rFonts w:ascii="Times New Roman" w:hAnsi="Times New Roman" w:cs="Times New Roman"/>
        </w:rPr>
        <w:t>уметь оценивать и прогнозировать опасные ситуации на различных видах транспорта.</w:t>
      </w:r>
    </w:p>
    <w:p w:rsidR="00F44E79" w:rsidRPr="009550FF" w:rsidRDefault="00F44E79" w:rsidP="008F640C">
      <w:pPr>
        <w:autoSpaceDE w:val="0"/>
        <w:autoSpaceDN w:val="0"/>
        <w:ind w:left="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4 «БЕЗОПАСНОСТЬ В БЫТУ»:</w:t>
      </w:r>
    </w:p>
    <w:p w:rsidR="00F44E79" w:rsidRPr="009550FF" w:rsidRDefault="00F44E79" w:rsidP="001C7BA4">
      <w:pPr>
        <w:numPr>
          <w:ilvl w:val="0"/>
          <w:numId w:val="209"/>
        </w:numPr>
        <w:autoSpaceDE w:val="0"/>
        <w:autoSpaceDN w:val="0"/>
        <w:ind w:firstLine="709"/>
        <w:jc w:val="both"/>
        <w:rPr>
          <w:rFonts w:ascii="Times New Roman" w:hAnsi="Times New Roman" w:cs="Times New Roman"/>
        </w:rPr>
      </w:pPr>
      <w:r w:rsidRPr="009550FF">
        <w:rPr>
          <w:rFonts w:ascii="Times New Roman" w:hAnsi="Times New Roman" w:cs="Times New Roman"/>
        </w:rPr>
        <w:t>уметь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44E79" w:rsidRPr="009550FF" w:rsidRDefault="00F44E79" w:rsidP="001C7BA4">
      <w:pPr>
        <w:numPr>
          <w:ilvl w:val="0"/>
          <w:numId w:val="209"/>
        </w:numPr>
        <w:autoSpaceDE w:val="0"/>
        <w:autoSpaceDN w:val="0"/>
        <w:ind w:firstLine="709"/>
        <w:jc w:val="both"/>
        <w:rPr>
          <w:rFonts w:ascii="Times New Roman" w:hAnsi="Times New Roman" w:cs="Times New Roman"/>
        </w:rPr>
      </w:pPr>
      <w:r w:rsidRPr="009550FF">
        <w:rPr>
          <w:rFonts w:ascii="Times New Roman" w:hAnsi="Times New Roman" w:cs="Times New Roman"/>
        </w:rPr>
        <w:t>овладеть знаниями и умениями предупреждения опасных и чрезвычайных ситуаций во время пребывания в различных средах.</w:t>
      </w:r>
    </w:p>
    <w:p w:rsidR="00F44E79" w:rsidRPr="009550FF" w:rsidRDefault="00F44E79" w:rsidP="008F640C">
      <w:pPr>
        <w:autoSpaceDE w:val="0"/>
        <w:autoSpaceDN w:val="0"/>
        <w:ind w:left="709"/>
        <w:jc w:val="both"/>
        <w:rPr>
          <w:rFonts w:ascii="Times New Roman" w:hAnsi="Times New Roman" w:cs="Times New Roman"/>
        </w:rPr>
      </w:pPr>
    </w:p>
    <w:p w:rsidR="00F44E79" w:rsidRPr="009550FF" w:rsidRDefault="00F44E79" w:rsidP="008F640C">
      <w:pPr>
        <w:autoSpaceDE w:val="0"/>
        <w:autoSpaceDN w:val="0"/>
        <w:ind w:left="709"/>
        <w:jc w:val="both"/>
        <w:rPr>
          <w:rFonts w:ascii="Times New Roman" w:hAnsi="Times New Roman" w:cs="Times New Roman"/>
        </w:rPr>
      </w:pPr>
      <w:r w:rsidRPr="009550FF">
        <w:rPr>
          <w:rFonts w:ascii="Times New Roman" w:hAnsi="Times New Roman" w:cs="Times New Roman"/>
          <w:i/>
        </w:rPr>
        <w:t>МОДУЛЬ № 5 «БЕЗОПАСНОСТЬ В ПРИРОДНОЙ СРЕДЕ»:</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w w:val="110"/>
        </w:rPr>
        <w:t>овладеть знаниями безопасного поведения на природе, во время грозы, во время гололеда, на водоемах и др.;</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раскрывать особенности </w:t>
      </w:r>
      <w:r w:rsidRPr="009550FF">
        <w:rPr>
          <w:rFonts w:ascii="Times New Roman" w:hAnsi="Times New Roman" w:cs="Times New Roman"/>
          <w:spacing w:val="-1"/>
          <w:w w:val="110"/>
        </w:rPr>
        <w:t>природных чрезвычайных ситуаций.</w:t>
      </w:r>
    </w:p>
    <w:p w:rsidR="00F44E79" w:rsidRPr="009550FF" w:rsidRDefault="00F44E79" w:rsidP="008F640C">
      <w:pPr>
        <w:autoSpaceDE w:val="0"/>
        <w:autoSpaceDN w:val="0"/>
        <w:ind w:left="720" w:firstLine="709"/>
        <w:jc w:val="both"/>
        <w:rPr>
          <w:rFonts w:ascii="Times New Roman" w:hAnsi="Times New Roman" w:cs="Times New Roman"/>
          <w:spacing w:val="-1"/>
          <w:w w:val="110"/>
        </w:rPr>
      </w:pPr>
    </w:p>
    <w:p w:rsidR="00F44E79" w:rsidRPr="009550FF" w:rsidRDefault="00F44E79" w:rsidP="008F640C">
      <w:pPr>
        <w:autoSpaceDE w:val="0"/>
        <w:autoSpaceDN w:val="0"/>
        <w:ind w:firstLine="709"/>
        <w:jc w:val="both"/>
        <w:rPr>
          <w:rFonts w:ascii="Times New Roman" w:hAnsi="Times New Roman" w:cs="Times New Roman"/>
          <w:i/>
        </w:rPr>
      </w:pPr>
      <w:r w:rsidRPr="009550FF">
        <w:rPr>
          <w:rFonts w:ascii="Times New Roman" w:hAnsi="Times New Roman" w:cs="Times New Roman"/>
          <w:i/>
        </w:rPr>
        <w:t>МОДУЛЬ № 6 «БЕЗОПАСНОСТЬ В ЧРЕЗВЫЧАЙНЫХ СИТУАЦИЯХ ТЕХНОГЕННОГО ХАРАКТЕРА»:</w:t>
      </w:r>
    </w:p>
    <w:p w:rsidR="00F44E79" w:rsidRPr="009550FF" w:rsidRDefault="00F44E79" w:rsidP="001C7BA4">
      <w:pPr>
        <w:numPr>
          <w:ilvl w:val="0"/>
          <w:numId w:val="210"/>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характеризовать химические заражения местности, радиационные заражения;</w:t>
      </w:r>
    </w:p>
    <w:p w:rsidR="00F44E79" w:rsidRPr="009550FF" w:rsidRDefault="00F44E79" w:rsidP="001C7BA4">
      <w:pPr>
        <w:numPr>
          <w:ilvl w:val="0"/>
          <w:numId w:val="210"/>
        </w:numPr>
        <w:autoSpaceDE w:val="0"/>
        <w:autoSpaceDN w:val="0"/>
        <w:ind w:right="114" w:firstLine="709"/>
        <w:jc w:val="both"/>
        <w:rPr>
          <w:rFonts w:ascii="Times New Roman" w:hAnsi="Times New Roman" w:cs="Times New Roman"/>
        </w:rPr>
      </w:pPr>
      <w:r w:rsidRPr="009550FF">
        <w:rPr>
          <w:rFonts w:ascii="Times New Roman" w:hAnsi="Times New Roman" w:cs="Times New Roman"/>
          <w:w w:val="105"/>
        </w:rPr>
        <w:t>знать и объяснять правила безопасного поведения во время техногенных катастроф; знать средства индивидуальной защиты, уметь ими пользоваться;</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w w:val="105"/>
        </w:rPr>
        <w:t>знать правила безопасного поведения в зараженной местности.</w:t>
      </w:r>
    </w:p>
    <w:p w:rsidR="00F44E79" w:rsidRPr="009550FF" w:rsidRDefault="00F44E79" w:rsidP="008F640C">
      <w:pPr>
        <w:autoSpaceDE w:val="0"/>
        <w:autoSpaceDN w:val="0"/>
        <w:ind w:left="720" w:firstLine="709"/>
        <w:jc w:val="both"/>
        <w:rPr>
          <w:rFonts w:ascii="Times New Roman" w:hAnsi="Times New Roman" w:cs="Times New Roman"/>
          <w:w w:val="105"/>
        </w:rPr>
      </w:pPr>
    </w:p>
    <w:p w:rsidR="00F44E79" w:rsidRPr="009550FF" w:rsidRDefault="00F44E79" w:rsidP="008F640C">
      <w:pPr>
        <w:autoSpaceDE w:val="0"/>
        <w:autoSpaceDN w:val="0"/>
        <w:ind w:left="720" w:firstLine="709"/>
        <w:jc w:val="both"/>
        <w:rPr>
          <w:rFonts w:ascii="Times New Roman" w:hAnsi="Times New Roman" w:cs="Times New Roman"/>
          <w:b/>
          <w:w w:val="105"/>
        </w:rPr>
      </w:pPr>
      <w:r w:rsidRPr="009550FF">
        <w:rPr>
          <w:rFonts w:ascii="Times New Roman" w:hAnsi="Times New Roman" w:cs="Times New Roman"/>
          <w:b/>
          <w:w w:val="105"/>
        </w:rPr>
        <w:t>9 класс</w:t>
      </w:r>
    </w:p>
    <w:p w:rsidR="00F44E79" w:rsidRPr="009550FF" w:rsidRDefault="00F44E79" w:rsidP="008F640C">
      <w:pPr>
        <w:autoSpaceDE w:val="0"/>
        <w:autoSpaceDN w:val="0"/>
        <w:ind w:firstLine="709"/>
        <w:jc w:val="both"/>
        <w:rPr>
          <w:rFonts w:ascii="Times New Roman" w:hAnsi="Times New Roman" w:cs="Times New Roman"/>
          <w:i/>
        </w:rPr>
      </w:pPr>
      <w:r w:rsidRPr="009550FF">
        <w:rPr>
          <w:rFonts w:ascii="Times New Roman" w:hAnsi="Times New Roman" w:cs="Times New Roman"/>
          <w:i/>
        </w:rPr>
        <w:t>МОДУЛЬ № 1 «КУЛЬТУРА БЕЗОПАСНОСТИ ЖИЗНЕДЕЯТЕЛЬНОСТИ В СОВРЕМЕННОМ ОБЩЕСТВЕ»:</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rPr>
        <w:t>понимать происхождение чрезвычайных ситуаций природного, техногенного, социального характера.</w:t>
      </w:r>
    </w:p>
    <w:p w:rsidR="00F44E79" w:rsidRPr="009550FF" w:rsidRDefault="00F44E79" w:rsidP="008F640C">
      <w:pPr>
        <w:autoSpaceDE w:val="0"/>
        <w:autoSpaceDN w:val="0"/>
        <w:ind w:left="720" w:firstLine="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2 «ЗДОРОВЬЕ И КАК ЕГО СОХРАНИТЬ»:</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w w:val="105"/>
        </w:rPr>
        <w:t>сформировать социально ответственное отношение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44E79" w:rsidRPr="009550FF" w:rsidRDefault="00F44E79" w:rsidP="008F640C">
      <w:pPr>
        <w:autoSpaceDE w:val="0"/>
        <w:autoSpaceDN w:val="0"/>
        <w:ind w:firstLine="709"/>
        <w:jc w:val="both"/>
        <w:rPr>
          <w:rFonts w:ascii="Times New Roman" w:hAnsi="Times New Roman" w:cs="Times New Roman"/>
        </w:rPr>
      </w:pPr>
    </w:p>
    <w:p w:rsidR="00F44E79" w:rsidRPr="009550FF" w:rsidRDefault="00F44E79" w:rsidP="008F640C">
      <w:pPr>
        <w:ind w:firstLine="709"/>
        <w:jc w:val="both"/>
        <w:rPr>
          <w:rFonts w:ascii="Times New Roman" w:hAnsi="Times New Roman" w:cs="Times New Roman"/>
          <w:i/>
        </w:rPr>
      </w:pPr>
      <w:r w:rsidRPr="009550FF">
        <w:rPr>
          <w:rFonts w:ascii="Times New Roman" w:hAnsi="Times New Roman" w:cs="Times New Roman"/>
          <w:i/>
        </w:rPr>
        <w:t>МОДУЛЬ № 3 «ОСНОВЫ ПРОТИВОДЕЙСТВИЯ ЭКСТРЕМИЗМУ И ТЕРРОРИЗМУ»:</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объяснять понятия «экстремизм» и «терроризм»; </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w w:val="105"/>
        </w:rPr>
        <w:t>знать и понимать роль государства и общества в решении задачи обеспечения национальной безопасности;</w:t>
      </w:r>
    </w:p>
    <w:p w:rsidR="00F44E79" w:rsidRPr="009550FF" w:rsidRDefault="00F44E79" w:rsidP="001C7BA4">
      <w:pPr>
        <w:numPr>
          <w:ilvl w:val="0"/>
          <w:numId w:val="210"/>
        </w:numPr>
        <w:autoSpaceDE w:val="0"/>
        <w:autoSpaceDN w:val="0"/>
        <w:ind w:firstLine="709"/>
        <w:jc w:val="both"/>
        <w:rPr>
          <w:rFonts w:ascii="Times New Roman" w:hAnsi="Times New Roman" w:cs="Times New Roman"/>
        </w:rPr>
      </w:pPr>
      <w:r w:rsidRPr="009550FF">
        <w:rPr>
          <w:rFonts w:ascii="Times New Roman" w:hAnsi="Times New Roman" w:cs="Times New Roman"/>
          <w:w w:val="105"/>
        </w:rPr>
        <w:t>распознавать угрозы террористического характера.</w:t>
      </w:r>
    </w:p>
    <w:p w:rsidR="00F44E79" w:rsidRPr="009550FF" w:rsidRDefault="00F44E79" w:rsidP="008F640C">
      <w:pPr>
        <w:autoSpaceDE w:val="0"/>
        <w:autoSpaceDN w:val="0"/>
        <w:ind w:firstLine="709"/>
        <w:jc w:val="both"/>
        <w:rPr>
          <w:rFonts w:ascii="Times New Roman" w:hAnsi="Times New Roman" w:cs="Times New Roman"/>
          <w:w w:val="105"/>
        </w:rPr>
      </w:pPr>
    </w:p>
    <w:p w:rsidR="00F44E79" w:rsidRPr="009550FF" w:rsidRDefault="00F44E79" w:rsidP="008F640C">
      <w:pPr>
        <w:autoSpaceDE w:val="0"/>
        <w:autoSpaceDN w:val="0"/>
        <w:ind w:firstLine="709"/>
        <w:jc w:val="both"/>
        <w:rPr>
          <w:rFonts w:ascii="Times New Roman" w:hAnsi="Times New Roman" w:cs="Times New Roman"/>
          <w:i/>
        </w:rPr>
      </w:pPr>
      <w:r w:rsidRPr="009550FF">
        <w:rPr>
          <w:rFonts w:ascii="Times New Roman" w:hAnsi="Times New Roman" w:cs="Times New Roman"/>
          <w:i/>
        </w:rPr>
        <w:t>МОДУЛЬ № 4 «БЕЗОПАСНОСТЬ В ПРИРОДНОЙ СРЕДЕ»:</w:t>
      </w:r>
    </w:p>
    <w:p w:rsidR="00F44E79" w:rsidRPr="009550FF" w:rsidRDefault="00F44E79" w:rsidP="001C7BA4">
      <w:pPr>
        <w:numPr>
          <w:ilvl w:val="0"/>
          <w:numId w:val="211"/>
        </w:numPr>
        <w:autoSpaceDE w:val="0"/>
        <w:autoSpaceDN w:val="0"/>
        <w:ind w:firstLine="709"/>
        <w:jc w:val="both"/>
        <w:rPr>
          <w:rFonts w:ascii="Times New Roman" w:hAnsi="Times New Roman" w:cs="Times New Roman"/>
        </w:rPr>
      </w:pPr>
      <w:r w:rsidRPr="009550FF">
        <w:rPr>
          <w:rFonts w:ascii="Times New Roman" w:hAnsi="Times New Roman" w:cs="Times New Roman"/>
          <w:w w:val="110"/>
        </w:rPr>
        <w:t>знать прави</w:t>
      </w:r>
      <w:r w:rsidRPr="009550FF">
        <w:rPr>
          <w:rFonts w:ascii="Times New Roman" w:hAnsi="Times New Roman" w:cs="Times New Roman"/>
          <w:w w:val="105"/>
        </w:rPr>
        <w:t xml:space="preserve">ла безопасного поведения в туристских походах; </w:t>
      </w:r>
    </w:p>
    <w:p w:rsidR="00F44E79" w:rsidRPr="009550FF" w:rsidRDefault="00F44E79" w:rsidP="001C7BA4">
      <w:pPr>
        <w:numPr>
          <w:ilvl w:val="0"/>
          <w:numId w:val="211"/>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уметь ориентироваться по природным признакам; </w:t>
      </w:r>
    </w:p>
    <w:p w:rsidR="00F44E79" w:rsidRPr="009550FF" w:rsidRDefault="00F44E79" w:rsidP="001C7BA4">
      <w:pPr>
        <w:numPr>
          <w:ilvl w:val="0"/>
          <w:numId w:val="211"/>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объяснять обязанности членов туристской группы; </w:t>
      </w:r>
    </w:p>
    <w:p w:rsidR="00F44E79" w:rsidRPr="009550FF" w:rsidRDefault="00F44E79" w:rsidP="001C7BA4">
      <w:pPr>
        <w:numPr>
          <w:ilvl w:val="0"/>
          <w:numId w:val="211"/>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безопасно действовать при автономном </w:t>
      </w:r>
      <w:r w:rsidRPr="009550FF">
        <w:rPr>
          <w:rFonts w:ascii="Times New Roman" w:hAnsi="Times New Roman" w:cs="Times New Roman"/>
          <w:spacing w:val="-1"/>
          <w:w w:val="110"/>
        </w:rPr>
        <w:t xml:space="preserve">существовании: уметь добывать огонь, </w:t>
      </w:r>
      <w:r w:rsidRPr="009550FF">
        <w:rPr>
          <w:rFonts w:ascii="Times New Roman" w:hAnsi="Times New Roman" w:cs="Times New Roman"/>
          <w:w w:val="110"/>
        </w:rPr>
        <w:t>знать растения, грибы, которые можно употреблять в пищу;</w:t>
      </w:r>
    </w:p>
    <w:p w:rsidR="00F44E79" w:rsidRPr="009550FF" w:rsidRDefault="00F44E79" w:rsidP="001C7BA4">
      <w:pPr>
        <w:numPr>
          <w:ilvl w:val="0"/>
          <w:numId w:val="211"/>
        </w:numPr>
        <w:autoSpaceDE w:val="0"/>
        <w:autoSpaceDN w:val="0"/>
        <w:ind w:firstLine="709"/>
        <w:jc w:val="both"/>
        <w:rPr>
          <w:rFonts w:ascii="Times New Roman" w:hAnsi="Times New Roman" w:cs="Times New Roman"/>
        </w:rPr>
      </w:pPr>
      <w:r w:rsidRPr="009550FF">
        <w:rPr>
          <w:rFonts w:ascii="Times New Roman" w:hAnsi="Times New Roman" w:cs="Times New Roman"/>
          <w:w w:val="110"/>
        </w:rPr>
        <w:t xml:space="preserve">знать повадки диких </w:t>
      </w:r>
      <w:r w:rsidRPr="009550FF">
        <w:rPr>
          <w:rFonts w:ascii="Times New Roman" w:hAnsi="Times New Roman" w:cs="Times New Roman"/>
          <w:w w:val="105"/>
        </w:rPr>
        <w:t xml:space="preserve">животных, чтобы избежать опасности; </w:t>
      </w:r>
    </w:p>
    <w:p w:rsidR="00F44E79" w:rsidRPr="00760509" w:rsidRDefault="00F44E79" w:rsidP="001C7BA4">
      <w:pPr>
        <w:numPr>
          <w:ilvl w:val="0"/>
          <w:numId w:val="211"/>
        </w:numPr>
        <w:autoSpaceDE w:val="0"/>
        <w:autoSpaceDN w:val="0"/>
        <w:ind w:firstLine="709"/>
        <w:jc w:val="both"/>
        <w:rPr>
          <w:rFonts w:ascii="Times New Roman" w:hAnsi="Times New Roman" w:cs="Times New Roman"/>
        </w:rPr>
      </w:pPr>
      <w:r w:rsidRPr="009550FF">
        <w:rPr>
          <w:rFonts w:ascii="Times New Roman" w:hAnsi="Times New Roman" w:cs="Times New Roman"/>
          <w:w w:val="105"/>
        </w:rPr>
        <w:t xml:space="preserve">раскрывать особенности </w:t>
      </w:r>
      <w:r w:rsidRPr="009550FF">
        <w:rPr>
          <w:rFonts w:ascii="Times New Roman" w:hAnsi="Times New Roman" w:cs="Times New Roman"/>
          <w:spacing w:val="-1"/>
          <w:w w:val="110"/>
        </w:rPr>
        <w:t xml:space="preserve">природных чрезвычайных ситуаций, безопасно действовать </w:t>
      </w:r>
      <w:r w:rsidRPr="009550FF">
        <w:rPr>
          <w:rFonts w:ascii="Times New Roman" w:hAnsi="Times New Roman" w:cs="Times New Roman"/>
          <w:w w:val="110"/>
        </w:rPr>
        <w:t>во время наводнения, цунами, схода снежных лави</w:t>
      </w:r>
      <w:r>
        <w:rPr>
          <w:rFonts w:ascii="Times New Roman" w:hAnsi="Times New Roman" w:cs="Times New Roman"/>
          <w:w w:val="110"/>
        </w:rPr>
        <w:t>н.</w:t>
      </w:r>
    </w:p>
    <w:p w:rsidR="00F44E79" w:rsidRPr="009550FF" w:rsidRDefault="00F44E79" w:rsidP="008F640C">
      <w:pPr>
        <w:autoSpaceDE w:val="0"/>
        <w:autoSpaceDN w:val="0"/>
        <w:ind w:left="720"/>
        <w:jc w:val="both"/>
        <w:rPr>
          <w:rFonts w:ascii="Times New Roman" w:hAnsi="Times New Roman" w:cs="Times New Roman"/>
          <w:w w:val="110"/>
        </w:rPr>
      </w:pPr>
    </w:p>
    <w:p w:rsidR="00F44E79" w:rsidRPr="009550FF" w:rsidRDefault="00F44E79" w:rsidP="008F640C">
      <w:pPr>
        <w:autoSpaceDE w:val="0"/>
        <w:autoSpaceDN w:val="0"/>
        <w:ind w:left="720"/>
        <w:jc w:val="both"/>
        <w:rPr>
          <w:rFonts w:ascii="Times New Roman" w:hAnsi="Times New Roman" w:cs="Times New Roman"/>
          <w:w w:val="110"/>
        </w:rPr>
      </w:pPr>
    </w:p>
    <w:p w:rsidR="00F44E79" w:rsidRPr="009550FF" w:rsidRDefault="00F44E79" w:rsidP="008F640C">
      <w:pPr>
        <w:autoSpaceDE w:val="0"/>
        <w:autoSpaceDN w:val="0"/>
        <w:ind w:left="720"/>
        <w:jc w:val="both"/>
        <w:rPr>
          <w:rFonts w:ascii="Times New Roman" w:hAnsi="Times New Roman" w:cs="Times New Roman"/>
          <w:w w:val="110"/>
        </w:rPr>
      </w:pPr>
    </w:p>
    <w:p w:rsidR="00F44E79" w:rsidRPr="009550FF" w:rsidRDefault="00F44E79" w:rsidP="008F640C">
      <w:pPr>
        <w:autoSpaceDE w:val="0"/>
        <w:autoSpaceDN w:val="0"/>
        <w:ind w:left="720"/>
        <w:jc w:val="both"/>
        <w:rPr>
          <w:rFonts w:ascii="Times New Roman" w:hAnsi="Times New Roman" w:cs="Times New Roman"/>
          <w:w w:val="110"/>
        </w:rPr>
      </w:pPr>
    </w:p>
    <w:p w:rsidR="00F44E79" w:rsidRPr="009550FF" w:rsidRDefault="00F44E79" w:rsidP="008F640C">
      <w:pPr>
        <w:autoSpaceDE w:val="0"/>
        <w:autoSpaceDN w:val="0"/>
        <w:ind w:left="720"/>
        <w:jc w:val="both"/>
        <w:rPr>
          <w:rFonts w:ascii="Times New Roman" w:hAnsi="Times New Roman" w:cs="Times New Roman"/>
          <w:w w:val="110"/>
        </w:rPr>
      </w:pPr>
    </w:p>
    <w:p w:rsidR="00F44E79" w:rsidRPr="009550FF" w:rsidRDefault="00F44E79" w:rsidP="008F640C">
      <w:pPr>
        <w:autoSpaceDE w:val="0"/>
        <w:autoSpaceDN w:val="0"/>
        <w:ind w:left="720"/>
        <w:jc w:val="both"/>
        <w:rPr>
          <w:rFonts w:ascii="Times New Roman" w:hAnsi="Times New Roman" w:cs="Times New Roman"/>
          <w:w w:val="110"/>
        </w:rPr>
      </w:pPr>
    </w:p>
    <w:p w:rsidR="00F44E79" w:rsidRPr="009550FF" w:rsidRDefault="00F44E79" w:rsidP="008F640C">
      <w:pPr>
        <w:autoSpaceDE w:val="0"/>
        <w:autoSpaceDN w:val="0"/>
        <w:jc w:val="both"/>
        <w:rPr>
          <w:rFonts w:ascii="Times New Roman" w:hAnsi="Times New Roman" w:cs="Times New Roman"/>
          <w:b/>
        </w:rPr>
      </w:pPr>
      <w:r w:rsidRPr="009550FF">
        <w:rPr>
          <w:rFonts w:ascii="Times New Roman" w:hAnsi="Times New Roman" w:cs="Times New Roman"/>
          <w:b/>
          <w:w w:val="110"/>
        </w:rPr>
        <w:t>ТЕМАТИЧЕСКОЕ ПЛАНИРОВАНИЕ 5 класс</w:t>
      </w:r>
    </w:p>
    <w:p w:rsidR="00F44E79" w:rsidRPr="009550FF" w:rsidRDefault="00F44E79" w:rsidP="008F640C">
      <w:pPr>
        <w:autoSpaceDE w:val="0"/>
        <w:autoSpaceDN w:val="0"/>
        <w:ind w:left="720"/>
        <w:jc w:val="both"/>
        <w:rPr>
          <w:rFonts w:ascii="Times New Roman" w:hAnsi="Times New Roman" w:cs="Times New Roman"/>
          <w:w w:val="110"/>
        </w:rPr>
      </w:pPr>
    </w:p>
    <w:p w:rsidR="00F44E79" w:rsidRPr="009550FF" w:rsidRDefault="00F44E79" w:rsidP="008F640C">
      <w:pPr>
        <w:autoSpaceDE w:val="0"/>
        <w:autoSpaceDN w:val="0"/>
        <w:ind w:left="720"/>
        <w:jc w:val="both"/>
        <w:rPr>
          <w:rFonts w:ascii="Times New Roman" w:hAnsi="Times New Roman" w:cs="Times New Roman"/>
          <w:w w:val="1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
        <w:gridCol w:w="1767"/>
        <w:gridCol w:w="1073"/>
        <w:gridCol w:w="3267"/>
      </w:tblGrid>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w w:val="110"/>
              </w:rPr>
            </w:pPr>
            <w:r w:rsidRPr="00760509">
              <w:rPr>
                <w:rFonts w:ascii="Times New Roman" w:hAnsi="Times New Roman" w:cs="Times New Roman"/>
              </w:rPr>
              <w:t>№ п/п</w:t>
            </w:r>
          </w:p>
        </w:tc>
        <w:tc>
          <w:tcPr>
            <w:tcW w:w="2938" w:type="dxa"/>
          </w:tcPr>
          <w:p w:rsidR="00F44E79" w:rsidRPr="00760509" w:rsidRDefault="00F44E79" w:rsidP="00760509">
            <w:pPr>
              <w:autoSpaceDE w:val="0"/>
              <w:autoSpaceDN w:val="0"/>
              <w:jc w:val="both"/>
              <w:rPr>
                <w:rFonts w:ascii="Times New Roman" w:hAnsi="Times New Roman" w:cs="Times New Roman"/>
                <w:w w:val="110"/>
              </w:rPr>
            </w:pPr>
            <w:r w:rsidRPr="00760509">
              <w:rPr>
                <w:rFonts w:ascii="Times New Roman" w:hAnsi="Times New Roman" w:cs="Times New Roman"/>
              </w:rPr>
              <w:t>Наименование разделов и тем программ</w:t>
            </w:r>
          </w:p>
        </w:tc>
        <w:tc>
          <w:tcPr>
            <w:tcW w:w="1450" w:type="dxa"/>
          </w:tcPr>
          <w:p w:rsidR="00F44E79" w:rsidRPr="00760509" w:rsidRDefault="00F44E79" w:rsidP="00760509">
            <w:pPr>
              <w:autoSpaceDE w:val="0"/>
              <w:autoSpaceDN w:val="0"/>
              <w:jc w:val="both"/>
              <w:rPr>
                <w:rFonts w:ascii="Times New Roman" w:hAnsi="Times New Roman" w:cs="Times New Roman"/>
                <w:w w:val="110"/>
              </w:rPr>
            </w:pPr>
            <w:r w:rsidRPr="00760509">
              <w:rPr>
                <w:rFonts w:ascii="Times New Roman" w:hAnsi="Times New Roman" w:cs="Times New Roman"/>
              </w:rPr>
              <w:t>Количество часов</w:t>
            </w:r>
          </w:p>
        </w:tc>
        <w:tc>
          <w:tcPr>
            <w:tcW w:w="4489" w:type="dxa"/>
          </w:tcPr>
          <w:p w:rsidR="00F44E79" w:rsidRPr="00760509" w:rsidRDefault="00F44E79" w:rsidP="00760509">
            <w:pPr>
              <w:autoSpaceDE w:val="0"/>
              <w:autoSpaceDN w:val="0"/>
              <w:jc w:val="both"/>
              <w:rPr>
                <w:rFonts w:ascii="Times New Roman" w:hAnsi="Times New Roman" w:cs="Times New Roman"/>
                <w:w w:val="110"/>
              </w:rPr>
            </w:pPr>
            <w:r w:rsidRPr="00760509">
              <w:rPr>
                <w:rFonts w:ascii="Times New Roman" w:hAnsi="Times New Roman" w:cs="Times New Roman"/>
              </w:rPr>
              <w:t>ЭОР</w:t>
            </w:r>
          </w:p>
        </w:tc>
      </w:tr>
      <w:tr w:rsidR="00F44E79" w:rsidRPr="009550FF" w:rsidTr="00760509">
        <w:tc>
          <w:tcPr>
            <w:tcW w:w="9463" w:type="dxa"/>
            <w:gridSpan w:val="4"/>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i/>
              </w:rPr>
              <w:t>МОДУЛЬ № 1 «КУЛЬТУРА БЕЗОПАСНОСТИ ЖИЗНЕДЕЯТЕЛЬНОСТИ В СОВРЕМЕННОМ ОБЩЕСТВЕ»</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Введение. Почему нужно изучать предмет «Основы безопасности жизнедеятельности».</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793" w:history="1">
              <w:r w:rsidRPr="00760509">
                <w:rPr>
                  <w:rFonts w:ascii="Times New Roman" w:hAnsi="Times New Roman" w:cs="Times New Roman"/>
                  <w:color w:val="0563C1"/>
                  <w:u w:val="single"/>
                </w:rPr>
                <w:t>https://clck.ru/rE4ej</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Системы обеспечения безопасности города (населенного пункта).</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794" w:history="1">
              <w:r w:rsidRPr="00760509">
                <w:rPr>
                  <w:rFonts w:ascii="Times New Roman" w:hAnsi="Times New Roman" w:cs="Times New Roman"/>
                  <w:color w:val="0563C1"/>
                  <w:u w:val="single"/>
                </w:rPr>
                <w:t>https://shareslide.ru/obzh/prezentatsiya-po-obzh-5-klass-sistemy</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2 «ЗДОРОВЬЕ И КАК ЕГО СОХРАНИТЬ»</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3</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Организм человека и его безопасность.</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795" w:history="1">
              <w:r w:rsidRPr="00760509">
                <w:rPr>
                  <w:rFonts w:ascii="Times New Roman" w:hAnsi="Times New Roman" w:cs="Times New Roman"/>
                  <w:color w:val="0563C1"/>
                  <w:u w:val="single"/>
                </w:rPr>
                <w:t>https://infourok.ru/organizm-cheloveka-i-ego-bezopasnost-5324535.html</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4</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Питаемся правильно.</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796" w:history="1">
              <w:r w:rsidRPr="00760509">
                <w:rPr>
                  <w:rFonts w:ascii="Times New Roman" w:hAnsi="Times New Roman" w:cs="Times New Roman"/>
                  <w:color w:val="0563C1"/>
                  <w:u w:val="single"/>
                </w:rPr>
                <w:t>https://clck.ru/rE7yW</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5</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Здоровье органов чувств.</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797" w:history="1">
              <w:r w:rsidRPr="00760509">
                <w:rPr>
                  <w:rFonts w:ascii="Times New Roman" w:hAnsi="Times New Roman" w:cs="Times New Roman"/>
                  <w:color w:val="0563C1"/>
                  <w:u w:val="single"/>
                </w:rPr>
                <w:t>https://theslide.ru/biologiya/organy-chuvstv-5-klass</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6</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Как вести здоровый образ жизни.</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798" w:history="1">
              <w:r w:rsidRPr="00760509">
                <w:rPr>
                  <w:rFonts w:ascii="Times New Roman" w:hAnsi="Times New Roman" w:cs="Times New Roman"/>
                  <w:color w:val="0563C1"/>
                  <w:u w:val="single"/>
                </w:rPr>
                <w:t>http://www.myshared.ru/slide/318390/</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7</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Движение — это жизнь</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799" w:history="1">
              <w:r w:rsidRPr="00760509">
                <w:rPr>
                  <w:rFonts w:ascii="Times New Roman" w:hAnsi="Times New Roman" w:cs="Times New Roman"/>
                  <w:color w:val="0563C1"/>
                  <w:u w:val="single"/>
                </w:rPr>
                <w:t>https://clck.ru/rE9ux</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3 «БЕЗОПАСНОСТЬ НА ТРАНСПОРТЕ»</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8</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Виды современного транспорта</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0" w:history="1">
              <w:r w:rsidRPr="00760509">
                <w:rPr>
                  <w:rFonts w:ascii="Times New Roman" w:hAnsi="Times New Roman" w:cs="Times New Roman"/>
                  <w:color w:val="0563C1"/>
                  <w:u w:val="single"/>
                </w:rPr>
                <w:t>http://www.myshared.ru/slide/1005252/</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9</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Выбор пути: безопасная дорога в</w:t>
            </w:r>
          </w:p>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школу.</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1" w:history="1">
              <w:r w:rsidRPr="00760509">
                <w:rPr>
                  <w:rFonts w:ascii="Times New Roman" w:hAnsi="Times New Roman" w:cs="Times New Roman"/>
                  <w:color w:val="0563C1"/>
                  <w:u w:val="single"/>
                </w:rPr>
                <w:t>https://clck.ru/rFJKF</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10</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Безопасная дорога.</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2" w:history="1">
              <w:r w:rsidRPr="00760509">
                <w:rPr>
                  <w:rFonts w:ascii="Times New Roman" w:hAnsi="Times New Roman" w:cs="Times New Roman"/>
                  <w:color w:val="0563C1"/>
                  <w:u w:val="single"/>
                </w:rPr>
                <w:t>https://clck.ru/rFKfz</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11</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 xml:space="preserve">Проверочная работа по теме </w:t>
            </w:r>
          </w:p>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«Безопасность на дорогах и на транспорте</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Не предусмотрено</w:t>
            </w:r>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4 «БЕЗОПАСНОСТЬ В БЫТУ»</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12</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Пожар</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3" w:history="1">
              <w:r w:rsidRPr="00760509">
                <w:rPr>
                  <w:rFonts w:ascii="Times New Roman" w:hAnsi="Times New Roman" w:cs="Times New Roman"/>
                  <w:color w:val="0563C1"/>
                  <w:u w:val="single"/>
                </w:rPr>
                <w:t>http://www.myshared.ru/slide/789572/</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13</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Если в школе пожар</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4" w:history="1">
              <w:r w:rsidRPr="00760509">
                <w:rPr>
                  <w:rFonts w:ascii="Times New Roman" w:hAnsi="Times New Roman" w:cs="Times New Roman"/>
                  <w:color w:val="0563C1"/>
                  <w:u w:val="single"/>
                </w:rPr>
                <w:t>https://clck.ru/rFM72</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14</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Мой безопасный дом.</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5" w:history="1">
              <w:r w:rsidRPr="00760509">
                <w:rPr>
                  <w:rFonts w:ascii="Times New Roman" w:hAnsi="Times New Roman" w:cs="Times New Roman"/>
                  <w:color w:val="0563C1"/>
                  <w:u w:val="single"/>
                </w:rPr>
                <w:t>https://clck.ru/rFMw3</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15</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Дела домашние: техника безопасности.</w:t>
            </w:r>
          </w:p>
          <w:p w:rsidR="00F44E79" w:rsidRPr="00760509" w:rsidRDefault="00F44E79" w:rsidP="00760509">
            <w:pPr>
              <w:jc w:val="both"/>
              <w:rPr>
                <w:rFonts w:ascii="Times New Roman" w:hAnsi="Times New Roman" w:cs="Times New Roman"/>
              </w:rPr>
            </w:pP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6" w:history="1">
              <w:r w:rsidRPr="00760509">
                <w:rPr>
                  <w:rFonts w:ascii="Times New Roman" w:hAnsi="Times New Roman" w:cs="Times New Roman"/>
                  <w:color w:val="0563C1"/>
                  <w:u w:val="single"/>
                </w:rPr>
                <w:t>https://infourok.ru/prezentaciya-po-obzh-pravila-bezopasnosti-v-bytu-4226749.html</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16</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Проверочная работа по теме «Личная безопасность в повседневной жизни»</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Не предусмотрено</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17</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Правила поведения на игровой площадке.</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7" w:history="1">
              <w:r w:rsidRPr="00760509">
                <w:rPr>
                  <w:rFonts w:ascii="Times New Roman" w:hAnsi="Times New Roman" w:cs="Times New Roman"/>
                  <w:color w:val="0563C1"/>
                  <w:u w:val="single"/>
                </w:rPr>
                <w:t>http://www.myshared.ru/slide/393790</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5 «БЕЗОПАСНОСТЬ В СОЦИУМЕ»</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18</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Психологические основы самозащиты</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8" w:history="1">
              <w:r w:rsidRPr="00760509">
                <w:rPr>
                  <w:rFonts w:ascii="Times New Roman" w:hAnsi="Times New Roman" w:cs="Times New Roman"/>
                  <w:color w:val="0563C1"/>
                  <w:u w:val="single"/>
                </w:rPr>
                <w:t>https://clck.ru/rFXyL</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19</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Ситуации криминогенного характера в доме (квартире) и подъезде.</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09" w:history="1">
              <w:r w:rsidRPr="00760509">
                <w:rPr>
                  <w:rFonts w:ascii="Times New Roman" w:hAnsi="Times New Roman" w:cs="Times New Roman"/>
                  <w:color w:val="0563C1"/>
                  <w:u w:val="single"/>
                </w:rPr>
                <w:t>https://clck.ru/rFYKd</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20</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Криминогенные ситуации на улице, опасные домогательства.</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0" w:history="1">
              <w:r w:rsidRPr="00760509">
                <w:rPr>
                  <w:rFonts w:ascii="Times New Roman" w:hAnsi="Times New Roman" w:cs="Times New Roman"/>
                  <w:color w:val="0563C1"/>
                  <w:u w:val="single"/>
                </w:rPr>
                <w:t>http://www.myshared.ru/slide/1001725/</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21</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Проверочная работа по теме «Опасные ситуации социального характера»</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Не предусмотрено</w:t>
            </w:r>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6 «ОСНОВЫ ПРОТИВОДЕЙСТВИЯ ЭКСТРЕМИЗМУ И ТЕРРОРИЗМУ»</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22</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Правила поведения при захвате в заложники.</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1" w:history="1">
              <w:r w:rsidRPr="00760509">
                <w:rPr>
                  <w:rFonts w:ascii="Times New Roman" w:hAnsi="Times New Roman" w:cs="Times New Roman"/>
                  <w:color w:val="0563C1"/>
                  <w:u w:val="single"/>
                </w:rPr>
                <w:t>https://pptcloud.ru/obzh/pravila-povedeniya-pri-zahvate-v-zalozhniki</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7 «БЕЗОПАСНОСТЬ В ИНФОРМАЦИОННОМ ПРОСТРАНСТВЕ»</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23</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Безопасность в Интернете</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2" w:history="1">
              <w:r w:rsidRPr="00760509">
                <w:rPr>
                  <w:rFonts w:ascii="Times New Roman" w:hAnsi="Times New Roman" w:cs="Times New Roman"/>
                  <w:color w:val="0563C1"/>
                  <w:u w:val="single"/>
                </w:rPr>
                <w:t>https://pptcloud.ru/informatika/bezopasnost-v-internete-112832</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8 «ОСНОВЫ МЕДИЦИНСКИХ ЗНАНИЙ»</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24</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Виды ранений, их причины и первая помощь.</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3" w:history="1">
              <w:r w:rsidRPr="00760509">
                <w:rPr>
                  <w:rFonts w:ascii="Times New Roman" w:hAnsi="Times New Roman" w:cs="Times New Roman"/>
                  <w:color w:val="0563C1"/>
                  <w:u w:val="single"/>
                </w:rPr>
                <w:t>https://clck.ru/rFaxg</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25</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Общая характеристика кровотечений.</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4" w:history="1">
              <w:r w:rsidRPr="00760509">
                <w:rPr>
                  <w:rFonts w:ascii="Times New Roman" w:hAnsi="Times New Roman" w:cs="Times New Roman"/>
                  <w:color w:val="0563C1"/>
                  <w:u w:val="single"/>
                </w:rPr>
                <w:t>http://900igr.net/prezentacija/obg/obschaja-kharakteristika-krovotechenij-118575/vidy-krovotechenij-3.html</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26</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Первая помощь при кровотечении.</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5" w:history="1">
              <w:r w:rsidRPr="00760509">
                <w:rPr>
                  <w:rFonts w:ascii="Times New Roman" w:hAnsi="Times New Roman" w:cs="Times New Roman"/>
                  <w:color w:val="0563C1"/>
                  <w:u w:val="single"/>
                </w:rPr>
                <w:t>https://infourok.ru/prezentaciya-vidi-krovotecheniy-i-okazanie-pervoy-medicinskoy-pomoschi-1761767.html</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9  «БЕЗОПАСНОСТЬ В ОБЩЕСТВЕННЫХ МЕСТАХ»</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27</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Правила поведения в школе.</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6" w:history="1">
              <w:r w:rsidRPr="00760509">
                <w:rPr>
                  <w:rFonts w:ascii="Times New Roman" w:hAnsi="Times New Roman" w:cs="Times New Roman"/>
                  <w:color w:val="0563C1"/>
                  <w:u w:val="single"/>
                </w:rPr>
                <w:t>https://infourok.ru/prezentaciya-pravila-povedeniya-v-shkole-2819052.html</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28</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Собака не всегда друг.</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7" w:history="1">
              <w:r w:rsidRPr="00760509">
                <w:rPr>
                  <w:rFonts w:ascii="Times New Roman" w:hAnsi="Times New Roman" w:cs="Times New Roman"/>
                  <w:color w:val="0563C1"/>
                  <w:u w:val="single"/>
                </w:rPr>
                <w:t>http://www.myshared.ru/slide/519347/</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10  «ВЗАИМОДЕЙСТВИЕ ЛИЧНОСТИ, ОБЩЕСТВА ИГОСУДАРСТВА В ОБЕСПЕЧЕНИИ БЕЗОПАСНОСТИ ЖИЗНИ И ЗДОРОВЬЯ НАСЕЛЕНИЯ»</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29</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Фильтрующие противогазы.</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8" w:history="1">
              <w:r w:rsidRPr="00760509">
                <w:rPr>
                  <w:rFonts w:ascii="Times New Roman" w:hAnsi="Times New Roman" w:cs="Times New Roman"/>
                  <w:color w:val="0563C1"/>
                  <w:u w:val="single"/>
                </w:rPr>
                <w:t>http://www.myshared.ru/slide/833948/</w:t>
              </w:r>
            </w:hyperlink>
          </w:p>
        </w:tc>
      </w:tr>
      <w:tr w:rsidR="00F44E79" w:rsidRPr="009550FF" w:rsidTr="00760509">
        <w:tc>
          <w:tcPr>
            <w:tcW w:w="9463" w:type="dxa"/>
            <w:gridSpan w:val="4"/>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i/>
              </w:rPr>
              <w:t>МОДУЛЬ № 11 «ЭКОЛОГИЧЕСКАЯ БЕЗОПАСНОСТЬ»</w:t>
            </w:r>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30</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Современная экологическая ситуация в мире</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19" w:history="1">
              <w:r w:rsidRPr="00760509">
                <w:rPr>
                  <w:rFonts w:ascii="Times New Roman" w:hAnsi="Times New Roman" w:cs="Times New Roman"/>
                  <w:color w:val="0563C1"/>
                  <w:u w:val="single"/>
                </w:rPr>
                <w:t>http://www.myshared.ru/slide/1429156/</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31</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Загрязнение воды.</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20" w:history="1">
              <w:r w:rsidRPr="00760509">
                <w:rPr>
                  <w:rFonts w:ascii="Times New Roman" w:hAnsi="Times New Roman" w:cs="Times New Roman"/>
                  <w:color w:val="0563C1"/>
                  <w:u w:val="single"/>
                </w:rPr>
                <w:t>http://www.myshared.ru/slide/1004379/</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32</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Загрязнение воздуха</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21" w:history="1">
              <w:r w:rsidRPr="00760509">
                <w:rPr>
                  <w:rFonts w:ascii="Times New Roman" w:hAnsi="Times New Roman" w:cs="Times New Roman"/>
                  <w:color w:val="0563C1"/>
                  <w:u w:val="single"/>
                </w:rPr>
                <w:t>http://www.myshared.ru/slide/1334300/</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33</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Загрязнение почвы.</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hyperlink r:id="rId822" w:history="1">
              <w:r w:rsidRPr="00760509">
                <w:rPr>
                  <w:rFonts w:ascii="Times New Roman" w:hAnsi="Times New Roman" w:cs="Times New Roman"/>
                  <w:color w:val="0563C1"/>
                  <w:u w:val="single"/>
                </w:rPr>
                <w:t>http://www.myshared.ru/slide/569293/</w:t>
              </w:r>
            </w:hyperlink>
          </w:p>
        </w:tc>
      </w:tr>
      <w:tr w:rsidR="00F44E79" w:rsidRPr="009550FF" w:rsidTr="00760509">
        <w:tc>
          <w:tcPr>
            <w:tcW w:w="586"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34</w:t>
            </w:r>
          </w:p>
        </w:tc>
        <w:tc>
          <w:tcPr>
            <w:tcW w:w="2938"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Итоговый урок</w:t>
            </w:r>
          </w:p>
        </w:tc>
        <w:tc>
          <w:tcPr>
            <w:tcW w:w="1450" w:type="dxa"/>
          </w:tcPr>
          <w:p w:rsidR="00F44E79" w:rsidRPr="00760509" w:rsidRDefault="00F44E79" w:rsidP="00760509">
            <w:pPr>
              <w:autoSpaceDE w:val="0"/>
              <w:autoSpaceDN w:val="0"/>
              <w:jc w:val="both"/>
              <w:rPr>
                <w:rFonts w:ascii="Times New Roman" w:hAnsi="Times New Roman" w:cs="Times New Roman"/>
              </w:rPr>
            </w:pPr>
            <w:r w:rsidRPr="00760509">
              <w:rPr>
                <w:rFonts w:ascii="Times New Roman" w:hAnsi="Times New Roman" w:cs="Times New Roman"/>
              </w:rPr>
              <w:t>1</w:t>
            </w:r>
          </w:p>
        </w:tc>
        <w:tc>
          <w:tcPr>
            <w:tcW w:w="4489" w:type="dxa"/>
          </w:tcPr>
          <w:p w:rsidR="00F44E79" w:rsidRPr="00760509" w:rsidRDefault="00F44E79" w:rsidP="00760509">
            <w:pPr>
              <w:jc w:val="both"/>
              <w:rPr>
                <w:rFonts w:ascii="Times New Roman" w:hAnsi="Times New Roman" w:cs="Times New Roman"/>
              </w:rPr>
            </w:pPr>
            <w:r w:rsidRPr="00760509">
              <w:rPr>
                <w:rFonts w:ascii="Times New Roman" w:hAnsi="Times New Roman" w:cs="Times New Roman"/>
              </w:rPr>
              <w:t>Не предусмотрено</w:t>
            </w:r>
          </w:p>
        </w:tc>
      </w:tr>
    </w:tbl>
    <w:p w:rsidR="00F44E79" w:rsidRDefault="00F44E79" w:rsidP="008F640C">
      <w:pPr>
        <w:pStyle w:val="BodyText"/>
        <w:spacing w:line="264" w:lineRule="auto"/>
        <w:ind w:firstLine="0"/>
        <w:jc w:val="both"/>
        <w:rPr>
          <w:rFonts w:ascii="Courier New" w:hAnsi="Courier New" w:cs="Courier New"/>
          <w:color w:val="auto"/>
          <w:sz w:val="24"/>
          <w:szCs w:val="24"/>
        </w:rPr>
        <w:sectPr w:rsidR="00F44E79">
          <w:headerReference w:type="even" r:id="rId823"/>
          <w:headerReference w:type="default" r:id="rId824"/>
          <w:footerReference w:type="even" r:id="rId825"/>
          <w:footerReference w:type="default" r:id="rId826"/>
          <w:footnotePr>
            <w:numFmt w:val="upperRoman"/>
          </w:footnotePr>
          <w:pgSz w:w="7824" w:h="12019"/>
          <w:pgMar w:top="573" w:right="690" w:bottom="970" w:left="688" w:header="0" w:footer="3" w:gutter="0"/>
          <w:cols w:space="720"/>
          <w:noEndnote/>
          <w:docGrid w:linePitch="360"/>
        </w:sectPr>
      </w:pPr>
      <w:bookmarkStart w:id="1013" w:name="bookmark5316"/>
      <w:bookmarkEnd w:id="1013"/>
    </w:p>
    <w:p w:rsidR="00F44E79" w:rsidRDefault="00F44E79" w:rsidP="001C7BA4">
      <w:pPr>
        <w:pStyle w:val="22"/>
        <w:numPr>
          <w:ilvl w:val="0"/>
          <w:numId w:val="64"/>
        </w:numPr>
        <w:tabs>
          <w:tab w:val="left" w:pos="480"/>
        </w:tabs>
        <w:spacing w:before="140"/>
        <w:rPr>
          <w:b w:val="0"/>
          <w:bCs w:val="0"/>
          <w:color w:val="auto"/>
          <w:w w:val="100"/>
          <w:sz w:val="24"/>
          <w:szCs w:val="24"/>
        </w:rPr>
      </w:pPr>
      <w:bookmarkStart w:id="1014" w:name="bookmark5343"/>
      <w:bookmarkEnd w:id="1014"/>
      <w:r>
        <w:rPr>
          <w:rStyle w:val="21"/>
          <w:rFonts w:cs="Tahoma"/>
          <w:b/>
        </w:rPr>
        <w:t xml:space="preserve"> ПРОГРАММА ФОРМИРОВАНИЯ УНИВЕРСАЛЬНЫХ УЧЕБНЫХ ДЕЙСТВИЙ У ОБУЧАЮЩИХСЯ</w:t>
      </w:r>
    </w:p>
    <w:p w:rsidR="00F44E79" w:rsidRDefault="00F44E79" w:rsidP="001C7BA4">
      <w:pPr>
        <w:pStyle w:val="33"/>
        <w:keepNext/>
        <w:keepLines/>
        <w:numPr>
          <w:ilvl w:val="0"/>
          <w:numId w:val="65"/>
        </w:numPr>
        <w:tabs>
          <w:tab w:val="left" w:pos="639"/>
        </w:tabs>
        <w:spacing w:after="80" w:line="240" w:lineRule="auto"/>
        <w:rPr>
          <w:b w:val="0"/>
          <w:bCs w:val="0"/>
          <w:color w:val="auto"/>
          <w:sz w:val="24"/>
          <w:szCs w:val="24"/>
        </w:rPr>
      </w:pPr>
      <w:bookmarkStart w:id="1015" w:name="bookmark5346"/>
      <w:bookmarkStart w:id="1016" w:name="bookmark5344"/>
      <w:bookmarkStart w:id="1017" w:name="bookmark5345"/>
      <w:bookmarkStart w:id="1018" w:name="bookmark5347"/>
      <w:bookmarkEnd w:id="1015"/>
      <w:r>
        <w:rPr>
          <w:rStyle w:val="32"/>
          <w:rFonts w:cs="Arial"/>
          <w:b/>
        </w:rPr>
        <w:t>Целевой раздел</w:t>
      </w:r>
      <w:bookmarkEnd w:id="1016"/>
      <w:bookmarkEnd w:id="1017"/>
      <w:bookmarkEnd w:id="1018"/>
    </w:p>
    <w:p w:rsidR="00F44E79" w:rsidRDefault="00F44E79">
      <w:pPr>
        <w:pStyle w:val="BodyText"/>
        <w:jc w:val="both"/>
        <w:rPr>
          <w:rFonts w:ascii="Courier New" w:hAnsi="Courier New" w:cs="Courier New"/>
          <w:color w:val="auto"/>
          <w:sz w:val="24"/>
          <w:szCs w:val="24"/>
        </w:rPr>
      </w:pPr>
      <w:r>
        <w:rPr>
          <w:rStyle w:val="BodyTextChar1"/>
          <w:rFonts w:cs="Georgia"/>
        </w:rPr>
        <w:t>В Федеральном государственном образовательном стандарте основного общего образования указано, что программа форми</w:t>
      </w:r>
      <w:r>
        <w:rPr>
          <w:rStyle w:val="BodyTextChar1"/>
          <w:rFonts w:cs="Georgia"/>
        </w:rPr>
        <w:softHyphen/>
        <w:t>рования универсальных учебных действий у обучающихся должна обеспечивать:</w:t>
      </w:r>
    </w:p>
    <w:p w:rsidR="00F44E79" w:rsidRDefault="00F44E79" w:rsidP="001C7BA4">
      <w:pPr>
        <w:pStyle w:val="BodyText"/>
        <w:numPr>
          <w:ilvl w:val="0"/>
          <w:numId w:val="63"/>
        </w:numPr>
        <w:tabs>
          <w:tab w:val="left" w:pos="207"/>
        </w:tabs>
        <w:spacing w:line="312" w:lineRule="auto"/>
        <w:ind w:left="240" w:hanging="240"/>
        <w:jc w:val="both"/>
        <w:rPr>
          <w:color w:val="auto"/>
          <w:sz w:val="24"/>
          <w:szCs w:val="24"/>
        </w:rPr>
      </w:pPr>
      <w:bookmarkStart w:id="1019" w:name="bookmark5348"/>
      <w:bookmarkEnd w:id="1019"/>
      <w:r>
        <w:rPr>
          <w:rStyle w:val="BodyTextChar1"/>
          <w:rFonts w:cs="Georgia"/>
        </w:rPr>
        <w:t>развитие способности к саморазвитию и самосовершенство</w:t>
      </w:r>
      <w:r>
        <w:rPr>
          <w:rStyle w:val="BodyTextChar1"/>
          <w:rFonts w:cs="Georgia"/>
        </w:rPr>
        <w:softHyphen/>
        <w:t>ванию;</w:t>
      </w:r>
    </w:p>
    <w:p w:rsidR="00F44E79" w:rsidRDefault="00F44E79" w:rsidP="001C7BA4">
      <w:pPr>
        <w:pStyle w:val="BodyText"/>
        <w:numPr>
          <w:ilvl w:val="0"/>
          <w:numId w:val="63"/>
        </w:numPr>
        <w:tabs>
          <w:tab w:val="left" w:pos="207"/>
        </w:tabs>
        <w:spacing w:line="298" w:lineRule="auto"/>
        <w:ind w:left="240" w:hanging="240"/>
        <w:jc w:val="both"/>
        <w:rPr>
          <w:color w:val="auto"/>
          <w:sz w:val="24"/>
          <w:szCs w:val="24"/>
        </w:rPr>
      </w:pPr>
      <w:bookmarkStart w:id="1020" w:name="bookmark5349"/>
      <w:bookmarkEnd w:id="1020"/>
      <w:r>
        <w:rPr>
          <w:rStyle w:val="BodyTextChar1"/>
          <w:rFonts w:cs="Georgia"/>
        </w:rPr>
        <w:t>формирование внутренней позиции личности, регулятив</w:t>
      </w:r>
      <w:r>
        <w:rPr>
          <w:rStyle w:val="BodyTextChar1"/>
          <w:rFonts w:cs="Georgia"/>
        </w:rPr>
        <w:softHyphen/>
        <w:t>ных, познавательных, коммуникативных универсальных учебных действий у обучающихся;</w:t>
      </w:r>
    </w:p>
    <w:p w:rsidR="00F44E79" w:rsidRDefault="00F44E79" w:rsidP="001C7BA4">
      <w:pPr>
        <w:pStyle w:val="BodyText"/>
        <w:numPr>
          <w:ilvl w:val="0"/>
          <w:numId w:val="63"/>
        </w:numPr>
        <w:tabs>
          <w:tab w:val="left" w:pos="207"/>
        </w:tabs>
        <w:spacing w:line="290" w:lineRule="auto"/>
        <w:ind w:left="240" w:hanging="240"/>
        <w:jc w:val="both"/>
        <w:rPr>
          <w:color w:val="auto"/>
          <w:sz w:val="24"/>
          <w:szCs w:val="24"/>
        </w:rPr>
      </w:pPr>
      <w:bookmarkStart w:id="1021" w:name="bookmark5350"/>
      <w:bookmarkEnd w:id="1021"/>
      <w:r>
        <w:rPr>
          <w:rStyle w:val="BodyTextChar1"/>
          <w:rFonts w:cs="Georgia"/>
        </w:rPr>
        <w:t xml:space="preserve">формирование </w:t>
      </w:r>
      <w:r>
        <w:rPr>
          <w:rStyle w:val="BodyTextChar1"/>
          <w:rFonts w:cs="Georgia"/>
          <w:i/>
          <w:iCs/>
        </w:rPr>
        <w:t>опыта</w:t>
      </w:r>
      <w:r>
        <w:rPr>
          <w:rStyle w:val="BodyTextChar1"/>
          <w:rFonts w:cs="Georgia"/>
        </w:rPr>
        <w:t xml:space="preserve"> применения универсальных учебных действий в жизненных ситуациях для решения задач обще</w:t>
      </w:r>
      <w:r>
        <w:rPr>
          <w:rStyle w:val="BodyTextChar1"/>
          <w:rFonts w:cs="Georgia"/>
        </w:rPr>
        <w:softHyphen/>
        <w:t>культурного, личностного и познавательного развития обу</w:t>
      </w:r>
      <w:r>
        <w:rPr>
          <w:rStyle w:val="BodyTextChar1"/>
          <w:rFonts w:cs="Georgia"/>
        </w:rPr>
        <w:softHyphen/>
        <w:t>чающихся, готовности к решению практических задач;</w:t>
      </w:r>
    </w:p>
    <w:p w:rsidR="00F44E79" w:rsidRDefault="00F44E79" w:rsidP="001C7BA4">
      <w:pPr>
        <w:pStyle w:val="BodyText"/>
        <w:numPr>
          <w:ilvl w:val="0"/>
          <w:numId w:val="63"/>
        </w:numPr>
        <w:tabs>
          <w:tab w:val="left" w:pos="207"/>
        </w:tabs>
        <w:spacing w:line="298" w:lineRule="auto"/>
        <w:ind w:left="240" w:hanging="240"/>
        <w:jc w:val="both"/>
        <w:rPr>
          <w:color w:val="auto"/>
          <w:sz w:val="24"/>
          <w:szCs w:val="24"/>
        </w:rPr>
      </w:pPr>
      <w:bookmarkStart w:id="1022" w:name="bookmark5351"/>
      <w:bookmarkEnd w:id="1022"/>
      <w:r>
        <w:rPr>
          <w:rStyle w:val="BodyTextChar1"/>
          <w:rFonts w:cs="Georgia"/>
        </w:rPr>
        <w:t>повышение эффективности усвоения знаний и учебных дей</w:t>
      </w:r>
      <w:r>
        <w:rPr>
          <w:rStyle w:val="BodyTextChar1"/>
          <w:rFonts w:cs="Georgia"/>
        </w:rPr>
        <w:softHyphen/>
        <w:t>ствий, формирования компетенций в предметных областях, учебно-исследовательской и проектной деятельности;</w:t>
      </w:r>
    </w:p>
    <w:p w:rsidR="00F44E79" w:rsidRDefault="00F44E79" w:rsidP="001C7BA4">
      <w:pPr>
        <w:pStyle w:val="BodyText"/>
        <w:numPr>
          <w:ilvl w:val="0"/>
          <w:numId w:val="63"/>
        </w:numPr>
        <w:tabs>
          <w:tab w:val="left" w:pos="207"/>
        </w:tabs>
        <w:spacing w:line="286" w:lineRule="auto"/>
        <w:ind w:left="240" w:hanging="240"/>
        <w:jc w:val="both"/>
        <w:rPr>
          <w:color w:val="auto"/>
          <w:sz w:val="24"/>
          <w:szCs w:val="24"/>
        </w:rPr>
      </w:pPr>
      <w:bookmarkStart w:id="1023" w:name="bookmark5352"/>
      <w:bookmarkEnd w:id="1023"/>
      <w:r>
        <w:rPr>
          <w:rStyle w:val="BodyTextChar1"/>
          <w:rFonts w:cs="Georgia"/>
        </w:rPr>
        <w:t>формирование навыка участия в различных формах органи</w:t>
      </w:r>
      <w:r>
        <w:rPr>
          <w:rStyle w:val="BodyTextChar1"/>
          <w:rFonts w:cs="Georgia"/>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BodyTextChar1"/>
          <w:rFonts w:cs="Georgia"/>
        </w:rPr>
        <w:softHyphen/>
        <w:t>дах;</w:t>
      </w:r>
    </w:p>
    <w:p w:rsidR="00F44E79" w:rsidRDefault="00F44E79" w:rsidP="001C7BA4">
      <w:pPr>
        <w:pStyle w:val="BodyText"/>
        <w:numPr>
          <w:ilvl w:val="0"/>
          <w:numId w:val="63"/>
        </w:numPr>
        <w:tabs>
          <w:tab w:val="left" w:pos="207"/>
        </w:tabs>
        <w:spacing w:line="290" w:lineRule="auto"/>
        <w:ind w:left="240" w:hanging="240"/>
        <w:jc w:val="both"/>
        <w:rPr>
          <w:color w:val="auto"/>
          <w:sz w:val="24"/>
          <w:szCs w:val="24"/>
        </w:rPr>
      </w:pPr>
      <w:bookmarkStart w:id="1024" w:name="bookmark5353"/>
      <w:bookmarkEnd w:id="1024"/>
      <w:r>
        <w:rPr>
          <w:rStyle w:val="BodyTextChar1"/>
          <w:rFonts w:cs="Georgia"/>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BodyTextChar1"/>
          <w:rFonts w:cs="Georgia"/>
        </w:rPr>
        <w:softHyphen/>
        <w:t>довательской и проектной деятельности;</w:t>
      </w:r>
    </w:p>
    <w:p w:rsidR="00F44E79" w:rsidRDefault="00F44E79" w:rsidP="001C7BA4">
      <w:pPr>
        <w:pStyle w:val="BodyText"/>
        <w:numPr>
          <w:ilvl w:val="0"/>
          <w:numId w:val="63"/>
        </w:numPr>
        <w:tabs>
          <w:tab w:val="left" w:pos="207"/>
        </w:tabs>
        <w:spacing w:line="276" w:lineRule="auto"/>
        <w:ind w:left="240" w:hanging="240"/>
        <w:jc w:val="both"/>
        <w:rPr>
          <w:color w:val="auto"/>
          <w:sz w:val="24"/>
          <w:szCs w:val="24"/>
        </w:rPr>
      </w:pPr>
      <w:bookmarkStart w:id="1025" w:name="bookmark5354"/>
      <w:bookmarkEnd w:id="1025"/>
      <w:r>
        <w:rPr>
          <w:rStyle w:val="BodyTextChar1"/>
          <w:rFonts w:cs="Georgia"/>
        </w:rPr>
        <w:t>формирование и развитие компетенций обучающихся в обла</w:t>
      </w:r>
      <w:r>
        <w:rPr>
          <w:rStyle w:val="BodyTextChar1"/>
          <w:rFonts w:cs="Georgia"/>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BodyTextChar1"/>
          <w:rFonts w:cs="Georgia"/>
          <w:i/>
          <w:iCs/>
        </w:rPr>
        <w:t>исполь</w:t>
      </w:r>
      <w:r>
        <w:rPr>
          <w:rStyle w:val="BodyTextChar1"/>
          <w:rFonts w:cs="Georgia"/>
          <w:i/>
          <w:iCs/>
        </w:rPr>
        <w:softHyphen/>
        <w:t>зования средств ИКТ</w:t>
      </w:r>
      <w:r>
        <w:rPr>
          <w:rStyle w:val="BodyTextChar1"/>
          <w:rFonts w:cs="Georgia"/>
        </w:rPr>
        <w:t xml:space="preserve"> и информационно-телекоммуникаци</w:t>
      </w:r>
      <w:r>
        <w:rPr>
          <w:rStyle w:val="BodyTextChar1"/>
          <w:rFonts w:cs="Georgia"/>
        </w:rPr>
        <w:softHyphen/>
        <w:t>онной сети «Интернет» (далее — Интернет), формирование культуры пользования ИКТ;</w:t>
      </w:r>
    </w:p>
    <w:p w:rsidR="00F44E79" w:rsidRDefault="00F44E79" w:rsidP="001C7BA4">
      <w:pPr>
        <w:pStyle w:val="BodyText"/>
        <w:numPr>
          <w:ilvl w:val="0"/>
          <w:numId w:val="63"/>
        </w:numPr>
        <w:tabs>
          <w:tab w:val="left" w:pos="207"/>
        </w:tabs>
        <w:spacing w:line="312" w:lineRule="auto"/>
        <w:ind w:left="240" w:hanging="240"/>
        <w:jc w:val="both"/>
        <w:rPr>
          <w:color w:val="auto"/>
          <w:sz w:val="24"/>
          <w:szCs w:val="24"/>
        </w:rPr>
      </w:pPr>
      <w:bookmarkStart w:id="1026" w:name="bookmark5355"/>
      <w:bookmarkEnd w:id="1026"/>
      <w:r>
        <w:rPr>
          <w:rStyle w:val="BodyTextChar1"/>
          <w:rFonts w:cs="Georgia"/>
        </w:rPr>
        <w:t>формирование знаний и навыков в области финансовой гра</w:t>
      </w:r>
      <w:r>
        <w:rPr>
          <w:rStyle w:val="BodyTextChar1"/>
          <w:rFonts w:cs="Georgia"/>
        </w:rPr>
        <w:softHyphen/>
        <w:t>мотности и устойчивого развития общества.</w:t>
      </w:r>
    </w:p>
    <w:p w:rsidR="00F44E79" w:rsidRDefault="00F44E79">
      <w:pPr>
        <w:pStyle w:val="BodyText"/>
        <w:jc w:val="both"/>
        <w:rPr>
          <w:rFonts w:ascii="Courier New" w:hAnsi="Courier New" w:cs="Courier New"/>
          <w:color w:val="auto"/>
          <w:sz w:val="24"/>
          <w:szCs w:val="24"/>
        </w:rPr>
      </w:pPr>
      <w:r>
        <w:rPr>
          <w:rStyle w:val="BodyTextChar1"/>
          <w:rFonts w:cs="Georgia"/>
        </w:rPr>
        <w:t>Универсальные учебные действия трактуются в Стандарте как обобщенные учебные действия, позволяющие решать ши</w:t>
      </w:r>
      <w:r>
        <w:rPr>
          <w:rStyle w:val="BodyTextChar1"/>
          <w:rFonts w:cs="Georgia"/>
        </w:rPr>
        <w:softHyphen/>
        <w:t>рокий круг задач в различных предметных областях и являю</w:t>
      </w:r>
      <w:r>
        <w:rPr>
          <w:rStyle w:val="BodyTextChar1"/>
          <w:rFonts w:cs="Georgia"/>
        </w:rPr>
        <w:softHyphen/>
        <w:t>щиеся результатами освоения обучающимися основной образо</w:t>
      </w:r>
      <w:r>
        <w:rPr>
          <w:rStyle w:val="BodyTextChar1"/>
          <w:rFonts w:cs="Georgia"/>
        </w:rPr>
        <w:softHyphen/>
        <w:t>вательной программы основного общего образования.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Достижения обучающихся, полученные в результате изуче</w:t>
      </w:r>
      <w:r>
        <w:rPr>
          <w:rStyle w:val="BodyTextChar1"/>
          <w:rFonts w:cs="Georgia"/>
        </w:rPr>
        <w:softHyphen/>
        <w:t>ния учебных предметов, учебных курсов, модулей, характери</w:t>
      </w:r>
      <w:r>
        <w:rPr>
          <w:rStyle w:val="BodyTextChar1"/>
          <w:rFonts w:cs="Georgia"/>
        </w:rPr>
        <w:softHyphen/>
        <w:t>зующие совокупность познавательных, коммуникативных и регулятивных универсальных учебных действий, сгруппирова</w:t>
      </w:r>
      <w:r>
        <w:rPr>
          <w:rStyle w:val="BodyTextChar1"/>
          <w:rFonts w:cs="Georgia"/>
        </w:rPr>
        <w:softHyphen/>
        <w:t>ны во ФГОС по трем направлениям и отражают способность обучающихся использовать на практике универсальные учеб</w:t>
      </w:r>
      <w:r>
        <w:rPr>
          <w:rStyle w:val="BodyTextChar1"/>
          <w:rFonts w:cs="Georgia"/>
        </w:rPr>
        <w:softHyphen/>
        <w:t>ные действия, составляющие умение овладевать учебными зна</w:t>
      </w:r>
      <w:r>
        <w:rPr>
          <w:rStyle w:val="BodyTextChar1"/>
          <w:rFonts w:cs="Georgia"/>
        </w:rPr>
        <w:softHyphen/>
        <w:t>ково-символическими средствами, направленными на:</w:t>
      </w:r>
    </w:p>
    <w:p w:rsidR="00F44E79" w:rsidRDefault="00F44E79" w:rsidP="001C7BA4">
      <w:pPr>
        <w:pStyle w:val="BodyText"/>
        <w:numPr>
          <w:ilvl w:val="0"/>
          <w:numId w:val="63"/>
        </w:numPr>
        <w:tabs>
          <w:tab w:val="left" w:pos="207"/>
        </w:tabs>
        <w:spacing w:line="288" w:lineRule="auto"/>
        <w:ind w:left="240" w:hanging="240"/>
        <w:jc w:val="both"/>
        <w:rPr>
          <w:color w:val="auto"/>
          <w:sz w:val="24"/>
          <w:szCs w:val="24"/>
        </w:rPr>
      </w:pPr>
      <w:bookmarkStart w:id="1027" w:name="bookmark5356"/>
      <w:bookmarkEnd w:id="1027"/>
      <w:r>
        <w:rPr>
          <w:rStyle w:val="BodyTextChar1"/>
          <w:rFonts w:cs="Georgia"/>
        </w:rPr>
        <w:t>овладение умениями замещения, моделирования, кодирова</w:t>
      </w:r>
      <w:r>
        <w:rPr>
          <w:rStyle w:val="BodyTextChar1"/>
          <w:rFonts w:cs="Georgia"/>
        </w:rPr>
        <w:softHyphen/>
        <w:t>ния и декодирования информации, логическими операция</w:t>
      </w:r>
      <w:r>
        <w:rPr>
          <w:rStyle w:val="BodyTextChar1"/>
          <w:rFonts w:cs="Georgia"/>
        </w:rPr>
        <w:softHyphen/>
        <w:t>ми, включая общие приемы решения задач (универсальные учебные познавательные действия);</w:t>
      </w:r>
    </w:p>
    <w:p w:rsidR="00F44E79" w:rsidRDefault="00F44E79" w:rsidP="001C7BA4">
      <w:pPr>
        <w:pStyle w:val="BodyText"/>
        <w:numPr>
          <w:ilvl w:val="0"/>
          <w:numId w:val="63"/>
        </w:numPr>
        <w:tabs>
          <w:tab w:val="left" w:pos="207"/>
        </w:tabs>
        <w:spacing w:line="276" w:lineRule="auto"/>
        <w:ind w:left="240" w:hanging="240"/>
        <w:jc w:val="both"/>
        <w:rPr>
          <w:color w:val="auto"/>
          <w:sz w:val="24"/>
          <w:szCs w:val="24"/>
        </w:rPr>
      </w:pPr>
      <w:bookmarkStart w:id="1028" w:name="bookmark5357"/>
      <w:bookmarkEnd w:id="1028"/>
      <w:r>
        <w:rPr>
          <w:rStyle w:val="BodyTextChar1"/>
          <w:rFonts w:cs="Georgia"/>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BodyTextChar1"/>
          <w:rFonts w:cs="Georgia"/>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BodyTextChar1"/>
          <w:rFonts w:cs="Georgia"/>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BodyTextChar1"/>
          <w:rFonts w:cs="Georgia"/>
        </w:rPr>
        <w:softHyphen/>
        <w:t>ствия);</w:t>
      </w:r>
    </w:p>
    <w:p w:rsidR="00F44E79" w:rsidRDefault="00F44E79">
      <w:pPr>
        <w:pStyle w:val="BodyText"/>
        <w:spacing w:after="140" w:line="269" w:lineRule="auto"/>
        <w:jc w:val="both"/>
        <w:rPr>
          <w:rFonts w:ascii="Courier New" w:hAnsi="Courier New" w:cs="Courier New"/>
          <w:color w:val="auto"/>
          <w:sz w:val="24"/>
          <w:szCs w:val="24"/>
        </w:rPr>
      </w:pPr>
      <w:r>
        <w:rPr>
          <w:rStyle w:val="BodyTextChar1"/>
          <w:rFonts w:cs="Georgia"/>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BodyTextChar1"/>
          <w:rFonts w:cs="Georgia"/>
        </w:rPr>
        <w:softHyphen/>
        <w:t>вы в их выполнение, ставить новые учебные задачи, проявлять познавательную инициативу в учебном сотрудничестве, осу</w:t>
      </w:r>
      <w:r>
        <w:rPr>
          <w:rStyle w:val="BodyTextChar1"/>
          <w:rFonts w:cs="Georgia"/>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BodyTextChar1"/>
          <w:rFonts w:cs="Georgia"/>
        </w:rPr>
        <w:softHyphen/>
        <w:t>ствия).</w:t>
      </w:r>
    </w:p>
    <w:p w:rsidR="00F44E79" w:rsidRDefault="00F44E79" w:rsidP="001C7BA4">
      <w:pPr>
        <w:pStyle w:val="33"/>
        <w:keepNext/>
        <w:keepLines/>
        <w:numPr>
          <w:ilvl w:val="0"/>
          <w:numId w:val="65"/>
        </w:numPr>
        <w:tabs>
          <w:tab w:val="left" w:pos="644"/>
        </w:tabs>
        <w:spacing w:after="40"/>
        <w:jc w:val="both"/>
        <w:rPr>
          <w:b w:val="0"/>
          <w:bCs w:val="0"/>
          <w:color w:val="auto"/>
          <w:sz w:val="24"/>
          <w:szCs w:val="24"/>
        </w:rPr>
      </w:pPr>
      <w:bookmarkStart w:id="1029" w:name="bookmark5360"/>
      <w:bookmarkStart w:id="1030" w:name="bookmark5358"/>
      <w:bookmarkStart w:id="1031" w:name="bookmark5359"/>
      <w:bookmarkStart w:id="1032" w:name="bookmark5361"/>
      <w:bookmarkEnd w:id="1029"/>
      <w:r>
        <w:rPr>
          <w:rStyle w:val="32"/>
          <w:rFonts w:cs="Arial"/>
          <w:b/>
        </w:rPr>
        <w:t>Содержательный раздел</w:t>
      </w:r>
      <w:bookmarkEnd w:id="1030"/>
      <w:bookmarkEnd w:id="1031"/>
      <w:bookmarkEnd w:id="1032"/>
    </w:p>
    <w:p w:rsidR="00F44E79" w:rsidRDefault="00F44E79">
      <w:pPr>
        <w:pStyle w:val="BodyText"/>
        <w:jc w:val="both"/>
        <w:rPr>
          <w:rFonts w:ascii="Courier New" w:hAnsi="Courier New" w:cs="Courier New"/>
          <w:color w:val="auto"/>
          <w:sz w:val="24"/>
          <w:szCs w:val="24"/>
        </w:rPr>
      </w:pPr>
      <w:r>
        <w:rPr>
          <w:rStyle w:val="BodyTextChar1"/>
          <w:rFonts w:cs="Georgia"/>
        </w:rPr>
        <w:t>Согласно ФГОС Программа формирования универсальных учебных действий у обучающихся  содержит:</w:t>
      </w:r>
    </w:p>
    <w:p w:rsidR="00F44E79" w:rsidRDefault="00F44E79">
      <w:pPr>
        <w:pStyle w:val="BodyText"/>
        <w:jc w:val="both"/>
        <w:rPr>
          <w:rFonts w:ascii="Courier New" w:hAnsi="Courier New" w:cs="Courier New"/>
          <w:color w:val="auto"/>
          <w:sz w:val="24"/>
          <w:szCs w:val="24"/>
        </w:rPr>
      </w:pPr>
      <w:r>
        <w:rPr>
          <w:rStyle w:val="BodyTextChar1"/>
          <w:rFonts w:cs="Georgia"/>
        </w:rPr>
        <w:t>описание взаимосвязи универсальных учебных действий с содержанием учебных предметов;</w:t>
      </w:r>
    </w:p>
    <w:p w:rsidR="00F44E79" w:rsidRDefault="00F44E79">
      <w:pPr>
        <w:pStyle w:val="BodyText"/>
        <w:spacing w:after="100"/>
        <w:jc w:val="both"/>
        <w:rPr>
          <w:rFonts w:ascii="Courier New" w:hAnsi="Courier New" w:cs="Courier New"/>
          <w:color w:val="auto"/>
          <w:sz w:val="24"/>
          <w:szCs w:val="24"/>
        </w:rPr>
      </w:pPr>
      <w:r>
        <w:rPr>
          <w:rStyle w:val="BodyTextChar1"/>
          <w:rFonts w:cs="Georgia"/>
        </w:rPr>
        <w:t>описание особенностей реализации основных направлений и форм учебно-исследовательской деятельности в рамках уроч</w:t>
      </w:r>
      <w:r>
        <w:rPr>
          <w:rStyle w:val="BodyTextChar1"/>
          <w:rFonts w:cs="Georgia"/>
        </w:rPr>
        <w:softHyphen/>
        <w:t>ной и внеурочной работы.</w:t>
      </w:r>
    </w:p>
    <w:p w:rsidR="00F44E79" w:rsidRDefault="00F44E79">
      <w:pPr>
        <w:pStyle w:val="33"/>
        <w:keepNext/>
        <w:keepLines/>
        <w:spacing w:after="40" w:line="283" w:lineRule="auto"/>
        <w:jc w:val="both"/>
        <w:rPr>
          <w:rFonts w:ascii="Courier New" w:hAnsi="Courier New" w:cs="Courier New"/>
          <w:b w:val="0"/>
          <w:bCs w:val="0"/>
          <w:color w:val="auto"/>
          <w:sz w:val="24"/>
          <w:szCs w:val="24"/>
        </w:rPr>
      </w:pPr>
      <w:bookmarkStart w:id="1033" w:name="bookmark5362"/>
      <w:bookmarkStart w:id="1034" w:name="bookmark5363"/>
      <w:bookmarkStart w:id="1035" w:name="bookmark5364"/>
      <w:r>
        <w:rPr>
          <w:rStyle w:val="32"/>
          <w:rFonts w:cs="Arial"/>
          <w:b/>
        </w:rPr>
        <w:t>Описание взаимосвязи УУД с содержанием учебных предметов</w:t>
      </w:r>
      <w:bookmarkEnd w:id="1033"/>
      <w:bookmarkEnd w:id="1034"/>
      <w:bookmarkEnd w:id="1035"/>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Содержание основного общего образования определяется программой основного общего образования. Предметное учеб</w:t>
      </w:r>
      <w:r>
        <w:rPr>
          <w:rStyle w:val="BodyTextChar1"/>
          <w:rFonts w:cs="Georgia"/>
        </w:rPr>
        <w:softHyphen/>
        <w:t>ное содержание фиксируется в рабочих программах.</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Разработанные по всем учебным предметам рабо</w:t>
      </w:r>
      <w:r>
        <w:rPr>
          <w:rStyle w:val="BodyTextChar1"/>
          <w:rFonts w:cs="Georgia"/>
        </w:rPr>
        <w:softHyphen/>
        <w:t>чие программы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F44E79" w:rsidRDefault="00F44E79">
      <w:pPr>
        <w:pStyle w:val="BodyText"/>
        <w:spacing w:line="276" w:lineRule="auto"/>
        <w:ind w:left="240" w:firstLine="0"/>
        <w:jc w:val="both"/>
        <w:rPr>
          <w:rFonts w:ascii="Courier New" w:hAnsi="Courier New" w:cs="Courier New"/>
          <w:color w:val="auto"/>
          <w:sz w:val="24"/>
          <w:szCs w:val="24"/>
        </w:rPr>
      </w:pPr>
      <w:r>
        <w:rPr>
          <w:rStyle w:val="BodyTextChar1"/>
          <w:rFonts w:cs="Georgia"/>
        </w:rPr>
        <w:t>«Планируемые результаты освоения учебного предмета на уровне основного общего образования»;</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—в соотнесении с предметными результатами по основным раз</w:t>
      </w:r>
      <w:r>
        <w:rPr>
          <w:rStyle w:val="BodyTextChar1"/>
          <w:rFonts w:cs="Georgia"/>
        </w:rPr>
        <w:softHyphen/>
        <w:t>делам и темам учебного содержания;</w:t>
      </w:r>
    </w:p>
    <w:p w:rsidR="00F44E79" w:rsidRDefault="00F44E79">
      <w:pPr>
        <w:pStyle w:val="BodyText"/>
        <w:spacing w:line="276" w:lineRule="auto"/>
        <w:ind w:left="240" w:hanging="240"/>
        <w:jc w:val="both"/>
        <w:rPr>
          <w:rFonts w:ascii="Courier New" w:hAnsi="Courier New" w:cs="Courier New"/>
          <w:color w:val="auto"/>
          <w:sz w:val="24"/>
          <w:szCs w:val="24"/>
        </w:rPr>
      </w:pPr>
      <w:r>
        <w:rPr>
          <w:rStyle w:val="BodyTextChar1"/>
          <w:rFonts w:cs="Georgia"/>
        </w:rPr>
        <w:t>—в разделе «Основные виды деятельности» тема</w:t>
      </w:r>
      <w:r>
        <w:rPr>
          <w:rStyle w:val="BodyTextChar1"/>
          <w:rFonts w:cs="Georgia"/>
        </w:rPr>
        <w:softHyphen/>
        <w:t>тического планирования.</w:t>
      </w:r>
    </w:p>
    <w:p w:rsidR="00F44E79" w:rsidRDefault="00F44E79">
      <w:pPr>
        <w:pStyle w:val="BodyText"/>
        <w:spacing w:after="140" w:line="276" w:lineRule="auto"/>
        <w:jc w:val="both"/>
        <w:rPr>
          <w:rFonts w:ascii="Courier New" w:hAnsi="Courier New" w:cs="Courier New"/>
          <w:color w:val="auto"/>
          <w:sz w:val="24"/>
          <w:szCs w:val="24"/>
        </w:rPr>
      </w:pPr>
      <w:r>
        <w:rPr>
          <w:rStyle w:val="BodyTextChar1"/>
          <w:rFonts w:cs="Georgia"/>
        </w:rPr>
        <w:t>Ниже дается описание реализации требований формирова</w:t>
      </w:r>
      <w:r>
        <w:rPr>
          <w:rStyle w:val="BodyTextChar1"/>
          <w:rFonts w:cs="Georgia"/>
        </w:rPr>
        <w:softHyphen/>
        <w:t>ния УУД в предметных результатах и тематическом планиро</w:t>
      </w:r>
      <w:r>
        <w:rPr>
          <w:rStyle w:val="BodyTextChar1"/>
          <w:rFonts w:cs="Georgia"/>
        </w:rPr>
        <w:softHyphen/>
        <w:t>вании по отдельным предметным областям.</w:t>
      </w:r>
    </w:p>
    <w:p w:rsidR="00F44E79" w:rsidRDefault="00F44E79">
      <w:pPr>
        <w:pStyle w:val="22"/>
        <w:spacing w:after="0" w:line="300" w:lineRule="auto"/>
        <w:jc w:val="both"/>
        <w:rPr>
          <w:rFonts w:ascii="Courier New" w:hAnsi="Courier New" w:cs="Courier New"/>
          <w:b w:val="0"/>
          <w:bCs w:val="0"/>
          <w:color w:val="auto"/>
          <w:w w:val="100"/>
          <w:sz w:val="24"/>
          <w:szCs w:val="24"/>
        </w:rPr>
      </w:pPr>
      <w:r>
        <w:rPr>
          <w:rStyle w:val="21"/>
          <w:rFonts w:cs="Tahoma"/>
          <w:b/>
        </w:rPr>
        <w:t>РУССКИЙ ЯЗЫК И ЛИТЕРАТУРА</w:t>
      </w:r>
    </w:p>
    <w:p w:rsidR="00F44E79" w:rsidRDefault="00F44E79">
      <w:pPr>
        <w:pStyle w:val="22"/>
        <w:spacing w:after="0" w:line="326" w:lineRule="auto"/>
        <w:ind w:left="240" w:hanging="240"/>
        <w:jc w:val="both"/>
        <w:rPr>
          <w:rFonts w:ascii="Courier New" w:hAnsi="Courier New" w:cs="Courier New"/>
          <w:b w:val="0"/>
          <w:bCs w:val="0"/>
          <w:color w:val="auto"/>
          <w:w w:val="100"/>
          <w:sz w:val="24"/>
          <w:szCs w:val="24"/>
        </w:rPr>
      </w:pPr>
      <w:r>
        <w:rPr>
          <w:rStyle w:val="21"/>
          <w:rFonts w:cs="Tahoma"/>
          <w:b/>
        </w:rPr>
        <w:t xml:space="preserve">Формирование универсальных учебных познавательных действий </w:t>
      </w:r>
      <w:r>
        <w:rPr>
          <w:rStyle w:val="21"/>
          <w:rFonts w:ascii="Georgia" w:hAnsi="Georgia" w:cs="Georgia"/>
          <w:b/>
          <w:i/>
          <w:iCs/>
          <w:w w:val="100"/>
          <w:sz w:val="18"/>
          <w:szCs w:val="18"/>
        </w:rPr>
        <w:t>Формирование базовых логических действий</w:t>
      </w:r>
    </w:p>
    <w:p w:rsidR="00F44E79" w:rsidRDefault="00F44E79">
      <w:pPr>
        <w:pStyle w:val="BodyText"/>
        <w:spacing w:line="319" w:lineRule="auto"/>
        <w:ind w:left="240" w:hanging="240"/>
        <w:jc w:val="both"/>
        <w:rPr>
          <w:rFonts w:ascii="Courier New" w:hAnsi="Courier New" w:cs="Courier New"/>
          <w:color w:val="auto"/>
          <w:sz w:val="24"/>
          <w:szCs w:val="24"/>
        </w:rPr>
      </w:pPr>
      <w:r>
        <w:rPr>
          <w:rStyle w:val="BodyTextChar1"/>
          <w:rFonts w:ascii="Arial" w:hAnsi="Arial" w:cs="Arial"/>
          <w:i/>
          <w:iCs/>
          <w:sz w:val="8"/>
          <w:szCs w:val="8"/>
        </w:rPr>
        <w:t>6</w:t>
      </w:r>
      <w:r>
        <w:rPr>
          <w:rStyle w:val="BodyTextChar1"/>
          <w:rFonts w:cs="Georgia"/>
        </w:rPr>
        <w:t xml:space="preserve"> Анализировать, классифицировать, сравнивать языковые единицы, а также тексты различных функциональных раз</w:t>
      </w:r>
      <w:r>
        <w:rPr>
          <w:rStyle w:val="BodyTextChar1"/>
          <w:rFonts w:cs="Georgia"/>
        </w:rPr>
        <w:softHyphen/>
        <w:t>новидностей языка, функционально-смысловых типов речи и жанров.</w:t>
      </w:r>
    </w:p>
    <w:p w:rsidR="00F44E79" w:rsidRDefault="00F44E79" w:rsidP="001C7BA4">
      <w:pPr>
        <w:pStyle w:val="BodyText"/>
        <w:numPr>
          <w:ilvl w:val="0"/>
          <w:numId w:val="63"/>
        </w:numPr>
        <w:tabs>
          <w:tab w:val="left" w:pos="207"/>
        </w:tabs>
        <w:spacing w:line="276" w:lineRule="auto"/>
        <w:ind w:left="240" w:hanging="240"/>
        <w:jc w:val="both"/>
        <w:rPr>
          <w:color w:val="auto"/>
          <w:sz w:val="24"/>
          <w:szCs w:val="24"/>
        </w:rPr>
      </w:pPr>
      <w:bookmarkStart w:id="1036" w:name="bookmark5365"/>
      <w:bookmarkEnd w:id="1036"/>
      <w:r>
        <w:rPr>
          <w:rStyle w:val="BodyTextChar1"/>
          <w:rFonts w:cs="Georgia"/>
        </w:rPr>
        <w:t>Выявлять и характеризовать существенные признаки класси</w:t>
      </w:r>
      <w:r>
        <w:rPr>
          <w:rStyle w:val="BodyTextChar1"/>
          <w:rFonts w:cs="Georgia"/>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BodyTextChar1"/>
          <w:rFonts w:cs="Georgia"/>
        </w:rPr>
        <w:softHyphen/>
        <w:t>смысловых типов речи и жанров.</w:t>
      </w:r>
    </w:p>
    <w:p w:rsidR="00F44E79" w:rsidRDefault="00F44E79" w:rsidP="001C7BA4">
      <w:pPr>
        <w:pStyle w:val="BodyText"/>
        <w:numPr>
          <w:ilvl w:val="0"/>
          <w:numId w:val="63"/>
        </w:numPr>
        <w:tabs>
          <w:tab w:val="left" w:pos="207"/>
        </w:tabs>
        <w:spacing w:line="293" w:lineRule="auto"/>
        <w:ind w:left="240" w:hanging="240"/>
        <w:jc w:val="both"/>
        <w:rPr>
          <w:color w:val="auto"/>
          <w:sz w:val="24"/>
          <w:szCs w:val="24"/>
        </w:rPr>
      </w:pPr>
      <w:bookmarkStart w:id="1037" w:name="bookmark5366"/>
      <w:bookmarkEnd w:id="1037"/>
      <w:r>
        <w:rPr>
          <w:rStyle w:val="BodyTextChar1"/>
          <w:rFonts w:cs="Georgia"/>
        </w:rPr>
        <w:t>Устанавливать существенный признак классификации и классифицировать литературные объекты, устанавливать ос</w:t>
      </w:r>
      <w:r>
        <w:rPr>
          <w:rStyle w:val="BodyTextChar1"/>
          <w:rFonts w:cs="Georgia"/>
        </w:rPr>
        <w:softHyphen/>
        <w:t>нования для их обобщения и сравнения, определять крите</w:t>
      </w:r>
      <w:r>
        <w:rPr>
          <w:rStyle w:val="BodyTextChar1"/>
          <w:rFonts w:cs="Georgia"/>
        </w:rPr>
        <w:softHyphen/>
        <w:t>рии проводимого анализа.</w:t>
      </w:r>
    </w:p>
    <w:p w:rsidR="00F44E79" w:rsidRDefault="00F44E79" w:rsidP="001C7BA4">
      <w:pPr>
        <w:pStyle w:val="BodyText"/>
        <w:numPr>
          <w:ilvl w:val="0"/>
          <w:numId w:val="63"/>
        </w:numPr>
        <w:tabs>
          <w:tab w:val="left" w:pos="207"/>
        </w:tabs>
        <w:spacing w:line="293" w:lineRule="auto"/>
        <w:ind w:left="240" w:hanging="240"/>
        <w:jc w:val="both"/>
        <w:rPr>
          <w:color w:val="auto"/>
          <w:sz w:val="24"/>
          <w:szCs w:val="24"/>
        </w:rPr>
      </w:pPr>
      <w:bookmarkStart w:id="1038" w:name="bookmark5367"/>
      <w:bookmarkEnd w:id="1038"/>
      <w:r>
        <w:rPr>
          <w:rStyle w:val="BodyTextChar1"/>
          <w:rFonts w:cs="Georgia"/>
        </w:rPr>
        <w:t>Выявлять и комментировать закономерности при изучении языковых процессов; формулировать выводы с использова</w:t>
      </w:r>
      <w:r>
        <w:rPr>
          <w:rStyle w:val="BodyTextChar1"/>
          <w:rFonts w:cs="Georgia"/>
        </w:rPr>
        <w:softHyphen/>
        <w:t>нием дедуктивных и индуктивных умозаключений, умоза</w:t>
      </w:r>
      <w:r>
        <w:rPr>
          <w:rStyle w:val="BodyTextChar1"/>
          <w:rFonts w:cs="Georgia"/>
        </w:rPr>
        <w:softHyphen/>
        <w:t>ключений по аналогии.</w:t>
      </w:r>
    </w:p>
    <w:p w:rsidR="00F44E79" w:rsidRDefault="00F44E79" w:rsidP="001C7BA4">
      <w:pPr>
        <w:pStyle w:val="BodyText"/>
        <w:numPr>
          <w:ilvl w:val="0"/>
          <w:numId w:val="63"/>
        </w:numPr>
        <w:tabs>
          <w:tab w:val="left" w:pos="207"/>
        </w:tabs>
        <w:spacing w:after="100" w:line="314" w:lineRule="auto"/>
        <w:ind w:left="240" w:hanging="240"/>
        <w:jc w:val="both"/>
        <w:rPr>
          <w:color w:val="auto"/>
          <w:sz w:val="24"/>
          <w:szCs w:val="24"/>
        </w:rPr>
      </w:pPr>
      <w:bookmarkStart w:id="1039" w:name="bookmark5368"/>
      <w:bookmarkEnd w:id="1039"/>
      <w:r>
        <w:rPr>
          <w:rStyle w:val="BodyTextChar1"/>
          <w:rFonts w:cs="Georgia"/>
        </w:rPr>
        <w:t>Самостоятельно выбирать способ решения учебной задачи при работе с разными единицами языка, разными типами</w:t>
      </w:r>
    </w:p>
    <w:p w:rsidR="00F44E79" w:rsidRDefault="00F44E79">
      <w:pPr>
        <w:pStyle w:val="BodyText"/>
        <w:spacing w:line="269" w:lineRule="auto"/>
        <w:ind w:left="160" w:firstLine="0"/>
        <w:jc w:val="both"/>
        <w:rPr>
          <w:rFonts w:ascii="Courier New" w:hAnsi="Courier New" w:cs="Courier New"/>
          <w:color w:val="auto"/>
          <w:sz w:val="24"/>
          <w:szCs w:val="24"/>
        </w:rPr>
      </w:pPr>
      <w:r>
        <w:rPr>
          <w:rStyle w:val="BodyTextChar1"/>
          <w:rFonts w:cs="Georgia"/>
        </w:rPr>
        <w:t>текстов, сравнивая варианты решения и выбирая оптималь</w:t>
      </w:r>
      <w:r>
        <w:rPr>
          <w:rStyle w:val="BodyTextChar1"/>
          <w:rFonts w:cs="Georgia"/>
        </w:rPr>
        <w:softHyphen/>
        <w:t>ный вариант с учётом самостоятельно выделенных крите</w:t>
      </w:r>
      <w:r>
        <w:rPr>
          <w:rStyle w:val="BodyTextChar1"/>
          <w:rFonts w:cs="Georgia"/>
        </w:rPr>
        <w:softHyphen/>
        <w:t>риев.</w:t>
      </w:r>
    </w:p>
    <w:p w:rsidR="00F44E79" w:rsidRDefault="00F44E79" w:rsidP="001C7BA4">
      <w:pPr>
        <w:pStyle w:val="BodyText"/>
        <w:numPr>
          <w:ilvl w:val="0"/>
          <w:numId w:val="66"/>
        </w:numPr>
        <w:tabs>
          <w:tab w:val="left" w:pos="207"/>
        </w:tabs>
        <w:spacing w:line="295" w:lineRule="auto"/>
        <w:ind w:left="160" w:hanging="160"/>
        <w:jc w:val="both"/>
        <w:rPr>
          <w:color w:val="auto"/>
          <w:sz w:val="24"/>
          <w:szCs w:val="24"/>
        </w:rPr>
      </w:pPr>
      <w:bookmarkStart w:id="1040" w:name="bookmark5369"/>
      <w:bookmarkEnd w:id="1040"/>
      <w:r>
        <w:rPr>
          <w:rStyle w:val="BodyTextChar1"/>
          <w:rFonts w:cs="Georgia"/>
        </w:rPr>
        <w:t>Выявлять (в рамках предложенной задачи) критерии опре</w:t>
      </w:r>
      <w:r>
        <w:rPr>
          <w:rStyle w:val="BodyTextChar1"/>
          <w:rFonts w:cs="Georgia"/>
        </w:rPr>
        <w:softHyphen/>
        <w:t>деления закономерностей и противоречий в рассматривае</w:t>
      </w:r>
      <w:r>
        <w:rPr>
          <w:rStyle w:val="BodyTextChar1"/>
          <w:rFonts w:cs="Georgia"/>
        </w:rPr>
        <w:softHyphen/>
        <w:t>мых литературных фактах и наблюдениях над текстом.</w:t>
      </w:r>
    </w:p>
    <w:p w:rsidR="00F44E79" w:rsidRDefault="00F44E79" w:rsidP="001C7BA4">
      <w:pPr>
        <w:pStyle w:val="BodyText"/>
        <w:numPr>
          <w:ilvl w:val="0"/>
          <w:numId w:val="66"/>
        </w:numPr>
        <w:tabs>
          <w:tab w:val="left" w:pos="207"/>
        </w:tabs>
        <w:spacing w:line="295" w:lineRule="auto"/>
        <w:ind w:left="160" w:hanging="160"/>
        <w:jc w:val="both"/>
        <w:rPr>
          <w:color w:val="auto"/>
          <w:sz w:val="24"/>
          <w:szCs w:val="24"/>
        </w:rPr>
      </w:pPr>
      <w:bookmarkStart w:id="1041" w:name="bookmark5370"/>
      <w:bookmarkEnd w:id="1041"/>
      <w:r>
        <w:rPr>
          <w:rStyle w:val="BodyTextChar1"/>
          <w:rFonts w:cs="Georgia"/>
        </w:rPr>
        <w:t>Выявлять дефицит литературной и другой информации, данных, необходимых для решения поставленной учебной задачи.</w:t>
      </w:r>
    </w:p>
    <w:p w:rsidR="00F44E79" w:rsidRDefault="00F44E79" w:rsidP="001C7BA4">
      <w:pPr>
        <w:pStyle w:val="BodyText"/>
        <w:numPr>
          <w:ilvl w:val="0"/>
          <w:numId w:val="66"/>
        </w:numPr>
        <w:tabs>
          <w:tab w:val="left" w:pos="207"/>
        </w:tabs>
        <w:spacing w:line="295" w:lineRule="auto"/>
        <w:ind w:left="160" w:hanging="160"/>
        <w:jc w:val="both"/>
        <w:rPr>
          <w:color w:val="auto"/>
          <w:sz w:val="24"/>
          <w:szCs w:val="24"/>
        </w:rPr>
      </w:pPr>
      <w:bookmarkStart w:id="1042" w:name="bookmark5371"/>
      <w:bookmarkEnd w:id="1042"/>
      <w:r>
        <w:rPr>
          <w:rStyle w:val="BodyTextChar1"/>
          <w:rFonts w:cs="Georgia"/>
        </w:rPr>
        <w:t>Устанавливать причинно-следственные связи при изучении литературных явлений и процессов, формулировать гипоте</w:t>
      </w:r>
      <w:r>
        <w:rPr>
          <w:rStyle w:val="BodyTextChar1"/>
          <w:rFonts w:cs="Georgia"/>
        </w:rPr>
        <w:softHyphen/>
        <w:t>зы об их взаимосвязях.</w:t>
      </w:r>
    </w:p>
    <w:p w:rsidR="00F44E79" w:rsidRDefault="00F44E79">
      <w:pPr>
        <w:pStyle w:val="BodyText"/>
        <w:spacing w:line="286" w:lineRule="auto"/>
        <w:ind w:firstLine="160"/>
        <w:jc w:val="both"/>
        <w:rPr>
          <w:rFonts w:ascii="Courier New" w:hAnsi="Courier New" w:cs="Courier New"/>
          <w:color w:val="auto"/>
          <w:sz w:val="24"/>
          <w:szCs w:val="24"/>
        </w:rPr>
      </w:pPr>
      <w:r>
        <w:rPr>
          <w:rStyle w:val="BodyTextChar1"/>
          <w:rFonts w:cs="Georgia"/>
          <w:b/>
          <w:bCs/>
          <w:i/>
          <w:iCs/>
          <w:sz w:val="18"/>
          <w:szCs w:val="18"/>
        </w:rPr>
        <w:t>Формирование базовых исследовательских действий</w:t>
      </w:r>
    </w:p>
    <w:p w:rsidR="00F44E79" w:rsidRDefault="00F44E79" w:rsidP="001C7BA4">
      <w:pPr>
        <w:pStyle w:val="BodyText"/>
        <w:numPr>
          <w:ilvl w:val="0"/>
          <w:numId w:val="66"/>
        </w:numPr>
        <w:tabs>
          <w:tab w:val="left" w:pos="207"/>
        </w:tabs>
        <w:spacing w:line="295" w:lineRule="auto"/>
        <w:ind w:left="160" w:hanging="160"/>
        <w:jc w:val="both"/>
        <w:rPr>
          <w:color w:val="auto"/>
          <w:sz w:val="24"/>
          <w:szCs w:val="24"/>
        </w:rPr>
      </w:pPr>
      <w:bookmarkStart w:id="1043" w:name="bookmark5372"/>
      <w:bookmarkEnd w:id="1043"/>
      <w:r>
        <w:rPr>
          <w:rStyle w:val="BodyTextChar1"/>
          <w:rFonts w:cs="Georgia"/>
        </w:rPr>
        <w:t>Самостоятельно определять и формулировать цели лингви</w:t>
      </w:r>
      <w:r>
        <w:rPr>
          <w:rStyle w:val="BodyTextChar1"/>
          <w:rFonts w:cs="Georgia"/>
        </w:rPr>
        <w:softHyphen/>
        <w:t>стических мини-исследований, формулировать и использо</w:t>
      </w:r>
      <w:r>
        <w:rPr>
          <w:rStyle w:val="BodyTextChar1"/>
          <w:rFonts w:cs="Georgia"/>
        </w:rPr>
        <w:softHyphen/>
        <w:t>вать вопросы как исследовательский инструмент.</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044" w:name="bookmark5373"/>
      <w:bookmarkEnd w:id="1044"/>
      <w:r>
        <w:rPr>
          <w:rStyle w:val="BodyTextChar1"/>
          <w:rFonts w:cs="Georgia"/>
        </w:rPr>
        <w:t>Формулировать в устной и письменной форме гипотезу пред</w:t>
      </w:r>
      <w:r>
        <w:rPr>
          <w:rStyle w:val="BodyTextChar1"/>
          <w:rFonts w:cs="Georgia"/>
        </w:rPr>
        <w:softHyphen/>
        <w:t>стоящего исследования (исследовательского проекта) языко</w:t>
      </w:r>
      <w:r>
        <w:rPr>
          <w:rStyle w:val="BodyTextChar1"/>
          <w:rFonts w:cs="Georgia"/>
        </w:rPr>
        <w:softHyphen/>
        <w:t>вого материала; осуществлять проверку гипотезы; аргумен</w:t>
      </w:r>
      <w:r>
        <w:rPr>
          <w:rStyle w:val="BodyTextChar1"/>
          <w:rFonts w:cs="Georgia"/>
        </w:rPr>
        <w:softHyphen/>
        <w:t>тировать свою позицию, мнение.</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045" w:name="bookmark5374"/>
      <w:bookmarkEnd w:id="1045"/>
      <w:r>
        <w:rPr>
          <w:rStyle w:val="BodyTextChar1"/>
          <w:rFonts w:cs="Georgia"/>
        </w:rPr>
        <w:t>Проводить по самостоятельно составленному плану неболь</w:t>
      </w:r>
      <w:r>
        <w:rPr>
          <w:rStyle w:val="BodyTextChar1"/>
          <w:rFonts w:cs="Georgia"/>
        </w:rPr>
        <w:softHyphen/>
        <w:t>шое исследование по установлению особенностей языковых единиц, языковых процессов, особенностей причинно-след</w:t>
      </w:r>
      <w:r>
        <w:rPr>
          <w:rStyle w:val="BodyTextChar1"/>
          <w:rFonts w:cs="Georgia"/>
        </w:rPr>
        <w:softHyphen/>
        <w:t>ственных связей и зависимостей объектов между собой.</w:t>
      </w:r>
    </w:p>
    <w:p w:rsidR="00F44E79" w:rsidRDefault="00F44E79" w:rsidP="001C7BA4">
      <w:pPr>
        <w:pStyle w:val="BodyText"/>
        <w:numPr>
          <w:ilvl w:val="0"/>
          <w:numId w:val="66"/>
        </w:numPr>
        <w:tabs>
          <w:tab w:val="left" w:pos="207"/>
        </w:tabs>
        <w:spacing w:line="276" w:lineRule="auto"/>
        <w:ind w:left="160" w:hanging="160"/>
        <w:jc w:val="both"/>
        <w:rPr>
          <w:color w:val="auto"/>
          <w:sz w:val="24"/>
          <w:szCs w:val="24"/>
        </w:rPr>
      </w:pPr>
      <w:bookmarkStart w:id="1046" w:name="bookmark5375"/>
      <w:bookmarkEnd w:id="1046"/>
      <w:r>
        <w:rPr>
          <w:rStyle w:val="BodyTextChar1"/>
          <w:rFonts w:cs="Georgia"/>
        </w:rPr>
        <w:t>Самостоятельно формулировать обобщения и выводы по ре</w:t>
      </w:r>
      <w:r>
        <w:rPr>
          <w:rStyle w:val="BodyTextChar1"/>
          <w:rFonts w:cs="Georgia"/>
        </w:rPr>
        <w:softHyphen/>
        <w:t>зультатам проведённого наблюдения за языковым материа</w:t>
      </w:r>
      <w:r>
        <w:rPr>
          <w:rStyle w:val="BodyTextChar1"/>
          <w:rFonts w:cs="Georgia"/>
        </w:rPr>
        <w:softHyphen/>
        <w:t>лом и языковыми явлениями, лингвистического мини-иссле</w:t>
      </w:r>
      <w:r>
        <w:rPr>
          <w:rStyle w:val="BodyTextChar1"/>
          <w:rFonts w:cs="Georgia"/>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047" w:name="bookmark5376"/>
      <w:bookmarkEnd w:id="1047"/>
      <w:r>
        <w:rPr>
          <w:rStyle w:val="BodyTextChar1"/>
          <w:rFonts w:cs="Georgia"/>
        </w:rPr>
        <w:t>Формулировать гипотезу об истинности собственных сужде</w:t>
      </w:r>
      <w:r>
        <w:rPr>
          <w:rStyle w:val="BodyTextChar1"/>
          <w:rFonts w:cs="Georgia"/>
        </w:rPr>
        <w:softHyphen/>
        <w:t>ний и суждений других, аргументировать свою позицию в выборе и интерпретации литературного объекта исследова</w:t>
      </w:r>
      <w:r>
        <w:rPr>
          <w:rStyle w:val="BodyTextChar1"/>
          <w:rFonts w:cs="Georgia"/>
        </w:rPr>
        <w:softHyphen/>
        <w:t>ния.</w:t>
      </w:r>
    </w:p>
    <w:p w:rsidR="00F44E79" w:rsidRDefault="00F44E79" w:rsidP="001C7BA4">
      <w:pPr>
        <w:pStyle w:val="BodyText"/>
        <w:numPr>
          <w:ilvl w:val="0"/>
          <w:numId w:val="66"/>
        </w:numPr>
        <w:tabs>
          <w:tab w:val="left" w:pos="207"/>
        </w:tabs>
        <w:spacing w:line="295" w:lineRule="auto"/>
        <w:ind w:left="160" w:hanging="160"/>
        <w:jc w:val="both"/>
        <w:rPr>
          <w:color w:val="auto"/>
          <w:sz w:val="24"/>
          <w:szCs w:val="24"/>
        </w:rPr>
      </w:pPr>
      <w:bookmarkStart w:id="1048" w:name="bookmark5377"/>
      <w:bookmarkEnd w:id="1048"/>
      <w:r>
        <w:rPr>
          <w:rStyle w:val="BodyTextChar1"/>
          <w:rFonts w:cs="Georgia"/>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049" w:name="bookmark5378"/>
      <w:bookmarkEnd w:id="1049"/>
      <w:r>
        <w:rPr>
          <w:rStyle w:val="BodyTextChar1"/>
          <w:rFonts w:cs="Georgia"/>
        </w:rPr>
        <w:t>Овладеть инструментами оценки достоверности полученных выводов и обобщений.</w:t>
      </w:r>
    </w:p>
    <w:p w:rsidR="00F44E79" w:rsidRDefault="00F44E79" w:rsidP="001C7BA4">
      <w:pPr>
        <w:pStyle w:val="BodyText"/>
        <w:numPr>
          <w:ilvl w:val="0"/>
          <w:numId w:val="66"/>
        </w:numPr>
        <w:tabs>
          <w:tab w:val="left" w:pos="207"/>
        </w:tabs>
        <w:spacing w:line="295" w:lineRule="auto"/>
        <w:ind w:left="160" w:hanging="160"/>
        <w:jc w:val="both"/>
        <w:rPr>
          <w:color w:val="auto"/>
          <w:sz w:val="24"/>
          <w:szCs w:val="24"/>
        </w:rPr>
      </w:pPr>
      <w:bookmarkStart w:id="1050" w:name="bookmark5379"/>
      <w:bookmarkEnd w:id="1050"/>
      <w:r>
        <w:rPr>
          <w:rStyle w:val="BodyTextChar1"/>
          <w:rFonts w:cs="Georgia"/>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BodyTextChar1"/>
          <w:rFonts w:cs="Georgia"/>
        </w:rPr>
        <w:softHyphen/>
        <w:t>ведениях.</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051" w:name="bookmark5380"/>
      <w:bookmarkEnd w:id="1051"/>
      <w:r>
        <w:rPr>
          <w:rStyle w:val="BodyTextChar1"/>
          <w:rFonts w:cs="Georgia"/>
        </w:rPr>
        <w:t>Публично представлять результаты учебного исследования проектной деятельности на уроке или во внеурочной дея</w:t>
      </w:r>
      <w:r>
        <w:rPr>
          <w:rStyle w:val="BodyTextChar1"/>
          <w:rFonts w:cs="Georgia"/>
        </w:rPr>
        <w:softHyphen/>
        <w:t>тельности (устный журнал, виртуальная экскурсия, научная конференция, стендовый доклад и др.).</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Работа с информацией</w:t>
      </w:r>
    </w:p>
    <w:p w:rsidR="00F44E79" w:rsidRDefault="00F44E79" w:rsidP="001C7BA4">
      <w:pPr>
        <w:pStyle w:val="BodyText"/>
        <w:numPr>
          <w:ilvl w:val="0"/>
          <w:numId w:val="66"/>
        </w:numPr>
        <w:tabs>
          <w:tab w:val="left" w:pos="207"/>
        </w:tabs>
        <w:spacing w:line="276" w:lineRule="auto"/>
        <w:ind w:left="160" w:hanging="160"/>
        <w:jc w:val="both"/>
        <w:rPr>
          <w:color w:val="auto"/>
          <w:sz w:val="24"/>
          <w:szCs w:val="24"/>
        </w:rPr>
      </w:pPr>
      <w:bookmarkStart w:id="1052" w:name="bookmark5381"/>
      <w:bookmarkEnd w:id="1052"/>
      <w:r>
        <w:rPr>
          <w:rStyle w:val="BodyTextChar1"/>
          <w:rFonts w:cs="Georgia"/>
        </w:rPr>
        <w:t>Выбирать, анализировать, обобщать, систематизировать ин</w:t>
      </w:r>
      <w:r>
        <w:rPr>
          <w:rStyle w:val="BodyTextChar1"/>
          <w:rFonts w:cs="Georgia"/>
        </w:rPr>
        <w:softHyphen/>
        <w:t>терпретировать и комментировать информацию, представ</w:t>
      </w:r>
      <w:r>
        <w:rPr>
          <w:rStyle w:val="BodyTextChar1"/>
          <w:rFonts w:cs="Georgia"/>
        </w:rPr>
        <w:softHyphen/>
        <w:t>ленную в текстах, таблицах, схемах; представлять текст в виде таблицы, графики; извлекать информацию из различ</w:t>
      </w:r>
      <w:r>
        <w:rPr>
          <w:rStyle w:val="BodyTextChar1"/>
          <w:rFonts w:cs="Georgia"/>
        </w:rPr>
        <w:softHyphen/>
        <w:t>ных источников (энциклопедий, словарей, справочников; средств массовой информации, государственных электрон</w:t>
      </w:r>
      <w:r>
        <w:rPr>
          <w:rStyle w:val="BodyTextChar1"/>
          <w:rFonts w:cs="Georgia"/>
        </w:rPr>
        <w:softHyphen/>
        <w:t>ных ресурсов учебного назначения), передавать информа</w:t>
      </w:r>
      <w:r>
        <w:rPr>
          <w:rStyle w:val="BodyTextChar1"/>
          <w:rFonts w:cs="Georgia"/>
        </w:rPr>
        <w:softHyphen/>
        <w:t>цию в сжатом и развёрнутом виде в соответствии с учебной задачей.</w:t>
      </w:r>
    </w:p>
    <w:p w:rsidR="00F44E79" w:rsidRDefault="00F44E79" w:rsidP="001C7BA4">
      <w:pPr>
        <w:pStyle w:val="BodyText"/>
        <w:numPr>
          <w:ilvl w:val="0"/>
          <w:numId w:val="66"/>
        </w:numPr>
        <w:tabs>
          <w:tab w:val="left" w:pos="207"/>
        </w:tabs>
        <w:spacing w:line="276" w:lineRule="auto"/>
        <w:ind w:left="160" w:hanging="160"/>
        <w:jc w:val="both"/>
        <w:rPr>
          <w:color w:val="auto"/>
          <w:sz w:val="24"/>
          <w:szCs w:val="24"/>
        </w:rPr>
      </w:pPr>
      <w:bookmarkStart w:id="1053" w:name="bookmark5382"/>
      <w:bookmarkEnd w:id="1053"/>
      <w:r>
        <w:rPr>
          <w:rStyle w:val="BodyTextChar1"/>
          <w:rFonts w:cs="Georgia"/>
        </w:rPr>
        <w:t>Использовать различные виды аудирования (выборочное, ознакомительное, детальное) и чтения (изучающее, ознако</w:t>
      </w:r>
      <w:r>
        <w:rPr>
          <w:rStyle w:val="BodyTextChar1"/>
          <w:rFonts w:cs="Georgia"/>
        </w:rPr>
        <w:softHyphen/>
        <w:t>мительное, просмотровое, поисковое) в зависимости от по</w:t>
      </w:r>
      <w:r>
        <w:rPr>
          <w:rStyle w:val="BodyTextChar1"/>
          <w:rFonts w:cs="Georgia"/>
        </w:rPr>
        <w:softHyphen/>
        <w:t>ставленной учебной задачи (цели); извлекать необходимую информацию из прослушанных и прочитанных текстов раз</w:t>
      </w:r>
      <w:r>
        <w:rPr>
          <w:rStyle w:val="BodyTextChar1"/>
          <w:rFonts w:cs="Georgia"/>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054" w:name="bookmark5383"/>
      <w:bookmarkEnd w:id="1054"/>
      <w:r>
        <w:rPr>
          <w:rStyle w:val="BodyTextChar1"/>
          <w:rFonts w:cs="Georgia"/>
        </w:rPr>
        <w:t>Выделять главную и дополнительную информацию текстов; выявлять дефицит информации текста, необходимой для ре</w:t>
      </w:r>
      <w:r>
        <w:rPr>
          <w:rStyle w:val="BodyTextChar1"/>
          <w:rFonts w:cs="Georgia"/>
        </w:rPr>
        <w:softHyphen/>
        <w:t>шения поставленной задачи, и восполнять его путем исполь</w:t>
      </w:r>
      <w:r>
        <w:rPr>
          <w:rStyle w:val="BodyTextChar1"/>
          <w:rFonts w:cs="Georgia"/>
        </w:rPr>
        <w:softHyphen/>
        <w:t>зования других источников информации.</w:t>
      </w:r>
    </w:p>
    <w:p w:rsidR="00F44E79" w:rsidRDefault="00F44E79" w:rsidP="001C7BA4">
      <w:pPr>
        <w:pStyle w:val="BodyText"/>
        <w:numPr>
          <w:ilvl w:val="0"/>
          <w:numId w:val="66"/>
        </w:numPr>
        <w:tabs>
          <w:tab w:val="left" w:pos="207"/>
        </w:tabs>
        <w:spacing w:line="283" w:lineRule="auto"/>
        <w:ind w:left="160" w:hanging="160"/>
        <w:jc w:val="both"/>
        <w:rPr>
          <w:color w:val="auto"/>
          <w:sz w:val="24"/>
          <w:szCs w:val="24"/>
        </w:rPr>
      </w:pPr>
      <w:bookmarkStart w:id="1055" w:name="bookmark5384"/>
      <w:bookmarkEnd w:id="1055"/>
      <w:r>
        <w:rPr>
          <w:rStyle w:val="BodyTextChar1"/>
          <w:rFonts w:cs="Georgia"/>
        </w:rPr>
        <w:t>В процессе чтения текста прогнозировать его содержание (по названию, ключевым словам, по первому и последнему абза</w:t>
      </w:r>
      <w:r>
        <w:rPr>
          <w:rStyle w:val="BodyTextChar1"/>
          <w:rFonts w:cs="Georgia"/>
        </w:rPr>
        <w:softHyphen/>
        <w:t>цу и т. п.), выдвигать предположения о дальнейшем разви</w:t>
      </w:r>
      <w:r>
        <w:rPr>
          <w:rStyle w:val="BodyTextChar1"/>
          <w:rFonts w:cs="Georgia"/>
        </w:rPr>
        <w:softHyphen/>
        <w:t>тии мысли автора и проверять их в процессе чтения текста, вести диалог с текстом.</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056" w:name="bookmark5385"/>
      <w:bookmarkEnd w:id="1056"/>
      <w:r>
        <w:rPr>
          <w:rStyle w:val="BodyTextChar1"/>
          <w:rFonts w:cs="Georgia"/>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057" w:name="bookmark5386"/>
      <w:bookmarkEnd w:id="1057"/>
      <w:r>
        <w:rPr>
          <w:rStyle w:val="BodyTextChar1"/>
          <w:rFonts w:cs="Georgia"/>
        </w:rPr>
        <w:t>Самостоятельно выбирать оптимальную форму представле</w:t>
      </w:r>
      <w:r>
        <w:rPr>
          <w:rStyle w:val="BodyTextChar1"/>
          <w:rFonts w:cs="Georgia"/>
        </w:rPr>
        <w:softHyphen/>
        <w:t>ния литературной и другой информации (текст, презента</w:t>
      </w:r>
      <w:r>
        <w:rPr>
          <w:rStyle w:val="BodyTextChar1"/>
          <w:rFonts w:cs="Georgia"/>
        </w:rPr>
        <w:softHyphen/>
        <w:t>ция, таблица, схема) в зависимости от коммуникативной установки.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58" w:name="bookmark5387"/>
      <w:bookmarkEnd w:id="1058"/>
      <w:r>
        <w:rPr>
          <w:rStyle w:val="BodyTextChar1"/>
          <w:rFonts w:cs="Georgia"/>
        </w:rPr>
        <w:t>Оценивать надежность литературной и другой информации по критериям, предложенным учителем или сформулирован</w:t>
      </w:r>
      <w:r>
        <w:rPr>
          <w:rStyle w:val="BodyTextChar1"/>
          <w:rFonts w:cs="Georgia"/>
        </w:rPr>
        <w:softHyphen/>
        <w:t>ным самостоятельно; эффективно запоминать и систематизи</w:t>
      </w:r>
      <w:r>
        <w:rPr>
          <w:rStyle w:val="BodyTextChar1"/>
          <w:rFonts w:cs="Georgia"/>
        </w:rPr>
        <w:softHyphen/>
        <w:t>ровать эту информацию.</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коммуника</w:t>
      </w:r>
      <w:r>
        <w:rPr>
          <w:rStyle w:val="BodyTextChar1"/>
          <w:rFonts w:cs="Georgia"/>
          <w:b/>
          <w:bCs/>
          <w:i/>
          <w:iCs/>
          <w:sz w:val="18"/>
          <w:szCs w:val="18"/>
        </w:rPr>
        <w:softHyphen/>
        <w:t>тивных действий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59" w:name="bookmark5388"/>
      <w:bookmarkEnd w:id="1059"/>
      <w:r>
        <w:rPr>
          <w:rStyle w:val="BodyTextChar1"/>
          <w:rFonts w:cs="Georgia"/>
        </w:rPr>
        <w:t>Владеть различными видами монолога и диалога, формули</w:t>
      </w:r>
      <w:r>
        <w:rPr>
          <w:rStyle w:val="BodyTextChar1"/>
          <w:rFonts w:cs="Georgia"/>
        </w:rPr>
        <w:softHyphen/>
        <w:t>ровать в устной и письменной форме суждения на социаль</w:t>
      </w:r>
      <w:r>
        <w:rPr>
          <w:rStyle w:val="BodyTextChar1"/>
          <w:rFonts w:cs="Georgia"/>
        </w:rPr>
        <w:softHyphen/>
        <w:t>но-культурные, нравственно-этические, бытовые, учебные темы в соответствии с темой, целью, сферой и ситуацией об</w:t>
      </w:r>
      <w:r>
        <w:rPr>
          <w:rStyle w:val="BodyTextChar1"/>
          <w:rFonts w:cs="Georgia"/>
        </w:rPr>
        <w:softHyphen/>
        <w:t>щения; правильно, логично, аргументированно излагать свою точку зрения по поставленной проблеме.</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60" w:name="bookmark5389"/>
      <w:bookmarkEnd w:id="1060"/>
      <w:r>
        <w:rPr>
          <w:rStyle w:val="BodyTextChar1"/>
          <w:rFonts w:cs="Georgia"/>
        </w:rPr>
        <w:t>Выражать свою точку зрения и аргументировать ее в диало</w:t>
      </w:r>
      <w:r>
        <w:rPr>
          <w:rStyle w:val="BodyTextChar1"/>
          <w:rFonts w:cs="Georgia"/>
        </w:rPr>
        <w:softHyphen/>
        <w:t>гах и дискуссиях; сопоставлять свои суждения с суждениями других участников диалога и полилога, обнаруживать разли</w:t>
      </w:r>
      <w:r>
        <w:rPr>
          <w:rStyle w:val="BodyTextChar1"/>
          <w:rFonts w:cs="Georgia"/>
        </w:rPr>
        <w:softHyphen/>
        <w:t>чие и сходство позиций; корректно выражать свое отноше</w:t>
      </w:r>
      <w:r>
        <w:rPr>
          <w:rStyle w:val="BodyTextChar1"/>
          <w:rFonts w:cs="Georgia"/>
        </w:rPr>
        <w:softHyphen/>
        <w:t>ние к суждениям собеседников.</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61" w:name="bookmark5390"/>
      <w:bookmarkEnd w:id="1061"/>
      <w:r>
        <w:rPr>
          <w:rStyle w:val="BodyTextChar1"/>
          <w:rFonts w:cs="Georgia"/>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62" w:name="bookmark5391"/>
      <w:bookmarkEnd w:id="1062"/>
      <w:r>
        <w:rPr>
          <w:rStyle w:val="BodyTextChar1"/>
          <w:rFonts w:cs="Georgia"/>
        </w:rPr>
        <w:t>Осуществлять речевую рефлексию (выявлять коммуникатив</w:t>
      </w:r>
      <w:r>
        <w:rPr>
          <w:rStyle w:val="BodyTextChar1"/>
          <w:rFonts w:cs="Georgia"/>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BodyTextChar1"/>
          <w:rFonts w:cs="Georgia"/>
        </w:rPr>
        <w:softHyphen/>
        <w:t>вать соответствие результата поставленной цели и условиям общения.</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63" w:name="bookmark5392"/>
      <w:bookmarkEnd w:id="1063"/>
      <w:r>
        <w:rPr>
          <w:rStyle w:val="BodyTextChar1"/>
          <w:rFonts w:cs="Georgia"/>
        </w:rPr>
        <w:t>Управлять собственными эмоциями, корректно выражать их в процессе речевого общения.</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регулятив</w:t>
      </w:r>
      <w:r>
        <w:rPr>
          <w:rStyle w:val="BodyTextChar1"/>
          <w:rFonts w:cs="Georgia"/>
          <w:b/>
          <w:bCs/>
          <w:i/>
          <w:iCs/>
          <w:sz w:val="18"/>
          <w:szCs w:val="18"/>
        </w:rPr>
        <w:softHyphen/>
        <w:t>ных действий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64" w:name="bookmark5393"/>
      <w:bookmarkEnd w:id="1064"/>
      <w:r>
        <w:rPr>
          <w:rStyle w:val="BodyTextChar1"/>
          <w:rFonts w:cs="Georgia"/>
        </w:rPr>
        <w:t>Владеть социокультурными нормами и нормами речевого по</w:t>
      </w:r>
      <w:r>
        <w:rPr>
          <w:rStyle w:val="BodyTextChar1"/>
          <w:rFonts w:cs="Georgia"/>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BodyTextChar1"/>
          <w:rFonts w:cs="Georgia"/>
        </w:rPr>
        <w:softHyphen/>
        <w:t>ствами общения (жестами, мимикой).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65" w:name="bookmark5394"/>
      <w:bookmarkEnd w:id="1065"/>
      <w:r>
        <w:rPr>
          <w:rStyle w:val="BodyTextChar1"/>
          <w:rFonts w:cs="Georgia"/>
        </w:rPr>
        <w:t>Публично представлять результаты проведенного языкового анализа, выполненного лингвистического эксперимента, ис</w:t>
      </w:r>
      <w:r>
        <w:rPr>
          <w:rStyle w:val="BodyTextChar1"/>
          <w:rFonts w:cs="Georgia"/>
        </w:rPr>
        <w:softHyphen/>
        <w:t>следования, проекта; самостоятельно выбирать формат вы</w:t>
      </w:r>
      <w:r>
        <w:rPr>
          <w:rStyle w:val="BodyTextChar1"/>
          <w:rFonts w:cs="Georgia"/>
        </w:rPr>
        <w:softHyphen/>
        <w:t>ступления с учетом цели презентации и особенностей ауди</w:t>
      </w:r>
      <w:r>
        <w:rPr>
          <w:rStyle w:val="BodyTextChar1"/>
          <w:rFonts w:cs="Georgia"/>
        </w:rPr>
        <w:softHyphen/>
        <w:t>тории и в соответствии с этим составлять устные и письменные тексты с использованием иллюстративного материала.</w:t>
      </w:r>
    </w:p>
    <w:p w:rsidR="00F44E79" w:rsidRDefault="00F44E79">
      <w:pPr>
        <w:pStyle w:val="22"/>
        <w:spacing w:after="100"/>
        <w:jc w:val="both"/>
        <w:rPr>
          <w:rFonts w:ascii="Courier New" w:hAnsi="Courier New" w:cs="Courier New"/>
          <w:b w:val="0"/>
          <w:bCs w:val="0"/>
          <w:color w:val="auto"/>
          <w:w w:val="100"/>
          <w:sz w:val="24"/>
          <w:szCs w:val="24"/>
        </w:rPr>
      </w:pPr>
      <w:r>
        <w:rPr>
          <w:rStyle w:val="21"/>
          <w:rFonts w:cs="Tahoma"/>
          <w:b/>
        </w:rPr>
        <w:t>ИНОСТРАННЫЙ ЯЗЫК (НА ПРИМЕРЕ АНГЛИЙСКОГО ЯЗЫКА)</w:t>
      </w:r>
    </w:p>
    <w:p w:rsidR="00F44E79" w:rsidRDefault="00F44E79">
      <w:pPr>
        <w:pStyle w:val="22"/>
        <w:spacing w:after="0" w:line="326" w:lineRule="auto"/>
        <w:ind w:left="240" w:hanging="240"/>
        <w:jc w:val="both"/>
        <w:rPr>
          <w:rFonts w:ascii="Courier New" w:hAnsi="Courier New" w:cs="Courier New"/>
          <w:b w:val="0"/>
          <w:bCs w:val="0"/>
          <w:color w:val="auto"/>
          <w:w w:val="100"/>
          <w:sz w:val="24"/>
          <w:szCs w:val="24"/>
        </w:rPr>
      </w:pPr>
      <w:r>
        <w:rPr>
          <w:rStyle w:val="21"/>
          <w:rFonts w:cs="Tahoma"/>
          <w:b/>
        </w:rPr>
        <w:t xml:space="preserve">Формирование универсальных учебных познавательных действий </w:t>
      </w:r>
      <w:r>
        <w:rPr>
          <w:rStyle w:val="21"/>
          <w:rFonts w:ascii="Georgia" w:hAnsi="Georgia" w:cs="Georgia"/>
          <w:b/>
          <w:i/>
          <w:iCs/>
          <w:w w:val="100"/>
          <w:sz w:val="18"/>
          <w:szCs w:val="18"/>
        </w:rPr>
        <w:t>Формирование базовых логических действий</w:t>
      </w:r>
    </w:p>
    <w:p w:rsidR="00F44E79" w:rsidRDefault="00F44E79">
      <w:pPr>
        <w:pStyle w:val="BodyText"/>
        <w:spacing w:line="336" w:lineRule="auto"/>
        <w:ind w:left="240" w:hanging="240"/>
        <w:jc w:val="both"/>
        <w:rPr>
          <w:rFonts w:ascii="Courier New" w:hAnsi="Courier New" w:cs="Courier New"/>
          <w:color w:val="auto"/>
          <w:sz w:val="24"/>
          <w:szCs w:val="24"/>
        </w:rPr>
      </w:pPr>
      <w:r>
        <w:rPr>
          <w:rStyle w:val="BodyTextChar1"/>
          <w:rFonts w:ascii="Arial" w:hAnsi="Arial" w:cs="Arial"/>
          <w:i/>
          <w:iCs/>
          <w:sz w:val="8"/>
          <w:szCs w:val="8"/>
        </w:rPr>
        <w:t>6</w:t>
      </w:r>
      <w:r>
        <w:rPr>
          <w:rStyle w:val="BodyTextChar1"/>
          <w:rFonts w:cs="Georgia"/>
        </w:rPr>
        <w:t xml:space="preserve"> Выявлять признаки и свойства языковых единиц и языко</w:t>
      </w:r>
      <w:r>
        <w:rPr>
          <w:rStyle w:val="BodyTextChar1"/>
          <w:rFonts w:cs="Georgia"/>
        </w:rPr>
        <w:softHyphen/>
        <w:t>вых явлений иностранного языка; применять изученные правила, алгоритмы.</w:t>
      </w:r>
    </w:p>
    <w:p w:rsidR="00F44E79" w:rsidRDefault="00F44E79" w:rsidP="001C7BA4">
      <w:pPr>
        <w:pStyle w:val="BodyText"/>
        <w:numPr>
          <w:ilvl w:val="0"/>
          <w:numId w:val="66"/>
        </w:numPr>
        <w:tabs>
          <w:tab w:val="left" w:pos="207"/>
        </w:tabs>
        <w:spacing w:line="298" w:lineRule="auto"/>
        <w:ind w:left="240" w:hanging="240"/>
        <w:jc w:val="both"/>
        <w:rPr>
          <w:color w:val="auto"/>
          <w:sz w:val="24"/>
          <w:szCs w:val="24"/>
        </w:rPr>
      </w:pPr>
      <w:bookmarkStart w:id="1066" w:name="bookmark5395"/>
      <w:bookmarkEnd w:id="1066"/>
      <w:r>
        <w:rPr>
          <w:rStyle w:val="BodyTextChar1"/>
          <w:rFonts w:cs="Georgia"/>
        </w:rPr>
        <w:t>Анализировать, устанавливать аналогии, между способами выражения мысли средствами родного и иностранного язы</w:t>
      </w:r>
      <w:r>
        <w:rPr>
          <w:rStyle w:val="BodyTextChar1"/>
          <w:rFonts w:cs="Georgia"/>
        </w:rPr>
        <w:softHyphen/>
        <w:t>ков.</w:t>
      </w:r>
    </w:p>
    <w:p w:rsidR="00F44E79" w:rsidRDefault="00F44E79" w:rsidP="001C7BA4">
      <w:pPr>
        <w:pStyle w:val="BodyText"/>
        <w:numPr>
          <w:ilvl w:val="0"/>
          <w:numId w:val="66"/>
        </w:numPr>
        <w:tabs>
          <w:tab w:val="left" w:pos="207"/>
        </w:tabs>
        <w:spacing w:line="298" w:lineRule="auto"/>
        <w:ind w:left="240" w:hanging="240"/>
        <w:jc w:val="both"/>
        <w:rPr>
          <w:color w:val="auto"/>
          <w:sz w:val="24"/>
          <w:szCs w:val="24"/>
        </w:rPr>
      </w:pPr>
      <w:bookmarkStart w:id="1067" w:name="bookmark5396"/>
      <w:bookmarkEnd w:id="1067"/>
      <w:r>
        <w:rPr>
          <w:rStyle w:val="BodyTextChar1"/>
          <w:rFonts w:cs="Georgia"/>
        </w:rPr>
        <w:t>Сравнивать, упорядочивать, классифицировать языковые единицы и языковые явления иностранного языка, разные типы высказывания.</w:t>
      </w:r>
    </w:p>
    <w:p w:rsidR="00F44E79" w:rsidRDefault="00F44E79" w:rsidP="001C7BA4">
      <w:pPr>
        <w:pStyle w:val="BodyText"/>
        <w:numPr>
          <w:ilvl w:val="0"/>
          <w:numId w:val="66"/>
        </w:numPr>
        <w:tabs>
          <w:tab w:val="left" w:pos="207"/>
        </w:tabs>
        <w:spacing w:line="312" w:lineRule="auto"/>
        <w:ind w:left="240" w:hanging="240"/>
        <w:jc w:val="both"/>
        <w:rPr>
          <w:color w:val="auto"/>
          <w:sz w:val="24"/>
          <w:szCs w:val="24"/>
        </w:rPr>
      </w:pPr>
      <w:bookmarkStart w:id="1068" w:name="bookmark5397"/>
      <w:bookmarkEnd w:id="1068"/>
      <w:r>
        <w:rPr>
          <w:rStyle w:val="BodyTextChar1"/>
          <w:rFonts w:cs="Georgia"/>
        </w:rPr>
        <w:t>Моделировать отношения между объектами (членами пред</w:t>
      </w:r>
      <w:r>
        <w:rPr>
          <w:rStyle w:val="BodyTextChar1"/>
          <w:rFonts w:cs="Georgia"/>
        </w:rPr>
        <w:softHyphen/>
        <w:t>ложения, структурными единицами диалога и др.).</w:t>
      </w:r>
    </w:p>
    <w:p w:rsidR="00F44E79" w:rsidRDefault="00F44E79" w:rsidP="001C7BA4">
      <w:pPr>
        <w:pStyle w:val="BodyText"/>
        <w:numPr>
          <w:ilvl w:val="0"/>
          <w:numId w:val="66"/>
        </w:numPr>
        <w:tabs>
          <w:tab w:val="left" w:pos="207"/>
        </w:tabs>
        <w:spacing w:line="298" w:lineRule="auto"/>
        <w:ind w:left="240" w:hanging="240"/>
        <w:jc w:val="both"/>
        <w:rPr>
          <w:color w:val="auto"/>
          <w:sz w:val="24"/>
          <w:szCs w:val="24"/>
        </w:rPr>
      </w:pPr>
      <w:bookmarkStart w:id="1069" w:name="bookmark5398"/>
      <w:bookmarkEnd w:id="1069"/>
      <w:r>
        <w:rPr>
          <w:rStyle w:val="BodyTextChar1"/>
          <w:rFonts w:cs="Georgia"/>
        </w:rPr>
        <w:t>Использовать информацию, извлеченную из несплошных текстов (таблицы, диаграммы), в собственных устных и пись</w:t>
      </w:r>
      <w:r>
        <w:rPr>
          <w:rStyle w:val="BodyTextChar1"/>
          <w:rFonts w:cs="Georgia"/>
        </w:rPr>
        <w:softHyphen/>
        <w:t>менных высказываниях.</w:t>
      </w:r>
    </w:p>
    <w:p w:rsidR="00F44E79" w:rsidRDefault="00F44E79" w:rsidP="001C7BA4">
      <w:pPr>
        <w:pStyle w:val="BodyText"/>
        <w:numPr>
          <w:ilvl w:val="0"/>
          <w:numId w:val="66"/>
        </w:numPr>
        <w:tabs>
          <w:tab w:val="left" w:pos="207"/>
        </w:tabs>
        <w:spacing w:line="298" w:lineRule="auto"/>
        <w:ind w:left="240" w:hanging="240"/>
        <w:jc w:val="both"/>
        <w:rPr>
          <w:color w:val="auto"/>
          <w:sz w:val="24"/>
          <w:szCs w:val="24"/>
        </w:rPr>
      </w:pPr>
      <w:bookmarkStart w:id="1070" w:name="bookmark5399"/>
      <w:bookmarkEnd w:id="1070"/>
      <w:r>
        <w:rPr>
          <w:rStyle w:val="BodyTextChar1"/>
          <w:rFonts w:cs="Georgia"/>
        </w:rPr>
        <w:t>Выдвигать гипотезы (например, об употреблении глаго</w:t>
      </w:r>
      <w:r>
        <w:rPr>
          <w:rStyle w:val="BodyTextChar1"/>
          <w:rFonts w:cs="Georgia"/>
        </w:rPr>
        <w:softHyphen/>
        <w:t>ла-связки в иностранном языке); обосновывать, аргументи</w:t>
      </w:r>
      <w:r>
        <w:rPr>
          <w:rStyle w:val="BodyTextChar1"/>
          <w:rFonts w:cs="Georgia"/>
        </w:rPr>
        <w:softHyphen/>
        <w:t>ровать свои суждения, выводы.</w:t>
      </w:r>
    </w:p>
    <w:p w:rsidR="00F44E79" w:rsidRDefault="00F44E79" w:rsidP="001C7BA4">
      <w:pPr>
        <w:pStyle w:val="BodyText"/>
        <w:numPr>
          <w:ilvl w:val="0"/>
          <w:numId w:val="66"/>
        </w:numPr>
        <w:tabs>
          <w:tab w:val="left" w:pos="207"/>
        </w:tabs>
        <w:spacing w:line="298" w:lineRule="auto"/>
        <w:ind w:left="240" w:hanging="240"/>
        <w:jc w:val="both"/>
        <w:rPr>
          <w:color w:val="auto"/>
          <w:sz w:val="24"/>
          <w:szCs w:val="24"/>
        </w:rPr>
      </w:pPr>
      <w:bookmarkStart w:id="1071" w:name="bookmark5400"/>
      <w:bookmarkEnd w:id="1071"/>
      <w:r>
        <w:rPr>
          <w:rStyle w:val="BodyTextChar1"/>
          <w:rFonts w:cs="Georgia"/>
        </w:rPr>
        <w:t>Распознавать свойства и признаки языковых единиц и язы</w:t>
      </w:r>
      <w:r>
        <w:rPr>
          <w:rStyle w:val="BodyTextChar1"/>
          <w:rFonts w:cs="Georgia"/>
        </w:rPr>
        <w:softHyphen/>
        <w:t>ковых явлений (например, с помощью словообразователь</w:t>
      </w:r>
      <w:r>
        <w:rPr>
          <w:rStyle w:val="BodyTextChar1"/>
          <w:rFonts w:cs="Georgia"/>
        </w:rPr>
        <w:softHyphen/>
        <w:t>ных элементов).</w:t>
      </w:r>
    </w:p>
    <w:p w:rsidR="00F44E79" w:rsidRDefault="00F44E79" w:rsidP="001C7BA4">
      <w:pPr>
        <w:pStyle w:val="BodyText"/>
        <w:numPr>
          <w:ilvl w:val="0"/>
          <w:numId w:val="66"/>
        </w:numPr>
        <w:tabs>
          <w:tab w:val="left" w:pos="207"/>
        </w:tabs>
        <w:spacing w:line="298" w:lineRule="auto"/>
        <w:ind w:left="240" w:hanging="240"/>
        <w:jc w:val="both"/>
        <w:rPr>
          <w:color w:val="auto"/>
          <w:sz w:val="24"/>
          <w:szCs w:val="24"/>
        </w:rPr>
      </w:pPr>
      <w:bookmarkStart w:id="1072" w:name="bookmark5401"/>
      <w:bookmarkEnd w:id="1072"/>
      <w:r>
        <w:rPr>
          <w:rStyle w:val="BodyTextChar1"/>
          <w:rFonts w:cs="Georgia"/>
        </w:rPr>
        <w:t>Сравнивать языковые единицы разного уровня (звуки, бук</w:t>
      </w:r>
      <w:r>
        <w:rPr>
          <w:rStyle w:val="BodyTextChar1"/>
          <w:rFonts w:cs="Georgia"/>
        </w:rPr>
        <w:softHyphen/>
        <w:t>вы, слова, речевые клише, грамматические явления, тексты и т. п.).</w:t>
      </w:r>
    </w:p>
    <w:p w:rsidR="00F44E79" w:rsidRDefault="00F44E79" w:rsidP="001C7BA4">
      <w:pPr>
        <w:pStyle w:val="BodyText"/>
        <w:numPr>
          <w:ilvl w:val="0"/>
          <w:numId w:val="66"/>
        </w:numPr>
        <w:tabs>
          <w:tab w:val="left" w:pos="207"/>
        </w:tabs>
        <w:spacing w:line="312" w:lineRule="auto"/>
        <w:ind w:left="240" w:hanging="240"/>
        <w:jc w:val="both"/>
        <w:rPr>
          <w:color w:val="auto"/>
          <w:sz w:val="24"/>
          <w:szCs w:val="24"/>
        </w:rPr>
      </w:pPr>
      <w:bookmarkStart w:id="1073" w:name="bookmark5402"/>
      <w:bookmarkEnd w:id="1073"/>
      <w:r>
        <w:rPr>
          <w:rStyle w:val="BodyTextChar1"/>
          <w:rFonts w:cs="Georgia"/>
        </w:rPr>
        <w:t>Пользоваться классификациями (по типу чтения, по типу высказывания и т. п.).</w:t>
      </w:r>
    </w:p>
    <w:p w:rsidR="00F44E79" w:rsidRDefault="00F44E79" w:rsidP="001C7BA4">
      <w:pPr>
        <w:pStyle w:val="BodyText"/>
        <w:numPr>
          <w:ilvl w:val="0"/>
          <w:numId w:val="66"/>
        </w:numPr>
        <w:tabs>
          <w:tab w:val="left" w:pos="207"/>
        </w:tabs>
        <w:spacing w:line="290" w:lineRule="auto"/>
        <w:ind w:left="240" w:hanging="240"/>
        <w:jc w:val="both"/>
        <w:rPr>
          <w:color w:val="auto"/>
          <w:sz w:val="24"/>
          <w:szCs w:val="24"/>
        </w:rPr>
      </w:pPr>
      <w:bookmarkStart w:id="1074" w:name="bookmark5403"/>
      <w:bookmarkEnd w:id="1074"/>
      <w:r>
        <w:rPr>
          <w:rStyle w:val="BodyTextChar1"/>
          <w:rFonts w:cs="Georgia"/>
        </w:rPr>
        <w:t>Выбирать, анализировать, интерпретировать, систематизи</w:t>
      </w:r>
      <w:r>
        <w:rPr>
          <w:rStyle w:val="BodyTextChar1"/>
          <w:rFonts w:cs="Georgia"/>
        </w:rPr>
        <w:softHyphen/>
        <w:t>ровать информацию, представленную в разных формах: сплошных текстах, иллюстрациях, графически (в таблицах, диаграммах).</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Работа с информацией</w:t>
      </w:r>
    </w:p>
    <w:p w:rsidR="00F44E79" w:rsidRDefault="00F44E79" w:rsidP="001C7BA4">
      <w:pPr>
        <w:pStyle w:val="BodyText"/>
        <w:numPr>
          <w:ilvl w:val="0"/>
          <w:numId w:val="66"/>
        </w:numPr>
        <w:tabs>
          <w:tab w:val="left" w:pos="207"/>
        </w:tabs>
        <w:spacing w:line="290" w:lineRule="auto"/>
        <w:ind w:left="240" w:hanging="240"/>
        <w:jc w:val="both"/>
        <w:rPr>
          <w:color w:val="auto"/>
          <w:sz w:val="24"/>
          <w:szCs w:val="24"/>
        </w:rPr>
      </w:pPr>
      <w:bookmarkStart w:id="1075" w:name="bookmark5404"/>
      <w:bookmarkEnd w:id="1075"/>
      <w:r>
        <w:rPr>
          <w:rStyle w:val="BodyTextChar1"/>
          <w:rFonts w:cs="Georgia"/>
        </w:rPr>
        <w:t>Использовать в соответствии с коммуникативной задачей раз</w:t>
      </w:r>
      <w:r>
        <w:rPr>
          <w:rStyle w:val="BodyTextChar1"/>
          <w:rFonts w:cs="Georgia"/>
        </w:rPr>
        <w:softHyphen/>
        <w:t>личные стратегии чтения и аудирования для получения ин</w:t>
      </w:r>
      <w:r>
        <w:rPr>
          <w:rStyle w:val="BodyTextChar1"/>
          <w:rFonts w:cs="Georgia"/>
        </w:rPr>
        <w:softHyphen/>
        <w:t>формации (с пониманием основного содержания, с понимани</w:t>
      </w:r>
      <w:r>
        <w:rPr>
          <w:rStyle w:val="BodyTextChar1"/>
          <w:rFonts w:cs="Georgia"/>
        </w:rPr>
        <w:softHyphen/>
        <w:t>ем запрашиваемой информации, с полным пониманием).</w:t>
      </w:r>
    </w:p>
    <w:p w:rsidR="00F44E79" w:rsidRDefault="00F44E79" w:rsidP="001C7BA4">
      <w:pPr>
        <w:pStyle w:val="BodyText"/>
        <w:numPr>
          <w:ilvl w:val="0"/>
          <w:numId w:val="66"/>
        </w:numPr>
        <w:tabs>
          <w:tab w:val="left" w:pos="207"/>
        </w:tabs>
        <w:spacing w:line="290" w:lineRule="auto"/>
        <w:ind w:left="240" w:hanging="240"/>
        <w:jc w:val="both"/>
        <w:rPr>
          <w:color w:val="auto"/>
          <w:sz w:val="24"/>
          <w:szCs w:val="24"/>
        </w:rPr>
      </w:pPr>
      <w:bookmarkStart w:id="1076" w:name="bookmark5405"/>
      <w:bookmarkEnd w:id="1076"/>
      <w:r>
        <w:rPr>
          <w:rStyle w:val="BodyTextChar1"/>
          <w:rFonts w:cs="Georgia"/>
        </w:rPr>
        <w:t>Прогнозировать содержание текста по заголовку; прогнози</w:t>
      </w:r>
      <w:r>
        <w:rPr>
          <w:rStyle w:val="BodyTextChar1"/>
          <w:rFonts w:cs="Georgia"/>
        </w:rPr>
        <w:softHyphen/>
        <w:t>ровать возможное дальнейшее развитие событий по началу текста; устанавливать логическую последовательность основ</w:t>
      </w:r>
      <w:r>
        <w:rPr>
          <w:rStyle w:val="BodyTextChar1"/>
          <w:rFonts w:cs="Georgia"/>
        </w:rPr>
        <w:softHyphen/>
        <w:t>ных фактов; восстанавливать текст из разрозненных абзацев.</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77" w:name="bookmark5406"/>
      <w:bookmarkEnd w:id="1077"/>
      <w:r>
        <w:rPr>
          <w:rStyle w:val="BodyTextChar1"/>
          <w:rFonts w:cs="Georgia"/>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78" w:name="bookmark5407"/>
      <w:bookmarkEnd w:id="1078"/>
      <w:r>
        <w:rPr>
          <w:rStyle w:val="BodyTextChar1"/>
          <w:rFonts w:cs="Georgia"/>
        </w:rPr>
        <w:t>использовать внешние формальные элементы текста (подзаго</w:t>
      </w:r>
      <w:r>
        <w:rPr>
          <w:rStyle w:val="BodyTextChar1"/>
          <w:rFonts w:cs="Georgia"/>
        </w:rPr>
        <w:softHyphen/>
        <w:t>ловки, иллюстрации, сноски) для понимания его содержания.</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79" w:name="bookmark5408"/>
      <w:bookmarkEnd w:id="1079"/>
      <w:r>
        <w:rPr>
          <w:rStyle w:val="BodyTextChar1"/>
          <w:rFonts w:cs="Georgia"/>
        </w:rPr>
        <w:t>Фиксировать информацию доступными средствами (в виде ключевых слов, плана).</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0" w:name="bookmark5409"/>
      <w:bookmarkEnd w:id="1080"/>
      <w:r>
        <w:rPr>
          <w:rStyle w:val="BodyTextChar1"/>
          <w:rFonts w:cs="Georgia"/>
        </w:rPr>
        <w:t>Оценивать достоверность информации, полученной из иноя</w:t>
      </w:r>
      <w:r>
        <w:rPr>
          <w:rStyle w:val="BodyTextChar1"/>
          <w:rFonts w:cs="Georgia"/>
        </w:rPr>
        <w:softHyphen/>
        <w:t>зычных источников.</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1" w:name="bookmark5410"/>
      <w:bookmarkEnd w:id="1081"/>
      <w:r>
        <w:rPr>
          <w:rStyle w:val="BodyTextChar1"/>
          <w:rFonts w:cs="Georgia"/>
        </w:rPr>
        <w:t>Находить аргументы, подтверждающие или опровергающие одну и ту же идею, в различных информационных источни</w:t>
      </w:r>
      <w:r>
        <w:rPr>
          <w:rStyle w:val="BodyTextChar1"/>
          <w:rFonts w:cs="Georgia"/>
        </w:rPr>
        <w:softHyphen/>
        <w:t>ках;</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2" w:name="bookmark5411"/>
      <w:bookmarkEnd w:id="1082"/>
      <w:r>
        <w:rPr>
          <w:rStyle w:val="BodyTextChar1"/>
          <w:rFonts w:cs="Georgia"/>
        </w:rPr>
        <w:t>выдвигать предположения (например, о значении слова в контексте) и аргументировать его.</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коммуника</w:t>
      </w:r>
      <w:r>
        <w:rPr>
          <w:rStyle w:val="BodyTextChar1"/>
          <w:rFonts w:cs="Georgia"/>
          <w:b/>
          <w:bCs/>
          <w:i/>
          <w:iCs/>
          <w:sz w:val="18"/>
          <w:szCs w:val="18"/>
        </w:rPr>
        <w:softHyphen/>
        <w:t>тивных действий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3" w:name="bookmark5412"/>
      <w:bookmarkEnd w:id="1083"/>
      <w:r>
        <w:rPr>
          <w:rStyle w:val="BodyTextChar1"/>
          <w:rFonts w:cs="Georgia"/>
        </w:rPr>
        <w:t>Воспринимать и создавать собственные диалогические и мо</w:t>
      </w:r>
      <w:r>
        <w:rPr>
          <w:rStyle w:val="BodyTextChar1"/>
          <w:rFonts w:cs="Georgia"/>
        </w:rPr>
        <w:softHyphen/>
        <w:t>нологические высказывания, участвуя в обсуждениях, вы</w:t>
      </w:r>
      <w:r>
        <w:rPr>
          <w:rStyle w:val="BodyTextChar1"/>
          <w:rFonts w:cs="Georgia"/>
        </w:rPr>
        <w:softHyphen/>
        <w:t>ступлениях; выражать эмоции в соответствии с условиями и целями общения.</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4" w:name="bookmark5413"/>
      <w:bookmarkEnd w:id="1084"/>
      <w:r>
        <w:rPr>
          <w:rStyle w:val="BodyTextChar1"/>
          <w:rFonts w:cs="Georgia"/>
        </w:rPr>
        <w:t>Осуществлять смысловое чтение текста с учетом коммуника</w:t>
      </w:r>
      <w:r>
        <w:rPr>
          <w:rStyle w:val="BodyTextChar1"/>
          <w:rFonts w:cs="Georgia"/>
        </w:rPr>
        <w:softHyphen/>
        <w:t>тивной задачи и вида текста, используя разные стратегии чтения (с пониманием основного содержания, с полным по</w:t>
      </w:r>
      <w:r>
        <w:rPr>
          <w:rStyle w:val="BodyTextChar1"/>
          <w:rFonts w:cs="Georgia"/>
        </w:rPr>
        <w:softHyphen/>
        <w:t>ниманием, с нахождением интересующей информации).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5" w:name="bookmark5414"/>
      <w:bookmarkEnd w:id="1085"/>
      <w:r>
        <w:rPr>
          <w:rStyle w:val="BodyTextChar1"/>
          <w:rFonts w:cs="Georgia"/>
        </w:rPr>
        <w:t>Анализировать и восстанавливать текст с опущенными в учебных целях фрагментами.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6" w:name="bookmark5415"/>
      <w:bookmarkEnd w:id="1086"/>
      <w:r>
        <w:rPr>
          <w:rStyle w:val="BodyTextChar1"/>
          <w:rFonts w:cs="Georgia"/>
        </w:rPr>
        <w:t>Выстраивать и представлять в письменной форме логику ре</w:t>
      </w:r>
      <w:r>
        <w:rPr>
          <w:rStyle w:val="BodyTextChar1"/>
          <w:rFonts w:cs="Georgia"/>
        </w:rPr>
        <w:softHyphen/>
        <w:t>шения коммуникативной задачи (например, в виде плана высказывания, состоящего из вопросов или утверждений).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7" w:name="bookmark5416"/>
      <w:bookmarkEnd w:id="1087"/>
      <w:r>
        <w:rPr>
          <w:rStyle w:val="BodyTextChar1"/>
          <w:rFonts w:cs="Georgia"/>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регулятив</w:t>
      </w:r>
      <w:r>
        <w:rPr>
          <w:rStyle w:val="BodyTextChar1"/>
          <w:rFonts w:cs="Georgia"/>
          <w:b/>
          <w:bCs/>
          <w:i/>
          <w:iCs/>
          <w:sz w:val="18"/>
          <w:szCs w:val="18"/>
        </w:rPr>
        <w:softHyphen/>
        <w:t>ных действий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8" w:name="bookmark5417"/>
      <w:bookmarkEnd w:id="1088"/>
      <w:r>
        <w:rPr>
          <w:rStyle w:val="BodyTextChar1"/>
          <w:rFonts w:cs="Georgia"/>
        </w:rPr>
        <w:t>Удерживать цель деятельности; планировать выполнение учеб</w:t>
      </w:r>
      <w:r>
        <w:rPr>
          <w:rStyle w:val="BodyTextChar1"/>
          <w:rFonts w:cs="Georgia"/>
        </w:rPr>
        <w:softHyphen/>
        <w:t>ной задачи, выбирать и аргументировать способ деятельности.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89" w:name="bookmark5418"/>
      <w:bookmarkEnd w:id="1089"/>
      <w:r>
        <w:rPr>
          <w:rStyle w:val="BodyTextChar1"/>
          <w:rFonts w:cs="Georgia"/>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090" w:name="bookmark5419"/>
      <w:bookmarkEnd w:id="1090"/>
      <w:r>
        <w:rPr>
          <w:rStyle w:val="BodyTextChar1"/>
          <w:rFonts w:cs="Georgia"/>
        </w:rPr>
        <w:t>Оказывать влияние на речевое поведение партнера (напри</w:t>
      </w:r>
      <w:r>
        <w:rPr>
          <w:rStyle w:val="BodyTextChar1"/>
          <w:rFonts w:cs="Georgia"/>
        </w:rPr>
        <w:softHyphen/>
        <w:t>мер, поощряя его продолжать поиск совместного решения поставленной задачи).</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091" w:name="bookmark5420"/>
      <w:bookmarkEnd w:id="1091"/>
      <w:r>
        <w:rPr>
          <w:rStyle w:val="BodyTextChar1"/>
          <w:rFonts w:cs="Georgia"/>
        </w:rPr>
        <w:t>Корректировать деятельность с учетом возникших трудно</w:t>
      </w:r>
      <w:r>
        <w:rPr>
          <w:rStyle w:val="BodyTextChar1"/>
          <w:rFonts w:cs="Georgia"/>
        </w:rPr>
        <w:softHyphen/>
        <w:t>стей, ошибок, новых данных или информации.</w:t>
      </w:r>
    </w:p>
    <w:p w:rsidR="00F44E79" w:rsidRDefault="00F44E79" w:rsidP="001C7BA4">
      <w:pPr>
        <w:pStyle w:val="BodyText"/>
        <w:numPr>
          <w:ilvl w:val="0"/>
          <w:numId w:val="66"/>
        </w:numPr>
        <w:tabs>
          <w:tab w:val="left" w:pos="258"/>
        </w:tabs>
        <w:spacing w:after="120" w:line="276" w:lineRule="auto"/>
        <w:ind w:left="240" w:hanging="240"/>
        <w:jc w:val="both"/>
        <w:rPr>
          <w:color w:val="auto"/>
          <w:sz w:val="24"/>
          <w:szCs w:val="24"/>
        </w:rPr>
      </w:pPr>
      <w:bookmarkStart w:id="1092" w:name="bookmark5421"/>
      <w:bookmarkEnd w:id="1092"/>
      <w:r>
        <w:rPr>
          <w:rStyle w:val="BodyTextChar1"/>
          <w:rFonts w:cs="Georgia"/>
        </w:rPr>
        <w:t>Оценивать процесс и общий результат деятельности; анали</w:t>
      </w:r>
      <w:r>
        <w:rPr>
          <w:rStyle w:val="BodyTextChar1"/>
          <w:rFonts w:cs="Georgia"/>
        </w:rPr>
        <w:softHyphen/>
        <w:t>зировать и оценивать собственную работу: меру собственной самостоятельности, затруднения, дефициты, ошибки и пр.</w:t>
      </w:r>
    </w:p>
    <w:p w:rsidR="00F44E79" w:rsidRDefault="00F44E79">
      <w:pPr>
        <w:pStyle w:val="22"/>
        <w:spacing w:after="120"/>
        <w:jc w:val="both"/>
        <w:rPr>
          <w:rFonts w:ascii="Courier New" w:hAnsi="Courier New" w:cs="Courier New"/>
          <w:b w:val="0"/>
          <w:bCs w:val="0"/>
          <w:color w:val="auto"/>
          <w:w w:val="100"/>
          <w:sz w:val="24"/>
          <w:szCs w:val="24"/>
        </w:rPr>
      </w:pPr>
      <w:r>
        <w:rPr>
          <w:rStyle w:val="21"/>
          <w:rFonts w:cs="Tahoma"/>
          <w:b/>
        </w:rPr>
        <w:t>МАТЕМАТИКА И ИНФОРМАТИКА</w:t>
      </w:r>
    </w:p>
    <w:p w:rsidR="00F44E79" w:rsidRDefault="00F44E79">
      <w:pPr>
        <w:pStyle w:val="22"/>
        <w:jc w:val="both"/>
        <w:rPr>
          <w:rFonts w:ascii="Courier New" w:hAnsi="Courier New" w:cs="Courier New"/>
          <w:b w:val="0"/>
          <w:bCs w:val="0"/>
          <w:color w:val="auto"/>
          <w:w w:val="100"/>
          <w:sz w:val="24"/>
          <w:szCs w:val="24"/>
        </w:rPr>
      </w:pPr>
      <w:r>
        <w:rPr>
          <w:rStyle w:val="21"/>
          <w:rFonts w:cs="Tahoma"/>
          <w:b/>
        </w:rPr>
        <w:t>Формирование универсальных учебных познавательных действий</w:t>
      </w:r>
    </w:p>
    <w:p w:rsidR="00F44E79" w:rsidRDefault="00F44E79">
      <w:pPr>
        <w:pStyle w:val="BodyText"/>
        <w:spacing w:line="288" w:lineRule="auto"/>
        <w:jc w:val="both"/>
        <w:rPr>
          <w:rFonts w:ascii="Courier New" w:hAnsi="Courier New" w:cs="Courier New"/>
          <w:color w:val="auto"/>
          <w:sz w:val="24"/>
          <w:szCs w:val="24"/>
        </w:rPr>
      </w:pPr>
      <w:r>
        <w:rPr>
          <w:rStyle w:val="BodyTextChar1"/>
          <w:rFonts w:cs="Georgia"/>
          <w:b/>
          <w:bCs/>
          <w:i/>
          <w:iCs/>
          <w:sz w:val="18"/>
          <w:szCs w:val="18"/>
        </w:rPr>
        <w:t>Формирование базовых логических действий</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093" w:name="bookmark5422"/>
      <w:bookmarkEnd w:id="1093"/>
      <w:r>
        <w:rPr>
          <w:rStyle w:val="BodyTextChar1"/>
          <w:rFonts w:cs="Georgia"/>
        </w:rPr>
        <w:t>Выявлять качества, свойства, характеристики математиче</w:t>
      </w:r>
      <w:r>
        <w:rPr>
          <w:rStyle w:val="BodyTextChar1"/>
          <w:rFonts w:cs="Georgia"/>
        </w:rPr>
        <w:softHyphen/>
        <w:t>ских объектов.</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094" w:name="bookmark5423"/>
      <w:bookmarkEnd w:id="1094"/>
      <w:r>
        <w:rPr>
          <w:rStyle w:val="BodyTextChar1"/>
          <w:rFonts w:cs="Georgia"/>
        </w:rPr>
        <w:t>Различать свойства и признаки объектов.</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095" w:name="bookmark5424"/>
      <w:bookmarkEnd w:id="1095"/>
      <w:r>
        <w:rPr>
          <w:rStyle w:val="BodyTextChar1"/>
          <w:rFonts w:cs="Georgia"/>
        </w:rPr>
        <w:t>Сравнивать, упорядочивать, классифицировать числа, вели</w:t>
      </w:r>
      <w:r>
        <w:rPr>
          <w:rStyle w:val="BodyTextChar1"/>
          <w:rFonts w:cs="Georgia"/>
        </w:rPr>
        <w:softHyphen/>
        <w:t>чины, выражения, формулы, графики, геометрические фи</w:t>
      </w:r>
      <w:r>
        <w:rPr>
          <w:rStyle w:val="BodyTextChar1"/>
          <w:rFonts w:cs="Georgia"/>
        </w:rPr>
        <w:softHyphen/>
        <w:t>гуры и т. п.</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096" w:name="bookmark5425"/>
      <w:bookmarkEnd w:id="1096"/>
      <w:r>
        <w:rPr>
          <w:rStyle w:val="BodyTextChar1"/>
          <w:rFonts w:cs="Georgia"/>
        </w:rPr>
        <w:t>Устанавливать связи и отношения, проводить аналогии, рас</w:t>
      </w:r>
      <w:r>
        <w:rPr>
          <w:rStyle w:val="BodyTextChar1"/>
          <w:rFonts w:cs="Georgia"/>
        </w:rPr>
        <w:softHyphen/>
        <w:t>познавать зависимости между объектами.</w:t>
      </w:r>
    </w:p>
    <w:p w:rsidR="00F44E79" w:rsidRDefault="00F44E79" w:rsidP="001C7BA4">
      <w:pPr>
        <w:pStyle w:val="BodyText"/>
        <w:numPr>
          <w:ilvl w:val="0"/>
          <w:numId w:val="66"/>
        </w:numPr>
        <w:tabs>
          <w:tab w:val="left" w:pos="258"/>
        </w:tabs>
        <w:spacing w:line="276" w:lineRule="auto"/>
        <w:ind w:firstLine="0"/>
        <w:jc w:val="both"/>
        <w:rPr>
          <w:color w:val="auto"/>
          <w:sz w:val="24"/>
          <w:szCs w:val="24"/>
        </w:rPr>
      </w:pPr>
      <w:bookmarkStart w:id="1097" w:name="bookmark5426"/>
      <w:bookmarkEnd w:id="1097"/>
      <w:r>
        <w:rPr>
          <w:rStyle w:val="BodyTextChar1"/>
          <w:rFonts w:cs="Georgia"/>
        </w:rPr>
        <w:t>Анализировать изменения и находить закономерности.</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098" w:name="bookmark5427"/>
      <w:bookmarkEnd w:id="1098"/>
      <w:r>
        <w:rPr>
          <w:rStyle w:val="BodyTextChar1"/>
          <w:rFonts w:cs="Georgia"/>
        </w:rPr>
        <w:t>Формулировать и использовать определения понятий, теоре</w:t>
      </w:r>
      <w:r>
        <w:rPr>
          <w:rStyle w:val="BodyTextChar1"/>
          <w:rFonts w:cs="Georgia"/>
        </w:rPr>
        <w:softHyphen/>
        <w:t>мы; выводить следствия, строить отрицания, формулировать обратные теоремы.</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099" w:name="bookmark5428"/>
      <w:bookmarkEnd w:id="1099"/>
      <w:r>
        <w:rPr>
          <w:rStyle w:val="BodyTextChar1"/>
          <w:rFonts w:cs="Georgia"/>
        </w:rPr>
        <w:t xml:space="preserve">Использовать логические связки «и», «или», </w:t>
      </w:r>
      <w:r>
        <w:rPr>
          <w:rStyle w:val="BodyTextChar1"/>
          <w:rFonts w:cs="Georgia"/>
          <w:i/>
          <w:iCs/>
        </w:rPr>
        <w:t>«</w:t>
      </w:r>
      <w:r>
        <w:rPr>
          <w:rStyle w:val="BodyTextChar1"/>
          <w:rFonts w:cs="Georgia"/>
        </w:rPr>
        <w:t>если ..., то ...».</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100" w:name="bookmark5429"/>
      <w:bookmarkEnd w:id="1100"/>
      <w:r>
        <w:rPr>
          <w:rStyle w:val="BodyTextChar1"/>
          <w:rFonts w:cs="Georgia"/>
        </w:rPr>
        <w:t>Обобщать и конкретизировать; строить заключения от обще</w:t>
      </w:r>
      <w:r>
        <w:rPr>
          <w:rStyle w:val="BodyTextChar1"/>
          <w:rFonts w:cs="Georgia"/>
        </w:rPr>
        <w:softHyphen/>
        <w:t>го к частному и от частного к общему.</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101" w:name="bookmark5430"/>
      <w:bookmarkEnd w:id="1101"/>
      <w:r>
        <w:rPr>
          <w:rStyle w:val="BodyTextChar1"/>
          <w:rFonts w:cs="Georgia"/>
        </w:rPr>
        <w:t>Использовать кванторы «все», «всякий», «любой», «некото</w:t>
      </w:r>
      <w:r>
        <w:rPr>
          <w:rStyle w:val="BodyTextChar1"/>
          <w:rFonts w:cs="Georgia"/>
        </w:rPr>
        <w:softHyphen/>
        <w:t>рый», «существует»; приводить пример и контрпример.</w:t>
      </w:r>
    </w:p>
    <w:p w:rsidR="00F44E79" w:rsidRDefault="00F44E79" w:rsidP="001C7BA4">
      <w:pPr>
        <w:pStyle w:val="BodyText"/>
        <w:numPr>
          <w:ilvl w:val="0"/>
          <w:numId w:val="66"/>
        </w:numPr>
        <w:tabs>
          <w:tab w:val="left" w:pos="258"/>
        </w:tabs>
        <w:spacing w:line="276" w:lineRule="auto"/>
        <w:ind w:firstLine="0"/>
        <w:jc w:val="both"/>
        <w:rPr>
          <w:color w:val="auto"/>
          <w:sz w:val="24"/>
          <w:szCs w:val="24"/>
        </w:rPr>
      </w:pPr>
      <w:bookmarkStart w:id="1102" w:name="bookmark5431"/>
      <w:bookmarkEnd w:id="1102"/>
      <w:r>
        <w:rPr>
          <w:rStyle w:val="BodyTextChar1"/>
          <w:rFonts w:cs="Georgia"/>
        </w:rPr>
        <w:t>Различать, распознавать верные и неверные утверждения.</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103" w:name="bookmark5432"/>
      <w:bookmarkEnd w:id="1103"/>
      <w:r>
        <w:rPr>
          <w:rStyle w:val="BodyTextChar1"/>
          <w:rFonts w:cs="Georgia"/>
        </w:rPr>
        <w:t>Выражать отношения, зависимости, правила, закономерно</w:t>
      </w:r>
      <w:r>
        <w:rPr>
          <w:rStyle w:val="BodyTextChar1"/>
          <w:rFonts w:cs="Georgia"/>
        </w:rPr>
        <w:softHyphen/>
        <w:t>сти с помощью формул.</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104" w:name="bookmark5433"/>
      <w:bookmarkEnd w:id="1104"/>
      <w:r>
        <w:rPr>
          <w:rStyle w:val="BodyTextChar1"/>
          <w:rFonts w:cs="Georgia"/>
        </w:rPr>
        <w:t>Моделировать отношения между объектами, использовать символьные и графические модели.</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105" w:name="bookmark5434"/>
      <w:bookmarkEnd w:id="1105"/>
      <w:r>
        <w:rPr>
          <w:rStyle w:val="BodyTextChar1"/>
          <w:rFonts w:cs="Georgia"/>
        </w:rPr>
        <w:t>Воспроизводить и строить логические цепочки утверждений, прямые и от противного.</w:t>
      </w:r>
    </w:p>
    <w:p w:rsidR="00F44E79" w:rsidRDefault="00F44E79" w:rsidP="001C7BA4">
      <w:pPr>
        <w:pStyle w:val="BodyText"/>
        <w:numPr>
          <w:ilvl w:val="0"/>
          <w:numId w:val="66"/>
        </w:numPr>
        <w:tabs>
          <w:tab w:val="left" w:pos="258"/>
        </w:tabs>
        <w:spacing w:line="276" w:lineRule="auto"/>
        <w:ind w:firstLine="0"/>
        <w:jc w:val="both"/>
        <w:rPr>
          <w:color w:val="auto"/>
          <w:sz w:val="24"/>
          <w:szCs w:val="24"/>
        </w:rPr>
      </w:pPr>
      <w:bookmarkStart w:id="1106" w:name="bookmark5435"/>
      <w:bookmarkEnd w:id="1106"/>
      <w:r>
        <w:rPr>
          <w:rStyle w:val="BodyTextChar1"/>
          <w:rFonts w:cs="Georgia"/>
        </w:rPr>
        <w:t>Устанавливать противоречия в рассуждениях.</w:t>
      </w:r>
    </w:p>
    <w:p w:rsidR="00F44E79" w:rsidRDefault="00F44E79" w:rsidP="001C7BA4">
      <w:pPr>
        <w:pStyle w:val="BodyText"/>
        <w:numPr>
          <w:ilvl w:val="0"/>
          <w:numId w:val="66"/>
        </w:numPr>
        <w:tabs>
          <w:tab w:val="left" w:pos="258"/>
        </w:tabs>
        <w:spacing w:line="276" w:lineRule="auto"/>
        <w:ind w:left="240" w:hanging="240"/>
        <w:jc w:val="both"/>
        <w:rPr>
          <w:color w:val="auto"/>
          <w:sz w:val="24"/>
          <w:szCs w:val="24"/>
        </w:rPr>
      </w:pPr>
      <w:bookmarkStart w:id="1107" w:name="bookmark5436"/>
      <w:bookmarkEnd w:id="1107"/>
      <w:r>
        <w:rPr>
          <w:rStyle w:val="BodyTextChar1"/>
          <w:rFonts w:cs="Georgia"/>
        </w:rPr>
        <w:t>Создавать, применять и преобразовывать знаки и символы, модели и схемы для решения учебных и познавательных за</w:t>
      </w:r>
      <w:r>
        <w:rPr>
          <w:rStyle w:val="BodyTextChar1"/>
          <w:rFonts w:cs="Georgia"/>
        </w:rPr>
        <w:softHyphen/>
        <w:t>дач.</w:t>
      </w:r>
    </w:p>
    <w:p w:rsidR="00F44E79" w:rsidRDefault="00F44E79" w:rsidP="001C7BA4">
      <w:pPr>
        <w:pStyle w:val="BodyText"/>
        <w:numPr>
          <w:ilvl w:val="0"/>
          <w:numId w:val="66"/>
        </w:numPr>
        <w:tabs>
          <w:tab w:val="left" w:pos="258"/>
        </w:tabs>
        <w:spacing w:after="120" w:line="276" w:lineRule="auto"/>
        <w:ind w:left="240" w:hanging="240"/>
        <w:jc w:val="both"/>
        <w:rPr>
          <w:color w:val="auto"/>
          <w:sz w:val="24"/>
          <w:szCs w:val="24"/>
        </w:rPr>
      </w:pPr>
      <w:bookmarkStart w:id="1108" w:name="bookmark5437"/>
      <w:bookmarkEnd w:id="1108"/>
      <w:r>
        <w:rPr>
          <w:rStyle w:val="BodyTextChar1"/>
          <w:rFonts w:cs="Georgi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44E79" w:rsidRDefault="00F44E79">
      <w:pPr>
        <w:pStyle w:val="BodyText"/>
        <w:jc w:val="both"/>
        <w:rPr>
          <w:rFonts w:ascii="Courier New" w:hAnsi="Courier New" w:cs="Courier New"/>
          <w:color w:val="auto"/>
          <w:sz w:val="24"/>
          <w:szCs w:val="24"/>
        </w:rPr>
      </w:pPr>
      <w:r>
        <w:rPr>
          <w:rStyle w:val="BodyTextChar1"/>
          <w:rFonts w:cs="Georgia"/>
          <w:b/>
          <w:bCs/>
          <w:i/>
          <w:iCs/>
          <w:sz w:val="18"/>
          <w:szCs w:val="18"/>
        </w:rPr>
        <w:t xml:space="preserve">Формирование базовых исследовательских действий </w:t>
      </w:r>
      <w:r>
        <w:rPr>
          <w:rStyle w:val="BodyTextChar1"/>
          <w:rFonts w:ascii="Arial" w:hAnsi="Arial" w:cs="Arial"/>
          <w:i/>
          <w:iCs/>
          <w:sz w:val="8"/>
          <w:szCs w:val="8"/>
        </w:rPr>
        <w:t>6</w:t>
      </w:r>
      <w:r>
        <w:rPr>
          <w:rStyle w:val="BodyTextChar1"/>
          <w:rFonts w:cs="Georgia"/>
        </w:rPr>
        <w:t xml:space="preserve"> Формулировать вопросы исследовательского характера о свойствах математических объектов, влиянии на свойства от</w:t>
      </w:r>
      <w:r>
        <w:rPr>
          <w:rStyle w:val="BodyTextChar1"/>
          <w:rFonts w:cs="Georgia"/>
        </w:rPr>
        <w:softHyphen/>
        <w:t>дельных элементов и параметров; выдвигать гипотезы, раз</w:t>
      </w:r>
      <w:r>
        <w:rPr>
          <w:rStyle w:val="BodyTextChar1"/>
          <w:rFonts w:cs="Georgia"/>
        </w:rPr>
        <w:softHyphen/>
        <w:t>бирать различные варианты; использовать пример, аналогию и обобщение.</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09" w:name="bookmark5438"/>
      <w:bookmarkEnd w:id="1109"/>
      <w:r>
        <w:rPr>
          <w:rStyle w:val="BodyTextChar1"/>
          <w:rFonts w:cs="Georgia"/>
        </w:rPr>
        <w:t>Доказывать, обосновывать, аргументировать свои суждения, выводы, закономерности и результаты.</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0" w:name="bookmark5439"/>
      <w:bookmarkEnd w:id="1110"/>
      <w:r>
        <w:rPr>
          <w:rStyle w:val="BodyTextChar1"/>
          <w:rFonts w:cs="Georgia"/>
        </w:rPr>
        <w:t>Дописывать выводы, результаты опытов, экспериментов, ис</w:t>
      </w:r>
      <w:r>
        <w:rPr>
          <w:rStyle w:val="BodyTextChar1"/>
          <w:rFonts w:cs="Georgia"/>
        </w:rPr>
        <w:softHyphen/>
        <w:t>следований, используя математический язык и символику.</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1" w:name="bookmark5440"/>
      <w:bookmarkEnd w:id="1111"/>
      <w:r>
        <w:rPr>
          <w:rStyle w:val="BodyTextChar1"/>
          <w:rFonts w:cs="Georgia"/>
        </w:rPr>
        <w:t>Оценивать надежность информации по критериям, предло</w:t>
      </w:r>
      <w:r>
        <w:rPr>
          <w:rStyle w:val="BodyTextChar1"/>
          <w:rFonts w:cs="Georgia"/>
        </w:rPr>
        <w:softHyphen/>
        <w:t>женным учителем или сформулированным самостоятельно.</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Работа с информацией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2" w:name="bookmark5441"/>
      <w:bookmarkEnd w:id="1112"/>
      <w:r>
        <w:rPr>
          <w:rStyle w:val="BodyTextChar1"/>
          <w:rFonts w:cs="Georgia"/>
        </w:rPr>
        <w:t>Использовать таблицы и схемы для структурированного представления информации, графические способы представ</w:t>
      </w:r>
      <w:r>
        <w:rPr>
          <w:rStyle w:val="BodyTextChar1"/>
          <w:rFonts w:cs="Georgia"/>
        </w:rPr>
        <w:softHyphen/>
        <w:t>ления данных.</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3" w:name="bookmark5442"/>
      <w:bookmarkEnd w:id="1113"/>
      <w:r>
        <w:rPr>
          <w:rStyle w:val="BodyTextChar1"/>
          <w:rFonts w:cs="Georgia"/>
        </w:rPr>
        <w:t>Переводить вербальную информацию в графическую форму и наоборот.</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4" w:name="bookmark5443"/>
      <w:bookmarkEnd w:id="1114"/>
      <w:r>
        <w:rPr>
          <w:rStyle w:val="BodyTextChar1"/>
          <w:rFonts w:cs="Georgia"/>
        </w:rPr>
        <w:t>Выявлять недостаточность и избыточность информации, данных, необходимых для решения учебной или практиче</w:t>
      </w:r>
      <w:r>
        <w:rPr>
          <w:rStyle w:val="BodyTextChar1"/>
          <w:rFonts w:cs="Georgia"/>
        </w:rPr>
        <w:softHyphen/>
        <w:t>ской задачи.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5" w:name="bookmark5444"/>
      <w:bookmarkEnd w:id="1115"/>
      <w:r>
        <w:rPr>
          <w:rStyle w:val="BodyTextChar1"/>
          <w:rFonts w:cs="Georgia"/>
        </w:rPr>
        <w:t>Распознавать неверную информацию, данные, утверждения; устанавливать противоречия в фактах, данных.</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6" w:name="bookmark5445"/>
      <w:bookmarkEnd w:id="1116"/>
      <w:r>
        <w:rPr>
          <w:rStyle w:val="BodyTextChar1"/>
          <w:rFonts w:cs="Georgia"/>
        </w:rPr>
        <w:t>Находить ошибки в неверных утверждениях и исправлять их.</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7" w:name="bookmark5446"/>
      <w:bookmarkEnd w:id="1117"/>
      <w:r>
        <w:rPr>
          <w:rStyle w:val="BodyTextChar1"/>
          <w:rFonts w:cs="Georgia"/>
        </w:rPr>
        <w:t>Оценивать надежность информации по критериям, предло</w:t>
      </w:r>
      <w:r>
        <w:rPr>
          <w:rStyle w:val="BodyTextChar1"/>
          <w:rFonts w:cs="Georgia"/>
        </w:rPr>
        <w:softHyphen/>
        <w:t>женным учителем или сформулированным самостоятельно.</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коммуника</w:t>
      </w:r>
      <w:r>
        <w:rPr>
          <w:rStyle w:val="BodyTextChar1"/>
          <w:rFonts w:cs="Georgia"/>
          <w:b/>
          <w:bCs/>
          <w:i/>
          <w:iCs/>
          <w:sz w:val="18"/>
          <w:szCs w:val="18"/>
        </w:rPr>
        <w:softHyphen/>
        <w:t>тивных действий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8" w:name="bookmark5447"/>
      <w:bookmarkEnd w:id="1118"/>
      <w:r>
        <w:rPr>
          <w:rStyle w:val="BodyTextChar1"/>
          <w:rFonts w:cs="Georgia"/>
        </w:rPr>
        <w:t>Выстраивать и представлять в письменной форме логику ре</w:t>
      </w:r>
      <w:r>
        <w:rPr>
          <w:rStyle w:val="BodyTextChar1"/>
          <w:rFonts w:cs="Georgia"/>
        </w:rPr>
        <w:softHyphen/>
        <w:t>шения задачи, доказательства, исследования, подкрепляя по</w:t>
      </w:r>
      <w:r>
        <w:rPr>
          <w:rStyle w:val="BodyTextChar1"/>
          <w:rFonts w:cs="Georgia"/>
        </w:rPr>
        <w:softHyphen/>
        <w:t>яснениями, обоснованиями в текстовом и графическом виде.</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19" w:name="bookmark5448"/>
      <w:bookmarkEnd w:id="1119"/>
      <w:r>
        <w:rPr>
          <w:rStyle w:val="BodyTextChar1"/>
          <w:rFonts w:cs="Georgia"/>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BodyTextChar1"/>
          <w:rFonts w:cs="Georgia"/>
        </w:rPr>
        <w:softHyphen/>
        <w:t>ни в группах и сообществах, существующих в виртуальном пространстве.</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20" w:name="bookmark5449"/>
      <w:bookmarkEnd w:id="1120"/>
      <w:r>
        <w:rPr>
          <w:rStyle w:val="BodyTextChar1"/>
          <w:rFonts w:cs="Georgia"/>
        </w:rPr>
        <w:t>Понимать и использовать преимущества командной и инди</w:t>
      </w:r>
      <w:r>
        <w:rPr>
          <w:rStyle w:val="BodyTextChar1"/>
          <w:rFonts w:cs="Georgia"/>
        </w:rPr>
        <w:softHyphen/>
        <w:t>видуальной работы при решении конкретной проблемы, в том числе при создании информационного продукта.</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21" w:name="bookmark5450"/>
      <w:bookmarkEnd w:id="1121"/>
      <w:r>
        <w:rPr>
          <w:rStyle w:val="BodyTextChar1"/>
          <w:rFonts w:cs="Georgia"/>
        </w:rPr>
        <w:t>Принимать цель совместной информационной деятельности по сбору, обработке, передаче, формализации информации.</w:t>
      </w:r>
    </w:p>
    <w:p w:rsidR="00F44E79" w:rsidRDefault="00F44E79" w:rsidP="001C7BA4">
      <w:pPr>
        <w:pStyle w:val="BodyText"/>
        <w:numPr>
          <w:ilvl w:val="0"/>
          <w:numId w:val="66"/>
        </w:numPr>
        <w:tabs>
          <w:tab w:val="left" w:pos="238"/>
        </w:tabs>
        <w:spacing w:line="269" w:lineRule="auto"/>
        <w:ind w:left="240" w:hanging="240"/>
        <w:jc w:val="both"/>
        <w:rPr>
          <w:color w:val="auto"/>
          <w:sz w:val="24"/>
          <w:szCs w:val="24"/>
        </w:rPr>
      </w:pPr>
      <w:bookmarkStart w:id="1122" w:name="bookmark5451"/>
      <w:bookmarkEnd w:id="1122"/>
      <w:r>
        <w:rPr>
          <w:rStyle w:val="BodyTextChar1"/>
          <w:rFonts w:cs="Georgia"/>
        </w:rPr>
        <w:t>Коллективно строить действия по ее достижению: распреде</w:t>
      </w:r>
      <w:r>
        <w:rPr>
          <w:rStyle w:val="BodyTextChar1"/>
          <w:rFonts w:cs="Georgia"/>
        </w:rPr>
        <w:softHyphen/>
        <w:t>лять роли, договариваться, обсуждать процесс и результат совместной работы.</w:t>
      </w:r>
    </w:p>
    <w:p w:rsidR="00F44E79" w:rsidRDefault="00F44E79" w:rsidP="001C7BA4">
      <w:pPr>
        <w:pStyle w:val="BodyText"/>
        <w:numPr>
          <w:ilvl w:val="0"/>
          <w:numId w:val="66"/>
        </w:numPr>
        <w:tabs>
          <w:tab w:val="left" w:pos="238"/>
        </w:tabs>
        <w:spacing w:line="269" w:lineRule="auto"/>
        <w:ind w:left="240" w:hanging="240"/>
        <w:jc w:val="both"/>
        <w:rPr>
          <w:color w:val="auto"/>
          <w:sz w:val="24"/>
          <w:szCs w:val="24"/>
        </w:rPr>
      </w:pPr>
      <w:bookmarkStart w:id="1123" w:name="bookmark5452"/>
      <w:bookmarkEnd w:id="1123"/>
      <w:r>
        <w:rPr>
          <w:rStyle w:val="BodyTextChar1"/>
          <w:rFonts w:cs="Georgia"/>
        </w:rPr>
        <w:t>Выполнять свою часть работы с информацией или информа</w:t>
      </w:r>
      <w:r>
        <w:rPr>
          <w:rStyle w:val="BodyTextChar1"/>
          <w:rFonts w:cs="Georgia"/>
        </w:rPr>
        <w:softHyphen/>
        <w:t>ционным продуктом, достигая качественного результата по своему направлению и координируя свои действия с другими членами команды.</w:t>
      </w:r>
    </w:p>
    <w:p w:rsidR="00F44E79" w:rsidRDefault="00F44E79" w:rsidP="001C7BA4">
      <w:pPr>
        <w:pStyle w:val="BodyText"/>
        <w:numPr>
          <w:ilvl w:val="0"/>
          <w:numId w:val="66"/>
        </w:numPr>
        <w:tabs>
          <w:tab w:val="left" w:pos="238"/>
        </w:tabs>
        <w:spacing w:line="269" w:lineRule="auto"/>
        <w:ind w:left="240" w:hanging="240"/>
        <w:jc w:val="both"/>
        <w:rPr>
          <w:color w:val="auto"/>
          <w:sz w:val="24"/>
          <w:szCs w:val="24"/>
        </w:rPr>
      </w:pPr>
      <w:bookmarkStart w:id="1124" w:name="bookmark5453"/>
      <w:bookmarkEnd w:id="1124"/>
      <w:r>
        <w:rPr>
          <w:rStyle w:val="BodyTextChar1"/>
          <w:rFonts w:cs="Georgia"/>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44E79" w:rsidRDefault="00F44E79">
      <w:pPr>
        <w:pStyle w:val="BodyText"/>
        <w:spacing w:line="283"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регулятив</w:t>
      </w:r>
      <w:r>
        <w:rPr>
          <w:rStyle w:val="BodyTextChar1"/>
          <w:rFonts w:cs="Georgia"/>
          <w:b/>
          <w:bCs/>
          <w:i/>
          <w:iCs/>
          <w:sz w:val="18"/>
          <w:szCs w:val="18"/>
        </w:rPr>
        <w:softHyphen/>
        <w:t>ных действий</w:t>
      </w:r>
    </w:p>
    <w:p w:rsidR="00F44E79" w:rsidRDefault="00F44E79" w:rsidP="001C7BA4">
      <w:pPr>
        <w:pStyle w:val="BodyText"/>
        <w:numPr>
          <w:ilvl w:val="0"/>
          <w:numId w:val="66"/>
        </w:numPr>
        <w:tabs>
          <w:tab w:val="left" w:pos="238"/>
        </w:tabs>
        <w:spacing w:line="269" w:lineRule="auto"/>
        <w:ind w:firstLine="0"/>
        <w:jc w:val="both"/>
        <w:rPr>
          <w:color w:val="auto"/>
          <w:sz w:val="24"/>
          <w:szCs w:val="24"/>
        </w:rPr>
      </w:pPr>
      <w:bookmarkStart w:id="1125" w:name="bookmark5454"/>
      <w:bookmarkEnd w:id="1125"/>
      <w:r>
        <w:rPr>
          <w:rStyle w:val="BodyTextChar1"/>
          <w:rFonts w:cs="Georgia"/>
        </w:rPr>
        <w:t>Удерживать цель деятельности.</w:t>
      </w:r>
    </w:p>
    <w:p w:rsidR="00F44E79" w:rsidRDefault="00F44E79" w:rsidP="001C7BA4">
      <w:pPr>
        <w:pStyle w:val="BodyText"/>
        <w:numPr>
          <w:ilvl w:val="0"/>
          <w:numId w:val="66"/>
        </w:numPr>
        <w:tabs>
          <w:tab w:val="left" w:pos="238"/>
        </w:tabs>
        <w:spacing w:line="269" w:lineRule="auto"/>
        <w:ind w:left="240" w:hanging="240"/>
        <w:jc w:val="both"/>
        <w:rPr>
          <w:color w:val="auto"/>
          <w:sz w:val="24"/>
          <w:szCs w:val="24"/>
        </w:rPr>
      </w:pPr>
      <w:bookmarkStart w:id="1126" w:name="bookmark5455"/>
      <w:bookmarkEnd w:id="1126"/>
      <w:r>
        <w:rPr>
          <w:rStyle w:val="BodyTextChar1"/>
          <w:rFonts w:cs="Georgia"/>
        </w:rPr>
        <w:t>Планировать выполнение учебной задачи, выбирать и аргу</w:t>
      </w:r>
      <w:r>
        <w:rPr>
          <w:rStyle w:val="BodyTextChar1"/>
          <w:rFonts w:cs="Georgia"/>
        </w:rPr>
        <w:softHyphen/>
        <w:t>ментировать способ деятельности.</w:t>
      </w:r>
    </w:p>
    <w:p w:rsidR="00F44E79" w:rsidRDefault="00F44E79" w:rsidP="001C7BA4">
      <w:pPr>
        <w:pStyle w:val="BodyText"/>
        <w:numPr>
          <w:ilvl w:val="0"/>
          <w:numId w:val="66"/>
        </w:numPr>
        <w:tabs>
          <w:tab w:val="left" w:pos="238"/>
        </w:tabs>
        <w:spacing w:line="269" w:lineRule="auto"/>
        <w:ind w:left="240" w:hanging="240"/>
        <w:jc w:val="both"/>
        <w:rPr>
          <w:color w:val="auto"/>
          <w:sz w:val="24"/>
          <w:szCs w:val="24"/>
        </w:rPr>
      </w:pPr>
      <w:bookmarkStart w:id="1127" w:name="bookmark5456"/>
      <w:bookmarkEnd w:id="1127"/>
      <w:r>
        <w:rPr>
          <w:rStyle w:val="BodyTextChar1"/>
          <w:rFonts w:cs="Georgia"/>
        </w:rPr>
        <w:t>Корректировать деятельность с учетом возникших трудно</w:t>
      </w:r>
      <w:r>
        <w:rPr>
          <w:rStyle w:val="BodyTextChar1"/>
          <w:rFonts w:cs="Georgia"/>
        </w:rPr>
        <w:softHyphen/>
        <w:t>стей, ошибок, новых данных или информации.</w:t>
      </w:r>
    </w:p>
    <w:p w:rsidR="00F44E79" w:rsidRDefault="00F44E79" w:rsidP="001C7BA4">
      <w:pPr>
        <w:pStyle w:val="BodyText"/>
        <w:numPr>
          <w:ilvl w:val="0"/>
          <w:numId w:val="66"/>
        </w:numPr>
        <w:tabs>
          <w:tab w:val="left" w:pos="238"/>
        </w:tabs>
        <w:spacing w:after="140" w:line="269" w:lineRule="auto"/>
        <w:ind w:left="240" w:hanging="240"/>
        <w:jc w:val="both"/>
        <w:rPr>
          <w:color w:val="auto"/>
          <w:sz w:val="24"/>
          <w:szCs w:val="24"/>
        </w:rPr>
      </w:pPr>
      <w:bookmarkStart w:id="1128" w:name="bookmark5457"/>
      <w:bookmarkEnd w:id="1128"/>
      <w:r>
        <w:rPr>
          <w:rStyle w:val="BodyTextChar1"/>
          <w:rFonts w:cs="Georgia"/>
        </w:rPr>
        <w:t>Анализировать и оценивать собственную работу: меру соб</w:t>
      </w:r>
      <w:r>
        <w:rPr>
          <w:rStyle w:val="BodyTextChar1"/>
          <w:rFonts w:cs="Georgia"/>
        </w:rPr>
        <w:softHyphen/>
        <w:t>ственной самостоятельности, затруднения, дефициты, ошиб</w:t>
      </w:r>
      <w:r>
        <w:rPr>
          <w:rStyle w:val="BodyTextChar1"/>
          <w:rFonts w:cs="Georgia"/>
        </w:rPr>
        <w:softHyphen/>
        <w:t>ки и пр.</w:t>
      </w:r>
    </w:p>
    <w:p w:rsidR="00F44E79" w:rsidRDefault="00F44E79">
      <w:pPr>
        <w:pStyle w:val="22"/>
        <w:jc w:val="both"/>
        <w:rPr>
          <w:rFonts w:ascii="Courier New" w:hAnsi="Courier New" w:cs="Courier New"/>
          <w:b w:val="0"/>
          <w:bCs w:val="0"/>
          <w:color w:val="auto"/>
          <w:w w:val="100"/>
          <w:sz w:val="24"/>
          <w:szCs w:val="24"/>
        </w:rPr>
      </w:pPr>
      <w:r>
        <w:rPr>
          <w:rStyle w:val="21"/>
          <w:rFonts w:cs="Tahoma"/>
          <w:b/>
        </w:rPr>
        <w:t>ЕСТЕСТВЕННО-НАУЧНЫЕ ПРЕДМЕТЫ</w:t>
      </w:r>
    </w:p>
    <w:p w:rsidR="00F44E79" w:rsidRDefault="00F44E79">
      <w:pPr>
        <w:pStyle w:val="22"/>
        <w:jc w:val="both"/>
        <w:rPr>
          <w:rFonts w:ascii="Courier New" w:hAnsi="Courier New" w:cs="Courier New"/>
          <w:b w:val="0"/>
          <w:bCs w:val="0"/>
          <w:color w:val="auto"/>
          <w:w w:val="100"/>
          <w:sz w:val="24"/>
          <w:szCs w:val="24"/>
        </w:rPr>
      </w:pPr>
      <w:r>
        <w:rPr>
          <w:rStyle w:val="21"/>
          <w:rFonts w:cs="Tahoma"/>
          <w:b/>
        </w:rPr>
        <w:t>Формирование универсальных учебных познавательных действий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Формирование базовых логических действий</w:t>
      </w:r>
    </w:p>
    <w:p w:rsidR="00F44E79" w:rsidRDefault="00F44E79" w:rsidP="001C7BA4">
      <w:pPr>
        <w:pStyle w:val="BodyText"/>
        <w:numPr>
          <w:ilvl w:val="0"/>
          <w:numId w:val="66"/>
        </w:numPr>
        <w:tabs>
          <w:tab w:val="left" w:pos="238"/>
        </w:tabs>
        <w:spacing w:line="266" w:lineRule="auto"/>
        <w:ind w:left="240" w:hanging="240"/>
        <w:jc w:val="both"/>
        <w:rPr>
          <w:color w:val="auto"/>
          <w:sz w:val="24"/>
          <w:szCs w:val="24"/>
        </w:rPr>
      </w:pPr>
      <w:bookmarkStart w:id="1129" w:name="bookmark5458"/>
      <w:bookmarkEnd w:id="1129"/>
      <w:r>
        <w:rPr>
          <w:rStyle w:val="BodyTextChar1"/>
          <w:rFonts w:cs="Georgia"/>
        </w:rPr>
        <w:t>Выдвигать гипотезы, объясняющие простые явления, напри</w:t>
      </w:r>
      <w:r>
        <w:rPr>
          <w:rStyle w:val="BodyTextChar1"/>
          <w:rFonts w:cs="Georgia"/>
        </w:rPr>
        <w:softHyphen/>
        <w:t>мер:</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 почему останавливается движущееся по горизонтальной по</w:t>
      </w:r>
      <w:r>
        <w:rPr>
          <w:rStyle w:val="BodyTextChar1"/>
          <w:rFonts w:cs="Georgia"/>
        </w:rPr>
        <w:softHyphen/>
        <w:t>верхности тело;</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—почему в жаркую погоду в светлой одежде прохладнее, чем в темной.</w:t>
      </w:r>
    </w:p>
    <w:p w:rsidR="00F44E79" w:rsidRDefault="00F44E79" w:rsidP="001C7BA4">
      <w:pPr>
        <w:pStyle w:val="BodyText"/>
        <w:numPr>
          <w:ilvl w:val="0"/>
          <w:numId w:val="66"/>
        </w:numPr>
        <w:tabs>
          <w:tab w:val="left" w:pos="238"/>
        </w:tabs>
        <w:spacing w:line="266" w:lineRule="auto"/>
        <w:ind w:left="240" w:hanging="240"/>
        <w:jc w:val="both"/>
        <w:rPr>
          <w:color w:val="auto"/>
          <w:sz w:val="24"/>
          <w:szCs w:val="24"/>
        </w:rPr>
      </w:pPr>
      <w:bookmarkStart w:id="1130" w:name="bookmark5459"/>
      <w:bookmarkEnd w:id="1130"/>
      <w:r>
        <w:rPr>
          <w:rStyle w:val="BodyTextChar1"/>
          <w:rFonts w:cs="Georgia"/>
        </w:rPr>
        <w:t>Строить простейшие модели физических явлений (в виде ри</w:t>
      </w:r>
      <w:r>
        <w:rPr>
          <w:rStyle w:val="BodyTextChar1"/>
          <w:rFonts w:cs="Georgia"/>
        </w:rPr>
        <w:softHyphen/>
        <w:t>сунков или схем), например: падение предмета; отражение света от зеркальной поверхности.</w:t>
      </w:r>
    </w:p>
    <w:p w:rsidR="00F44E79" w:rsidRDefault="00F44E79" w:rsidP="001C7BA4">
      <w:pPr>
        <w:pStyle w:val="BodyText"/>
        <w:numPr>
          <w:ilvl w:val="0"/>
          <w:numId w:val="66"/>
        </w:numPr>
        <w:tabs>
          <w:tab w:val="left" w:pos="238"/>
        </w:tabs>
        <w:spacing w:line="266" w:lineRule="auto"/>
        <w:ind w:left="240" w:hanging="240"/>
        <w:jc w:val="both"/>
        <w:rPr>
          <w:color w:val="auto"/>
          <w:sz w:val="24"/>
          <w:szCs w:val="24"/>
        </w:rPr>
      </w:pPr>
      <w:bookmarkStart w:id="1131" w:name="bookmark5460"/>
      <w:bookmarkEnd w:id="1131"/>
      <w:r>
        <w:rPr>
          <w:rStyle w:val="BodyTextChar1"/>
          <w:rFonts w:cs="Georgia"/>
        </w:rPr>
        <w:t>Прогнозировать свойства веществ на основе общих химиче</w:t>
      </w:r>
      <w:r>
        <w:rPr>
          <w:rStyle w:val="BodyTextChar1"/>
          <w:rFonts w:cs="Georgia"/>
        </w:rPr>
        <w:softHyphen/>
        <w:t>ских свойств изученных классов/групп веществ, к которым они относятся.</w:t>
      </w:r>
    </w:p>
    <w:p w:rsidR="00F44E79" w:rsidRDefault="00F44E79" w:rsidP="001C7BA4">
      <w:pPr>
        <w:pStyle w:val="BodyText"/>
        <w:numPr>
          <w:ilvl w:val="0"/>
          <w:numId w:val="66"/>
        </w:numPr>
        <w:tabs>
          <w:tab w:val="left" w:pos="238"/>
        </w:tabs>
        <w:spacing w:line="266" w:lineRule="auto"/>
        <w:ind w:left="240" w:hanging="240"/>
        <w:jc w:val="both"/>
        <w:rPr>
          <w:color w:val="auto"/>
          <w:sz w:val="24"/>
          <w:szCs w:val="24"/>
        </w:rPr>
      </w:pPr>
      <w:bookmarkStart w:id="1132" w:name="bookmark5461"/>
      <w:bookmarkEnd w:id="1132"/>
      <w:r>
        <w:rPr>
          <w:rStyle w:val="BodyTextChar1"/>
          <w:rFonts w:cs="Georgia"/>
        </w:rPr>
        <w:t>Объяснять общности происхождения и эволюции системати</w:t>
      </w:r>
      <w:r>
        <w:rPr>
          <w:rStyle w:val="BodyTextChar1"/>
          <w:rFonts w:cs="Georgia"/>
        </w:rPr>
        <w:softHyphen/>
        <w:t>ческих групп растений на примере сопоставления биологи</w:t>
      </w:r>
      <w:r>
        <w:rPr>
          <w:rStyle w:val="BodyTextChar1"/>
          <w:rFonts w:cs="Georgia"/>
        </w:rPr>
        <w:softHyphen/>
        <w:t>ческих растительных объектов.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Формирование базовых исследовательских действий</w:t>
      </w:r>
    </w:p>
    <w:p w:rsidR="00F44E79" w:rsidRDefault="00F44E79" w:rsidP="001C7BA4">
      <w:pPr>
        <w:pStyle w:val="BodyText"/>
        <w:numPr>
          <w:ilvl w:val="0"/>
          <w:numId w:val="66"/>
        </w:numPr>
        <w:tabs>
          <w:tab w:val="left" w:pos="238"/>
        </w:tabs>
        <w:spacing w:after="120" w:line="266" w:lineRule="auto"/>
        <w:ind w:left="240" w:hanging="240"/>
        <w:jc w:val="both"/>
        <w:rPr>
          <w:color w:val="auto"/>
          <w:sz w:val="24"/>
          <w:szCs w:val="24"/>
        </w:rPr>
      </w:pPr>
      <w:bookmarkStart w:id="1133" w:name="bookmark5462"/>
      <w:bookmarkEnd w:id="1133"/>
      <w:r>
        <w:rPr>
          <w:rStyle w:val="BodyTextChar1"/>
          <w:rFonts w:cs="Georgia"/>
        </w:rPr>
        <w:t>Исследование явления теплообмена при смешивании холод</w:t>
      </w:r>
      <w:r>
        <w:rPr>
          <w:rStyle w:val="BodyTextChar1"/>
          <w:rFonts w:cs="Georgia"/>
        </w:rPr>
        <w:softHyphen/>
        <w:t>ной и горячей воды.</w:t>
      </w:r>
    </w:p>
    <w:p w:rsidR="00F44E79" w:rsidRDefault="00F44E79" w:rsidP="001C7BA4">
      <w:pPr>
        <w:pStyle w:val="BodyText"/>
        <w:numPr>
          <w:ilvl w:val="0"/>
          <w:numId w:val="66"/>
        </w:numPr>
        <w:tabs>
          <w:tab w:val="left" w:pos="207"/>
        </w:tabs>
        <w:ind w:firstLine="0"/>
        <w:jc w:val="both"/>
        <w:rPr>
          <w:color w:val="auto"/>
          <w:sz w:val="24"/>
          <w:szCs w:val="24"/>
        </w:rPr>
      </w:pPr>
      <w:bookmarkStart w:id="1134" w:name="bookmark5463"/>
      <w:bookmarkEnd w:id="1134"/>
      <w:r>
        <w:rPr>
          <w:rStyle w:val="BodyTextChar1"/>
          <w:rFonts w:cs="Georgia"/>
        </w:rPr>
        <w:t>Исследование процесса испарения различных жидкостей.</w:t>
      </w:r>
    </w:p>
    <w:p w:rsidR="00F44E79" w:rsidRDefault="00F44E79" w:rsidP="001C7BA4">
      <w:pPr>
        <w:pStyle w:val="BodyText"/>
        <w:numPr>
          <w:ilvl w:val="0"/>
          <w:numId w:val="66"/>
        </w:numPr>
        <w:tabs>
          <w:tab w:val="left" w:pos="207"/>
        </w:tabs>
        <w:ind w:left="240" w:hanging="240"/>
        <w:jc w:val="both"/>
        <w:rPr>
          <w:color w:val="auto"/>
          <w:sz w:val="24"/>
          <w:szCs w:val="24"/>
        </w:rPr>
      </w:pPr>
      <w:bookmarkStart w:id="1135" w:name="bookmark5464"/>
      <w:bookmarkEnd w:id="1135"/>
      <w:r>
        <w:rPr>
          <w:rStyle w:val="BodyTextChar1"/>
          <w:rFonts w:cs="Georgia"/>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Работа с информацией</w:t>
      </w:r>
    </w:p>
    <w:p w:rsidR="00F44E79" w:rsidRDefault="00F44E79" w:rsidP="001C7BA4">
      <w:pPr>
        <w:pStyle w:val="BodyText"/>
        <w:numPr>
          <w:ilvl w:val="0"/>
          <w:numId w:val="66"/>
        </w:numPr>
        <w:tabs>
          <w:tab w:val="left" w:pos="207"/>
        </w:tabs>
        <w:ind w:left="240" w:hanging="240"/>
        <w:jc w:val="both"/>
        <w:rPr>
          <w:color w:val="auto"/>
          <w:sz w:val="24"/>
          <w:szCs w:val="24"/>
        </w:rPr>
      </w:pPr>
      <w:bookmarkStart w:id="1136" w:name="bookmark5465"/>
      <w:bookmarkEnd w:id="1136"/>
      <w:r>
        <w:rPr>
          <w:rStyle w:val="BodyTextChar1"/>
          <w:rFonts w:cs="Georgia"/>
        </w:rPr>
        <w:t>Анализировать оригинальный текст, посвященный исполь</w:t>
      </w:r>
      <w:r>
        <w:rPr>
          <w:rStyle w:val="BodyTextChar1"/>
          <w:rFonts w:cs="Georgia"/>
        </w:rPr>
        <w:softHyphen/>
        <w:t>зованию звука (или ультразвука) в технике (эхолокация, ультразвук в медицине и др.).</w:t>
      </w:r>
    </w:p>
    <w:p w:rsidR="00F44E79" w:rsidRDefault="00F44E79" w:rsidP="001C7BA4">
      <w:pPr>
        <w:pStyle w:val="BodyText"/>
        <w:numPr>
          <w:ilvl w:val="0"/>
          <w:numId w:val="66"/>
        </w:numPr>
        <w:tabs>
          <w:tab w:val="left" w:pos="207"/>
        </w:tabs>
        <w:ind w:firstLine="0"/>
        <w:jc w:val="both"/>
        <w:rPr>
          <w:color w:val="auto"/>
          <w:sz w:val="24"/>
          <w:szCs w:val="24"/>
        </w:rPr>
      </w:pPr>
      <w:bookmarkStart w:id="1137" w:name="bookmark5466"/>
      <w:bookmarkEnd w:id="1137"/>
      <w:r>
        <w:rPr>
          <w:rStyle w:val="BodyTextChar1"/>
          <w:rFonts w:cs="Georgia"/>
        </w:rPr>
        <w:t>Выполнять задания по тексту (смысловое чтение).</w:t>
      </w:r>
    </w:p>
    <w:p w:rsidR="00F44E79" w:rsidRDefault="00F44E79" w:rsidP="001C7BA4">
      <w:pPr>
        <w:pStyle w:val="BodyText"/>
        <w:numPr>
          <w:ilvl w:val="0"/>
          <w:numId w:val="66"/>
        </w:numPr>
        <w:tabs>
          <w:tab w:val="left" w:pos="207"/>
        </w:tabs>
        <w:ind w:left="240" w:hanging="240"/>
        <w:jc w:val="both"/>
        <w:rPr>
          <w:color w:val="auto"/>
          <w:sz w:val="24"/>
          <w:szCs w:val="24"/>
        </w:rPr>
      </w:pPr>
      <w:bookmarkStart w:id="1138" w:name="bookmark5467"/>
      <w:bookmarkEnd w:id="1138"/>
      <w:r>
        <w:rPr>
          <w:rStyle w:val="BodyTextChar1"/>
          <w:rFonts w:cs="Georgia"/>
        </w:rPr>
        <w:t>Использование при выполнении учебных заданий и в процес</w:t>
      </w:r>
      <w:r>
        <w:rPr>
          <w:rStyle w:val="BodyTextChar1"/>
          <w:rFonts w:cs="Georgia"/>
        </w:rPr>
        <w:softHyphen/>
        <w:t>се исследовательской деятельности научно-популярную ли</w:t>
      </w:r>
      <w:r>
        <w:rPr>
          <w:rStyle w:val="BodyTextChar1"/>
          <w:rFonts w:cs="Georgia"/>
        </w:rPr>
        <w:softHyphen/>
        <w:t>тературу химического содержания, справочные материалы, ресурсы Интернета.</w:t>
      </w:r>
    </w:p>
    <w:p w:rsidR="00F44E79" w:rsidRDefault="00F44E79" w:rsidP="001C7BA4">
      <w:pPr>
        <w:pStyle w:val="BodyText"/>
        <w:numPr>
          <w:ilvl w:val="0"/>
          <w:numId w:val="66"/>
        </w:numPr>
        <w:tabs>
          <w:tab w:val="left" w:pos="207"/>
        </w:tabs>
        <w:ind w:left="240" w:hanging="240"/>
        <w:jc w:val="both"/>
        <w:rPr>
          <w:color w:val="auto"/>
          <w:sz w:val="24"/>
          <w:szCs w:val="24"/>
        </w:rPr>
      </w:pPr>
      <w:bookmarkStart w:id="1139" w:name="bookmark5468"/>
      <w:bookmarkEnd w:id="1139"/>
      <w:r>
        <w:rPr>
          <w:rStyle w:val="BodyTextChar1"/>
          <w:rFonts w:cs="Georgia"/>
        </w:rPr>
        <w:t>Анализировать современные источники о вакцинах и вакци</w:t>
      </w:r>
      <w:r>
        <w:rPr>
          <w:rStyle w:val="BodyTextChar1"/>
          <w:rFonts w:cs="Georgia"/>
        </w:rPr>
        <w:softHyphen/>
        <w:t>нировании. Обсуждать роли вакцин и лечебных сывороток для сохранения здоровья человека.</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коммуника</w:t>
      </w:r>
      <w:r>
        <w:rPr>
          <w:rStyle w:val="BodyTextChar1"/>
          <w:rFonts w:cs="Georgia"/>
          <w:b/>
          <w:bCs/>
          <w:i/>
          <w:iCs/>
          <w:sz w:val="18"/>
          <w:szCs w:val="18"/>
        </w:rPr>
        <w:softHyphen/>
        <w:t>тивных действий</w:t>
      </w:r>
    </w:p>
    <w:p w:rsidR="00F44E79" w:rsidRDefault="00F44E79" w:rsidP="001C7BA4">
      <w:pPr>
        <w:pStyle w:val="BodyText"/>
        <w:numPr>
          <w:ilvl w:val="0"/>
          <w:numId w:val="66"/>
        </w:numPr>
        <w:tabs>
          <w:tab w:val="left" w:pos="207"/>
        </w:tabs>
        <w:ind w:left="240" w:hanging="240"/>
        <w:jc w:val="both"/>
        <w:rPr>
          <w:color w:val="auto"/>
          <w:sz w:val="24"/>
          <w:szCs w:val="24"/>
        </w:rPr>
      </w:pPr>
      <w:bookmarkStart w:id="1140" w:name="bookmark5469"/>
      <w:bookmarkEnd w:id="1140"/>
      <w:r>
        <w:rPr>
          <w:rStyle w:val="BodyTextChar1"/>
          <w:rFonts w:cs="Georgia"/>
        </w:rPr>
        <w:t>Сопоставлять свои суждения с суждениями других участни</w:t>
      </w:r>
      <w:r>
        <w:rPr>
          <w:rStyle w:val="BodyTextChar1"/>
          <w:rFonts w:cs="Georgia"/>
        </w:rPr>
        <w:softHyphen/>
        <w:t>ков дискуссии, при выявлении различий и сходства позиций по отношению к обсуждаемой естественно-научной проблеме.</w:t>
      </w:r>
    </w:p>
    <w:p w:rsidR="00F44E79" w:rsidRDefault="00F44E79" w:rsidP="001C7BA4">
      <w:pPr>
        <w:pStyle w:val="BodyText"/>
        <w:numPr>
          <w:ilvl w:val="0"/>
          <w:numId w:val="66"/>
        </w:numPr>
        <w:tabs>
          <w:tab w:val="left" w:pos="207"/>
        </w:tabs>
        <w:ind w:left="240" w:hanging="240"/>
        <w:jc w:val="both"/>
        <w:rPr>
          <w:color w:val="auto"/>
          <w:sz w:val="24"/>
          <w:szCs w:val="24"/>
        </w:rPr>
      </w:pPr>
      <w:bookmarkStart w:id="1141" w:name="bookmark5470"/>
      <w:bookmarkEnd w:id="1141"/>
      <w:r>
        <w:rPr>
          <w:rStyle w:val="BodyTextChar1"/>
          <w:rFonts w:cs="Georgia"/>
        </w:rPr>
        <w:t>Выражать свою точку зрения на решение естественно-науч</w:t>
      </w:r>
      <w:r>
        <w:rPr>
          <w:rStyle w:val="BodyTextChar1"/>
          <w:rFonts w:cs="Georgia"/>
        </w:rPr>
        <w:softHyphen/>
        <w:t>ной задачи в устных и письменных текстах.</w:t>
      </w:r>
    </w:p>
    <w:p w:rsidR="00F44E79" w:rsidRDefault="00F44E79" w:rsidP="001C7BA4">
      <w:pPr>
        <w:pStyle w:val="BodyText"/>
        <w:numPr>
          <w:ilvl w:val="0"/>
          <w:numId w:val="66"/>
        </w:numPr>
        <w:tabs>
          <w:tab w:val="left" w:pos="207"/>
        </w:tabs>
        <w:ind w:left="240" w:hanging="240"/>
        <w:jc w:val="both"/>
        <w:rPr>
          <w:color w:val="auto"/>
          <w:sz w:val="24"/>
          <w:szCs w:val="24"/>
        </w:rPr>
      </w:pPr>
      <w:bookmarkStart w:id="1142" w:name="bookmark5471"/>
      <w:bookmarkEnd w:id="1142"/>
      <w:r>
        <w:rPr>
          <w:rStyle w:val="BodyTextChar1"/>
          <w:rFonts w:cs="Georgia"/>
        </w:rPr>
        <w:t>Публично представлять результаты выполненного естествен</w:t>
      </w:r>
      <w:r>
        <w:rPr>
          <w:rStyle w:val="BodyTextChar1"/>
          <w:rFonts w:cs="Georgia"/>
        </w:rPr>
        <w:softHyphen/>
        <w:t>но-научного исследования или проекта, физического или хи</w:t>
      </w:r>
      <w:r>
        <w:rPr>
          <w:rStyle w:val="BodyTextChar1"/>
          <w:rFonts w:cs="Georgia"/>
        </w:rPr>
        <w:softHyphen/>
        <w:t>мического опыта, биологического наблюдения.</w:t>
      </w:r>
    </w:p>
    <w:p w:rsidR="00F44E79" w:rsidRDefault="00F44E79" w:rsidP="001C7BA4">
      <w:pPr>
        <w:pStyle w:val="BodyText"/>
        <w:numPr>
          <w:ilvl w:val="0"/>
          <w:numId w:val="66"/>
        </w:numPr>
        <w:tabs>
          <w:tab w:val="left" w:pos="207"/>
        </w:tabs>
        <w:ind w:left="240" w:hanging="240"/>
        <w:jc w:val="both"/>
        <w:rPr>
          <w:color w:val="auto"/>
          <w:sz w:val="24"/>
          <w:szCs w:val="24"/>
        </w:rPr>
      </w:pPr>
      <w:bookmarkStart w:id="1143" w:name="bookmark5472"/>
      <w:bookmarkEnd w:id="1143"/>
      <w:r>
        <w:rPr>
          <w:rStyle w:val="BodyTextChar1"/>
          <w:rFonts w:cs="Georgia"/>
        </w:rPr>
        <w:t>Определять и принимать цель совместной деятельности по решению естественно-научной проблемы, организация дей</w:t>
      </w:r>
      <w:r>
        <w:rPr>
          <w:rStyle w:val="BodyTextChar1"/>
          <w:rFonts w:cs="Georgia"/>
        </w:rPr>
        <w:softHyphen/>
        <w:t>ствий по ее достижению: обсуждение процесса и результатов совместной работы; обобщение мнений нескольких людей.</w:t>
      </w:r>
    </w:p>
    <w:p w:rsidR="00F44E79" w:rsidRDefault="00F44E79" w:rsidP="001C7BA4">
      <w:pPr>
        <w:pStyle w:val="BodyText"/>
        <w:numPr>
          <w:ilvl w:val="0"/>
          <w:numId w:val="66"/>
        </w:numPr>
        <w:tabs>
          <w:tab w:val="left" w:pos="207"/>
        </w:tabs>
        <w:ind w:left="240" w:hanging="240"/>
        <w:jc w:val="both"/>
        <w:rPr>
          <w:color w:val="auto"/>
          <w:sz w:val="24"/>
          <w:szCs w:val="24"/>
        </w:rPr>
      </w:pPr>
      <w:bookmarkStart w:id="1144" w:name="bookmark5473"/>
      <w:bookmarkEnd w:id="1144"/>
      <w:r>
        <w:rPr>
          <w:rStyle w:val="BodyTextChar1"/>
          <w:rFonts w:cs="Georgia"/>
        </w:rPr>
        <w:t>Координировать свои действия с другими членами команды при решении задачи, выполнении естественно-научного ис</w:t>
      </w:r>
      <w:r>
        <w:rPr>
          <w:rStyle w:val="BodyTextChar1"/>
          <w:rFonts w:cs="Georgia"/>
        </w:rPr>
        <w:softHyphen/>
        <w:t>следования или проекта.</w:t>
      </w:r>
    </w:p>
    <w:p w:rsidR="00F44E79" w:rsidRDefault="00F44E79" w:rsidP="001C7BA4">
      <w:pPr>
        <w:pStyle w:val="BodyText"/>
        <w:numPr>
          <w:ilvl w:val="0"/>
          <w:numId w:val="66"/>
        </w:numPr>
        <w:tabs>
          <w:tab w:val="left" w:pos="207"/>
        </w:tabs>
        <w:ind w:left="240" w:hanging="240"/>
        <w:jc w:val="both"/>
        <w:rPr>
          <w:color w:val="auto"/>
          <w:sz w:val="24"/>
          <w:szCs w:val="24"/>
        </w:rPr>
      </w:pPr>
      <w:bookmarkStart w:id="1145" w:name="bookmark5474"/>
      <w:bookmarkEnd w:id="1145"/>
      <w:r>
        <w:rPr>
          <w:rStyle w:val="BodyTextChar1"/>
          <w:rFonts w:cs="Georgia"/>
        </w:rPr>
        <w:t>Оценивать свой вклад в решение естественно-научной про</w:t>
      </w:r>
      <w:r>
        <w:rPr>
          <w:rStyle w:val="BodyTextChar1"/>
          <w:rFonts w:cs="Georgia"/>
        </w:rPr>
        <w:softHyphen/>
        <w:t>блемы по критериям, самостоятельно сформулированным участниками команды.</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регулятив</w:t>
      </w:r>
      <w:r>
        <w:rPr>
          <w:rStyle w:val="BodyTextChar1"/>
          <w:rFonts w:cs="Georgia"/>
          <w:b/>
          <w:bCs/>
          <w:i/>
          <w:iCs/>
          <w:sz w:val="18"/>
          <w:szCs w:val="18"/>
        </w:rPr>
        <w:softHyphen/>
        <w:t>ных действий</w:t>
      </w:r>
    </w:p>
    <w:p w:rsidR="00F44E79" w:rsidRDefault="00F44E79" w:rsidP="001C7BA4">
      <w:pPr>
        <w:pStyle w:val="BodyText"/>
        <w:numPr>
          <w:ilvl w:val="0"/>
          <w:numId w:val="66"/>
        </w:numPr>
        <w:tabs>
          <w:tab w:val="left" w:pos="207"/>
        </w:tabs>
        <w:ind w:left="240" w:hanging="240"/>
        <w:jc w:val="both"/>
        <w:rPr>
          <w:color w:val="auto"/>
          <w:sz w:val="24"/>
          <w:szCs w:val="24"/>
        </w:rPr>
      </w:pPr>
      <w:bookmarkStart w:id="1146" w:name="bookmark5475"/>
      <w:bookmarkEnd w:id="1146"/>
      <w:r>
        <w:rPr>
          <w:rStyle w:val="BodyTextChar1"/>
          <w:rFonts w:cs="Georgia"/>
        </w:rPr>
        <w:t>Выявление проблем в жизненных и учебных ситуациях, тре</w:t>
      </w:r>
      <w:r>
        <w:rPr>
          <w:rStyle w:val="BodyTextChar1"/>
          <w:rFonts w:cs="Georgia"/>
        </w:rPr>
        <w:softHyphen/>
        <w:t>бующих для решения проявлений естественно-научной гра</w:t>
      </w:r>
      <w:r>
        <w:rPr>
          <w:rStyle w:val="BodyTextChar1"/>
          <w:rFonts w:cs="Georgia"/>
        </w:rPr>
        <w:softHyphen/>
        <w:t>мотности.</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47" w:name="bookmark5476"/>
      <w:bookmarkEnd w:id="1147"/>
      <w:r>
        <w:rPr>
          <w:rStyle w:val="BodyTextChar1"/>
          <w:rFonts w:cs="Georgia"/>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48" w:name="bookmark5477"/>
      <w:bookmarkEnd w:id="1148"/>
      <w:r>
        <w:rPr>
          <w:rStyle w:val="BodyTextChar1"/>
          <w:rFonts w:cs="Georgia"/>
        </w:rPr>
        <w:t>Самостоятельное составление алгоритмов решения естествен</w:t>
      </w:r>
      <w:r>
        <w:rPr>
          <w:rStyle w:val="BodyTextChar1"/>
          <w:rFonts w:cs="Georgia"/>
        </w:rPr>
        <w:softHyphen/>
        <w:t>но-научной задачи или плана естественно-научного исследо</w:t>
      </w:r>
      <w:r>
        <w:rPr>
          <w:rStyle w:val="BodyTextChar1"/>
          <w:rFonts w:cs="Georgia"/>
        </w:rPr>
        <w:softHyphen/>
        <w:t>вания с учетом собственных возможностей.</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49" w:name="bookmark5478"/>
      <w:bookmarkEnd w:id="1149"/>
      <w:r>
        <w:rPr>
          <w:rStyle w:val="BodyTextChar1"/>
          <w:rFonts w:cs="Georgia"/>
        </w:rPr>
        <w:t>Выработка адекватной оценки ситуации, возникшей при ре</w:t>
      </w:r>
      <w:r>
        <w:rPr>
          <w:rStyle w:val="BodyTextChar1"/>
          <w:rFonts w:cs="Georgia"/>
        </w:rPr>
        <w:softHyphen/>
        <w:t>шении естественно-научной задачи, и при выдвижении пла</w:t>
      </w:r>
      <w:r>
        <w:rPr>
          <w:rStyle w:val="BodyTextChar1"/>
          <w:rFonts w:cs="Georgia"/>
        </w:rPr>
        <w:softHyphen/>
        <w:t>на изменения ситуации в случае необходимости.</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0" w:name="bookmark5479"/>
      <w:bookmarkEnd w:id="1150"/>
      <w:r>
        <w:rPr>
          <w:rStyle w:val="BodyTextChar1"/>
          <w:rFonts w:cs="Georgia"/>
        </w:rPr>
        <w:t>Объяснение причин достижения (недостижения) результатов деятельности по решению естественно-научной задачи, вы</w:t>
      </w:r>
      <w:r>
        <w:rPr>
          <w:rStyle w:val="BodyTextChar1"/>
          <w:rFonts w:cs="Georgia"/>
        </w:rPr>
        <w:softHyphen/>
        <w:t>полнении естественно-научного исследования.</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1" w:name="bookmark5480"/>
      <w:bookmarkEnd w:id="1151"/>
      <w:r>
        <w:rPr>
          <w:rStyle w:val="BodyTextChar1"/>
          <w:rFonts w:cs="Georgia"/>
        </w:rPr>
        <w:t>Оценка соответствия результата решения естественно-науч</w:t>
      </w:r>
      <w:r>
        <w:rPr>
          <w:rStyle w:val="BodyTextChar1"/>
          <w:rFonts w:cs="Georgia"/>
        </w:rPr>
        <w:softHyphen/>
        <w:t>ной проблемы поставленным целям и условиям.</w:t>
      </w:r>
    </w:p>
    <w:p w:rsidR="00F44E79" w:rsidRDefault="00F44E79" w:rsidP="001C7BA4">
      <w:pPr>
        <w:pStyle w:val="BodyText"/>
        <w:numPr>
          <w:ilvl w:val="0"/>
          <w:numId w:val="66"/>
        </w:numPr>
        <w:tabs>
          <w:tab w:val="left" w:pos="208"/>
        </w:tabs>
        <w:spacing w:after="140" w:line="266" w:lineRule="auto"/>
        <w:ind w:left="240" w:hanging="240"/>
        <w:jc w:val="both"/>
        <w:rPr>
          <w:color w:val="auto"/>
          <w:sz w:val="24"/>
          <w:szCs w:val="24"/>
        </w:rPr>
      </w:pPr>
      <w:bookmarkStart w:id="1152" w:name="bookmark5481"/>
      <w:bookmarkEnd w:id="1152"/>
      <w:r>
        <w:rPr>
          <w:rStyle w:val="BodyTextChar1"/>
          <w:rFonts w:cs="Georgia"/>
        </w:rPr>
        <w:t>Готовность ставить себя на место другого человека в ходе спора или дискуссии по естественно-научной проблеме, ин</w:t>
      </w:r>
      <w:r>
        <w:rPr>
          <w:rStyle w:val="BodyTextChar1"/>
          <w:rFonts w:cs="Georgia"/>
        </w:rPr>
        <w:softHyphen/>
        <w:t>терпретации результатов естественно-научного исследова</w:t>
      </w:r>
      <w:r>
        <w:rPr>
          <w:rStyle w:val="BodyTextChar1"/>
          <w:rFonts w:cs="Georgia"/>
        </w:rPr>
        <w:softHyphen/>
        <w:t>ния; готовность понимать мотивы, намерения и логику дру</w:t>
      </w:r>
      <w:r>
        <w:rPr>
          <w:rStyle w:val="BodyTextChar1"/>
          <w:rFonts w:cs="Georgia"/>
        </w:rPr>
        <w:softHyphen/>
        <w:t>гого.</w:t>
      </w:r>
    </w:p>
    <w:p w:rsidR="00F44E79" w:rsidRDefault="00F44E79">
      <w:pPr>
        <w:pStyle w:val="22"/>
        <w:rPr>
          <w:rFonts w:ascii="Courier New" w:hAnsi="Courier New" w:cs="Courier New"/>
          <w:b w:val="0"/>
          <w:bCs w:val="0"/>
          <w:color w:val="auto"/>
          <w:w w:val="100"/>
          <w:sz w:val="24"/>
          <w:szCs w:val="24"/>
        </w:rPr>
      </w:pPr>
      <w:r>
        <w:rPr>
          <w:rStyle w:val="21"/>
          <w:rFonts w:cs="Tahoma"/>
          <w:b/>
        </w:rPr>
        <w:t>ОБЩЕСТВЕННО-НАУЧНЫЕ ПРЕДМЕТЫ</w:t>
      </w:r>
    </w:p>
    <w:p w:rsidR="00F44E79" w:rsidRDefault="00F44E79">
      <w:pPr>
        <w:pStyle w:val="22"/>
        <w:rPr>
          <w:rFonts w:ascii="Courier New" w:hAnsi="Courier New" w:cs="Courier New"/>
          <w:b w:val="0"/>
          <w:bCs w:val="0"/>
          <w:color w:val="auto"/>
          <w:w w:val="100"/>
          <w:sz w:val="24"/>
          <w:szCs w:val="24"/>
        </w:rPr>
      </w:pPr>
      <w:r>
        <w:rPr>
          <w:rStyle w:val="21"/>
          <w:rFonts w:cs="Tahoma"/>
          <w:b/>
        </w:rPr>
        <w:t>Формирование универсальных учебных познавательных действий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Формирование базовых логических действий</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3" w:name="bookmark5482"/>
      <w:bookmarkEnd w:id="1153"/>
      <w:r>
        <w:rPr>
          <w:rStyle w:val="BodyTextChar1"/>
          <w:rFonts w:cs="Georgia"/>
        </w:rPr>
        <w:t>Систематизировать, классифицировать и обобщать историче</w:t>
      </w:r>
      <w:r>
        <w:rPr>
          <w:rStyle w:val="BodyTextChar1"/>
          <w:rFonts w:cs="Georgia"/>
        </w:rPr>
        <w:softHyphen/>
        <w:t>ские факты.</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4" w:name="bookmark5483"/>
      <w:bookmarkEnd w:id="1154"/>
      <w:r>
        <w:rPr>
          <w:rStyle w:val="BodyTextChar1"/>
          <w:rFonts w:cs="Georgia"/>
        </w:rPr>
        <w:t>Составлять синхронистические и систематические таблицы.</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5" w:name="bookmark5484"/>
      <w:bookmarkEnd w:id="1155"/>
      <w:r>
        <w:rPr>
          <w:rStyle w:val="BodyTextChar1"/>
          <w:rFonts w:cs="Georgia"/>
        </w:rPr>
        <w:t>Выявлять и характеризовать существенные признаки исто</w:t>
      </w:r>
      <w:r>
        <w:rPr>
          <w:rStyle w:val="BodyTextChar1"/>
          <w:rFonts w:cs="Georgia"/>
        </w:rPr>
        <w:softHyphen/>
        <w:t>рических явлений, процессов.</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6" w:name="bookmark5485"/>
      <w:bookmarkEnd w:id="1156"/>
      <w:r>
        <w:rPr>
          <w:rStyle w:val="BodyTextChar1"/>
          <w:rFonts w:cs="Georgia"/>
        </w:rPr>
        <w:t>Сравнивать исторические явления, процессы (политическое устройство государств, социально-экономические отноше</w:t>
      </w:r>
      <w:r>
        <w:rPr>
          <w:rStyle w:val="BodyTextChar1"/>
          <w:rFonts w:cs="Georgia"/>
        </w:rPr>
        <w:softHyphen/>
        <w:t>ния, пути модернизации и др.) по горизонтали (существовав</w:t>
      </w:r>
      <w:r>
        <w:rPr>
          <w:rStyle w:val="BodyTextChar1"/>
          <w:rFonts w:cs="Georgia"/>
        </w:rPr>
        <w:softHyphen/>
        <w:t>шие синхронно в разных сообществах) и в динамике («было — стало») по заданным или самостоятельно определенным основаниям.</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7" w:name="bookmark5486"/>
      <w:bookmarkEnd w:id="1157"/>
      <w:r>
        <w:rPr>
          <w:rStyle w:val="BodyTextChar1"/>
          <w:rFonts w:cs="Georgia"/>
        </w:rPr>
        <w:t>Использовать понятия и категории современного историче</w:t>
      </w:r>
      <w:r>
        <w:rPr>
          <w:rStyle w:val="BodyTextChar1"/>
          <w:rFonts w:cs="Georgia"/>
        </w:rPr>
        <w:softHyphen/>
        <w:t>ского знания (эпоха, цивилизация, исторический источник, исторический факт, историзм и др.).</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8" w:name="bookmark5487"/>
      <w:bookmarkEnd w:id="1158"/>
      <w:r>
        <w:rPr>
          <w:rStyle w:val="BodyTextChar1"/>
          <w:rFonts w:cs="Georgia"/>
        </w:rPr>
        <w:t>Выявлять причины и следствия исторических событий и процессов.</w:t>
      </w:r>
    </w:p>
    <w:p w:rsidR="00F44E79" w:rsidRDefault="00F44E79" w:rsidP="001C7BA4">
      <w:pPr>
        <w:pStyle w:val="BodyText"/>
        <w:numPr>
          <w:ilvl w:val="0"/>
          <w:numId w:val="66"/>
        </w:numPr>
        <w:tabs>
          <w:tab w:val="left" w:pos="208"/>
        </w:tabs>
        <w:spacing w:line="266" w:lineRule="auto"/>
        <w:ind w:left="240" w:hanging="240"/>
        <w:jc w:val="both"/>
        <w:rPr>
          <w:color w:val="auto"/>
          <w:sz w:val="24"/>
          <w:szCs w:val="24"/>
        </w:rPr>
      </w:pPr>
      <w:bookmarkStart w:id="1159" w:name="bookmark5488"/>
      <w:bookmarkEnd w:id="1159"/>
      <w:r>
        <w:rPr>
          <w:rStyle w:val="BodyTextChar1"/>
          <w:rFonts w:cs="Georgia"/>
        </w:rPr>
        <w:t>Осуществлять по самостоятельно составленному плану учеб</w:t>
      </w:r>
      <w:r>
        <w:rPr>
          <w:rStyle w:val="BodyTextChar1"/>
          <w:rFonts w:cs="Georgia"/>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60" w:name="bookmark5489"/>
      <w:bookmarkEnd w:id="1160"/>
      <w:r>
        <w:rPr>
          <w:rStyle w:val="BodyTextChar1"/>
          <w:rFonts w:cs="Georgia"/>
        </w:rPr>
        <w:t>Соотносить результаты своего исследования с уже имеющи</w:t>
      </w:r>
      <w:r>
        <w:rPr>
          <w:rStyle w:val="BodyTextChar1"/>
          <w:rFonts w:cs="Georgia"/>
        </w:rPr>
        <w:softHyphen/>
        <w:t>мися данными, оценивать их значимость.</w:t>
      </w:r>
    </w:p>
    <w:p w:rsidR="00F44E79" w:rsidRDefault="00F44E79" w:rsidP="001C7BA4">
      <w:pPr>
        <w:pStyle w:val="BodyText"/>
        <w:numPr>
          <w:ilvl w:val="0"/>
          <w:numId w:val="66"/>
        </w:numPr>
        <w:tabs>
          <w:tab w:val="left" w:pos="207"/>
        </w:tabs>
        <w:spacing w:line="276" w:lineRule="auto"/>
        <w:ind w:left="160" w:hanging="160"/>
        <w:jc w:val="both"/>
        <w:rPr>
          <w:color w:val="auto"/>
          <w:sz w:val="24"/>
          <w:szCs w:val="24"/>
        </w:rPr>
      </w:pPr>
      <w:bookmarkStart w:id="1161" w:name="bookmark5490"/>
      <w:bookmarkEnd w:id="1161"/>
      <w:r>
        <w:rPr>
          <w:rStyle w:val="BodyTextChar1"/>
          <w:rFonts w:cs="Georgia"/>
        </w:rPr>
        <w:t>Классифицировать (выделять основания, заполнять состав</w:t>
      </w:r>
      <w:r>
        <w:rPr>
          <w:rStyle w:val="BodyTextChar1"/>
          <w:rFonts w:cs="Georgia"/>
        </w:rPr>
        <w:softHyphen/>
        <w:t>лять схему, таблицу) виды деятельности человека: виды юри</w:t>
      </w:r>
      <w:r>
        <w:rPr>
          <w:rStyle w:val="BodyTextChar1"/>
          <w:rFonts w:cs="Georgia"/>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BodyTextChar1"/>
          <w:rFonts w:cs="Georgia"/>
        </w:rPr>
        <w:softHyphen/>
        <w:t>альному устройству, типы политических партий, обществен</w:t>
      </w:r>
      <w:r>
        <w:rPr>
          <w:rStyle w:val="BodyTextChar1"/>
          <w:rFonts w:cs="Georgia"/>
        </w:rPr>
        <w:softHyphen/>
        <w:t>но-политических организаций.</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162" w:name="bookmark5491"/>
      <w:bookmarkEnd w:id="1162"/>
      <w:r>
        <w:rPr>
          <w:rStyle w:val="BodyTextChar1"/>
          <w:rFonts w:cs="Georgia"/>
        </w:rPr>
        <w:t>Сравнивать формы политического участия (выборы и рефе</w:t>
      </w:r>
      <w:r>
        <w:rPr>
          <w:rStyle w:val="BodyTextChar1"/>
          <w:rFonts w:cs="Georgia"/>
        </w:rPr>
        <w:softHyphen/>
        <w:t>рендум), проступок и преступление, дееспособность малолет</w:t>
      </w:r>
      <w:r>
        <w:rPr>
          <w:rStyle w:val="BodyTextChar1"/>
          <w:rFonts w:cs="Georgia"/>
        </w:rPr>
        <w:softHyphen/>
        <w:t>них в возрасте от 6 до 14 лет и несовершеннолетних в воз</w:t>
      </w:r>
      <w:r>
        <w:rPr>
          <w:rStyle w:val="BodyTextChar1"/>
          <w:rFonts w:cs="Georgia"/>
        </w:rPr>
        <w:softHyphen/>
        <w:t>расте от 14 до 18 лет, мораль и право.</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63" w:name="bookmark5492"/>
      <w:bookmarkEnd w:id="1163"/>
      <w:r>
        <w:rPr>
          <w:rStyle w:val="BodyTextChar1"/>
          <w:rFonts w:cs="Georgia"/>
        </w:rPr>
        <w:t>Определять конструктивные модели поведения в конфликтной ситуации, находить конструктивное разрешение конфликта.</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64" w:name="bookmark5493"/>
      <w:bookmarkEnd w:id="1164"/>
      <w:r>
        <w:rPr>
          <w:rStyle w:val="BodyTextChar1"/>
          <w:rFonts w:cs="Georgia"/>
        </w:rPr>
        <w:t>Преобразовывать статистическую и визуальную информа</w:t>
      </w:r>
      <w:r>
        <w:rPr>
          <w:rStyle w:val="BodyTextChar1"/>
          <w:rFonts w:cs="Georgia"/>
        </w:rPr>
        <w:softHyphen/>
        <w:t>цию о достижениях России в текст.</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65" w:name="bookmark5494"/>
      <w:bookmarkEnd w:id="1165"/>
      <w:r>
        <w:rPr>
          <w:rStyle w:val="BodyTextChar1"/>
          <w:rFonts w:cs="Georgia"/>
        </w:rPr>
        <w:t>Вносить коррективы в моделируемую экономическую дея</w:t>
      </w:r>
      <w:r>
        <w:rPr>
          <w:rStyle w:val="BodyTextChar1"/>
          <w:rFonts w:cs="Georgia"/>
        </w:rPr>
        <w:softHyphen/>
        <w:t>тельность на основе изменившихся ситуаций.</w:t>
      </w:r>
    </w:p>
    <w:p w:rsidR="00F44E79" w:rsidRDefault="00F44E79" w:rsidP="001C7BA4">
      <w:pPr>
        <w:pStyle w:val="BodyText"/>
        <w:numPr>
          <w:ilvl w:val="0"/>
          <w:numId w:val="66"/>
        </w:numPr>
        <w:tabs>
          <w:tab w:val="left" w:pos="207"/>
        </w:tabs>
        <w:spacing w:line="295" w:lineRule="auto"/>
        <w:ind w:left="160" w:hanging="160"/>
        <w:jc w:val="both"/>
        <w:rPr>
          <w:color w:val="auto"/>
          <w:sz w:val="24"/>
          <w:szCs w:val="24"/>
        </w:rPr>
      </w:pPr>
      <w:bookmarkStart w:id="1166" w:name="bookmark5495"/>
      <w:bookmarkEnd w:id="1166"/>
      <w:r>
        <w:rPr>
          <w:rStyle w:val="BodyTextChar1"/>
          <w:rFonts w:cs="Georgia"/>
        </w:rPr>
        <w:t>Использовать полученные знания для публичного представ</w:t>
      </w:r>
      <w:r>
        <w:rPr>
          <w:rStyle w:val="BodyTextChar1"/>
          <w:rFonts w:cs="Georgia"/>
        </w:rPr>
        <w:softHyphen/>
        <w:t>ления результатов своей деятельности в сфере духовной культуры.</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67" w:name="bookmark5496"/>
      <w:bookmarkEnd w:id="1167"/>
      <w:r>
        <w:rPr>
          <w:rStyle w:val="BodyTextChar1"/>
          <w:rFonts w:cs="Georgia"/>
        </w:rPr>
        <w:t>Выступать с сообщениями в соответствии с особенностями аудитории и регламентом.</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68" w:name="bookmark5497"/>
      <w:bookmarkEnd w:id="1168"/>
      <w:r>
        <w:rPr>
          <w:rStyle w:val="BodyTextChar1"/>
          <w:rFonts w:cs="Georgia"/>
        </w:rPr>
        <w:t>Устанавливать и объяснять взаимосвязи между правами че</w:t>
      </w:r>
      <w:r>
        <w:rPr>
          <w:rStyle w:val="BodyTextChar1"/>
          <w:rFonts w:cs="Georgia"/>
        </w:rPr>
        <w:softHyphen/>
        <w:t>ловека и гражданина и обязанностями граждан.</w:t>
      </w:r>
    </w:p>
    <w:p w:rsidR="00F44E79" w:rsidRDefault="00F44E79" w:rsidP="001C7BA4">
      <w:pPr>
        <w:pStyle w:val="BodyText"/>
        <w:numPr>
          <w:ilvl w:val="0"/>
          <w:numId w:val="66"/>
        </w:numPr>
        <w:tabs>
          <w:tab w:val="left" w:pos="207"/>
        </w:tabs>
        <w:spacing w:line="360" w:lineRule="auto"/>
        <w:ind w:left="160" w:hanging="160"/>
        <w:jc w:val="both"/>
        <w:rPr>
          <w:color w:val="auto"/>
          <w:sz w:val="24"/>
          <w:szCs w:val="24"/>
        </w:rPr>
      </w:pPr>
      <w:bookmarkStart w:id="1169" w:name="bookmark5498"/>
      <w:bookmarkEnd w:id="1169"/>
      <w:r>
        <w:rPr>
          <w:rStyle w:val="BodyTextChar1"/>
          <w:rFonts w:cs="Georgia"/>
        </w:rPr>
        <w:t>Объяснять причины смены дня и ночи и времен года.</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170" w:name="bookmark5499"/>
      <w:bookmarkEnd w:id="1170"/>
      <w:r>
        <w:rPr>
          <w:rStyle w:val="BodyTextChar1"/>
          <w:rFonts w:cs="Georgia"/>
        </w:rPr>
        <w:t>Устанавливать эмпирические зависимости между продолжи</w:t>
      </w:r>
      <w:r>
        <w:rPr>
          <w:rStyle w:val="BodyTextChar1"/>
          <w:rFonts w:cs="Georgia"/>
        </w:rPr>
        <w:softHyphen/>
        <w:t>тельностью дня и географической широтой местности, меж</w:t>
      </w:r>
      <w:r>
        <w:rPr>
          <w:rStyle w:val="BodyTextChar1"/>
          <w:rFonts w:cs="Georgia"/>
        </w:rPr>
        <w:softHyphen/>
        <w:t>ду высотой Солнца над горизонтом и географической широ</w:t>
      </w:r>
      <w:r>
        <w:rPr>
          <w:rStyle w:val="BodyTextChar1"/>
          <w:rFonts w:cs="Georgia"/>
        </w:rPr>
        <w:softHyphen/>
        <w:t>той местности на основе анализа данных наблюдений.</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71" w:name="bookmark5500"/>
      <w:bookmarkEnd w:id="1171"/>
      <w:r>
        <w:rPr>
          <w:rStyle w:val="BodyTextChar1"/>
          <w:rFonts w:cs="Georgia"/>
        </w:rPr>
        <w:t>Классифицировать формы рельефа суши по высоте и по внеш</w:t>
      </w:r>
      <w:r>
        <w:rPr>
          <w:rStyle w:val="BodyTextChar1"/>
          <w:rFonts w:cs="Georgia"/>
        </w:rPr>
        <w:softHyphen/>
        <w:t>нему облику.</w:t>
      </w:r>
    </w:p>
    <w:p w:rsidR="00F44E79" w:rsidRDefault="00F44E79" w:rsidP="001C7BA4">
      <w:pPr>
        <w:pStyle w:val="BodyText"/>
        <w:numPr>
          <w:ilvl w:val="0"/>
          <w:numId w:val="66"/>
        </w:numPr>
        <w:tabs>
          <w:tab w:val="left" w:pos="207"/>
        </w:tabs>
        <w:spacing w:line="360" w:lineRule="auto"/>
        <w:ind w:left="160" w:hanging="160"/>
        <w:jc w:val="both"/>
        <w:rPr>
          <w:color w:val="auto"/>
          <w:sz w:val="24"/>
          <w:szCs w:val="24"/>
        </w:rPr>
      </w:pPr>
      <w:bookmarkStart w:id="1172" w:name="bookmark5501"/>
      <w:bookmarkEnd w:id="1172"/>
      <w:r>
        <w:rPr>
          <w:rStyle w:val="BodyTextChar1"/>
          <w:rFonts w:cs="Georgia"/>
        </w:rPr>
        <w:t>Классифицировать острова по происхождению.</w:t>
      </w:r>
    </w:p>
    <w:p w:rsidR="00F44E79" w:rsidRDefault="00F44E79" w:rsidP="001C7BA4">
      <w:pPr>
        <w:pStyle w:val="BodyText"/>
        <w:numPr>
          <w:ilvl w:val="0"/>
          <w:numId w:val="66"/>
        </w:numPr>
        <w:tabs>
          <w:tab w:val="left" w:pos="207"/>
        </w:tabs>
        <w:spacing w:line="288" w:lineRule="auto"/>
        <w:ind w:left="160" w:hanging="160"/>
        <w:jc w:val="both"/>
        <w:rPr>
          <w:color w:val="auto"/>
          <w:sz w:val="24"/>
          <w:szCs w:val="24"/>
        </w:rPr>
      </w:pPr>
      <w:bookmarkStart w:id="1173" w:name="bookmark5502"/>
      <w:bookmarkEnd w:id="1173"/>
      <w:r>
        <w:rPr>
          <w:rStyle w:val="BodyTextChar1"/>
          <w:rFonts w:cs="Georgia"/>
        </w:rPr>
        <w:t>Формулировать оценочные суждения о последствиях измене</w:t>
      </w:r>
      <w:r>
        <w:rPr>
          <w:rStyle w:val="BodyTextChar1"/>
          <w:rFonts w:cs="Georgia"/>
        </w:rPr>
        <w:softHyphen/>
        <w:t>ний компонентов природы в результате деятельности челове</w:t>
      </w:r>
      <w:r>
        <w:rPr>
          <w:rStyle w:val="BodyTextChar1"/>
          <w:rFonts w:cs="Georgia"/>
        </w:rPr>
        <w:softHyphen/>
        <w:t>ка с использованием разных источников географической ин</w:t>
      </w:r>
      <w:r>
        <w:rPr>
          <w:rStyle w:val="BodyTextChar1"/>
          <w:rFonts w:cs="Georgia"/>
        </w:rPr>
        <w:softHyphen/>
        <w:t>формации.</w:t>
      </w:r>
    </w:p>
    <w:p w:rsidR="00F44E79" w:rsidRDefault="00F44E79" w:rsidP="001C7BA4">
      <w:pPr>
        <w:pStyle w:val="BodyText"/>
        <w:numPr>
          <w:ilvl w:val="0"/>
          <w:numId w:val="66"/>
        </w:numPr>
        <w:tabs>
          <w:tab w:val="left" w:pos="207"/>
        </w:tabs>
        <w:spacing w:line="310" w:lineRule="auto"/>
        <w:ind w:left="160" w:hanging="160"/>
        <w:jc w:val="both"/>
        <w:rPr>
          <w:color w:val="auto"/>
          <w:sz w:val="24"/>
          <w:szCs w:val="24"/>
        </w:rPr>
      </w:pPr>
      <w:bookmarkStart w:id="1174" w:name="bookmark5503"/>
      <w:bookmarkEnd w:id="1174"/>
      <w:r>
        <w:rPr>
          <w:rStyle w:val="BodyTextChar1"/>
          <w:rFonts w:cs="Georgia"/>
        </w:rPr>
        <w:t>Самостоятельно составлять план решения учебной географи</w:t>
      </w:r>
      <w:r>
        <w:rPr>
          <w:rStyle w:val="BodyTextChar1"/>
          <w:rFonts w:cs="Georgia"/>
        </w:rPr>
        <w:softHyphen/>
        <w:t>ческой задачи.</w:t>
      </w:r>
    </w:p>
    <w:p w:rsidR="00F44E79" w:rsidRDefault="00F44E79">
      <w:pPr>
        <w:pStyle w:val="BodyText"/>
        <w:spacing w:line="286" w:lineRule="auto"/>
        <w:ind w:firstLine="160"/>
        <w:jc w:val="both"/>
        <w:rPr>
          <w:rFonts w:ascii="Courier New" w:hAnsi="Courier New" w:cs="Courier New"/>
          <w:color w:val="auto"/>
          <w:sz w:val="24"/>
          <w:szCs w:val="24"/>
        </w:rPr>
      </w:pPr>
      <w:r>
        <w:rPr>
          <w:rStyle w:val="BodyTextChar1"/>
          <w:rFonts w:cs="Georgia"/>
          <w:b/>
          <w:bCs/>
          <w:i/>
          <w:iCs/>
          <w:sz w:val="18"/>
          <w:szCs w:val="18"/>
        </w:rPr>
        <w:t>Формирование базовых исследовательских действий</w:t>
      </w:r>
    </w:p>
    <w:p w:rsidR="00F44E79" w:rsidRDefault="00F44E79">
      <w:pPr>
        <w:pStyle w:val="BodyText"/>
        <w:ind w:left="160" w:hanging="160"/>
        <w:jc w:val="both"/>
        <w:rPr>
          <w:rFonts w:ascii="Courier New" w:hAnsi="Courier New" w:cs="Courier New"/>
          <w:color w:val="auto"/>
          <w:sz w:val="24"/>
          <w:szCs w:val="24"/>
        </w:rPr>
      </w:pPr>
      <w:r>
        <w:rPr>
          <w:rStyle w:val="BodyTextChar1"/>
          <w:rFonts w:ascii="Arial" w:hAnsi="Arial" w:cs="Arial"/>
          <w:i/>
          <w:iCs/>
          <w:sz w:val="8"/>
          <w:szCs w:val="8"/>
        </w:rPr>
        <w:t>6</w:t>
      </w:r>
      <w:r>
        <w:rPr>
          <w:rStyle w:val="BodyTextChar1"/>
          <w:rFonts w:cs="Georgia"/>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BodyTextChar1"/>
          <w:rFonts w:cs="Georgia"/>
        </w:rPr>
        <w:softHyphen/>
        <w:t>метр, анемометр, флюгер) и представлять результаты наблю</w:t>
      </w:r>
      <w:r>
        <w:rPr>
          <w:rStyle w:val="BodyTextChar1"/>
          <w:rFonts w:cs="Georgia"/>
        </w:rPr>
        <w:softHyphen/>
        <w:t>дений в табличной и (или) графической форме.</w:t>
      </w:r>
    </w:p>
    <w:p w:rsidR="00F44E79" w:rsidRDefault="00F44E79" w:rsidP="001C7BA4">
      <w:pPr>
        <w:pStyle w:val="BodyText"/>
        <w:numPr>
          <w:ilvl w:val="0"/>
          <w:numId w:val="66"/>
        </w:numPr>
        <w:tabs>
          <w:tab w:val="left" w:pos="207"/>
        </w:tabs>
        <w:ind w:left="160" w:hanging="160"/>
        <w:jc w:val="both"/>
        <w:rPr>
          <w:color w:val="auto"/>
          <w:sz w:val="24"/>
          <w:szCs w:val="24"/>
        </w:rPr>
      </w:pPr>
      <w:bookmarkStart w:id="1175" w:name="bookmark5504"/>
      <w:bookmarkEnd w:id="1175"/>
      <w:r>
        <w:rPr>
          <w:rStyle w:val="BodyTextChar1"/>
          <w:rFonts w:cs="Georgia"/>
        </w:rPr>
        <w:t>Формулировать вопросы, поиск ответов на которые необхо</w:t>
      </w:r>
      <w:r>
        <w:rPr>
          <w:rStyle w:val="BodyTextChar1"/>
          <w:rFonts w:cs="Georgia"/>
        </w:rPr>
        <w:softHyphen/>
        <w:t>дим для прогнозирования изменения численности населения Российской Федерации в будущем.</w:t>
      </w:r>
    </w:p>
    <w:p w:rsidR="00F44E79" w:rsidRDefault="00F44E79" w:rsidP="001C7BA4">
      <w:pPr>
        <w:pStyle w:val="BodyText"/>
        <w:numPr>
          <w:ilvl w:val="0"/>
          <w:numId w:val="66"/>
        </w:numPr>
        <w:tabs>
          <w:tab w:val="left" w:pos="207"/>
        </w:tabs>
        <w:ind w:left="160" w:hanging="160"/>
        <w:jc w:val="both"/>
        <w:rPr>
          <w:color w:val="auto"/>
          <w:sz w:val="24"/>
          <w:szCs w:val="24"/>
        </w:rPr>
      </w:pPr>
      <w:bookmarkStart w:id="1176" w:name="bookmark5505"/>
      <w:bookmarkEnd w:id="1176"/>
      <w:r>
        <w:rPr>
          <w:rStyle w:val="BodyTextChar1"/>
          <w:rFonts w:cs="Georgia"/>
        </w:rPr>
        <w:t>Представлять результаты фенологических наблюдений и на</w:t>
      </w:r>
      <w:r>
        <w:rPr>
          <w:rStyle w:val="BodyTextChar1"/>
          <w:rFonts w:cs="Georgia"/>
        </w:rPr>
        <w:softHyphen/>
        <w:t>блюдений за погодой в различной форме (табличной, графи</w:t>
      </w:r>
      <w:r>
        <w:rPr>
          <w:rStyle w:val="BodyTextChar1"/>
          <w:rFonts w:cs="Georgia"/>
        </w:rPr>
        <w:softHyphen/>
        <w:t>ческой, географического описания).</w:t>
      </w:r>
    </w:p>
    <w:p w:rsidR="00F44E79" w:rsidRDefault="00F44E79" w:rsidP="001C7BA4">
      <w:pPr>
        <w:pStyle w:val="BodyText"/>
        <w:numPr>
          <w:ilvl w:val="0"/>
          <w:numId w:val="66"/>
        </w:numPr>
        <w:tabs>
          <w:tab w:val="left" w:pos="207"/>
        </w:tabs>
        <w:ind w:left="160" w:hanging="160"/>
        <w:jc w:val="both"/>
        <w:rPr>
          <w:color w:val="auto"/>
          <w:sz w:val="24"/>
          <w:szCs w:val="24"/>
        </w:rPr>
      </w:pPr>
      <w:bookmarkStart w:id="1177" w:name="bookmark5506"/>
      <w:bookmarkEnd w:id="1177"/>
      <w:r>
        <w:rPr>
          <w:rStyle w:val="BodyTextChar1"/>
          <w:rFonts w:cs="Georgia"/>
        </w:rPr>
        <w:t>Проводить по самостоятельно составленному плану неболь</w:t>
      </w:r>
      <w:r>
        <w:rPr>
          <w:rStyle w:val="BodyTextChar1"/>
          <w:rFonts w:cs="Georgia"/>
        </w:rPr>
        <w:softHyphen/>
        <w:t>шое исследование роли традиций в обществе.</w:t>
      </w:r>
    </w:p>
    <w:p w:rsidR="00F44E79" w:rsidRDefault="00F44E79" w:rsidP="001C7BA4">
      <w:pPr>
        <w:pStyle w:val="BodyText"/>
        <w:numPr>
          <w:ilvl w:val="0"/>
          <w:numId w:val="66"/>
        </w:numPr>
        <w:tabs>
          <w:tab w:val="left" w:pos="207"/>
        </w:tabs>
        <w:ind w:left="160" w:hanging="160"/>
        <w:jc w:val="both"/>
        <w:rPr>
          <w:color w:val="auto"/>
          <w:sz w:val="24"/>
          <w:szCs w:val="24"/>
        </w:rPr>
      </w:pPr>
      <w:bookmarkStart w:id="1178" w:name="bookmark5507"/>
      <w:bookmarkEnd w:id="1178"/>
      <w:r>
        <w:rPr>
          <w:rStyle w:val="BodyTextChar1"/>
          <w:rFonts w:cs="Georgia"/>
        </w:rPr>
        <w:t>Исследовать несложные практические ситуации, связанные с использованием различных способов повышения эффек</w:t>
      </w:r>
      <w:r>
        <w:rPr>
          <w:rStyle w:val="BodyTextChar1"/>
          <w:rFonts w:cs="Georgia"/>
        </w:rPr>
        <w:softHyphen/>
        <w:t>тивности производства.</w:t>
      </w:r>
    </w:p>
    <w:p w:rsidR="00F44E79" w:rsidRDefault="00F44E79">
      <w:pPr>
        <w:pStyle w:val="BodyText"/>
        <w:spacing w:line="286" w:lineRule="auto"/>
        <w:ind w:firstLine="160"/>
        <w:jc w:val="both"/>
        <w:rPr>
          <w:rFonts w:ascii="Courier New" w:hAnsi="Courier New" w:cs="Courier New"/>
          <w:color w:val="auto"/>
          <w:sz w:val="24"/>
          <w:szCs w:val="24"/>
        </w:rPr>
      </w:pPr>
      <w:r>
        <w:rPr>
          <w:rStyle w:val="BodyTextChar1"/>
          <w:rFonts w:cs="Georgia"/>
          <w:b/>
          <w:bCs/>
          <w:i/>
          <w:iCs/>
          <w:sz w:val="18"/>
          <w:szCs w:val="18"/>
        </w:rPr>
        <w:t>Работа с информацией</w:t>
      </w:r>
    </w:p>
    <w:p w:rsidR="00F44E79" w:rsidRDefault="00F44E79" w:rsidP="001C7BA4">
      <w:pPr>
        <w:pStyle w:val="BodyText"/>
        <w:numPr>
          <w:ilvl w:val="0"/>
          <w:numId w:val="66"/>
        </w:numPr>
        <w:tabs>
          <w:tab w:val="left" w:pos="207"/>
        </w:tabs>
        <w:ind w:left="160" w:hanging="160"/>
        <w:jc w:val="both"/>
        <w:rPr>
          <w:color w:val="auto"/>
          <w:sz w:val="24"/>
          <w:szCs w:val="24"/>
        </w:rPr>
      </w:pPr>
      <w:bookmarkStart w:id="1179" w:name="bookmark5508"/>
      <w:bookmarkEnd w:id="1179"/>
      <w:r>
        <w:rPr>
          <w:rStyle w:val="BodyTextChar1"/>
          <w:rFonts w:cs="Georgia"/>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BodyTextChar1"/>
          <w:rFonts w:cs="Georgia"/>
        </w:rPr>
        <w:softHyphen/>
        <w:t>чей.</w:t>
      </w:r>
    </w:p>
    <w:p w:rsidR="00F44E79" w:rsidRDefault="00F44E79" w:rsidP="001C7BA4">
      <w:pPr>
        <w:pStyle w:val="BodyText"/>
        <w:numPr>
          <w:ilvl w:val="0"/>
          <w:numId w:val="66"/>
        </w:numPr>
        <w:tabs>
          <w:tab w:val="left" w:pos="207"/>
        </w:tabs>
        <w:ind w:left="160" w:hanging="160"/>
        <w:jc w:val="both"/>
        <w:rPr>
          <w:color w:val="auto"/>
          <w:sz w:val="24"/>
          <w:szCs w:val="24"/>
        </w:rPr>
      </w:pPr>
      <w:bookmarkStart w:id="1180" w:name="bookmark5509"/>
      <w:bookmarkEnd w:id="1180"/>
      <w:r>
        <w:rPr>
          <w:rStyle w:val="BodyTextChar1"/>
          <w:rFonts w:cs="Georgia"/>
        </w:rPr>
        <w:t>Анализировать и интерпретировать историческую инфор</w:t>
      </w:r>
      <w:r>
        <w:rPr>
          <w:rStyle w:val="BodyTextChar1"/>
          <w:rFonts w:cs="Georgia"/>
        </w:rPr>
        <w:softHyphen/>
        <w:t>мацию, применяя приемы критики источника, высказы</w:t>
      </w:r>
      <w:r>
        <w:rPr>
          <w:rStyle w:val="BodyTextChar1"/>
          <w:rFonts w:cs="Georgia"/>
        </w:rPr>
        <w:softHyphen/>
        <w:t>вать суждение о его информационных особенностях и цен</w:t>
      </w:r>
      <w:r>
        <w:rPr>
          <w:rStyle w:val="BodyTextChar1"/>
          <w:rFonts w:cs="Georgia"/>
        </w:rPr>
        <w:softHyphen/>
        <w:t>ности (по заданным или самостоятельно определяемым критериям).</w:t>
      </w:r>
    </w:p>
    <w:p w:rsidR="00F44E79" w:rsidRDefault="00F44E79" w:rsidP="001C7BA4">
      <w:pPr>
        <w:pStyle w:val="BodyText"/>
        <w:numPr>
          <w:ilvl w:val="0"/>
          <w:numId w:val="66"/>
        </w:numPr>
        <w:tabs>
          <w:tab w:val="left" w:pos="207"/>
        </w:tabs>
        <w:ind w:left="160" w:hanging="160"/>
        <w:jc w:val="both"/>
        <w:rPr>
          <w:color w:val="auto"/>
          <w:sz w:val="24"/>
          <w:szCs w:val="24"/>
        </w:rPr>
      </w:pPr>
      <w:bookmarkStart w:id="1181" w:name="bookmark5510"/>
      <w:bookmarkEnd w:id="1181"/>
      <w:r>
        <w:rPr>
          <w:rStyle w:val="BodyTextChar1"/>
          <w:rFonts w:cs="Georgia"/>
        </w:rPr>
        <w:t>Сравнивать данные разных источников исторической ин</w:t>
      </w:r>
      <w:r>
        <w:rPr>
          <w:rStyle w:val="BodyTextChar1"/>
          <w:rFonts w:cs="Georgia"/>
        </w:rPr>
        <w:softHyphen/>
        <w:t>формации, выявлять их сходство и различия, в том числе, связанные со степенью информированности и позицией ав</w:t>
      </w:r>
      <w:r>
        <w:rPr>
          <w:rStyle w:val="BodyTextChar1"/>
          <w:rFonts w:cs="Georgia"/>
        </w:rPr>
        <w:softHyphen/>
        <w:t>торов.</w:t>
      </w:r>
    </w:p>
    <w:p w:rsidR="00F44E79" w:rsidRDefault="00F44E79" w:rsidP="001C7BA4">
      <w:pPr>
        <w:pStyle w:val="BodyText"/>
        <w:numPr>
          <w:ilvl w:val="0"/>
          <w:numId w:val="66"/>
        </w:numPr>
        <w:tabs>
          <w:tab w:val="left" w:pos="207"/>
        </w:tabs>
        <w:ind w:left="160" w:hanging="160"/>
        <w:jc w:val="both"/>
        <w:rPr>
          <w:color w:val="auto"/>
          <w:sz w:val="24"/>
          <w:szCs w:val="24"/>
        </w:rPr>
      </w:pPr>
      <w:bookmarkStart w:id="1182" w:name="bookmark5511"/>
      <w:bookmarkEnd w:id="1182"/>
      <w:r>
        <w:rPr>
          <w:rStyle w:val="BodyTextChar1"/>
          <w:rFonts w:cs="Georgia"/>
        </w:rPr>
        <w:t>Выбирать оптимальную форму представления результатов самостоятельной работы с исторической информацией (сооб</w:t>
      </w:r>
      <w:r>
        <w:rPr>
          <w:rStyle w:val="BodyTextChar1"/>
          <w:rFonts w:cs="Georgia"/>
        </w:rPr>
        <w:softHyphen/>
        <w:t>щение, эссе, презентация, учебный проект и др.).</w:t>
      </w:r>
    </w:p>
    <w:p w:rsidR="00F44E79" w:rsidRDefault="00F44E79" w:rsidP="001C7BA4">
      <w:pPr>
        <w:pStyle w:val="BodyText"/>
        <w:numPr>
          <w:ilvl w:val="0"/>
          <w:numId w:val="66"/>
        </w:numPr>
        <w:tabs>
          <w:tab w:val="left" w:pos="207"/>
        </w:tabs>
        <w:ind w:left="160" w:hanging="160"/>
        <w:jc w:val="both"/>
        <w:rPr>
          <w:color w:val="auto"/>
          <w:sz w:val="24"/>
          <w:szCs w:val="24"/>
        </w:rPr>
      </w:pPr>
      <w:bookmarkStart w:id="1183" w:name="bookmark5512"/>
      <w:bookmarkEnd w:id="1183"/>
      <w:r>
        <w:rPr>
          <w:rStyle w:val="BodyTextChar1"/>
          <w:rFonts w:cs="Georgia"/>
        </w:rPr>
        <w:t>Проводить поиск необходимой исторической информации в учебной и научной литературе, аутентичных источниках (ма</w:t>
      </w:r>
      <w:r>
        <w:rPr>
          <w:rStyle w:val="BodyTextChar1"/>
          <w:rFonts w:cs="Georgia"/>
        </w:rPr>
        <w:softHyphen/>
        <w:t>териальных, письменных, визуальных), публицистике и др. в соответствии с предложенной познавательной задачей.</w:t>
      </w:r>
    </w:p>
    <w:p w:rsidR="00F44E79" w:rsidRDefault="00F44E79" w:rsidP="001C7BA4">
      <w:pPr>
        <w:pStyle w:val="BodyText"/>
        <w:numPr>
          <w:ilvl w:val="0"/>
          <w:numId w:val="66"/>
        </w:numPr>
        <w:tabs>
          <w:tab w:val="left" w:pos="207"/>
        </w:tabs>
        <w:ind w:left="160" w:hanging="160"/>
        <w:jc w:val="both"/>
        <w:rPr>
          <w:color w:val="auto"/>
          <w:sz w:val="24"/>
          <w:szCs w:val="24"/>
        </w:rPr>
      </w:pPr>
      <w:bookmarkStart w:id="1184" w:name="bookmark5513"/>
      <w:bookmarkEnd w:id="1184"/>
      <w:r>
        <w:rPr>
          <w:rStyle w:val="BodyTextChar1"/>
          <w:rFonts w:cs="Georgia"/>
        </w:rPr>
        <w:t>Анализировать и интерпретировать историческую информа</w:t>
      </w:r>
      <w:r>
        <w:rPr>
          <w:rStyle w:val="BodyTextChar1"/>
          <w:rFonts w:cs="Georgia"/>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BodyTextChar1"/>
          <w:rFonts w:cs="Georgia"/>
        </w:rPr>
        <w:softHyphen/>
        <w:t>риям).</w:t>
      </w:r>
    </w:p>
    <w:p w:rsidR="00F44E79" w:rsidRDefault="00F44E79" w:rsidP="001C7BA4">
      <w:pPr>
        <w:pStyle w:val="BodyText"/>
        <w:numPr>
          <w:ilvl w:val="0"/>
          <w:numId w:val="66"/>
        </w:numPr>
        <w:tabs>
          <w:tab w:val="left" w:pos="207"/>
        </w:tabs>
        <w:spacing w:line="276" w:lineRule="auto"/>
        <w:ind w:left="240" w:hanging="240"/>
        <w:jc w:val="both"/>
        <w:rPr>
          <w:color w:val="auto"/>
          <w:sz w:val="24"/>
          <w:szCs w:val="24"/>
        </w:rPr>
      </w:pPr>
      <w:bookmarkStart w:id="1185" w:name="bookmark5514"/>
      <w:bookmarkEnd w:id="1185"/>
      <w:r>
        <w:rPr>
          <w:rStyle w:val="BodyTextChar1"/>
          <w:rFonts w:cs="Georgia"/>
        </w:rPr>
        <w:t>Выбирать источники географической информации (карто</w:t>
      </w:r>
      <w:r>
        <w:rPr>
          <w:rStyle w:val="BodyTextChar1"/>
          <w:rFonts w:cs="Georgia"/>
        </w:rPr>
        <w:softHyphen/>
        <w:t>графические, статистические, текстовые, видео- и фотоизо</w:t>
      </w:r>
      <w:r>
        <w:rPr>
          <w:rStyle w:val="BodyTextChar1"/>
          <w:rFonts w:cs="Georgia"/>
        </w:rPr>
        <w:softHyphen/>
        <w:t>бражения, компьютерные базы данных), необходимые для изучения особенностей хозяйства России.</w:t>
      </w:r>
    </w:p>
    <w:p w:rsidR="00F44E79" w:rsidRDefault="00F44E79" w:rsidP="001C7BA4">
      <w:pPr>
        <w:pStyle w:val="BodyText"/>
        <w:numPr>
          <w:ilvl w:val="0"/>
          <w:numId w:val="66"/>
        </w:numPr>
        <w:tabs>
          <w:tab w:val="left" w:pos="207"/>
        </w:tabs>
        <w:spacing w:line="276" w:lineRule="auto"/>
        <w:ind w:left="240" w:hanging="240"/>
        <w:jc w:val="both"/>
        <w:rPr>
          <w:color w:val="auto"/>
          <w:sz w:val="24"/>
          <w:szCs w:val="24"/>
        </w:rPr>
      </w:pPr>
      <w:bookmarkStart w:id="1186" w:name="bookmark5515"/>
      <w:bookmarkEnd w:id="1186"/>
      <w:r>
        <w:rPr>
          <w:rStyle w:val="BodyTextChar1"/>
          <w:rFonts w:cs="Georgia"/>
        </w:rPr>
        <w:t>Находить, извлекать и использовать информацию, характе</w:t>
      </w:r>
      <w:r>
        <w:rPr>
          <w:rStyle w:val="BodyTextChar1"/>
          <w:rFonts w:cs="Georgia"/>
        </w:rPr>
        <w:softHyphen/>
        <w:t>ризующую отраслевую, функциональную и территориаль</w:t>
      </w:r>
      <w:r>
        <w:rPr>
          <w:rStyle w:val="BodyTextChar1"/>
          <w:rFonts w:cs="Georgia"/>
        </w:rPr>
        <w:softHyphen/>
        <w:t>ную структуру хозяйства России, выделять географическую информацию, которая является противоречивой или может быть недостоверной.</w:t>
      </w:r>
    </w:p>
    <w:p w:rsidR="00F44E79" w:rsidRDefault="00F44E79" w:rsidP="001C7BA4">
      <w:pPr>
        <w:pStyle w:val="BodyText"/>
        <w:numPr>
          <w:ilvl w:val="0"/>
          <w:numId w:val="66"/>
        </w:numPr>
        <w:tabs>
          <w:tab w:val="left" w:pos="207"/>
        </w:tabs>
        <w:spacing w:line="302" w:lineRule="auto"/>
        <w:ind w:left="240" w:hanging="240"/>
        <w:jc w:val="both"/>
        <w:rPr>
          <w:color w:val="auto"/>
          <w:sz w:val="24"/>
          <w:szCs w:val="24"/>
        </w:rPr>
      </w:pPr>
      <w:bookmarkStart w:id="1187" w:name="bookmark5516"/>
      <w:bookmarkEnd w:id="1187"/>
      <w:r>
        <w:rPr>
          <w:rStyle w:val="BodyTextChar1"/>
          <w:rFonts w:cs="Georgia"/>
        </w:rPr>
        <w:t>Определять информацию, недостающую для решения той или иной задачи.</w:t>
      </w:r>
    </w:p>
    <w:p w:rsidR="00F44E79" w:rsidRDefault="00F44E79" w:rsidP="001C7BA4">
      <w:pPr>
        <w:pStyle w:val="BodyText"/>
        <w:numPr>
          <w:ilvl w:val="0"/>
          <w:numId w:val="66"/>
        </w:numPr>
        <w:tabs>
          <w:tab w:val="left" w:pos="207"/>
        </w:tabs>
        <w:spacing w:line="288" w:lineRule="auto"/>
        <w:ind w:left="240" w:hanging="240"/>
        <w:jc w:val="both"/>
        <w:rPr>
          <w:color w:val="auto"/>
          <w:sz w:val="24"/>
          <w:szCs w:val="24"/>
        </w:rPr>
      </w:pPr>
      <w:bookmarkStart w:id="1188" w:name="bookmark5517"/>
      <w:bookmarkEnd w:id="1188"/>
      <w:r>
        <w:rPr>
          <w:rStyle w:val="BodyTextChar1"/>
          <w:rFonts w:cs="Georgia"/>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44E79" w:rsidRDefault="00F44E79" w:rsidP="001C7BA4">
      <w:pPr>
        <w:pStyle w:val="BodyText"/>
        <w:numPr>
          <w:ilvl w:val="0"/>
          <w:numId w:val="66"/>
        </w:numPr>
        <w:tabs>
          <w:tab w:val="left" w:pos="207"/>
        </w:tabs>
        <w:spacing w:line="276" w:lineRule="auto"/>
        <w:ind w:left="240" w:hanging="240"/>
        <w:jc w:val="both"/>
        <w:rPr>
          <w:color w:val="auto"/>
          <w:sz w:val="24"/>
          <w:szCs w:val="24"/>
        </w:rPr>
      </w:pPr>
      <w:bookmarkStart w:id="1189" w:name="bookmark5518"/>
      <w:bookmarkEnd w:id="1189"/>
      <w:r>
        <w:rPr>
          <w:rStyle w:val="BodyTextChar1"/>
          <w:rFonts w:cs="Georgia"/>
        </w:rPr>
        <w:t>Анализировать и обобщать текстовую и статистическую ин</w:t>
      </w:r>
      <w:r>
        <w:rPr>
          <w:rStyle w:val="BodyTextChar1"/>
          <w:rFonts w:cs="Georgia"/>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44E79" w:rsidRDefault="00F44E79" w:rsidP="001C7BA4">
      <w:pPr>
        <w:pStyle w:val="BodyText"/>
        <w:numPr>
          <w:ilvl w:val="0"/>
          <w:numId w:val="66"/>
        </w:numPr>
        <w:tabs>
          <w:tab w:val="left" w:pos="207"/>
        </w:tabs>
        <w:spacing w:line="302" w:lineRule="auto"/>
        <w:ind w:left="240" w:hanging="240"/>
        <w:jc w:val="both"/>
        <w:rPr>
          <w:color w:val="auto"/>
          <w:sz w:val="24"/>
          <w:szCs w:val="24"/>
        </w:rPr>
      </w:pPr>
      <w:bookmarkStart w:id="1190" w:name="bookmark5519"/>
      <w:bookmarkEnd w:id="1190"/>
      <w:r>
        <w:rPr>
          <w:rStyle w:val="BodyTextChar1"/>
          <w:rFonts w:cs="Georgia"/>
        </w:rPr>
        <w:t>Представлять информацию в виде кратких выводов и обоб</w:t>
      </w:r>
      <w:r>
        <w:rPr>
          <w:rStyle w:val="BodyTextChar1"/>
          <w:rFonts w:cs="Georgia"/>
        </w:rPr>
        <w:softHyphen/>
        <w:t>щений.</w:t>
      </w:r>
    </w:p>
    <w:p w:rsidR="00F44E79" w:rsidRDefault="00F44E79" w:rsidP="001C7BA4">
      <w:pPr>
        <w:pStyle w:val="BodyText"/>
        <w:numPr>
          <w:ilvl w:val="0"/>
          <w:numId w:val="66"/>
        </w:numPr>
        <w:tabs>
          <w:tab w:val="left" w:pos="207"/>
        </w:tabs>
        <w:spacing w:line="276" w:lineRule="auto"/>
        <w:ind w:left="240" w:hanging="240"/>
        <w:jc w:val="both"/>
        <w:rPr>
          <w:color w:val="auto"/>
          <w:sz w:val="24"/>
          <w:szCs w:val="24"/>
        </w:rPr>
      </w:pPr>
      <w:bookmarkStart w:id="1191" w:name="bookmark5520"/>
      <w:bookmarkEnd w:id="1191"/>
      <w:r>
        <w:rPr>
          <w:rStyle w:val="BodyTextChar1"/>
          <w:rFonts w:cs="Georgia"/>
        </w:rPr>
        <w:t>Осуществлять поиск информации о роли непрерывного обра</w:t>
      </w:r>
      <w:r>
        <w:rPr>
          <w:rStyle w:val="BodyTextChar1"/>
          <w:rFonts w:cs="Georgia"/>
        </w:rPr>
        <w:softHyphen/>
        <w:t>зования в современном обществе в разных источниках ин</w:t>
      </w:r>
      <w:r>
        <w:rPr>
          <w:rStyle w:val="BodyTextChar1"/>
          <w:rFonts w:cs="Georgia"/>
        </w:rPr>
        <w:softHyphen/>
        <w:t>формации: сопоставлять и обобщать информацию, представ</w:t>
      </w:r>
      <w:r>
        <w:rPr>
          <w:rStyle w:val="BodyTextChar1"/>
          <w:rFonts w:cs="Georgia"/>
        </w:rPr>
        <w:softHyphen/>
        <w:t>ленную в разных формах (описательную, графическую, аудиовизуальную).</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коммуника</w:t>
      </w:r>
      <w:r>
        <w:rPr>
          <w:rStyle w:val="BodyTextChar1"/>
          <w:rFonts w:cs="Georgia"/>
          <w:b/>
          <w:bCs/>
          <w:i/>
          <w:iCs/>
          <w:sz w:val="18"/>
          <w:szCs w:val="18"/>
        </w:rPr>
        <w:softHyphen/>
        <w:t>тивных действий</w:t>
      </w:r>
    </w:p>
    <w:p w:rsidR="00F44E79" w:rsidRDefault="00F44E79" w:rsidP="001C7BA4">
      <w:pPr>
        <w:pStyle w:val="BodyText"/>
        <w:numPr>
          <w:ilvl w:val="0"/>
          <w:numId w:val="66"/>
        </w:numPr>
        <w:tabs>
          <w:tab w:val="left" w:pos="207"/>
        </w:tabs>
        <w:spacing w:line="302" w:lineRule="auto"/>
        <w:ind w:left="240" w:hanging="240"/>
        <w:jc w:val="both"/>
        <w:rPr>
          <w:color w:val="auto"/>
          <w:sz w:val="24"/>
          <w:szCs w:val="24"/>
        </w:rPr>
      </w:pPr>
      <w:bookmarkStart w:id="1192" w:name="bookmark5521"/>
      <w:bookmarkEnd w:id="1192"/>
      <w:r>
        <w:rPr>
          <w:rStyle w:val="BodyTextChar1"/>
          <w:rFonts w:cs="Georgia"/>
        </w:rPr>
        <w:t>Определять характер отношений между людьми в различных исторических и современных ситуациях, событиях.</w:t>
      </w:r>
    </w:p>
    <w:p w:rsidR="00F44E79" w:rsidRDefault="00F44E79" w:rsidP="001C7BA4">
      <w:pPr>
        <w:pStyle w:val="BodyText"/>
        <w:numPr>
          <w:ilvl w:val="0"/>
          <w:numId w:val="66"/>
        </w:numPr>
        <w:tabs>
          <w:tab w:val="left" w:pos="207"/>
        </w:tabs>
        <w:spacing w:line="288" w:lineRule="auto"/>
        <w:ind w:left="240" w:hanging="240"/>
        <w:jc w:val="both"/>
        <w:rPr>
          <w:color w:val="auto"/>
          <w:sz w:val="24"/>
          <w:szCs w:val="24"/>
        </w:rPr>
      </w:pPr>
      <w:bookmarkStart w:id="1193" w:name="bookmark5522"/>
      <w:bookmarkEnd w:id="1193"/>
      <w:r>
        <w:rPr>
          <w:rStyle w:val="BodyTextChar1"/>
          <w:rFonts w:cs="Georgia"/>
        </w:rPr>
        <w:t>Раскрывать значение совместной деятельности, сотрудни</w:t>
      </w:r>
      <w:r>
        <w:rPr>
          <w:rStyle w:val="BodyTextChar1"/>
          <w:rFonts w:cs="Georgia"/>
        </w:rPr>
        <w:softHyphen/>
        <w:t>чества людей в разных сферах в различные исторические эпохи.</w:t>
      </w:r>
    </w:p>
    <w:p w:rsidR="00F44E79" w:rsidRDefault="00F44E79" w:rsidP="001C7BA4">
      <w:pPr>
        <w:pStyle w:val="BodyText"/>
        <w:numPr>
          <w:ilvl w:val="0"/>
          <w:numId w:val="66"/>
        </w:numPr>
        <w:tabs>
          <w:tab w:val="left" w:pos="207"/>
        </w:tabs>
        <w:spacing w:line="288" w:lineRule="auto"/>
        <w:ind w:left="240" w:hanging="240"/>
        <w:jc w:val="both"/>
        <w:rPr>
          <w:color w:val="auto"/>
          <w:sz w:val="24"/>
          <w:szCs w:val="24"/>
        </w:rPr>
      </w:pPr>
      <w:bookmarkStart w:id="1194" w:name="bookmark5523"/>
      <w:bookmarkEnd w:id="1194"/>
      <w:r>
        <w:rPr>
          <w:rStyle w:val="BodyTextChar1"/>
          <w:rFonts w:cs="Georgia"/>
        </w:rPr>
        <w:t>Принимать участие в обсуждении открытых (в том числе дискуссионных) вопросов истории, высказывая и аргументи</w:t>
      </w:r>
      <w:r>
        <w:rPr>
          <w:rStyle w:val="BodyTextChar1"/>
          <w:rFonts w:cs="Georgia"/>
        </w:rPr>
        <w:softHyphen/>
        <w:t>руя свои суждения.</w:t>
      </w:r>
    </w:p>
    <w:p w:rsidR="00F44E79" w:rsidRDefault="00F44E79" w:rsidP="001C7BA4">
      <w:pPr>
        <w:pStyle w:val="BodyText"/>
        <w:numPr>
          <w:ilvl w:val="0"/>
          <w:numId w:val="66"/>
        </w:numPr>
        <w:tabs>
          <w:tab w:val="left" w:pos="207"/>
        </w:tabs>
        <w:spacing w:line="288" w:lineRule="auto"/>
        <w:ind w:left="240" w:hanging="240"/>
        <w:jc w:val="both"/>
        <w:rPr>
          <w:color w:val="auto"/>
          <w:sz w:val="24"/>
          <w:szCs w:val="24"/>
        </w:rPr>
      </w:pPr>
      <w:bookmarkStart w:id="1195" w:name="bookmark5524"/>
      <w:bookmarkEnd w:id="1195"/>
      <w:r>
        <w:rPr>
          <w:rStyle w:val="BodyTextChar1"/>
          <w:rFonts w:cs="Georgia"/>
        </w:rPr>
        <w:t>Осуществлять презентацию выполненной самостоятельной работы по истории, проявляя способность к диалогу с ауди</w:t>
      </w:r>
      <w:r>
        <w:rPr>
          <w:rStyle w:val="BodyTextChar1"/>
          <w:rFonts w:cs="Georgia"/>
        </w:rPr>
        <w:softHyphen/>
        <w:t>торией.</w:t>
      </w:r>
    </w:p>
    <w:p w:rsidR="00F44E79" w:rsidRDefault="00F44E79" w:rsidP="001C7BA4">
      <w:pPr>
        <w:pStyle w:val="BodyText"/>
        <w:numPr>
          <w:ilvl w:val="0"/>
          <w:numId w:val="66"/>
        </w:numPr>
        <w:tabs>
          <w:tab w:val="left" w:pos="207"/>
        </w:tabs>
        <w:spacing w:line="288" w:lineRule="auto"/>
        <w:ind w:left="240" w:hanging="240"/>
        <w:jc w:val="both"/>
        <w:rPr>
          <w:color w:val="auto"/>
          <w:sz w:val="24"/>
          <w:szCs w:val="24"/>
        </w:rPr>
      </w:pPr>
      <w:bookmarkStart w:id="1196" w:name="bookmark5525"/>
      <w:bookmarkEnd w:id="1196"/>
      <w:r>
        <w:rPr>
          <w:rStyle w:val="BodyTextChar1"/>
          <w:rFonts w:cs="Georgia"/>
        </w:rPr>
        <w:t>Оценивать собственные поступки и поведение других людей с точки зрения их соответствия правовым и нравственным нормам.</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97" w:name="bookmark5526"/>
      <w:bookmarkEnd w:id="1197"/>
      <w:r>
        <w:rPr>
          <w:rStyle w:val="BodyTextChar1"/>
          <w:rFonts w:cs="Georgia"/>
        </w:rPr>
        <w:t>Анализировать причины социальных и межличностных кон</w:t>
      </w:r>
      <w:r>
        <w:rPr>
          <w:rStyle w:val="BodyTextChar1"/>
          <w:rFonts w:cs="Georgia"/>
        </w:rPr>
        <w:softHyphen/>
        <w:t>фликтов, моделировать варианты выхода из конфликтной ситуации.</w:t>
      </w:r>
    </w:p>
    <w:p w:rsidR="00F44E79" w:rsidRDefault="00F44E79" w:rsidP="001C7BA4">
      <w:pPr>
        <w:pStyle w:val="BodyText"/>
        <w:numPr>
          <w:ilvl w:val="0"/>
          <w:numId w:val="66"/>
        </w:numPr>
        <w:tabs>
          <w:tab w:val="left" w:pos="207"/>
        </w:tabs>
        <w:spacing w:line="269" w:lineRule="auto"/>
        <w:ind w:firstLine="0"/>
        <w:jc w:val="both"/>
        <w:rPr>
          <w:color w:val="auto"/>
          <w:sz w:val="24"/>
          <w:szCs w:val="24"/>
        </w:rPr>
      </w:pPr>
      <w:bookmarkStart w:id="1198" w:name="bookmark5527"/>
      <w:bookmarkEnd w:id="1198"/>
      <w:r>
        <w:rPr>
          <w:rStyle w:val="BodyTextChar1"/>
          <w:rFonts w:cs="Georgia"/>
        </w:rPr>
        <w:t>Выражать свою точку зрения, участвовать в дискуссии.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199" w:name="bookmark5528"/>
      <w:bookmarkEnd w:id="1199"/>
      <w:r>
        <w:rPr>
          <w:rStyle w:val="BodyTextChar1"/>
          <w:rFonts w:cs="Georgia"/>
        </w:rPr>
        <w:t>Осуществлять совместную деятельность, включая взаимо</w:t>
      </w:r>
      <w:r>
        <w:rPr>
          <w:rStyle w:val="BodyTextChar1"/>
          <w:rFonts w:cs="Georgia"/>
        </w:rPr>
        <w:softHyphen/>
        <w:t>действие с людьми другой культуры, национальной и рели</w:t>
      </w:r>
      <w:r>
        <w:rPr>
          <w:rStyle w:val="BodyTextChar1"/>
          <w:rFonts w:cs="Georgia"/>
        </w:rPr>
        <w:softHyphen/>
        <w:t>гиозной принадлежности на основе гуманистических ценно</w:t>
      </w:r>
      <w:r>
        <w:rPr>
          <w:rStyle w:val="BodyTextChar1"/>
          <w:rFonts w:cs="Georgia"/>
        </w:rPr>
        <w:softHyphen/>
        <w:t>стей, взаимопонимания между людьми разных культур с точки зрения их соответствия духовным традициям обще</w:t>
      </w:r>
      <w:r>
        <w:rPr>
          <w:rStyle w:val="BodyTextChar1"/>
          <w:rFonts w:cs="Georgia"/>
        </w:rPr>
        <w:softHyphen/>
        <w:t>ства.</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200" w:name="bookmark5529"/>
      <w:bookmarkEnd w:id="1200"/>
      <w:r>
        <w:rPr>
          <w:rStyle w:val="BodyTextChar1"/>
          <w:rFonts w:cs="Georgia"/>
        </w:rPr>
        <w:t>Сравнивать результаты выполнения учебного географическо</w:t>
      </w:r>
      <w:r>
        <w:rPr>
          <w:rStyle w:val="BodyTextChar1"/>
          <w:rFonts w:cs="Georgia"/>
        </w:rPr>
        <w:softHyphen/>
        <w:t>го проекта с исходной задачей и оценивать вклад каждого члена команды в достижение результатов, разделять сферу ответственности.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201" w:name="bookmark5530"/>
      <w:bookmarkEnd w:id="1201"/>
      <w:r>
        <w:rPr>
          <w:rStyle w:val="BodyTextChar1"/>
          <w:rFonts w:cs="Georgia"/>
        </w:rPr>
        <w:t>Планировать организацию совместной работы при выполне</w:t>
      </w:r>
      <w:r>
        <w:rPr>
          <w:rStyle w:val="BodyTextChar1"/>
          <w:rFonts w:cs="Georgia"/>
        </w:rPr>
        <w:softHyphen/>
        <w:t>нии учебного проекта о повышении уровня Мирового океана в связи с глобальными изменениями климата.</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202" w:name="bookmark5531"/>
      <w:bookmarkEnd w:id="1202"/>
      <w:r>
        <w:rPr>
          <w:rStyle w:val="BodyTextChar1"/>
          <w:rFonts w:cs="Georgia"/>
        </w:rPr>
        <w:t>При выполнении практической работы «Определение, срав</w:t>
      </w:r>
      <w:r>
        <w:rPr>
          <w:rStyle w:val="BodyTextChar1"/>
          <w:rFonts w:cs="Georgia"/>
        </w:rPr>
        <w:softHyphen/>
        <w:t>нение темпов изменения численности населения отдельных регионов мира по статистическим материалам» обменивать</w:t>
      </w:r>
      <w:r>
        <w:rPr>
          <w:rStyle w:val="BodyTextChar1"/>
          <w:rFonts w:cs="Georgia"/>
        </w:rPr>
        <w:softHyphen/>
        <w:t>ся с партнером важной информацией, участвовать в обсуж</w:t>
      </w:r>
      <w:r>
        <w:rPr>
          <w:rStyle w:val="BodyTextChar1"/>
          <w:rFonts w:cs="Georgia"/>
        </w:rPr>
        <w:softHyphen/>
        <w:t>дении.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203" w:name="bookmark5532"/>
      <w:bookmarkEnd w:id="1203"/>
      <w:r>
        <w:rPr>
          <w:rStyle w:val="BodyTextChar1"/>
          <w:rFonts w:cs="Georgia"/>
        </w:rPr>
        <w:t>Сравнивать результаты выполнения учебного географическо</w:t>
      </w:r>
      <w:r>
        <w:rPr>
          <w:rStyle w:val="BodyTextChar1"/>
          <w:rFonts w:cs="Georgia"/>
        </w:rPr>
        <w:softHyphen/>
        <w:t>го проекта с исходной задачей и вклад каждого члена коман</w:t>
      </w:r>
      <w:r>
        <w:rPr>
          <w:rStyle w:val="BodyTextChar1"/>
          <w:rFonts w:cs="Georgia"/>
        </w:rPr>
        <w:softHyphen/>
        <w:t>ды в достижение результатов.</w:t>
      </w:r>
    </w:p>
    <w:p w:rsidR="00F44E79" w:rsidRDefault="00F44E79" w:rsidP="001C7BA4">
      <w:pPr>
        <w:pStyle w:val="BodyText"/>
        <w:numPr>
          <w:ilvl w:val="0"/>
          <w:numId w:val="66"/>
        </w:numPr>
        <w:tabs>
          <w:tab w:val="left" w:pos="207"/>
        </w:tabs>
        <w:spacing w:line="269" w:lineRule="auto"/>
        <w:ind w:firstLine="0"/>
        <w:jc w:val="both"/>
        <w:rPr>
          <w:color w:val="auto"/>
          <w:sz w:val="24"/>
          <w:szCs w:val="24"/>
        </w:rPr>
      </w:pPr>
      <w:bookmarkStart w:id="1204" w:name="bookmark5533"/>
      <w:bookmarkEnd w:id="1204"/>
      <w:r>
        <w:rPr>
          <w:rStyle w:val="BodyTextChar1"/>
          <w:rFonts w:cs="Georgia"/>
        </w:rPr>
        <w:t>Разделять сферу ответственности.</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Формирование универсальных учебных регулятив</w:t>
      </w:r>
      <w:r>
        <w:rPr>
          <w:rStyle w:val="BodyTextChar1"/>
          <w:rFonts w:cs="Georgia"/>
          <w:b/>
          <w:bCs/>
          <w:i/>
          <w:iCs/>
          <w:sz w:val="18"/>
          <w:szCs w:val="18"/>
        </w:rPr>
        <w:softHyphen/>
        <w:t>ных действий</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205" w:name="bookmark5534"/>
      <w:bookmarkEnd w:id="1205"/>
      <w:r>
        <w:rPr>
          <w:rStyle w:val="BodyTextChar1"/>
          <w:rFonts w:cs="Georgia"/>
        </w:rPr>
        <w:t>Раскрывать смысл и значение целенаправленной деятельно</w:t>
      </w:r>
      <w:r>
        <w:rPr>
          <w:rStyle w:val="BodyTextChar1"/>
          <w:rFonts w:cs="Georgia"/>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BodyTextChar1"/>
          <w:rFonts w:cs="Georgia"/>
        </w:rPr>
        <w:softHyphen/>
        <w:t>лей и задач социальных движений, реформ и революций и т. д.).</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206" w:name="bookmark5535"/>
      <w:bookmarkEnd w:id="1206"/>
      <w:r>
        <w:rPr>
          <w:rStyle w:val="BodyTextChar1"/>
          <w:rFonts w:cs="Georgia"/>
        </w:rPr>
        <w:t>Определять способ решения поисковых, исследовательских, творческих задач по истории (включая использование на раз</w:t>
      </w:r>
      <w:r>
        <w:rPr>
          <w:rStyle w:val="BodyTextChar1"/>
          <w:rFonts w:cs="Georgia"/>
        </w:rPr>
        <w:softHyphen/>
        <w:t>ных этапах обучения сначала предложенных, а затем само</w:t>
      </w:r>
      <w:r>
        <w:rPr>
          <w:rStyle w:val="BodyTextChar1"/>
          <w:rFonts w:cs="Georgia"/>
        </w:rPr>
        <w:softHyphen/>
        <w:t>стоятельно определяемых плана и источников информации).</w:t>
      </w:r>
    </w:p>
    <w:p w:rsidR="00F44E79" w:rsidRDefault="00F44E79" w:rsidP="001C7BA4">
      <w:pPr>
        <w:pStyle w:val="BodyText"/>
        <w:numPr>
          <w:ilvl w:val="0"/>
          <w:numId w:val="66"/>
        </w:numPr>
        <w:tabs>
          <w:tab w:val="left" w:pos="207"/>
        </w:tabs>
        <w:spacing w:line="269" w:lineRule="auto"/>
        <w:ind w:left="240" w:hanging="240"/>
        <w:jc w:val="both"/>
        <w:rPr>
          <w:color w:val="auto"/>
          <w:sz w:val="24"/>
          <w:szCs w:val="24"/>
        </w:rPr>
      </w:pPr>
      <w:bookmarkStart w:id="1207" w:name="bookmark5536"/>
      <w:bookmarkEnd w:id="1207"/>
      <w:r>
        <w:rPr>
          <w:rStyle w:val="BodyTextChar1"/>
          <w:rFonts w:cs="Georgia"/>
        </w:rPr>
        <w:t>Осуществлять самоконтроль и рефлексию применительно к результатам своей учебной деятельности, соотнося их с исто</w:t>
      </w:r>
      <w:r>
        <w:rPr>
          <w:rStyle w:val="BodyTextChar1"/>
          <w:rFonts w:cs="Georgia"/>
        </w:rPr>
        <w:softHyphen/>
        <w:t>рической информацией, содержащейся в учебной и истори</w:t>
      </w:r>
      <w:r>
        <w:rPr>
          <w:rStyle w:val="BodyTextChar1"/>
          <w:rFonts w:cs="Georgia"/>
        </w:rPr>
        <w:softHyphen/>
        <w:t>ческой литературе.</w:t>
      </w:r>
    </w:p>
    <w:p w:rsidR="00F44E79" w:rsidRDefault="00F44E79">
      <w:pPr>
        <w:pStyle w:val="BodyText"/>
        <w:spacing w:after="140" w:line="269" w:lineRule="auto"/>
        <w:ind w:left="240" w:hanging="240"/>
        <w:jc w:val="both"/>
        <w:rPr>
          <w:rFonts w:ascii="Courier New" w:hAnsi="Courier New" w:cs="Courier New"/>
          <w:color w:val="auto"/>
          <w:sz w:val="24"/>
          <w:szCs w:val="24"/>
        </w:rPr>
      </w:pPr>
      <w:r>
        <w:rPr>
          <w:rStyle w:val="BodyTextChar1"/>
          <w:rFonts w:ascii="Arial" w:hAnsi="Arial" w:cs="Arial"/>
          <w:sz w:val="14"/>
          <w:szCs w:val="14"/>
        </w:rPr>
        <w:t xml:space="preserve">■ </w:t>
      </w:r>
      <w:r>
        <w:rPr>
          <w:rStyle w:val="BodyTextChar1"/>
          <w:rFonts w:cs="Georgia"/>
        </w:rPr>
        <w:t>Самостоятельно составлять алгоритм решения географиче</w:t>
      </w:r>
      <w:r>
        <w:rPr>
          <w:rStyle w:val="BodyTextChar1"/>
          <w:rFonts w:cs="Georgia"/>
        </w:rPr>
        <w:softHyphen/>
        <w:t>ских задач и выбирать способ их решения с учетом имею</w:t>
      </w:r>
      <w:r>
        <w:rPr>
          <w:rStyle w:val="BodyTextChar1"/>
          <w:rFonts w:cs="Georgia"/>
        </w:rPr>
        <w:softHyphen/>
        <w:t>щихся ресурсов и собственных возможностей, аргументиро</w:t>
      </w:r>
      <w:r>
        <w:rPr>
          <w:rStyle w:val="BodyTextChar1"/>
          <w:rFonts w:cs="Georgia"/>
        </w:rPr>
        <w:softHyphen/>
        <w:t>вать предлагаемые варианты решений.</w:t>
      </w:r>
    </w:p>
    <w:p w:rsidR="00F44E79" w:rsidRDefault="00F44E79">
      <w:pPr>
        <w:pStyle w:val="31"/>
        <w:spacing w:after="40"/>
        <w:rPr>
          <w:rFonts w:ascii="Courier New" w:hAnsi="Courier New" w:cs="Courier New"/>
          <w:b w:val="0"/>
          <w:bCs w:val="0"/>
          <w:color w:val="auto"/>
          <w:sz w:val="24"/>
          <w:szCs w:val="24"/>
        </w:rPr>
      </w:pPr>
      <w:r>
        <w:rPr>
          <w:rStyle w:val="30"/>
          <w:rFonts w:cs="Arial"/>
          <w:b/>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Одним из важнейших путей формирования универсальных учебных действий (УУД) в основной школе является включе</w:t>
      </w:r>
      <w:r>
        <w:rPr>
          <w:rStyle w:val="BodyTextChar1"/>
          <w:rFonts w:cs="Georgia"/>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BodyTextChar1"/>
          <w:rFonts w:cs="Georgia"/>
        </w:rPr>
        <w:softHyphen/>
        <w:t>новного общего образования на основе программы формирова</w:t>
      </w:r>
      <w:r>
        <w:rPr>
          <w:rStyle w:val="BodyTextChar1"/>
          <w:rFonts w:cs="Georgia"/>
        </w:rPr>
        <w:softHyphen/>
        <w:t>ния УУД, разработанной в каждой организации.</w:t>
      </w:r>
    </w:p>
    <w:p w:rsidR="00F44E79" w:rsidRDefault="00F44E79">
      <w:pPr>
        <w:pStyle w:val="BodyText"/>
        <w:jc w:val="both"/>
        <w:rPr>
          <w:rFonts w:ascii="Courier New" w:hAnsi="Courier New" w:cs="Courier New"/>
          <w:color w:val="auto"/>
          <w:sz w:val="24"/>
          <w:szCs w:val="24"/>
        </w:rPr>
      </w:pPr>
      <w:r>
        <w:rPr>
          <w:rStyle w:val="BodyTextChar1"/>
          <w:rFonts w:cs="Georgia"/>
        </w:rPr>
        <w:t>Организация УИПД призвана обеспечивать формирование у обучающихся опыта применения УУД в жизненных ситуаци</w:t>
      </w:r>
      <w:r>
        <w:rPr>
          <w:rStyle w:val="BodyTextChar1"/>
          <w:rFonts w:cs="Georgia"/>
        </w:rPr>
        <w:softHyphen/>
        <w:t>ях, навыков учебного сотрудничества и социального взаимо</w:t>
      </w:r>
      <w:r>
        <w:rPr>
          <w:rStyle w:val="BodyTextChar1"/>
          <w:rFonts w:cs="Georgia"/>
        </w:rPr>
        <w:softHyphen/>
        <w:t>действия со сверстниками, обучающимися младшего и старше</w:t>
      </w:r>
      <w:r>
        <w:rPr>
          <w:rStyle w:val="BodyTextChar1"/>
          <w:rFonts w:cs="Georgia"/>
        </w:rPr>
        <w:softHyphen/>
        <w:t>го возраста, взрослыми.</w:t>
      </w:r>
    </w:p>
    <w:p w:rsidR="00F44E79" w:rsidRDefault="00F44E79">
      <w:pPr>
        <w:pStyle w:val="BodyText"/>
        <w:jc w:val="both"/>
        <w:rPr>
          <w:rFonts w:ascii="Courier New" w:hAnsi="Courier New" w:cs="Courier New"/>
          <w:color w:val="auto"/>
          <w:sz w:val="24"/>
          <w:szCs w:val="24"/>
        </w:rPr>
      </w:pPr>
      <w:r>
        <w:rPr>
          <w:rStyle w:val="BodyTextChar1"/>
          <w:rFonts w:cs="Georgia"/>
        </w:rPr>
        <w:t>УИПД обучающихся должна быть сориентирована на форми</w:t>
      </w:r>
      <w:r>
        <w:rPr>
          <w:rStyle w:val="BodyTextChar1"/>
          <w:rFonts w:cs="Georgia"/>
        </w:rPr>
        <w:softHyphen/>
        <w:t>рование и развитие у школьников научного способа мышле</w:t>
      </w:r>
      <w:r>
        <w:rPr>
          <w:rStyle w:val="BodyTextChar1"/>
          <w:rFonts w:cs="Georgia"/>
        </w:rPr>
        <w:softHyphen/>
        <w:t>ния, устойчивого познавательного интереса, готовности к по</w:t>
      </w:r>
      <w:r>
        <w:rPr>
          <w:rStyle w:val="BodyTextChar1"/>
          <w:rFonts w:cs="Georgia"/>
        </w:rPr>
        <w:softHyphen/>
        <w:t>стоянному саморазвитию и самообразованию, способности к проявлению самостоятельности и творчества при решении лич</w:t>
      </w:r>
      <w:r>
        <w:rPr>
          <w:rStyle w:val="BodyTextChar1"/>
          <w:rFonts w:cs="Georgia"/>
        </w:rPr>
        <w:softHyphen/>
        <w:t>ностно и социально значимых проблем.</w:t>
      </w:r>
    </w:p>
    <w:p w:rsidR="00F44E79" w:rsidRDefault="00F44E79">
      <w:pPr>
        <w:pStyle w:val="BodyText"/>
        <w:jc w:val="both"/>
        <w:rPr>
          <w:rFonts w:ascii="Courier New" w:hAnsi="Courier New" w:cs="Courier New"/>
          <w:color w:val="auto"/>
          <w:sz w:val="24"/>
          <w:szCs w:val="24"/>
        </w:rPr>
      </w:pPr>
      <w:r>
        <w:rPr>
          <w:rStyle w:val="BodyTextChar1"/>
          <w:rFonts w:cs="Georgia"/>
        </w:rPr>
        <w:t>УИПД может осуществляться обучающимися индивидуаль</w:t>
      </w:r>
      <w:r>
        <w:rPr>
          <w:rStyle w:val="BodyTextChar1"/>
          <w:rFonts w:cs="Georgia"/>
        </w:rPr>
        <w:softHyphen/>
        <w:t>но и коллективно (в составе малых групп, класса).</w:t>
      </w:r>
    </w:p>
    <w:p w:rsidR="00F44E79" w:rsidRDefault="00F44E79">
      <w:pPr>
        <w:pStyle w:val="BodyText"/>
        <w:jc w:val="both"/>
        <w:rPr>
          <w:rFonts w:ascii="Courier New" w:hAnsi="Courier New" w:cs="Courier New"/>
          <w:color w:val="auto"/>
          <w:sz w:val="24"/>
          <w:szCs w:val="24"/>
        </w:rPr>
      </w:pPr>
      <w:r>
        <w:rPr>
          <w:rStyle w:val="BodyTextChar1"/>
          <w:rFonts w:cs="Georgia"/>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BodyTextChar1"/>
          <w:rFonts w:cs="Georgia"/>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BodyTextChar1"/>
          <w:rFonts w:cs="Georgia"/>
        </w:rPr>
        <w:softHyphen/>
        <w:t>ектной деятельности универсальные учебные действия оцени</w:t>
      </w:r>
      <w:r>
        <w:rPr>
          <w:rStyle w:val="BodyTextChar1"/>
          <w:rFonts w:cs="Georgia"/>
        </w:rPr>
        <w:softHyphen/>
        <w:t>ваются на протяжении всего процесса их формирования.</w:t>
      </w:r>
    </w:p>
    <w:p w:rsidR="00F44E79" w:rsidRDefault="00F44E79">
      <w:pPr>
        <w:pStyle w:val="BodyText"/>
        <w:jc w:val="both"/>
        <w:rPr>
          <w:rFonts w:ascii="Courier New" w:hAnsi="Courier New" w:cs="Courier New"/>
          <w:color w:val="auto"/>
          <w:sz w:val="24"/>
          <w:szCs w:val="24"/>
        </w:rPr>
      </w:pPr>
      <w:r>
        <w:rPr>
          <w:rStyle w:val="BodyTextChar1"/>
          <w:rFonts w:cs="Georgia"/>
        </w:rPr>
        <w:t>Материально-техническое оснащение образовательного про</w:t>
      </w:r>
      <w:r>
        <w:rPr>
          <w:rStyle w:val="BodyTextChar1"/>
          <w:rFonts w:cs="Georgia"/>
        </w:rPr>
        <w:softHyphen/>
        <w:t>цесса должно обеспечивать возможность включения всех обу</w:t>
      </w:r>
      <w:r>
        <w:rPr>
          <w:rStyle w:val="BodyTextChar1"/>
          <w:rFonts w:cs="Georgia"/>
        </w:rPr>
        <w:softHyphen/>
        <w:t>чающихся в УИПД.</w:t>
      </w:r>
    </w:p>
    <w:p w:rsidR="00F44E79" w:rsidRDefault="00F44E79">
      <w:pPr>
        <w:pStyle w:val="BodyText"/>
        <w:jc w:val="both"/>
        <w:rPr>
          <w:rFonts w:ascii="Courier New" w:hAnsi="Courier New" w:cs="Courier New"/>
          <w:color w:val="auto"/>
          <w:sz w:val="24"/>
          <w:szCs w:val="24"/>
        </w:rPr>
      </w:pPr>
      <w:r>
        <w:rPr>
          <w:rStyle w:val="BodyTextChar1"/>
          <w:rFonts w:cs="Georgia"/>
        </w:rPr>
        <w:t>С учетом вероятности возникновения особых условий органи</w:t>
      </w:r>
      <w:r>
        <w:rPr>
          <w:rStyle w:val="BodyTextChar1"/>
          <w:rFonts w:cs="Georgia"/>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BodyTextChar1"/>
          <w:rFonts w:cs="Georgia"/>
        </w:rPr>
        <w:softHyphen/>
        <w:t>дивидуальной траектории или заочной формы обучения) учеб</w:t>
      </w:r>
      <w:r>
        <w:rPr>
          <w:rStyle w:val="BodyTextChar1"/>
          <w:rFonts w:cs="Georgia"/>
        </w:rPr>
        <w:softHyphen/>
        <w:t>но-исследовательская и проектная деятельность обучающихся может быть реализована в дистанционном формате.</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Особенности реализации учебно-исследовательской деятельности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Особенность учебно-исследовательской деятельности (да</w:t>
      </w:r>
      <w:r>
        <w:rPr>
          <w:rStyle w:val="BodyTextChar1"/>
          <w:rFonts w:cs="Georgia"/>
        </w:rPr>
        <w:softHyphen/>
        <w:t>лее — УИД) состоит в том, что она нацелена на решение обу</w:t>
      </w:r>
      <w:r>
        <w:rPr>
          <w:rStyle w:val="BodyTextChar1"/>
          <w:rFonts w:cs="Georgia"/>
        </w:rPr>
        <w:softHyphen/>
        <w:t>чающимися познавательной проблемы, носит теоретический характер, ориентирована на получение обучающимися субъек</w:t>
      </w:r>
      <w:r>
        <w:rPr>
          <w:rStyle w:val="BodyTextChar1"/>
          <w:rFonts w:cs="Georgia"/>
        </w:rPr>
        <w:softHyphen/>
        <w:t>тивно нового знания (ранее неизвестного или мало известного), на организацию его теоретической опытно-экспериментальной проверки.</w:t>
      </w:r>
    </w:p>
    <w:p w:rsidR="00F44E79" w:rsidRDefault="00F44E79">
      <w:pPr>
        <w:pStyle w:val="BodyText"/>
        <w:jc w:val="both"/>
        <w:rPr>
          <w:rFonts w:ascii="Courier New" w:hAnsi="Courier New" w:cs="Courier New"/>
          <w:color w:val="auto"/>
          <w:sz w:val="24"/>
          <w:szCs w:val="24"/>
        </w:rPr>
      </w:pPr>
      <w:r>
        <w:rPr>
          <w:rStyle w:val="BodyTextChar1"/>
          <w:rFonts w:cs="Georgia"/>
        </w:rPr>
        <w:t>Исследовательские задачи представляют собой особый вид педагогической установки, ориентированной:</w:t>
      </w:r>
    </w:p>
    <w:p w:rsidR="00F44E79" w:rsidRDefault="00F44E79" w:rsidP="001C7BA4">
      <w:pPr>
        <w:pStyle w:val="BodyText"/>
        <w:numPr>
          <w:ilvl w:val="0"/>
          <w:numId w:val="66"/>
        </w:numPr>
        <w:tabs>
          <w:tab w:val="left" w:pos="207"/>
        </w:tabs>
        <w:spacing w:line="286" w:lineRule="auto"/>
        <w:ind w:left="240" w:hanging="240"/>
        <w:jc w:val="both"/>
        <w:rPr>
          <w:color w:val="auto"/>
          <w:sz w:val="24"/>
          <w:szCs w:val="24"/>
        </w:rPr>
      </w:pPr>
      <w:bookmarkStart w:id="1208" w:name="bookmark5537"/>
      <w:bookmarkEnd w:id="1208"/>
      <w:r>
        <w:rPr>
          <w:rStyle w:val="BodyTextChar1"/>
          <w:rFonts w:cs="Georgia"/>
        </w:rPr>
        <w:t>на формирование и развитие у школьников навыков поиска ответов на проблемные вопросы, предполагающие не исполь</w:t>
      </w:r>
      <w:r>
        <w:rPr>
          <w:rStyle w:val="BodyTextChar1"/>
          <w:rFonts w:cs="Georgia"/>
        </w:rPr>
        <w:softHyphen/>
        <w:t>зование имеющихся у школьников знаний, а получение но</w:t>
      </w:r>
      <w:r>
        <w:rPr>
          <w:rStyle w:val="BodyTextChar1"/>
          <w:rFonts w:cs="Georgia"/>
        </w:rPr>
        <w:softHyphen/>
        <w:t>вых посредством размышлений, рассуждений, предположе</w:t>
      </w:r>
      <w:r>
        <w:rPr>
          <w:rStyle w:val="BodyTextChar1"/>
          <w:rFonts w:cs="Georgia"/>
        </w:rPr>
        <w:softHyphen/>
        <w:t>ний, экспериментирования;</w:t>
      </w:r>
    </w:p>
    <w:p w:rsidR="00F44E79" w:rsidRDefault="00F44E79" w:rsidP="001C7BA4">
      <w:pPr>
        <w:pStyle w:val="BodyText"/>
        <w:numPr>
          <w:ilvl w:val="0"/>
          <w:numId w:val="66"/>
        </w:numPr>
        <w:tabs>
          <w:tab w:val="left" w:pos="207"/>
        </w:tabs>
        <w:spacing w:line="286" w:lineRule="auto"/>
        <w:ind w:left="240" w:hanging="240"/>
        <w:jc w:val="both"/>
        <w:rPr>
          <w:color w:val="auto"/>
          <w:sz w:val="24"/>
          <w:szCs w:val="24"/>
        </w:rPr>
      </w:pPr>
      <w:bookmarkStart w:id="1209" w:name="bookmark5538"/>
      <w:bookmarkEnd w:id="1209"/>
      <w:r>
        <w:rPr>
          <w:rStyle w:val="BodyTextChar1"/>
          <w:rFonts w:cs="Georgia"/>
        </w:rPr>
        <w:t>на овладение школьниками основными научно-исследова</w:t>
      </w:r>
      <w:r>
        <w:rPr>
          <w:rStyle w:val="BodyTextChar1"/>
          <w:rFonts w:cs="Georgia"/>
        </w:rPr>
        <w:softHyphen/>
        <w:t>тельскими умениями (умения формулировать гипотезу и прогноз, планировать и осуществлять анализ, опыт и экспе</w:t>
      </w:r>
      <w:r>
        <w:rPr>
          <w:rStyle w:val="BodyTextChar1"/>
          <w:rFonts w:cs="Georgia"/>
        </w:rPr>
        <w:softHyphen/>
        <w:t>римент, делать обобщения и формулировать выводы на осно</w:t>
      </w:r>
      <w:r>
        <w:rPr>
          <w:rStyle w:val="BodyTextChar1"/>
          <w:rFonts w:cs="Georgia"/>
        </w:rPr>
        <w:softHyphen/>
        <w:t>ве анализа полученных данных).</w:t>
      </w:r>
    </w:p>
    <w:p w:rsidR="00F44E79" w:rsidRDefault="00F44E79">
      <w:pPr>
        <w:pStyle w:val="BodyText"/>
        <w:jc w:val="both"/>
        <w:rPr>
          <w:rFonts w:ascii="Courier New" w:hAnsi="Courier New" w:cs="Courier New"/>
          <w:color w:val="auto"/>
          <w:sz w:val="24"/>
          <w:szCs w:val="24"/>
        </w:rPr>
      </w:pPr>
      <w:r>
        <w:rPr>
          <w:rStyle w:val="BodyTextChar1"/>
          <w:rFonts w:cs="Georgia"/>
        </w:rPr>
        <w:t>Ценность учебно-исследовательской работы определяется возможностью обучающихся посмотреть на различные пробле</w:t>
      </w:r>
      <w:r>
        <w:rPr>
          <w:rStyle w:val="BodyTextChar1"/>
          <w:rFonts w:cs="Georgia"/>
        </w:rPr>
        <w:softHyphen/>
        <w:t>мы с позиции ученых, занимающихся научным исследованием.</w:t>
      </w:r>
    </w:p>
    <w:p w:rsidR="00F44E79" w:rsidRDefault="00F44E79">
      <w:pPr>
        <w:pStyle w:val="BodyText"/>
        <w:jc w:val="both"/>
        <w:rPr>
          <w:rFonts w:ascii="Courier New" w:hAnsi="Courier New" w:cs="Courier New"/>
          <w:color w:val="auto"/>
          <w:sz w:val="24"/>
          <w:szCs w:val="24"/>
        </w:rPr>
      </w:pPr>
      <w:r>
        <w:rPr>
          <w:rStyle w:val="BodyTextChar1"/>
          <w:rFonts w:cs="Georgia"/>
        </w:rPr>
        <w:t>Осуществление УИД обучающимися включает в себя ряд эта</w:t>
      </w:r>
      <w:r>
        <w:rPr>
          <w:rStyle w:val="BodyTextChar1"/>
          <w:rFonts w:cs="Georgia"/>
        </w:rPr>
        <w:softHyphen/>
        <w:t>пов:</w:t>
      </w:r>
    </w:p>
    <w:p w:rsidR="00F44E79" w:rsidRDefault="00F44E79" w:rsidP="001C7BA4">
      <w:pPr>
        <w:pStyle w:val="BodyText"/>
        <w:numPr>
          <w:ilvl w:val="0"/>
          <w:numId w:val="66"/>
        </w:numPr>
        <w:tabs>
          <w:tab w:val="left" w:pos="207"/>
        </w:tabs>
        <w:spacing w:line="360" w:lineRule="auto"/>
        <w:ind w:firstLine="0"/>
        <w:jc w:val="both"/>
        <w:rPr>
          <w:color w:val="auto"/>
          <w:sz w:val="24"/>
          <w:szCs w:val="24"/>
        </w:rPr>
      </w:pPr>
      <w:bookmarkStart w:id="1210" w:name="bookmark5539"/>
      <w:bookmarkEnd w:id="1210"/>
      <w:r>
        <w:rPr>
          <w:rStyle w:val="BodyTextChar1"/>
          <w:rFonts w:cs="Georgia"/>
        </w:rPr>
        <w:t>обоснование актуальности исследования;</w:t>
      </w:r>
    </w:p>
    <w:p w:rsidR="00F44E79" w:rsidRDefault="00F44E79" w:rsidP="001C7BA4">
      <w:pPr>
        <w:pStyle w:val="BodyText"/>
        <w:numPr>
          <w:ilvl w:val="0"/>
          <w:numId w:val="66"/>
        </w:numPr>
        <w:tabs>
          <w:tab w:val="left" w:pos="207"/>
        </w:tabs>
        <w:spacing w:line="295" w:lineRule="auto"/>
        <w:ind w:left="240" w:hanging="240"/>
        <w:jc w:val="both"/>
        <w:rPr>
          <w:color w:val="auto"/>
          <w:sz w:val="24"/>
          <w:szCs w:val="24"/>
        </w:rPr>
      </w:pPr>
      <w:bookmarkStart w:id="1211" w:name="bookmark5540"/>
      <w:bookmarkEnd w:id="1211"/>
      <w:r>
        <w:rPr>
          <w:rStyle w:val="BodyTextChar1"/>
          <w:rFonts w:cs="Georgia"/>
        </w:rPr>
        <w:t>планирование/проектирование исследовательских работ (вы</w:t>
      </w:r>
      <w:r>
        <w:rPr>
          <w:rStyle w:val="BodyTextChar1"/>
          <w:rFonts w:cs="Georgia"/>
        </w:rPr>
        <w:softHyphen/>
        <w:t>движение гипотезы, постановка цели и задач), выбор необ</w:t>
      </w:r>
      <w:r>
        <w:rPr>
          <w:rStyle w:val="BodyTextChar1"/>
          <w:rFonts w:cs="Georgia"/>
        </w:rPr>
        <w:softHyphen/>
        <w:t>ходимых средств/инструментария;</w:t>
      </w:r>
    </w:p>
    <w:p w:rsidR="00F44E79" w:rsidRDefault="00F44E79" w:rsidP="001C7BA4">
      <w:pPr>
        <w:pStyle w:val="BodyText"/>
        <w:numPr>
          <w:ilvl w:val="0"/>
          <w:numId w:val="66"/>
        </w:numPr>
        <w:tabs>
          <w:tab w:val="left" w:pos="207"/>
        </w:tabs>
        <w:spacing w:line="295" w:lineRule="auto"/>
        <w:ind w:left="240" w:hanging="240"/>
        <w:jc w:val="both"/>
        <w:rPr>
          <w:color w:val="auto"/>
          <w:sz w:val="24"/>
          <w:szCs w:val="24"/>
        </w:rPr>
      </w:pPr>
      <w:bookmarkStart w:id="1212" w:name="bookmark5541"/>
      <w:bookmarkEnd w:id="1212"/>
      <w:r>
        <w:rPr>
          <w:rStyle w:val="BodyTextChar1"/>
          <w:rFonts w:cs="Georgia"/>
        </w:rPr>
        <w:t>собственно проведение исследования с обязательным поэтап</w:t>
      </w:r>
      <w:r>
        <w:rPr>
          <w:rStyle w:val="BodyTextChar1"/>
          <w:rFonts w:cs="Georgia"/>
        </w:rPr>
        <w:softHyphen/>
        <w:t>ным контролем и коррекцией результатов работ, проверка гипотезы;</w:t>
      </w:r>
    </w:p>
    <w:p w:rsidR="00F44E79" w:rsidRDefault="00F44E79" w:rsidP="001C7BA4">
      <w:pPr>
        <w:pStyle w:val="BodyText"/>
        <w:numPr>
          <w:ilvl w:val="0"/>
          <w:numId w:val="66"/>
        </w:numPr>
        <w:tabs>
          <w:tab w:val="left" w:pos="207"/>
        </w:tabs>
        <w:spacing w:line="295" w:lineRule="auto"/>
        <w:ind w:left="240" w:hanging="240"/>
        <w:jc w:val="both"/>
        <w:rPr>
          <w:color w:val="auto"/>
          <w:sz w:val="24"/>
          <w:szCs w:val="24"/>
        </w:rPr>
      </w:pPr>
      <w:bookmarkStart w:id="1213" w:name="bookmark5542"/>
      <w:bookmarkEnd w:id="1213"/>
      <w:r>
        <w:rPr>
          <w:rStyle w:val="BodyTextChar1"/>
          <w:rFonts w:cs="Georgia"/>
        </w:rPr>
        <w:t>описание процесса исследования, оформление результатов учебно-исследовательской деятельности в виде конечного продукта;</w:t>
      </w:r>
    </w:p>
    <w:p w:rsidR="00F44E79" w:rsidRDefault="00F44E79" w:rsidP="001C7BA4">
      <w:pPr>
        <w:pStyle w:val="BodyText"/>
        <w:numPr>
          <w:ilvl w:val="0"/>
          <w:numId w:val="66"/>
        </w:numPr>
        <w:tabs>
          <w:tab w:val="left" w:pos="207"/>
        </w:tabs>
        <w:ind w:left="240" w:hanging="240"/>
        <w:jc w:val="both"/>
        <w:rPr>
          <w:color w:val="auto"/>
          <w:sz w:val="24"/>
          <w:szCs w:val="24"/>
        </w:rPr>
      </w:pPr>
      <w:bookmarkStart w:id="1214" w:name="bookmark5543"/>
      <w:bookmarkEnd w:id="1214"/>
      <w:r>
        <w:rPr>
          <w:rStyle w:val="BodyTextChar1"/>
          <w:rFonts w:cs="Georgia"/>
        </w:rPr>
        <w:t>представление результатов исследования, где в любое иссле</w:t>
      </w:r>
      <w:r>
        <w:rPr>
          <w:rStyle w:val="BodyTextChar1"/>
          <w:rFonts w:cs="Georgia"/>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Особенности организации учебно-исследовательской деятельности в рамках урочной деятельности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Особенность организации УИД обучающихся в рамках уроч</w:t>
      </w:r>
      <w:r>
        <w:rPr>
          <w:rStyle w:val="BodyTextChar1"/>
          <w:rFonts w:cs="Georgia"/>
        </w:rPr>
        <w:softHyphen/>
        <w:t>ной деятельности связана с тем, что учебное время, которое может быть специально выделено на осуществление полноцен</w:t>
      </w:r>
      <w:r>
        <w:rPr>
          <w:rStyle w:val="BodyTextChar1"/>
          <w:rFonts w:cs="Georgia"/>
        </w:rPr>
        <w:softHyphen/>
        <w:t>ной исследовательской работы в классе и в рамках выпол</w:t>
      </w:r>
      <w:r>
        <w:rPr>
          <w:rStyle w:val="BodyTextChar1"/>
          <w:rFonts w:cs="Georgia"/>
        </w:rPr>
        <w:softHyphen/>
        <w:t>нения домашних заданий, крайне ограничено и ориентирова</w:t>
      </w:r>
      <w:r>
        <w:rPr>
          <w:rStyle w:val="BodyTextChar1"/>
          <w:rFonts w:cs="Georgia"/>
        </w:rPr>
        <w:softHyphen/>
        <w:t>но в первую очередь на реализацию задач предметного обуче</w:t>
      </w:r>
      <w:r>
        <w:rPr>
          <w:rStyle w:val="BodyTextChar1"/>
          <w:rFonts w:cs="Georgia"/>
        </w:rPr>
        <w:softHyphen/>
        <w:t>ния.</w:t>
      </w:r>
    </w:p>
    <w:p w:rsidR="00F44E79" w:rsidRDefault="00F44E79">
      <w:pPr>
        <w:pStyle w:val="BodyText"/>
        <w:jc w:val="both"/>
        <w:rPr>
          <w:rFonts w:ascii="Courier New" w:hAnsi="Courier New" w:cs="Courier New"/>
          <w:color w:val="auto"/>
          <w:sz w:val="24"/>
          <w:szCs w:val="24"/>
        </w:rPr>
      </w:pPr>
      <w:r>
        <w:rPr>
          <w:rStyle w:val="BodyTextChar1"/>
          <w:rFonts w:cs="Georgia"/>
        </w:rPr>
        <w:t>С учетом этого при организации УИД обучающихся в уроч</w:t>
      </w:r>
      <w:r>
        <w:rPr>
          <w:rStyle w:val="BodyTextChar1"/>
          <w:rFonts w:cs="Georgia"/>
        </w:rPr>
        <w:softHyphen/>
        <w:t>ное время целесообразно ориентироваться на реализацию двух основных направлений исследований:</w:t>
      </w:r>
    </w:p>
    <w:p w:rsidR="00F44E79" w:rsidRDefault="00F44E79" w:rsidP="001C7BA4">
      <w:pPr>
        <w:pStyle w:val="BodyText"/>
        <w:numPr>
          <w:ilvl w:val="0"/>
          <w:numId w:val="66"/>
        </w:numPr>
        <w:tabs>
          <w:tab w:val="left" w:pos="207"/>
        </w:tabs>
        <w:ind w:firstLine="0"/>
        <w:jc w:val="both"/>
        <w:rPr>
          <w:color w:val="auto"/>
          <w:sz w:val="24"/>
          <w:szCs w:val="24"/>
        </w:rPr>
      </w:pPr>
      <w:bookmarkStart w:id="1215" w:name="bookmark5544"/>
      <w:bookmarkEnd w:id="1215"/>
      <w:r>
        <w:rPr>
          <w:rStyle w:val="BodyTextChar1"/>
          <w:rFonts w:cs="Georgia"/>
        </w:rPr>
        <w:t>предметные учебные исследования;</w:t>
      </w:r>
    </w:p>
    <w:p w:rsidR="00F44E79" w:rsidRDefault="00F44E79" w:rsidP="001C7BA4">
      <w:pPr>
        <w:pStyle w:val="BodyText"/>
        <w:numPr>
          <w:ilvl w:val="0"/>
          <w:numId w:val="66"/>
        </w:numPr>
        <w:tabs>
          <w:tab w:val="left" w:pos="207"/>
        </w:tabs>
        <w:ind w:firstLine="0"/>
        <w:jc w:val="both"/>
        <w:rPr>
          <w:color w:val="auto"/>
          <w:sz w:val="24"/>
          <w:szCs w:val="24"/>
        </w:rPr>
      </w:pPr>
      <w:bookmarkStart w:id="1216" w:name="bookmark5545"/>
      <w:bookmarkEnd w:id="1216"/>
      <w:r>
        <w:rPr>
          <w:rStyle w:val="BodyTextChar1"/>
          <w:rFonts w:cs="Georgia"/>
        </w:rPr>
        <w:t>междисциплинарные учебные исследования.</w:t>
      </w:r>
    </w:p>
    <w:p w:rsidR="00F44E79" w:rsidRDefault="00F44E79">
      <w:pPr>
        <w:pStyle w:val="BodyText"/>
        <w:jc w:val="both"/>
        <w:rPr>
          <w:rFonts w:ascii="Courier New" w:hAnsi="Courier New" w:cs="Courier New"/>
          <w:color w:val="auto"/>
          <w:sz w:val="24"/>
          <w:szCs w:val="24"/>
        </w:rPr>
      </w:pPr>
      <w:r>
        <w:rPr>
          <w:rStyle w:val="BodyTextChar1"/>
          <w:rFonts w:cs="Georgia"/>
        </w:rPr>
        <w:t>В отличие от предметных учебных исследований, нацелен</w:t>
      </w:r>
      <w:r>
        <w:rPr>
          <w:rStyle w:val="BodyTextChar1"/>
          <w:rFonts w:cs="Georgia"/>
        </w:rPr>
        <w:softHyphen/>
        <w:t>ных на решение задач связанных с освоением содержания од</w:t>
      </w:r>
      <w:r>
        <w:rPr>
          <w:rStyle w:val="BodyTextChar1"/>
          <w:rFonts w:cs="Georgia"/>
        </w:rPr>
        <w:softHyphen/>
        <w:t>ного учебного предмета, междисциплинарные учебные иссле</w:t>
      </w:r>
      <w:r>
        <w:rPr>
          <w:rStyle w:val="BodyTextChar1"/>
          <w:rFonts w:cs="Georgia"/>
        </w:rPr>
        <w:softHyphen/>
        <w:t>дования ориентированы на интеграцию различных областей знания об окружающем мире, изучаемых на нескольких учеб</w:t>
      </w:r>
      <w:r>
        <w:rPr>
          <w:rStyle w:val="BodyTextChar1"/>
          <w:rFonts w:cs="Georgia"/>
        </w:rPr>
        <w:softHyphen/>
        <w:t>ных предметах.</w:t>
      </w:r>
    </w:p>
    <w:p w:rsidR="00F44E79" w:rsidRDefault="00F44E79">
      <w:pPr>
        <w:pStyle w:val="BodyText"/>
        <w:jc w:val="both"/>
        <w:rPr>
          <w:rFonts w:ascii="Courier New" w:hAnsi="Courier New" w:cs="Courier New"/>
          <w:color w:val="auto"/>
          <w:sz w:val="24"/>
          <w:szCs w:val="24"/>
        </w:rPr>
      </w:pPr>
      <w:r>
        <w:rPr>
          <w:rStyle w:val="BodyTextChar1"/>
          <w:rFonts w:cs="Georgia"/>
        </w:rPr>
        <w:t>УИД в рамках урочной деятельности выполняется обучаю</w:t>
      </w:r>
      <w:r>
        <w:rPr>
          <w:rStyle w:val="BodyTextChar1"/>
          <w:rFonts w:cs="Georgia"/>
        </w:rPr>
        <w:softHyphen/>
        <w:t>щимся самостоятельно под руководством учителя по выбран</w:t>
      </w:r>
      <w:r>
        <w:rPr>
          <w:rStyle w:val="BodyTextChar1"/>
          <w:rFonts w:cs="Georgia"/>
        </w:rPr>
        <w:softHyphen/>
        <w:t>ной теме в рамках одного или нескольких изучаемых учебных предметов (курсов) в любой избранной области учебной дея</w:t>
      </w:r>
      <w:r>
        <w:rPr>
          <w:rStyle w:val="BodyTextChar1"/>
          <w:rFonts w:cs="Georgia"/>
        </w:rPr>
        <w:softHyphen/>
        <w:t>тельности в индивидуальном и групповом форматах.</w:t>
      </w:r>
    </w:p>
    <w:p w:rsidR="00F44E79" w:rsidRDefault="00F44E79">
      <w:pPr>
        <w:pStyle w:val="BodyText"/>
        <w:jc w:val="both"/>
        <w:rPr>
          <w:rFonts w:ascii="Courier New" w:hAnsi="Courier New" w:cs="Courier New"/>
          <w:color w:val="auto"/>
          <w:sz w:val="24"/>
          <w:szCs w:val="24"/>
        </w:rPr>
      </w:pPr>
      <w:r>
        <w:rPr>
          <w:rStyle w:val="BodyTextChar1"/>
          <w:rFonts w:cs="Georgia"/>
        </w:rPr>
        <w:t>Формы организации исследовательской деятельности обуча</w:t>
      </w:r>
      <w:r>
        <w:rPr>
          <w:rStyle w:val="BodyTextChar1"/>
          <w:rFonts w:cs="Georgia"/>
        </w:rPr>
        <w:softHyphen/>
        <w:t>ющихся могут быть следующие:</w:t>
      </w:r>
    </w:p>
    <w:p w:rsidR="00F44E79" w:rsidRDefault="00F44E79" w:rsidP="001C7BA4">
      <w:pPr>
        <w:pStyle w:val="BodyText"/>
        <w:numPr>
          <w:ilvl w:val="0"/>
          <w:numId w:val="66"/>
        </w:numPr>
        <w:tabs>
          <w:tab w:val="left" w:pos="207"/>
        </w:tabs>
        <w:spacing w:after="60"/>
        <w:ind w:firstLine="0"/>
        <w:jc w:val="both"/>
        <w:rPr>
          <w:color w:val="auto"/>
          <w:sz w:val="24"/>
          <w:szCs w:val="24"/>
        </w:rPr>
      </w:pPr>
      <w:bookmarkStart w:id="1217" w:name="bookmark5546"/>
      <w:bookmarkEnd w:id="1217"/>
      <w:r>
        <w:rPr>
          <w:rStyle w:val="BodyTextChar1"/>
          <w:rFonts w:cs="Georgia"/>
        </w:rPr>
        <w:t>урок-исследование;</w:t>
      </w:r>
    </w:p>
    <w:p w:rsidR="00F44E79" w:rsidRDefault="00F44E79" w:rsidP="001C7BA4">
      <w:pPr>
        <w:pStyle w:val="BodyText"/>
        <w:numPr>
          <w:ilvl w:val="0"/>
          <w:numId w:val="66"/>
        </w:numPr>
        <w:tabs>
          <w:tab w:val="left" w:pos="207"/>
        </w:tabs>
        <w:ind w:left="240" w:hanging="240"/>
        <w:jc w:val="both"/>
        <w:rPr>
          <w:color w:val="auto"/>
          <w:sz w:val="24"/>
          <w:szCs w:val="24"/>
        </w:rPr>
      </w:pPr>
      <w:bookmarkStart w:id="1218" w:name="bookmark5547"/>
      <w:bookmarkEnd w:id="1218"/>
      <w:r>
        <w:rPr>
          <w:rStyle w:val="BodyTextChar1"/>
          <w:rFonts w:cs="Georgia"/>
        </w:rPr>
        <w:t>урок с использованием интерактивной беседы в исследова</w:t>
      </w:r>
      <w:r>
        <w:rPr>
          <w:rStyle w:val="BodyTextChar1"/>
          <w:rFonts w:cs="Georgia"/>
        </w:rPr>
        <w:softHyphen/>
        <w:t>тельском ключе;</w:t>
      </w:r>
    </w:p>
    <w:p w:rsidR="00F44E79" w:rsidRDefault="00F44E79" w:rsidP="001C7BA4">
      <w:pPr>
        <w:pStyle w:val="BodyText"/>
        <w:numPr>
          <w:ilvl w:val="0"/>
          <w:numId w:val="66"/>
        </w:numPr>
        <w:tabs>
          <w:tab w:val="left" w:pos="207"/>
        </w:tabs>
        <w:ind w:left="240" w:hanging="240"/>
        <w:jc w:val="both"/>
        <w:rPr>
          <w:color w:val="auto"/>
          <w:sz w:val="24"/>
          <w:szCs w:val="24"/>
        </w:rPr>
      </w:pPr>
      <w:bookmarkStart w:id="1219" w:name="bookmark5548"/>
      <w:bookmarkEnd w:id="1219"/>
      <w:r>
        <w:rPr>
          <w:rStyle w:val="BodyTextChar1"/>
          <w:rFonts w:cs="Georgia"/>
        </w:rPr>
        <w:t>урок-эксперимент, позволяющий освоить элементы исследо</w:t>
      </w:r>
      <w:r>
        <w:rPr>
          <w:rStyle w:val="BodyTextChar1"/>
          <w:rFonts w:cs="Georgia"/>
        </w:rPr>
        <w:softHyphen/>
        <w:t>вательской деятельности (планирование и проведение экспе</w:t>
      </w:r>
      <w:r>
        <w:rPr>
          <w:rStyle w:val="BodyTextChar1"/>
          <w:rFonts w:cs="Georgia"/>
        </w:rPr>
        <w:softHyphen/>
        <w:t>римента, обработка и анализ его результатов);</w:t>
      </w:r>
    </w:p>
    <w:p w:rsidR="00F44E79" w:rsidRDefault="00F44E79" w:rsidP="001C7BA4">
      <w:pPr>
        <w:pStyle w:val="BodyText"/>
        <w:numPr>
          <w:ilvl w:val="0"/>
          <w:numId w:val="66"/>
        </w:numPr>
        <w:tabs>
          <w:tab w:val="left" w:pos="207"/>
        </w:tabs>
        <w:spacing w:after="60"/>
        <w:ind w:firstLine="0"/>
        <w:jc w:val="both"/>
        <w:rPr>
          <w:color w:val="auto"/>
          <w:sz w:val="24"/>
          <w:szCs w:val="24"/>
        </w:rPr>
      </w:pPr>
      <w:bookmarkStart w:id="1220" w:name="bookmark5549"/>
      <w:bookmarkEnd w:id="1220"/>
      <w:r>
        <w:rPr>
          <w:rStyle w:val="BodyTextChar1"/>
          <w:rFonts w:cs="Georgia"/>
        </w:rPr>
        <w:t>урок-консультация;</w:t>
      </w:r>
    </w:p>
    <w:p w:rsidR="00F44E79" w:rsidRDefault="00F44E79" w:rsidP="001C7BA4">
      <w:pPr>
        <w:pStyle w:val="BodyText"/>
        <w:numPr>
          <w:ilvl w:val="0"/>
          <w:numId w:val="66"/>
        </w:numPr>
        <w:tabs>
          <w:tab w:val="left" w:pos="207"/>
        </w:tabs>
        <w:spacing w:after="60"/>
        <w:ind w:firstLine="0"/>
        <w:jc w:val="both"/>
        <w:rPr>
          <w:color w:val="auto"/>
          <w:sz w:val="24"/>
          <w:szCs w:val="24"/>
        </w:rPr>
      </w:pPr>
      <w:bookmarkStart w:id="1221" w:name="bookmark5550"/>
      <w:bookmarkEnd w:id="1221"/>
      <w:r>
        <w:rPr>
          <w:rStyle w:val="BodyTextChar1"/>
          <w:rFonts w:cs="Georgia"/>
        </w:rPr>
        <w:t>мини-исследование в рамках домашнего задания.</w:t>
      </w:r>
    </w:p>
    <w:p w:rsidR="00F44E79" w:rsidRDefault="00F44E79">
      <w:pPr>
        <w:pStyle w:val="BodyText"/>
        <w:jc w:val="both"/>
        <w:rPr>
          <w:rFonts w:ascii="Courier New" w:hAnsi="Courier New" w:cs="Courier New"/>
          <w:color w:val="auto"/>
          <w:sz w:val="24"/>
          <w:szCs w:val="24"/>
        </w:rPr>
      </w:pPr>
      <w:r>
        <w:rPr>
          <w:rStyle w:val="BodyTextChar1"/>
          <w:rFonts w:cs="Georgia"/>
        </w:rPr>
        <w:t>В связи с недостаточностью времени на проведение развер</w:t>
      </w:r>
      <w:r>
        <w:rPr>
          <w:rStyle w:val="BodyTextChar1"/>
          <w:rFonts w:cs="Georgia"/>
        </w:rPr>
        <w:softHyphen/>
        <w:t>нутого полноценного исследования на уроке наиболее целесо</w:t>
      </w:r>
      <w:r>
        <w:rPr>
          <w:rStyle w:val="BodyTextChar1"/>
          <w:rFonts w:cs="Georgia"/>
        </w:rPr>
        <w:softHyphen/>
        <w:t>образным с методической точки зрения и оптимальным с точки зрения временных затрат является использование:</w:t>
      </w:r>
    </w:p>
    <w:p w:rsidR="00F44E79" w:rsidRDefault="00F44E79" w:rsidP="001C7BA4">
      <w:pPr>
        <w:pStyle w:val="BodyText"/>
        <w:numPr>
          <w:ilvl w:val="0"/>
          <w:numId w:val="66"/>
        </w:numPr>
        <w:tabs>
          <w:tab w:val="left" w:pos="256"/>
        </w:tabs>
        <w:spacing w:line="288" w:lineRule="auto"/>
        <w:ind w:left="240" w:hanging="240"/>
        <w:jc w:val="both"/>
        <w:rPr>
          <w:color w:val="auto"/>
          <w:sz w:val="24"/>
          <w:szCs w:val="24"/>
        </w:rPr>
      </w:pPr>
      <w:bookmarkStart w:id="1222" w:name="bookmark5551"/>
      <w:bookmarkEnd w:id="1222"/>
      <w:r>
        <w:rPr>
          <w:rStyle w:val="BodyTextChar1"/>
          <w:rFonts w:cs="Georgia"/>
        </w:rPr>
        <w:t>учебных исследовательских задач, предполагающих дея</w:t>
      </w:r>
      <w:r>
        <w:rPr>
          <w:rStyle w:val="BodyTextChar1"/>
          <w:rFonts w:cs="Georgia"/>
        </w:rPr>
        <w:softHyphen/>
        <w:t>тельность учащихся в проблемной ситуации, поставленной перед ними учителем в рамках следующих теоретических вопросов:</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—Как (в каком направлении)... в какой степени... измени</w:t>
      </w:r>
      <w:r>
        <w:rPr>
          <w:rStyle w:val="BodyTextChar1"/>
          <w:rFonts w:cs="Georgia"/>
        </w:rPr>
        <w:softHyphen/>
        <w:t>лось... ?</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—Как (каким образом)... в какой степени повлияло... на. ?</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—Какой (в чем проявилась)... насколько важной. была роль... ?</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—Каково (в чем проявилось)... как можно оценить. значе</w:t>
      </w:r>
      <w:r>
        <w:rPr>
          <w:rStyle w:val="BodyTextChar1"/>
          <w:rFonts w:cs="Georgia"/>
        </w:rPr>
        <w:softHyphen/>
        <w:t>ние... ?</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—Что произойдет... как измениться..., если... ? И т. д.;</w:t>
      </w:r>
    </w:p>
    <w:p w:rsidR="00F44E79" w:rsidRDefault="00F44E79" w:rsidP="001C7BA4">
      <w:pPr>
        <w:pStyle w:val="BodyText"/>
        <w:numPr>
          <w:ilvl w:val="0"/>
          <w:numId w:val="66"/>
        </w:numPr>
        <w:tabs>
          <w:tab w:val="left" w:pos="256"/>
        </w:tabs>
        <w:spacing w:line="288" w:lineRule="auto"/>
        <w:ind w:left="240" w:hanging="240"/>
        <w:jc w:val="both"/>
        <w:rPr>
          <w:color w:val="auto"/>
          <w:sz w:val="24"/>
          <w:szCs w:val="24"/>
        </w:rPr>
      </w:pPr>
      <w:bookmarkStart w:id="1223" w:name="bookmark5552"/>
      <w:bookmarkEnd w:id="1223"/>
      <w:r>
        <w:rPr>
          <w:rStyle w:val="BodyTextChar1"/>
          <w:rFonts w:cs="Georgia"/>
        </w:rPr>
        <w:t>мини-исследований, организуемых педагогом в течение од</w:t>
      </w:r>
      <w:r>
        <w:rPr>
          <w:rStyle w:val="BodyTextChar1"/>
          <w:rFonts w:cs="Georgia"/>
        </w:rPr>
        <w:softHyphen/>
        <w:t>ного или 2 уроков («сдвоенный урок») и ориентирующих об</w:t>
      </w:r>
      <w:r>
        <w:rPr>
          <w:rStyle w:val="BodyTextChar1"/>
          <w:rFonts w:cs="Georgia"/>
        </w:rPr>
        <w:softHyphen/>
        <w:t>учающихся на поиск ответов на один или несколько про</w:t>
      </w:r>
      <w:r>
        <w:rPr>
          <w:rStyle w:val="BodyTextChar1"/>
          <w:rFonts w:cs="Georgia"/>
        </w:rPr>
        <w:softHyphen/>
        <w:t>блемных вопросов.</w:t>
      </w:r>
    </w:p>
    <w:p w:rsidR="00F44E79" w:rsidRDefault="00F44E79" w:rsidP="001C7BA4">
      <w:pPr>
        <w:pStyle w:val="BodyText"/>
        <w:numPr>
          <w:ilvl w:val="0"/>
          <w:numId w:val="66"/>
        </w:numPr>
        <w:tabs>
          <w:tab w:val="left" w:pos="256"/>
        </w:tabs>
        <w:spacing w:line="310" w:lineRule="auto"/>
        <w:ind w:left="240" w:hanging="240"/>
        <w:jc w:val="both"/>
        <w:rPr>
          <w:color w:val="auto"/>
          <w:sz w:val="24"/>
          <w:szCs w:val="24"/>
        </w:rPr>
      </w:pPr>
      <w:bookmarkStart w:id="1224" w:name="bookmark5553"/>
      <w:bookmarkEnd w:id="1224"/>
      <w:r>
        <w:rPr>
          <w:rStyle w:val="BodyTextChar1"/>
          <w:rFonts w:cs="Georgia"/>
        </w:rPr>
        <w:t>Основными формами представления итогов учебных исследо</w:t>
      </w:r>
      <w:r>
        <w:rPr>
          <w:rStyle w:val="BodyTextChar1"/>
          <w:rFonts w:cs="Georgia"/>
        </w:rPr>
        <w:softHyphen/>
        <w:t>ваний являются:</w:t>
      </w:r>
    </w:p>
    <w:p w:rsidR="00F44E79" w:rsidRDefault="00F44E79" w:rsidP="001C7BA4">
      <w:pPr>
        <w:pStyle w:val="BodyText"/>
        <w:numPr>
          <w:ilvl w:val="0"/>
          <w:numId w:val="66"/>
        </w:numPr>
        <w:tabs>
          <w:tab w:val="left" w:pos="256"/>
        </w:tabs>
        <w:spacing w:line="360" w:lineRule="auto"/>
        <w:ind w:left="240" w:hanging="240"/>
        <w:jc w:val="both"/>
        <w:rPr>
          <w:color w:val="auto"/>
          <w:sz w:val="24"/>
          <w:szCs w:val="24"/>
        </w:rPr>
      </w:pPr>
      <w:bookmarkStart w:id="1225" w:name="bookmark5554"/>
      <w:bookmarkEnd w:id="1225"/>
      <w:r>
        <w:rPr>
          <w:rStyle w:val="BodyTextChar1"/>
          <w:rFonts w:cs="Georgia"/>
        </w:rPr>
        <w:t>доклад, реферат;</w:t>
      </w:r>
    </w:p>
    <w:p w:rsidR="00F44E79" w:rsidRDefault="00F44E79" w:rsidP="001C7BA4">
      <w:pPr>
        <w:pStyle w:val="BodyText"/>
        <w:numPr>
          <w:ilvl w:val="0"/>
          <w:numId w:val="66"/>
        </w:numPr>
        <w:tabs>
          <w:tab w:val="left" w:pos="256"/>
        </w:tabs>
        <w:spacing w:line="310" w:lineRule="auto"/>
        <w:ind w:left="240" w:hanging="240"/>
        <w:jc w:val="both"/>
        <w:rPr>
          <w:color w:val="auto"/>
          <w:sz w:val="24"/>
          <w:szCs w:val="24"/>
        </w:rPr>
      </w:pPr>
      <w:bookmarkStart w:id="1226" w:name="bookmark5555"/>
      <w:bookmarkEnd w:id="1226"/>
      <w:r>
        <w:rPr>
          <w:rStyle w:val="BodyTextChar1"/>
          <w:rFonts w:cs="Georgia"/>
        </w:rPr>
        <w:t>статьи, обзоры, отчеты и заключения по итогам исследова</w:t>
      </w:r>
      <w:r>
        <w:rPr>
          <w:rStyle w:val="BodyTextChar1"/>
          <w:rFonts w:cs="Georgia"/>
        </w:rPr>
        <w:softHyphen/>
        <w:t>ний по различным предметным областям.</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Особенности организации учебной исследователь</w:t>
      </w:r>
      <w:r>
        <w:rPr>
          <w:rStyle w:val="BodyTextChar1"/>
          <w:rFonts w:cs="Georgia"/>
          <w:b/>
          <w:bCs/>
          <w:i/>
          <w:iCs/>
          <w:sz w:val="18"/>
          <w:szCs w:val="18"/>
        </w:rPr>
        <w:softHyphen/>
        <w:t>ской деятельности в рамках внеурочной деятельности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Особенность УИД обучающихся в рамках внеурочной дея</w:t>
      </w:r>
      <w:r>
        <w:rPr>
          <w:rStyle w:val="BodyTextChar1"/>
          <w:rFonts w:cs="Georgia"/>
        </w:rPr>
        <w:softHyphen/>
        <w:t>тельности связана с тем, что в данном случае имеется достаточ</w:t>
      </w:r>
      <w:r>
        <w:rPr>
          <w:rStyle w:val="BodyTextChar1"/>
          <w:rFonts w:cs="Georgia"/>
        </w:rPr>
        <w:softHyphen/>
        <w:t>но времени на организацию и проведение развернутого и пол</w:t>
      </w:r>
      <w:r>
        <w:rPr>
          <w:rStyle w:val="BodyTextChar1"/>
          <w:rFonts w:cs="Georgia"/>
        </w:rPr>
        <w:softHyphen/>
        <w:t>ноценного исследования.</w:t>
      </w:r>
    </w:p>
    <w:p w:rsidR="00F44E79" w:rsidRDefault="00F44E79">
      <w:pPr>
        <w:pStyle w:val="BodyText"/>
        <w:jc w:val="both"/>
        <w:rPr>
          <w:rFonts w:ascii="Courier New" w:hAnsi="Courier New" w:cs="Courier New"/>
          <w:color w:val="auto"/>
          <w:sz w:val="24"/>
          <w:szCs w:val="24"/>
        </w:rPr>
      </w:pPr>
      <w:r>
        <w:rPr>
          <w:rStyle w:val="BodyTextChar1"/>
          <w:rFonts w:cs="Georgia"/>
        </w:rPr>
        <w:t>С учетом этого при организации УИД обучающихся во вне</w:t>
      </w:r>
      <w:r>
        <w:rPr>
          <w:rStyle w:val="BodyTextChar1"/>
          <w:rFonts w:cs="Georgia"/>
        </w:rPr>
        <w:softHyphen/>
        <w:t>урочное время целесообразно ориентироваться на реализацию нескольких направлений учебных исследований, основными являются:</w:t>
      </w:r>
    </w:p>
    <w:p w:rsidR="00F44E79" w:rsidRDefault="00F44E79" w:rsidP="001C7BA4">
      <w:pPr>
        <w:pStyle w:val="BodyText"/>
        <w:numPr>
          <w:ilvl w:val="0"/>
          <w:numId w:val="66"/>
        </w:numPr>
        <w:tabs>
          <w:tab w:val="left" w:pos="256"/>
        </w:tabs>
        <w:spacing w:after="60" w:line="360" w:lineRule="auto"/>
        <w:ind w:firstLine="0"/>
        <w:jc w:val="both"/>
        <w:rPr>
          <w:color w:val="auto"/>
          <w:sz w:val="24"/>
          <w:szCs w:val="24"/>
        </w:rPr>
      </w:pPr>
      <w:bookmarkStart w:id="1227" w:name="bookmark5556"/>
      <w:bookmarkEnd w:id="1227"/>
      <w:r>
        <w:rPr>
          <w:rStyle w:val="BodyTextChar1"/>
          <w:rFonts w:cs="Georgia"/>
        </w:rPr>
        <w:t>социально-гуманитарное;</w:t>
      </w:r>
    </w:p>
    <w:p w:rsidR="00F44E79" w:rsidRDefault="00F44E79" w:rsidP="001C7BA4">
      <w:pPr>
        <w:pStyle w:val="BodyText"/>
        <w:numPr>
          <w:ilvl w:val="0"/>
          <w:numId w:val="66"/>
        </w:numPr>
        <w:tabs>
          <w:tab w:val="left" w:pos="256"/>
        </w:tabs>
        <w:spacing w:line="360" w:lineRule="auto"/>
        <w:ind w:firstLine="0"/>
        <w:jc w:val="both"/>
        <w:rPr>
          <w:color w:val="auto"/>
          <w:sz w:val="24"/>
          <w:szCs w:val="24"/>
        </w:rPr>
      </w:pPr>
      <w:bookmarkStart w:id="1228" w:name="bookmark5557"/>
      <w:bookmarkEnd w:id="1228"/>
      <w:r>
        <w:rPr>
          <w:rStyle w:val="BodyTextChar1"/>
          <w:rFonts w:cs="Georgia"/>
        </w:rPr>
        <w:t>филологическое;</w:t>
      </w:r>
    </w:p>
    <w:p w:rsidR="00F44E79" w:rsidRDefault="00F44E79" w:rsidP="001C7BA4">
      <w:pPr>
        <w:pStyle w:val="BodyText"/>
        <w:numPr>
          <w:ilvl w:val="0"/>
          <w:numId w:val="66"/>
        </w:numPr>
        <w:tabs>
          <w:tab w:val="left" w:pos="256"/>
        </w:tabs>
        <w:spacing w:after="60" w:line="360" w:lineRule="auto"/>
        <w:ind w:firstLine="0"/>
        <w:jc w:val="both"/>
        <w:rPr>
          <w:color w:val="auto"/>
          <w:sz w:val="24"/>
          <w:szCs w:val="24"/>
        </w:rPr>
      </w:pPr>
      <w:bookmarkStart w:id="1229" w:name="bookmark5558"/>
      <w:bookmarkEnd w:id="1229"/>
      <w:r>
        <w:rPr>
          <w:rStyle w:val="BodyTextChar1"/>
          <w:rFonts w:cs="Georgia"/>
        </w:rPr>
        <w:t>естественно-научное;</w:t>
      </w:r>
    </w:p>
    <w:p w:rsidR="00F44E79" w:rsidRDefault="00F44E79" w:rsidP="001C7BA4">
      <w:pPr>
        <w:pStyle w:val="BodyText"/>
        <w:numPr>
          <w:ilvl w:val="0"/>
          <w:numId w:val="66"/>
        </w:numPr>
        <w:tabs>
          <w:tab w:val="left" w:pos="256"/>
        </w:tabs>
        <w:spacing w:line="360" w:lineRule="auto"/>
        <w:ind w:firstLine="0"/>
        <w:jc w:val="both"/>
        <w:rPr>
          <w:color w:val="auto"/>
          <w:sz w:val="24"/>
          <w:szCs w:val="24"/>
        </w:rPr>
      </w:pPr>
      <w:bookmarkStart w:id="1230" w:name="bookmark5559"/>
      <w:bookmarkEnd w:id="1230"/>
      <w:r>
        <w:rPr>
          <w:rStyle w:val="BodyTextChar1"/>
          <w:rFonts w:cs="Georgia"/>
        </w:rPr>
        <w:t>информационно-технологическое;</w:t>
      </w:r>
    </w:p>
    <w:p w:rsidR="00F44E79" w:rsidRDefault="00F44E79" w:rsidP="001C7BA4">
      <w:pPr>
        <w:pStyle w:val="BodyText"/>
        <w:numPr>
          <w:ilvl w:val="0"/>
          <w:numId w:val="66"/>
        </w:numPr>
        <w:tabs>
          <w:tab w:val="left" w:pos="256"/>
        </w:tabs>
        <w:spacing w:after="60" w:line="360" w:lineRule="auto"/>
        <w:ind w:firstLine="0"/>
        <w:jc w:val="both"/>
        <w:rPr>
          <w:color w:val="auto"/>
          <w:sz w:val="24"/>
          <w:szCs w:val="24"/>
        </w:rPr>
      </w:pPr>
      <w:bookmarkStart w:id="1231" w:name="bookmark5560"/>
      <w:bookmarkEnd w:id="1231"/>
      <w:r>
        <w:rPr>
          <w:rStyle w:val="BodyTextChar1"/>
          <w:rFonts w:cs="Georgia"/>
        </w:rPr>
        <w:t>междисциплинарное.</w:t>
      </w:r>
    </w:p>
    <w:p w:rsidR="00F44E79" w:rsidRDefault="00F44E79">
      <w:pPr>
        <w:pStyle w:val="BodyText"/>
        <w:jc w:val="both"/>
        <w:rPr>
          <w:rFonts w:ascii="Courier New" w:hAnsi="Courier New" w:cs="Courier New"/>
          <w:color w:val="auto"/>
          <w:sz w:val="24"/>
          <w:szCs w:val="24"/>
        </w:rPr>
      </w:pPr>
      <w:r>
        <w:rPr>
          <w:rStyle w:val="BodyTextChar1"/>
          <w:rFonts w:cs="Georgia"/>
        </w:rPr>
        <w:t>Основными формами организации УИД во внеурочное время являются:</w:t>
      </w:r>
    </w:p>
    <w:p w:rsidR="00F44E79" w:rsidRDefault="00F44E79" w:rsidP="001C7BA4">
      <w:pPr>
        <w:pStyle w:val="BodyText"/>
        <w:numPr>
          <w:ilvl w:val="0"/>
          <w:numId w:val="66"/>
        </w:numPr>
        <w:tabs>
          <w:tab w:val="left" w:pos="256"/>
        </w:tabs>
        <w:spacing w:line="360" w:lineRule="auto"/>
        <w:ind w:firstLine="0"/>
        <w:jc w:val="both"/>
        <w:rPr>
          <w:color w:val="auto"/>
          <w:sz w:val="24"/>
          <w:szCs w:val="24"/>
        </w:rPr>
      </w:pPr>
      <w:bookmarkStart w:id="1232" w:name="bookmark5561"/>
      <w:bookmarkEnd w:id="1232"/>
      <w:r>
        <w:rPr>
          <w:rStyle w:val="BodyTextChar1"/>
          <w:rFonts w:cs="Georgia"/>
        </w:rPr>
        <w:t>конференция, семинар, дискуссия, диспут;</w:t>
      </w:r>
    </w:p>
    <w:p w:rsidR="00F44E79" w:rsidRDefault="00F44E79" w:rsidP="001C7BA4">
      <w:pPr>
        <w:pStyle w:val="BodyText"/>
        <w:numPr>
          <w:ilvl w:val="0"/>
          <w:numId w:val="66"/>
        </w:numPr>
        <w:tabs>
          <w:tab w:val="left" w:pos="256"/>
        </w:tabs>
        <w:spacing w:after="60" w:line="360" w:lineRule="auto"/>
        <w:ind w:firstLine="0"/>
        <w:jc w:val="both"/>
        <w:rPr>
          <w:color w:val="auto"/>
          <w:sz w:val="24"/>
          <w:szCs w:val="24"/>
        </w:rPr>
      </w:pPr>
      <w:bookmarkStart w:id="1233" w:name="bookmark5562"/>
      <w:bookmarkEnd w:id="1233"/>
      <w:r>
        <w:rPr>
          <w:rStyle w:val="BodyTextChar1"/>
          <w:rFonts w:cs="Georgia"/>
        </w:rPr>
        <w:t>брифинг, интервью, телемост;</w:t>
      </w:r>
    </w:p>
    <w:p w:rsidR="00F44E79" w:rsidRDefault="00F44E79" w:rsidP="001C7BA4">
      <w:pPr>
        <w:pStyle w:val="BodyText"/>
        <w:numPr>
          <w:ilvl w:val="0"/>
          <w:numId w:val="66"/>
        </w:numPr>
        <w:tabs>
          <w:tab w:val="left" w:pos="207"/>
        </w:tabs>
        <w:ind w:left="240" w:hanging="240"/>
        <w:jc w:val="both"/>
        <w:rPr>
          <w:color w:val="auto"/>
          <w:sz w:val="24"/>
          <w:szCs w:val="24"/>
        </w:rPr>
      </w:pPr>
      <w:bookmarkStart w:id="1234" w:name="bookmark5563"/>
      <w:bookmarkEnd w:id="1234"/>
      <w:r>
        <w:rPr>
          <w:rStyle w:val="BodyTextChar1"/>
          <w:rFonts w:cs="Georgia"/>
        </w:rPr>
        <w:t>исследовательская практика, образовательные экспедиции, походы, поездки, экскурсии;</w:t>
      </w:r>
    </w:p>
    <w:p w:rsidR="00F44E79" w:rsidRDefault="00F44E79" w:rsidP="001C7BA4">
      <w:pPr>
        <w:pStyle w:val="BodyText"/>
        <w:numPr>
          <w:ilvl w:val="0"/>
          <w:numId w:val="66"/>
        </w:numPr>
        <w:tabs>
          <w:tab w:val="left" w:pos="207"/>
        </w:tabs>
        <w:ind w:firstLine="0"/>
        <w:jc w:val="both"/>
        <w:rPr>
          <w:color w:val="auto"/>
          <w:sz w:val="24"/>
          <w:szCs w:val="24"/>
        </w:rPr>
      </w:pPr>
      <w:bookmarkStart w:id="1235" w:name="bookmark5564"/>
      <w:bookmarkEnd w:id="1235"/>
      <w:r>
        <w:rPr>
          <w:rStyle w:val="BodyTextChar1"/>
          <w:rFonts w:cs="Georgia"/>
        </w:rPr>
        <w:t>научно-исследовательское общество учащихся.</w:t>
      </w:r>
    </w:p>
    <w:p w:rsidR="00F44E79" w:rsidRDefault="00F44E79">
      <w:pPr>
        <w:pStyle w:val="BodyText"/>
        <w:jc w:val="both"/>
        <w:rPr>
          <w:rFonts w:ascii="Courier New" w:hAnsi="Courier New" w:cs="Courier New"/>
          <w:color w:val="auto"/>
          <w:sz w:val="24"/>
          <w:szCs w:val="24"/>
        </w:rPr>
      </w:pPr>
      <w:r>
        <w:rPr>
          <w:rStyle w:val="BodyTextChar1"/>
          <w:rFonts w:cs="Georgia"/>
        </w:rPr>
        <w:t>Для представления итогов УИД во внеурочное время наибо</w:t>
      </w:r>
      <w:r>
        <w:rPr>
          <w:rStyle w:val="BodyTextChar1"/>
          <w:rFonts w:cs="Georgia"/>
        </w:rPr>
        <w:softHyphen/>
        <w:t>лее целесообразно использование следующих форм предъявле</w:t>
      </w:r>
      <w:r>
        <w:rPr>
          <w:rStyle w:val="BodyTextChar1"/>
          <w:rFonts w:cs="Georgia"/>
        </w:rPr>
        <w:softHyphen/>
        <w:t>ния результатов:</w:t>
      </w:r>
    </w:p>
    <w:p w:rsidR="00F44E79" w:rsidRDefault="00F44E79" w:rsidP="001C7BA4">
      <w:pPr>
        <w:pStyle w:val="BodyText"/>
        <w:numPr>
          <w:ilvl w:val="0"/>
          <w:numId w:val="66"/>
        </w:numPr>
        <w:tabs>
          <w:tab w:val="left" w:pos="207"/>
        </w:tabs>
        <w:ind w:left="240" w:hanging="240"/>
        <w:jc w:val="both"/>
        <w:rPr>
          <w:color w:val="auto"/>
          <w:sz w:val="24"/>
          <w:szCs w:val="24"/>
        </w:rPr>
      </w:pPr>
      <w:bookmarkStart w:id="1236" w:name="bookmark5565"/>
      <w:bookmarkEnd w:id="1236"/>
      <w:r>
        <w:rPr>
          <w:rStyle w:val="BodyTextChar1"/>
          <w:rFonts w:cs="Georgia"/>
        </w:rPr>
        <w:t>письменная исследовательская работа (эссе, доклад, рефе</w:t>
      </w:r>
      <w:r>
        <w:rPr>
          <w:rStyle w:val="BodyTextChar1"/>
          <w:rFonts w:cs="Georgia"/>
        </w:rPr>
        <w:softHyphen/>
        <w:t>рат);</w:t>
      </w:r>
    </w:p>
    <w:p w:rsidR="00F44E79" w:rsidRDefault="00F44E79" w:rsidP="001C7BA4">
      <w:pPr>
        <w:pStyle w:val="BodyText"/>
        <w:numPr>
          <w:ilvl w:val="0"/>
          <w:numId w:val="66"/>
        </w:numPr>
        <w:tabs>
          <w:tab w:val="left" w:pos="207"/>
        </w:tabs>
        <w:ind w:left="240" w:hanging="240"/>
        <w:jc w:val="both"/>
        <w:rPr>
          <w:color w:val="auto"/>
          <w:sz w:val="24"/>
          <w:szCs w:val="24"/>
        </w:rPr>
      </w:pPr>
      <w:bookmarkStart w:id="1237" w:name="bookmark5566"/>
      <w:bookmarkEnd w:id="1237"/>
      <w:r>
        <w:rPr>
          <w:rStyle w:val="BodyTextChar1"/>
          <w:rFonts w:cs="Georgia"/>
        </w:rPr>
        <w:t>статьи, обзоры, отчеты и заключения по итогам исследова</w:t>
      </w:r>
      <w:r>
        <w:rPr>
          <w:rStyle w:val="BodyTextChar1"/>
          <w:rFonts w:cs="Georgia"/>
        </w:rPr>
        <w:softHyphen/>
        <w:t>ний, проводимых в рамках исследовательских экспедиций, обработки архивов, исследований по различным предметным областям.</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Общие рекомендации по оцениванию учебной исследо</w:t>
      </w:r>
      <w:r>
        <w:rPr>
          <w:rStyle w:val="BodyTextChar1"/>
          <w:rFonts w:cs="Georgia"/>
          <w:b/>
          <w:bCs/>
          <w:i/>
          <w:iCs/>
          <w:sz w:val="18"/>
          <w:szCs w:val="18"/>
        </w:rPr>
        <w:softHyphen/>
        <w:t>вательской деятельности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При оценивании результатов УИД следует ориентироваться на то, что основными критериями учебного исследования яв</w:t>
      </w:r>
      <w:r>
        <w:rPr>
          <w:rStyle w:val="BodyTextChar1"/>
          <w:rFonts w:cs="Georgia"/>
        </w:rPr>
        <w:softHyphen/>
        <w:t>ляется то, насколько доказательно и корректно решена постав</w:t>
      </w:r>
      <w:r>
        <w:rPr>
          <w:rStyle w:val="BodyTextChar1"/>
          <w:rFonts w:cs="Georgia"/>
        </w:rPr>
        <w:softHyphen/>
        <w:t>ленная проблема, насколько полно и последовательно достиг</w:t>
      </w:r>
      <w:r>
        <w:rPr>
          <w:rStyle w:val="BodyTextChar1"/>
          <w:rFonts w:cs="Georgia"/>
        </w:rPr>
        <w:softHyphen/>
        <w:t>нуты сформулированные цель, задачи, гипотеза.</w:t>
      </w:r>
    </w:p>
    <w:p w:rsidR="00F44E79" w:rsidRDefault="00F44E79">
      <w:pPr>
        <w:pStyle w:val="BodyText"/>
        <w:jc w:val="both"/>
        <w:rPr>
          <w:rFonts w:ascii="Courier New" w:hAnsi="Courier New" w:cs="Courier New"/>
          <w:color w:val="auto"/>
          <w:sz w:val="24"/>
          <w:szCs w:val="24"/>
        </w:rPr>
      </w:pPr>
      <w:r>
        <w:rPr>
          <w:rStyle w:val="BodyTextChar1"/>
          <w:rFonts w:cs="Georgia"/>
        </w:rPr>
        <w:t>Оценка результатов УИД должна учитывать то, насколько обучающимся в рамках проведения исследования удалось про</w:t>
      </w:r>
      <w:r>
        <w:rPr>
          <w:rStyle w:val="BodyTextChar1"/>
          <w:rFonts w:cs="Georgia"/>
        </w:rPr>
        <w:softHyphen/>
        <w:t>демонстрировать базовые исследовательские действия:</w:t>
      </w:r>
    </w:p>
    <w:p w:rsidR="00F44E79" w:rsidRDefault="00F44E79" w:rsidP="001C7BA4">
      <w:pPr>
        <w:pStyle w:val="BodyText"/>
        <w:numPr>
          <w:ilvl w:val="0"/>
          <w:numId w:val="66"/>
        </w:numPr>
        <w:tabs>
          <w:tab w:val="left" w:pos="207"/>
        </w:tabs>
        <w:ind w:left="240" w:hanging="240"/>
        <w:jc w:val="both"/>
        <w:rPr>
          <w:color w:val="auto"/>
          <w:sz w:val="24"/>
          <w:szCs w:val="24"/>
        </w:rPr>
      </w:pPr>
      <w:bookmarkStart w:id="1238" w:name="bookmark5567"/>
      <w:bookmarkEnd w:id="1238"/>
      <w:r>
        <w:rPr>
          <w:rStyle w:val="BodyTextChar1"/>
          <w:rFonts w:cs="Georgia"/>
        </w:rPr>
        <w:t>использовать вопросы как исследовательский инструмент познания;</w:t>
      </w:r>
    </w:p>
    <w:p w:rsidR="00F44E79" w:rsidRDefault="00F44E79" w:rsidP="001C7BA4">
      <w:pPr>
        <w:pStyle w:val="BodyText"/>
        <w:numPr>
          <w:ilvl w:val="0"/>
          <w:numId w:val="66"/>
        </w:numPr>
        <w:tabs>
          <w:tab w:val="left" w:pos="207"/>
        </w:tabs>
        <w:ind w:left="240" w:hanging="240"/>
        <w:jc w:val="both"/>
        <w:rPr>
          <w:color w:val="auto"/>
          <w:sz w:val="24"/>
          <w:szCs w:val="24"/>
        </w:rPr>
      </w:pPr>
      <w:bookmarkStart w:id="1239" w:name="bookmark5568"/>
      <w:bookmarkEnd w:id="1239"/>
      <w:r>
        <w:rPr>
          <w:rStyle w:val="BodyTextChar1"/>
          <w:rFonts w:cs="Georgia"/>
        </w:rPr>
        <w:t>формулировать вопросы, фиксирующие разрыв между ре</w:t>
      </w:r>
      <w:r>
        <w:rPr>
          <w:rStyle w:val="BodyTextChar1"/>
          <w:rFonts w:cs="Georgia"/>
        </w:rPr>
        <w:softHyphen/>
        <w:t>альным и желательным состоянием ситуации, объекта, само</w:t>
      </w:r>
      <w:r>
        <w:rPr>
          <w:rStyle w:val="BodyTextChar1"/>
          <w:rFonts w:cs="Georgia"/>
        </w:rPr>
        <w:softHyphen/>
        <w:t>стоятельно устанавливать искомое и данное;</w:t>
      </w:r>
    </w:p>
    <w:p w:rsidR="00F44E79" w:rsidRDefault="00F44E79" w:rsidP="001C7BA4">
      <w:pPr>
        <w:pStyle w:val="BodyText"/>
        <w:numPr>
          <w:ilvl w:val="0"/>
          <w:numId w:val="66"/>
        </w:numPr>
        <w:tabs>
          <w:tab w:val="left" w:pos="207"/>
        </w:tabs>
        <w:ind w:left="240" w:hanging="240"/>
        <w:jc w:val="both"/>
        <w:rPr>
          <w:color w:val="auto"/>
          <w:sz w:val="24"/>
          <w:szCs w:val="24"/>
        </w:rPr>
      </w:pPr>
      <w:bookmarkStart w:id="1240" w:name="bookmark5569"/>
      <w:bookmarkEnd w:id="1240"/>
      <w:r>
        <w:rPr>
          <w:rStyle w:val="BodyTextChar1"/>
          <w:rFonts w:cs="Georgia"/>
        </w:rPr>
        <w:t>формировать гипотезу об истинности собственных суждений и суждений других, аргументировать свою позицию, мне</w:t>
      </w:r>
      <w:r>
        <w:rPr>
          <w:rStyle w:val="BodyTextChar1"/>
          <w:rFonts w:cs="Georgia"/>
        </w:rPr>
        <w:softHyphen/>
        <w:t>ние;</w:t>
      </w:r>
    </w:p>
    <w:p w:rsidR="00F44E79" w:rsidRDefault="00F44E79" w:rsidP="001C7BA4">
      <w:pPr>
        <w:pStyle w:val="BodyText"/>
        <w:numPr>
          <w:ilvl w:val="0"/>
          <w:numId w:val="66"/>
        </w:numPr>
        <w:tabs>
          <w:tab w:val="left" w:pos="207"/>
        </w:tabs>
        <w:ind w:left="240" w:hanging="240"/>
        <w:jc w:val="both"/>
        <w:rPr>
          <w:color w:val="auto"/>
          <w:sz w:val="24"/>
          <w:szCs w:val="24"/>
        </w:rPr>
      </w:pPr>
      <w:bookmarkStart w:id="1241" w:name="bookmark5570"/>
      <w:bookmarkEnd w:id="1241"/>
      <w:r>
        <w:rPr>
          <w:rStyle w:val="BodyTextChar1"/>
          <w:rFonts w:cs="Georgia"/>
        </w:rPr>
        <w:t>проводить по самостоятельно составленному плану опыт, не</w:t>
      </w:r>
      <w:r>
        <w:rPr>
          <w:rStyle w:val="BodyTextChar1"/>
          <w:rFonts w:cs="Georgia"/>
        </w:rPr>
        <w:softHyphen/>
        <w:t>сложный эксперимент, небольшое исследование;</w:t>
      </w:r>
    </w:p>
    <w:p w:rsidR="00F44E79" w:rsidRDefault="00F44E79" w:rsidP="001C7BA4">
      <w:pPr>
        <w:pStyle w:val="BodyText"/>
        <w:numPr>
          <w:ilvl w:val="0"/>
          <w:numId w:val="66"/>
        </w:numPr>
        <w:tabs>
          <w:tab w:val="left" w:pos="207"/>
        </w:tabs>
        <w:ind w:left="240" w:hanging="240"/>
        <w:jc w:val="both"/>
        <w:rPr>
          <w:color w:val="auto"/>
          <w:sz w:val="24"/>
          <w:szCs w:val="24"/>
        </w:rPr>
      </w:pPr>
      <w:bookmarkStart w:id="1242" w:name="bookmark5571"/>
      <w:bookmarkEnd w:id="1242"/>
      <w:r>
        <w:rPr>
          <w:rStyle w:val="BodyTextChar1"/>
          <w:rFonts w:cs="Georgia"/>
        </w:rPr>
        <w:t>оценивать на применимость и достоверность информацию, полученную в ходе исследования (эксперимента);</w:t>
      </w:r>
    </w:p>
    <w:p w:rsidR="00F44E79" w:rsidRDefault="00F44E79" w:rsidP="001C7BA4">
      <w:pPr>
        <w:pStyle w:val="BodyText"/>
        <w:numPr>
          <w:ilvl w:val="0"/>
          <w:numId w:val="66"/>
        </w:numPr>
        <w:tabs>
          <w:tab w:val="left" w:pos="207"/>
        </w:tabs>
        <w:ind w:left="240" w:hanging="240"/>
        <w:jc w:val="both"/>
        <w:rPr>
          <w:color w:val="auto"/>
          <w:sz w:val="24"/>
          <w:szCs w:val="24"/>
        </w:rPr>
      </w:pPr>
      <w:bookmarkStart w:id="1243" w:name="bookmark5572"/>
      <w:bookmarkEnd w:id="1243"/>
      <w:r>
        <w:rPr>
          <w:rStyle w:val="BodyTextChar1"/>
          <w:rFonts w:cs="Georgia"/>
        </w:rPr>
        <w:t>самостоятельно формулировать обобщения и выводы по ре</w:t>
      </w:r>
      <w:r>
        <w:rPr>
          <w:rStyle w:val="BodyTextChar1"/>
          <w:rFonts w:cs="Georgia"/>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F44E79" w:rsidRDefault="00F44E79" w:rsidP="001C7BA4">
      <w:pPr>
        <w:pStyle w:val="BodyText"/>
        <w:numPr>
          <w:ilvl w:val="0"/>
          <w:numId w:val="66"/>
        </w:numPr>
        <w:tabs>
          <w:tab w:val="left" w:pos="207"/>
        </w:tabs>
        <w:ind w:left="240" w:hanging="240"/>
        <w:jc w:val="both"/>
        <w:rPr>
          <w:color w:val="auto"/>
          <w:sz w:val="24"/>
          <w:szCs w:val="24"/>
        </w:rPr>
      </w:pPr>
      <w:bookmarkStart w:id="1244" w:name="bookmark5573"/>
      <w:bookmarkEnd w:id="1244"/>
      <w:r>
        <w:rPr>
          <w:rStyle w:val="BodyTextChar1"/>
          <w:rFonts w:cs="Georgia"/>
        </w:rPr>
        <w:t>прогнозировать возможное дальнейшее развитие процессов, событий и их последствия в аналогичных или сходных ситу</w:t>
      </w:r>
      <w:r>
        <w:rPr>
          <w:rStyle w:val="BodyTextChar1"/>
          <w:rFonts w:cs="Georgia"/>
        </w:rPr>
        <w:softHyphen/>
        <w:t>ациях, выдвигать предположения об их развитии в новых условиях и контекстах.</w:t>
      </w:r>
    </w:p>
    <w:p w:rsidR="00F44E79" w:rsidRDefault="00F44E79">
      <w:pPr>
        <w:pStyle w:val="33"/>
        <w:keepNext/>
        <w:keepLines/>
        <w:spacing w:after="60" w:line="286" w:lineRule="auto"/>
        <w:jc w:val="both"/>
        <w:rPr>
          <w:rFonts w:ascii="Courier New" w:hAnsi="Courier New" w:cs="Courier New"/>
          <w:b w:val="0"/>
          <w:bCs w:val="0"/>
          <w:color w:val="auto"/>
          <w:sz w:val="24"/>
          <w:szCs w:val="24"/>
        </w:rPr>
      </w:pPr>
      <w:bookmarkStart w:id="1245" w:name="bookmark5574"/>
      <w:bookmarkStart w:id="1246" w:name="bookmark5575"/>
      <w:bookmarkStart w:id="1247" w:name="bookmark5576"/>
      <w:r>
        <w:rPr>
          <w:rStyle w:val="32"/>
          <w:rFonts w:cs="Arial"/>
          <w:b/>
        </w:rPr>
        <w:t>Особенности организации проектной деятельности</w:t>
      </w:r>
      <w:bookmarkEnd w:id="1245"/>
      <w:bookmarkEnd w:id="1246"/>
      <w:bookmarkEnd w:id="1247"/>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Особенность проектной деятельности (далее — ПД) заключа</w:t>
      </w:r>
      <w:r>
        <w:rPr>
          <w:rStyle w:val="BodyTextChar1"/>
          <w:rFonts w:cs="Georgia"/>
        </w:rPr>
        <w:softHyphen/>
        <w:t>ется в том, что она нацелена на получение конкретного резуль</w:t>
      </w:r>
      <w:r>
        <w:rPr>
          <w:rStyle w:val="BodyTextChar1"/>
          <w:rFonts w:cs="Georgia"/>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BodyTextChar1"/>
          <w:rFonts w:cs="Georgia"/>
        </w:rPr>
        <w:softHyphen/>
        <w:t>тического средства (инструмента и пр.) для решения жизнен</w:t>
      </w:r>
      <w:r>
        <w:rPr>
          <w:rStyle w:val="BodyTextChar1"/>
          <w:rFonts w:cs="Georgia"/>
        </w:rPr>
        <w:softHyphen/>
        <w:t>ной, социально-значимой или познавательной проблемы.</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44E79" w:rsidRDefault="00F44E79" w:rsidP="001C7BA4">
      <w:pPr>
        <w:pStyle w:val="BodyText"/>
        <w:numPr>
          <w:ilvl w:val="0"/>
          <w:numId w:val="66"/>
        </w:numPr>
        <w:tabs>
          <w:tab w:val="left" w:pos="207"/>
        </w:tabs>
        <w:spacing w:line="276" w:lineRule="auto"/>
        <w:ind w:left="240" w:hanging="240"/>
        <w:jc w:val="both"/>
        <w:rPr>
          <w:color w:val="auto"/>
          <w:sz w:val="24"/>
          <w:szCs w:val="24"/>
        </w:rPr>
      </w:pPr>
      <w:bookmarkStart w:id="1248" w:name="bookmark5577"/>
      <w:bookmarkEnd w:id="1248"/>
      <w:r>
        <w:rPr>
          <w:rStyle w:val="BodyTextChar1"/>
          <w:rFonts w:cs="Georgia"/>
        </w:rPr>
        <w:t>определять оптимальный путь решения проблемного вопро</w:t>
      </w:r>
      <w:r>
        <w:rPr>
          <w:rStyle w:val="BodyTextChar1"/>
          <w:rFonts w:cs="Georgia"/>
        </w:rPr>
        <w:softHyphen/>
        <w:t>са, прогнозировать проектный результат и оформлять его в виде реального «продукта»;</w:t>
      </w:r>
    </w:p>
    <w:p w:rsidR="00F44E79" w:rsidRDefault="00F44E79" w:rsidP="001C7BA4">
      <w:pPr>
        <w:pStyle w:val="BodyText"/>
        <w:numPr>
          <w:ilvl w:val="0"/>
          <w:numId w:val="66"/>
        </w:numPr>
        <w:tabs>
          <w:tab w:val="left" w:pos="289"/>
        </w:tabs>
        <w:spacing w:line="276" w:lineRule="auto"/>
        <w:ind w:firstLine="0"/>
        <w:jc w:val="both"/>
        <w:rPr>
          <w:color w:val="auto"/>
          <w:sz w:val="24"/>
          <w:szCs w:val="24"/>
        </w:rPr>
      </w:pPr>
      <w:bookmarkStart w:id="1249" w:name="bookmark5578"/>
      <w:bookmarkEnd w:id="1249"/>
      <w:r>
        <w:rPr>
          <w:rStyle w:val="BodyTextChar1"/>
          <w:rFonts w:cs="Georgia"/>
        </w:rPr>
        <w:t>максимально использовать для создания проектного «про</w:t>
      </w:r>
      <w:r>
        <w:rPr>
          <w:rStyle w:val="BodyTextChar1"/>
          <w:rFonts w:cs="Georgia"/>
        </w:rPr>
        <w:softHyphen/>
        <w:t>дукта» имеющиеся знания и освоенные способы действия, а при их недостаточности — производить поиск и отбор не</w:t>
      </w:r>
      <w:r>
        <w:rPr>
          <w:rStyle w:val="BodyTextChar1"/>
          <w:rFonts w:cs="Georgia"/>
        </w:rPr>
        <w:softHyphen/>
        <w:t>обходимых знаний и методов (причем не только научных). Проектная работа должна ответить на вопрос «Что необхо</w:t>
      </w:r>
      <w:r>
        <w:rPr>
          <w:rStyle w:val="BodyTextChar1"/>
          <w:rFonts w:cs="Georgia"/>
        </w:rPr>
        <w:softHyphen/>
        <w:t>димо СДЕЛАТЬ (сконструировать, смоделировать, изготовить и др.), чтобы решить реально существующую или потенциаль</w:t>
      </w:r>
      <w:r>
        <w:rPr>
          <w:rStyle w:val="BodyTextChar1"/>
          <w:rFonts w:cs="Georgia"/>
        </w:rPr>
        <w:softHyphen/>
        <w:t>но значимую проблему?».</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Осуществление ПД обучающимися включает в себя ряд эта</w:t>
      </w:r>
      <w:r>
        <w:rPr>
          <w:rStyle w:val="BodyTextChar1"/>
          <w:rFonts w:cs="Georgia"/>
        </w:rPr>
        <w:softHyphen/>
        <w:t>пов:</w:t>
      </w:r>
    </w:p>
    <w:p w:rsidR="00F44E79" w:rsidRDefault="00F44E79" w:rsidP="001C7BA4">
      <w:pPr>
        <w:pStyle w:val="BodyText"/>
        <w:numPr>
          <w:ilvl w:val="0"/>
          <w:numId w:val="66"/>
        </w:numPr>
        <w:tabs>
          <w:tab w:val="left" w:pos="207"/>
        </w:tabs>
        <w:spacing w:line="360" w:lineRule="auto"/>
        <w:ind w:firstLine="0"/>
        <w:jc w:val="both"/>
        <w:rPr>
          <w:color w:val="auto"/>
          <w:sz w:val="24"/>
          <w:szCs w:val="24"/>
        </w:rPr>
      </w:pPr>
      <w:bookmarkStart w:id="1250" w:name="bookmark5579"/>
      <w:bookmarkEnd w:id="1250"/>
      <w:r>
        <w:rPr>
          <w:rStyle w:val="BodyTextChar1"/>
          <w:rFonts w:cs="Georgia"/>
        </w:rPr>
        <w:t>анализ и формулирование проблемы;</w:t>
      </w:r>
    </w:p>
    <w:p w:rsidR="00F44E79" w:rsidRDefault="00F44E79" w:rsidP="001C7BA4">
      <w:pPr>
        <w:pStyle w:val="BodyText"/>
        <w:numPr>
          <w:ilvl w:val="0"/>
          <w:numId w:val="66"/>
        </w:numPr>
        <w:tabs>
          <w:tab w:val="left" w:pos="207"/>
        </w:tabs>
        <w:spacing w:line="360" w:lineRule="auto"/>
        <w:ind w:firstLine="0"/>
        <w:jc w:val="both"/>
        <w:rPr>
          <w:color w:val="auto"/>
          <w:sz w:val="24"/>
          <w:szCs w:val="24"/>
        </w:rPr>
      </w:pPr>
      <w:bookmarkStart w:id="1251" w:name="bookmark5580"/>
      <w:bookmarkEnd w:id="1251"/>
      <w:r>
        <w:rPr>
          <w:rStyle w:val="BodyTextChar1"/>
          <w:rFonts w:cs="Georgia"/>
        </w:rPr>
        <w:t>формулирование темы проекта;</w:t>
      </w:r>
    </w:p>
    <w:p w:rsidR="00F44E79" w:rsidRDefault="00F44E79" w:rsidP="001C7BA4">
      <w:pPr>
        <w:pStyle w:val="BodyText"/>
        <w:numPr>
          <w:ilvl w:val="0"/>
          <w:numId w:val="66"/>
        </w:numPr>
        <w:tabs>
          <w:tab w:val="left" w:pos="207"/>
        </w:tabs>
        <w:spacing w:after="60" w:line="360" w:lineRule="auto"/>
        <w:ind w:firstLine="0"/>
        <w:jc w:val="both"/>
        <w:rPr>
          <w:color w:val="auto"/>
          <w:sz w:val="24"/>
          <w:szCs w:val="24"/>
        </w:rPr>
      </w:pPr>
      <w:bookmarkStart w:id="1252" w:name="bookmark5581"/>
      <w:bookmarkEnd w:id="1252"/>
      <w:r>
        <w:rPr>
          <w:rStyle w:val="BodyTextChar1"/>
          <w:rFonts w:cs="Georgia"/>
        </w:rPr>
        <w:t>постановка цели и задач проекта;</w:t>
      </w:r>
    </w:p>
    <w:p w:rsidR="00F44E79" w:rsidRDefault="00F44E79" w:rsidP="001C7BA4">
      <w:pPr>
        <w:pStyle w:val="BodyText"/>
        <w:numPr>
          <w:ilvl w:val="0"/>
          <w:numId w:val="66"/>
        </w:numPr>
        <w:tabs>
          <w:tab w:val="left" w:pos="207"/>
        </w:tabs>
        <w:spacing w:line="360" w:lineRule="auto"/>
        <w:ind w:firstLine="0"/>
        <w:jc w:val="both"/>
        <w:rPr>
          <w:color w:val="auto"/>
          <w:sz w:val="24"/>
          <w:szCs w:val="24"/>
        </w:rPr>
      </w:pPr>
      <w:bookmarkStart w:id="1253" w:name="bookmark5582"/>
      <w:bookmarkEnd w:id="1253"/>
      <w:r>
        <w:rPr>
          <w:rStyle w:val="BodyTextChar1"/>
          <w:rFonts w:cs="Georgia"/>
        </w:rPr>
        <w:t>составление плана работы;</w:t>
      </w:r>
    </w:p>
    <w:p w:rsidR="00F44E79" w:rsidRDefault="00F44E79" w:rsidP="001C7BA4">
      <w:pPr>
        <w:pStyle w:val="BodyText"/>
        <w:numPr>
          <w:ilvl w:val="0"/>
          <w:numId w:val="66"/>
        </w:numPr>
        <w:tabs>
          <w:tab w:val="left" w:pos="207"/>
        </w:tabs>
        <w:spacing w:line="360" w:lineRule="auto"/>
        <w:ind w:firstLine="0"/>
        <w:jc w:val="both"/>
        <w:rPr>
          <w:color w:val="auto"/>
          <w:sz w:val="24"/>
          <w:szCs w:val="24"/>
        </w:rPr>
      </w:pPr>
      <w:bookmarkStart w:id="1254" w:name="bookmark5583"/>
      <w:bookmarkEnd w:id="1254"/>
      <w:r>
        <w:rPr>
          <w:rStyle w:val="BodyTextChar1"/>
          <w:rFonts w:cs="Georgia"/>
        </w:rPr>
        <w:t>сбор информации/исследование;</w:t>
      </w:r>
    </w:p>
    <w:p w:rsidR="00F44E79" w:rsidRDefault="00F44E79" w:rsidP="001C7BA4">
      <w:pPr>
        <w:pStyle w:val="BodyText"/>
        <w:numPr>
          <w:ilvl w:val="0"/>
          <w:numId w:val="66"/>
        </w:numPr>
        <w:tabs>
          <w:tab w:val="left" w:pos="207"/>
        </w:tabs>
        <w:spacing w:after="60" w:line="360" w:lineRule="auto"/>
        <w:ind w:firstLine="0"/>
        <w:jc w:val="both"/>
        <w:rPr>
          <w:color w:val="auto"/>
          <w:sz w:val="24"/>
          <w:szCs w:val="24"/>
        </w:rPr>
      </w:pPr>
      <w:bookmarkStart w:id="1255" w:name="bookmark5584"/>
      <w:bookmarkEnd w:id="1255"/>
      <w:r>
        <w:rPr>
          <w:rStyle w:val="BodyTextChar1"/>
          <w:rFonts w:cs="Georgia"/>
        </w:rPr>
        <w:t>выполнение технологического этапа;</w:t>
      </w:r>
    </w:p>
    <w:p w:rsidR="00F44E79" w:rsidRDefault="00F44E79" w:rsidP="001C7BA4">
      <w:pPr>
        <w:pStyle w:val="BodyText"/>
        <w:numPr>
          <w:ilvl w:val="0"/>
          <w:numId w:val="66"/>
        </w:numPr>
        <w:tabs>
          <w:tab w:val="left" w:pos="207"/>
        </w:tabs>
        <w:spacing w:after="60" w:line="360" w:lineRule="auto"/>
        <w:ind w:firstLine="0"/>
        <w:jc w:val="both"/>
        <w:rPr>
          <w:color w:val="auto"/>
          <w:sz w:val="24"/>
          <w:szCs w:val="24"/>
        </w:rPr>
      </w:pPr>
      <w:bookmarkStart w:id="1256" w:name="bookmark5585"/>
      <w:bookmarkEnd w:id="1256"/>
      <w:r>
        <w:rPr>
          <w:rStyle w:val="BodyTextChar1"/>
          <w:rFonts w:cs="Georgia"/>
        </w:rPr>
        <w:t>подготовка и защита проекта;</w:t>
      </w:r>
    </w:p>
    <w:p w:rsidR="00F44E79" w:rsidRDefault="00F44E79" w:rsidP="001C7BA4">
      <w:pPr>
        <w:pStyle w:val="BodyText"/>
        <w:numPr>
          <w:ilvl w:val="0"/>
          <w:numId w:val="66"/>
        </w:numPr>
        <w:tabs>
          <w:tab w:val="left" w:pos="207"/>
        </w:tabs>
        <w:spacing w:line="276" w:lineRule="auto"/>
        <w:ind w:left="240" w:hanging="240"/>
        <w:jc w:val="both"/>
        <w:rPr>
          <w:color w:val="auto"/>
          <w:sz w:val="24"/>
          <w:szCs w:val="24"/>
        </w:rPr>
      </w:pPr>
      <w:bookmarkStart w:id="1257" w:name="bookmark5586"/>
      <w:bookmarkEnd w:id="1257"/>
      <w:r>
        <w:rPr>
          <w:rStyle w:val="BodyTextChar1"/>
          <w:rFonts w:cs="Georgia"/>
        </w:rPr>
        <w:t>рефлексия, анализ результатов выполнения проекта, оценка качества выполнения.</w:t>
      </w:r>
    </w:p>
    <w:p w:rsidR="00F44E79" w:rsidRDefault="00F44E79">
      <w:pPr>
        <w:pStyle w:val="BodyText"/>
        <w:spacing w:after="60" w:line="276" w:lineRule="auto"/>
        <w:jc w:val="both"/>
        <w:rPr>
          <w:rFonts w:ascii="Courier New" w:hAnsi="Courier New" w:cs="Courier New"/>
          <w:color w:val="auto"/>
          <w:sz w:val="24"/>
          <w:szCs w:val="24"/>
        </w:rPr>
      </w:pPr>
      <w:r>
        <w:rPr>
          <w:rStyle w:val="BodyTextChar1"/>
          <w:rFonts w:cs="Georgia"/>
        </w:rPr>
        <w:t>При организации ПД необходимо учитывать, что в любом проекте должна присутствовать исследовательская составля</w:t>
      </w:r>
      <w:r>
        <w:rPr>
          <w:rStyle w:val="BodyTextChar1"/>
          <w:rFonts w:cs="Georgia"/>
        </w:rPr>
        <w:softHyphen/>
        <w:t>ющая, в связи с чем обучающиеся должны быть сориентиро</w:t>
      </w:r>
      <w:r>
        <w:rPr>
          <w:rStyle w:val="BodyTextChar1"/>
          <w:rFonts w:cs="Georgia"/>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BodyTextChar1"/>
          <w:rFonts w:cs="Georgia"/>
        </w:rPr>
        <w:softHyphen/>
        <w:t>ности и эффективности планируемого результата («продук</w:t>
      </w:r>
      <w:r>
        <w:rPr>
          <w:rStyle w:val="BodyTextChar1"/>
          <w:rFonts w:cs="Georgia"/>
        </w:rPr>
        <w:softHyphen/>
        <w:t>та»).</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Особенности организации проектной деятельности в рамках урочной деятельности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Особенности организации проектной деятельности обучаю</w:t>
      </w:r>
      <w:r>
        <w:rPr>
          <w:rStyle w:val="BodyTextChar1"/>
          <w:rFonts w:cs="Georgia"/>
        </w:rPr>
        <w:softHyphen/>
        <w:t>щихся в рамках урочной деятельности так же, как и при орга</w:t>
      </w:r>
      <w:r>
        <w:rPr>
          <w:rStyle w:val="BodyTextChar1"/>
          <w:rFonts w:cs="Georgia"/>
        </w:rPr>
        <w:softHyphen/>
        <w:t>низации учебных исследований, связаны с тем, что учебное время ограничено и не может быть направлено на осуществле</w:t>
      </w:r>
      <w:r>
        <w:rPr>
          <w:rStyle w:val="BodyTextChar1"/>
          <w:rFonts w:cs="Georgia"/>
        </w:rPr>
        <w:softHyphen/>
        <w:t>ние полноценной проектной работы в классе и в рамках выпол</w:t>
      </w:r>
      <w:r>
        <w:rPr>
          <w:rStyle w:val="BodyTextChar1"/>
          <w:rFonts w:cs="Georgia"/>
        </w:rPr>
        <w:softHyphen/>
        <w:t>нения домашних заданий.</w:t>
      </w:r>
    </w:p>
    <w:p w:rsidR="00F44E79" w:rsidRDefault="00F44E79">
      <w:pPr>
        <w:pStyle w:val="BodyText"/>
        <w:jc w:val="both"/>
        <w:rPr>
          <w:rFonts w:ascii="Courier New" w:hAnsi="Courier New" w:cs="Courier New"/>
          <w:color w:val="auto"/>
          <w:sz w:val="24"/>
          <w:szCs w:val="24"/>
        </w:rPr>
      </w:pPr>
      <w:r>
        <w:rPr>
          <w:rStyle w:val="BodyTextChar1"/>
          <w:rFonts w:cs="Georgia"/>
        </w:rPr>
        <w:t>С учетом этого при организации ПД обучающихся в урочное время целесообразно ориентироваться на реализацию двух ос</w:t>
      </w:r>
      <w:r>
        <w:rPr>
          <w:rStyle w:val="BodyTextChar1"/>
          <w:rFonts w:cs="Georgia"/>
        </w:rPr>
        <w:softHyphen/>
        <w:t>новных направлений проектирования:</w:t>
      </w:r>
    </w:p>
    <w:p w:rsidR="00F44E79" w:rsidRDefault="00F44E79" w:rsidP="001C7BA4">
      <w:pPr>
        <w:pStyle w:val="BodyText"/>
        <w:numPr>
          <w:ilvl w:val="0"/>
          <w:numId w:val="66"/>
        </w:numPr>
        <w:tabs>
          <w:tab w:val="left" w:pos="222"/>
        </w:tabs>
        <w:spacing w:after="60" w:line="360" w:lineRule="auto"/>
        <w:ind w:firstLine="0"/>
        <w:jc w:val="both"/>
        <w:rPr>
          <w:color w:val="auto"/>
          <w:sz w:val="24"/>
          <w:szCs w:val="24"/>
        </w:rPr>
      </w:pPr>
      <w:bookmarkStart w:id="1258" w:name="bookmark5587"/>
      <w:bookmarkEnd w:id="1258"/>
      <w:r>
        <w:rPr>
          <w:rStyle w:val="BodyTextChar1"/>
          <w:rFonts w:cs="Georgia"/>
        </w:rPr>
        <w:t>предметные проекты;</w:t>
      </w:r>
    </w:p>
    <w:p w:rsidR="00F44E79" w:rsidRDefault="00F44E79" w:rsidP="001C7BA4">
      <w:pPr>
        <w:pStyle w:val="BodyText"/>
        <w:numPr>
          <w:ilvl w:val="0"/>
          <w:numId w:val="66"/>
        </w:numPr>
        <w:tabs>
          <w:tab w:val="left" w:pos="222"/>
        </w:tabs>
        <w:spacing w:after="60" w:line="360" w:lineRule="auto"/>
        <w:ind w:firstLine="0"/>
        <w:jc w:val="both"/>
        <w:rPr>
          <w:color w:val="auto"/>
          <w:sz w:val="24"/>
          <w:szCs w:val="24"/>
        </w:rPr>
      </w:pPr>
      <w:bookmarkStart w:id="1259" w:name="bookmark5588"/>
      <w:bookmarkEnd w:id="1259"/>
      <w:r>
        <w:rPr>
          <w:rStyle w:val="BodyTextChar1"/>
          <w:rFonts w:cs="Georgia"/>
        </w:rPr>
        <w:t>метапредметные проекты.</w:t>
      </w:r>
    </w:p>
    <w:p w:rsidR="00F44E79" w:rsidRDefault="00F44E79">
      <w:pPr>
        <w:pStyle w:val="BodyText"/>
        <w:jc w:val="both"/>
        <w:rPr>
          <w:rFonts w:ascii="Courier New" w:hAnsi="Courier New" w:cs="Courier New"/>
          <w:color w:val="auto"/>
          <w:sz w:val="24"/>
          <w:szCs w:val="24"/>
        </w:rPr>
      </w:pPr>
      <w:r>
        <w:rPr>
          <w:rStyle w:val="BodyTextChar1"/>
          <w:rFonts w:cs="Georgia"/>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BodyTextChar1"/>
          <w:rFonts w:cs="Georgia"/>
        </w:rPr>
        <w:softHyphen/>
        <w:t>ных с задачами жизненно-практического, социального харак</w:t>
      </w:r>
      <w:r>
        <w:rPr>
          <w:rStyle w:val="BodyTextChar1"/>
          <w:rFonts w:cs="Georgia"/>
        </w:rPr>
        <w:softHyphen/>
        <w:t>тера и выходящих за рамки содержания предметного обучения.</w:t>
      </w:r>
    </w:p>
    <w:p w:rsidR="00F44E79" w:rsidRDefault="00F44E79">
      <w:pPr>
        <w:pStyle w:val="BodyText"/>
        <w:jc w:val="both"/>
        <w:rPr>
          <w:rFonts w:ascii="Courier New" w:hAnsi="Courier New" w:cs="Courier New"/>
          <w:color w:val="auto"/>
          <w:sz w:val="24"/>
          <w:szCs w:val="24"/>
        </w:rPr>
      </w:pPr>
      <w:r>
        <w:rPr>
          <w:rStyle w:val="BodyTextChar1"/>
          <w:rFonts w:cs="Georgia"/>
        </w:rPr>
        <w:t>Формы организации проектной деятельности обучающихся могут быть следующие:</w:t>
      </w:r>
    </w:p>
    <w:p w:rsidR="00F44E79" w:rsidRDefault="00F44E79" w:rsidP="001C7BA4">
      <w:pPr>
        <w:pStyle w:val="BodyText"/>
        <w:numPr>
          <w:ilvl w:val="0"/>
          <w:numId w:val="66"/>
        </w:numPr>
        <w:tabs>
          <w:tab w:val="left" w:pos="222"/>
        </w:tabs>
        <w:spacing w:line="360" w:lineRule="auto"/>
        <w:ind w:firstLine="0"/>
        <w:jc w:val="both"/>
        <w:rPr>
          <w:color w:val="auto"/>
          <w:sz w:val="24"/>
          <w:szCs w:val="24"/>
        </w:rPr>
      </w:pPr>
      <w:bookmarkStart w:id="1260" w:name="bookmark5589"/>
      <w:bookmarkEnd w:id="1260"/>
      <w:r>
        <w:rPr>
          <w:rStyle w:val="BodyTextChar1"/>
          <w:rFonts w:cs="Georgia"/>
        </w:rPr>
        <w:t>монопроект (использование содержания одного предмета);</w:t>
      </w:r>
    </w:p>
    <w:p w:rsidR="00F44E79" w:rsidRDefault="00F44E79" w:rsidP="001C7BA4">
      <w:pPr>
        <w:pStyle w:val="BodyText"/>
        <w:numPr>
          <w:ilvl w:val="0"/>
          <w:numId w:val="66"/>
        </w:numPr>
        <w:tabs>
          <w:tab w:val="left" w:pos="222"/>
        </w:tabs>
        <w:spacing w:line="310" w:lineRule="auto"/>
        <w:ind w:left="240" w:hanging="240"/>
        <w:jc w:val="both"/>
        <w:rPr>
          <w:color w:val="auto"/>
          <w:sz w:val="24"/>
          <w:szCs w:val="24"/>
        </w:rPr>
      </w:pPr>
      <w:bookmarkStart w:id="1261" w:name="bookmark5590"/>
      <w:bookmarkEnd w:id="1261"/>
      <w:r>
        <w:rPr>
          <w:rStyle w:val="BodyTextChar1"/>
          <w:rFonts w:cs="Georgia"/>
        </w:rPr>
        <w:t>межпредметный проект (использование интегрированного зна</w:t>
      </w:r>
      <w:r>
        <w:rPr>
          <w:rStyle w:val="BodyTextChar1"/>
          <w:rFonts w:cs="Georgia"/>
        </w:rPr>
        <w:softHyphen/>
        <w:t>ния и способов учебной деятельности различных предметов);</w:t>
      </w:r>
    </w:p>
    <w:p w:rsidR="00F44E79" w:rsidRDefault="00F44E79" w:rsidP="001C7BA4">
      <w:pPr>
        <w:pStyle w:val="BodyText"/>
        <w:numPr>
          <w:ilvl w:val="0"/>
          <w:numId w:val="66"/>
        </w:numPr>
        <w:tabs>
          <w:tab w:val="left" w:pos="222"/>
        </w:tabs>
        <w:spacing w:line="310" w:lineRule="auto"/>
        <w:ind w:left="240" w:hanging="240"/>
        <w:jc w:val="both"/>
        <w:rPr>
          <w:color w:val="auto"/>
          <w:sz w:val="24"/>
          <w:szCs w:val="24"/>
        </w:rPr>
      </w:pPr>
      <w:bookmarkStart w:id="1262" w:name="bookmark5591"/>
      <w:bookmarkEnd w:id="1262"/>
      <w:r>
        <w:rPr>
          <w:rStyle w:val="BodyTextChar1"/>
          <w:rFonts w:cs="Georgia"/>
        </w:rPr>
        <w:t>метапроект (использование областей знания и методов дея</w:t>
      </w:r>
      <w:r>
        <w:rPr>
          <w:rStyle w:val="BodyTextChar1"/>
          <w:rFonts w:cs="Georgia"/>
        </w:rPr>
        <w:softHyphen/>
        <w:t>тельности, выходящих за рамки предметного обучения).</w:t>
      </w:r>
    </w:p>
    <w:p w:rsidR="00F44E79" w:rsidRDefault="00F44E79">
      <w:pPr>
        <w:pStyle w:val="BodyText"/>
        <w:jc w:val="both"/>
        <w:rPr>
          <w:rFonts w:ascii="Courier New" w:hAnsi="Courier New" w:cs="Courier New"/>
          <w:color w:val="auto"/>
          <w:sz w:val="24"/>
          <w:szCs w:val="24"/>
        </w:rPr>
      </w:pPr>
      <w:r>
        <w:rPr>
          <w:rStyle w:val="BodyTextChar1"/>
          <w:rFonts w:cs="Georgia"/>
        </w:rPr>
        <w:t>В связи с недостаточностью времени на реализацию полно</w:t>
      </w:r>
      <w:r>
        <w:rPr>
          <w:rStyle w:val="BodyTextChar1"/>
          <w:rFonts w:cs="Georgia"/>
        </w:rPr>
        <w:softHyphen/>
        <w:t>ценного проекта на уроке, наиболее целесообразным с методи</w:t>
      </w:r>
      <w:r>
        <w:rPr>
          <w:rStyle w:val="BodyTextChar1"/>
          <w:rFonts w:cs="Georgia"/>
        </w:rPr>
        <w:softHyphen/>
        <w:t>ческой точки зрения и оптимальным с точки зрения временных затрат является использование на уроках учебных задач, наце</w:t>
      </w:r>
      <w:r>
        <w:rPr>
          <w:rStyle w:val="BodyTextChar1"/>
          <w:rFonts w:cs="Georgia"/>
        </w:rPr>
        <w:softHyphen/>
        <w:t>ливающих обучающихся на решение следующих практико</w:t>
      </w:r>
      <w:r>
        <w:rPr>
          <w:rStyle w:val="BodyTextChar1"/>
          <w:rFonts w:cs="Georgia"/>
        </w:rPr>
        <w:softHyphen/>
        <w:t>ориентированных проблем:</w:t>
      </w:r>
    </w:p>
    <w:p w:rsidR="00F44E79" w:rsidRDefault="00F44E79" w:rsidP="001C7BA4">
      <w:pPr>
        <w:pStyle w:val="BodyText"/>
        <w:numPr>
          <w:ilvl w:val="0"/>
          <w:numId w:val="66"/>
        </w:numPr>
        <w:tabs>
          <w:tab w:val="left" w:pos="222"/>
        </w:tabs>
        <w:spacing w:line="310" w:lineRule="auto"/>
        <w:ind w:left="240" w:hanging="240"/>
        <w:jc w:val="both"/>
        <w:rPr>
          <w:color w:val="auto"/>
          <w:sz w:val="24"/>
          <w:szCs w:val="24"/>
        </w:rPr>
      </w:pPr>
      <w:bookmarkStart w:id="1263" w:name="bookmark5592"/>
      <w:bookmarkEnd w:id="1263"/>
      <w:r>
        <w:rPr>
          <w:rStyle w:val="BodyTextChar1"/>
          <w:rFonts w:cs="Georgia"/>
        </w:rPr>
        <w:t>Какое средство поможет в решении проблемы... (опишите, объясните)?</w:t>
      </w:r>
    </w:p>
    <w:p w:rsidR="00F44E79" w:rsidRDefault="00F44E79" w:rsidP="001C7BA4">
      <w:pPr>
        <w:pStyle w:val="BodyText"/>
        <w:numPr>
          <w:ilvl w:val="0"/>
          <w:numId w:val="66"/>
        </w:numPr>
        <w:tabs>
          <w:tab w:val="left" w:pos="222"/>
        </w:tabs>
        <w:spacing w:line="310" w:lineRule="auto"/>
        <w:ind w:left="240" w:hanging="240"/>
        <w:jc w:val="both"/>
        <w:rPr>
          <w:color w:val="auto"/>
          <w:sz w:val="24"/>
          <w:szCs w:val="24"/>
        </w:rPr>
      </w:pPr>
      <w:bookmarkStart w:id="1264" w:name="bookmark5593"/>
      <w:bookmarkEnd w:id="1264"/>
      <w:r>
        <w:rPr>
          <w:rStyle w:val="BodyTextChar1"/>
          <w:rFonts w:cs="Georgia"/>
        </w:rPr>
        <w:t>Каким должно быть средство для решения проблемы... (опи</w:t>
      </w:r>
      <w:r>
        <w:rPr>
          <w:rStyle w:val="BodyTextChar1"/>
          <w:rFonts w:cs="Georgia"/>
        </w:rPr>
        <w:softHyphen/>
        <w:t>шите, смоделируйте)?</w:t>
      </w:r>
    </w:p>
    <w:p w:rsidR="00F44E79" w:rsidRDefault="00F44E79" w:rsidP="001C7BA4">
      <w:pPr>
        <w:pStyle w:val="BodyText"/>
        <w:numPr>
          <w:ilvl w:val="0"/>
          <w:numId w:val="66"/>
        </w:numPr>
        <w:tabs>
          <w:tab w:val="left" w:pos="222"/>
        </w:tabs>
        <w:spacing w:line="310" w:lineRule="auto"/>
        <w:ind w:left="240" w:hanging="240"/>
        <w:jc w:val="both"/>
        <w:rPr>
          <w:color w:val="auto"/>
          <w:sz w:val="24"/>
          <w:szCs w:val="24"/>
        </w:rPr>
      </w:pPr>
      <w:bookmarkStart w:id="1265" w:name="bookmark5594"/>
      <w:bookmarkEnd w:id="1265"/>
      <w:r>
        <w:rPr>
          <w:rStyle w:val="BodyTextChar1"/>
          <w:rFonts w:cs="Georgia"/>
        </w:rPr>
        <w:t>Как сделать средство для решения проблемы (дайте инструк</w:t>
      </w:r>
      <w:r>
        <w:rPr>
          <w:rStyle w:val="BodyTextChar1"/>
          <w:rFonts w:cs="Georgia"/>
        </w:rPr>
        <w:softHyphen/>
        <w:t>цию)?</w:t>
      </w:r>
    </w:p>
    <w:p w:rsidR="00F44E79" w:rsidRDefault="00F44E79" w:rsidP="001C7BA4">
      <w:pPr>
        <w:pStyle w:val="BodyText"/>
        <w:numPr>
          <w:ilvl w:val="0"/>
          <w:numId w:val="66"/>
        </w:numPr>
        <w:tabs>
          <w:tab w:val="left" w:pos="222"/>
        </w:tabs>
        <w:spacing w:line="360" w:lineRule="auto"/>
        <w:ind w:left="240" w:hanging="240"/>
        <w:jc w:val="both"/>
        <w:rPr>
          <w:color w:val="auto"/>
          <w:sz w:val="24"/>
          <w:szCs w:val="24"/>
        </w:rPr>
      </w:pPr>
      <w:bookmarkStart w:id="1266" w:name="bookmark5595"/>
      <w:bookmarkEnd w:id="1266"/>
      <w:r>
        <w:rPr>
          <w:rStyle w:val="BodyTextChar1"/>
          <w:rFonts w:cs="Georgia"/>
        </w:rPr>
        <w:t>Как выглядело... (опишите, реконструируйте)?</w:t>
      </w:r>
    </w:p>
    <w:p w:rsidR="00F44E79" w:rsidRDefault="00F44E79" w:rsidP="001C7BA4">
      <w:pPr>
        <w:pStyle w:val="BodyText"/>
        <w:numPr>
          <w:ilvl w:val="0"/>
          <w:numId w:val="66"/>
        </w:numPr>
        <w:tabs>
          <w:tab w:val="left" w:pos="222"/>
        </w:tabs>
        <w:spacing w:line="360" w:lineRule="auto"/>
        <w:ind w:left="240" w:hanging="240"/>
        <w:jc w:val="both"/>
        <w:rPr>
          <w:color w:val="auto"/>
          <w:sz w:val="24"/>
          <w:szCs w:val="24"/>
        </w:rPr>
      </w:pPr>
      <w:bookmarkStart w:id="1267" w:name="bookmark5596"/>
      <w:bookmarkEnd w:id="1267"/>
      <w:r>
        <w:rPr>
          <w:rStyle w:val="BodyTextChar1"/>
          <w:rFonts w:cs="Georgia"/>
        </w:rPr>
        <w:t>Как будет выглядеть... (опишите, спрогнозируйте)? И т. д.</w:t>
      </w:r>
    </w:p>
    <w:p w:rsidR="00F44E79" w:rsidRDefault="00F44E79">
      <w:pPr>
        <w:pStyle w:val="BodyText"/>
        <w:jc w:val="both"/>
        <w:rPr>
          <w:rFonts w:ascii="Courier New" w:hAnsi="Courier New" w:cs="Courier New"/>
          <w:color w:val="auto"/>
          <w:sz w:val="24"/>
          <w:szCs w:val="24"/>
        </w:rPr>
      </w:pPr>
      <w:r>
        <w:rPr>
          <w:rStyle w:val="BodyTextChar1"/>
          <w:rFonts w:cs="Georgia"/>
        </w:rPr>
        <w:t>Основными формами представления итогов проектной дея</w:t>
      </w:r>
      <w:r>
        <w:rPr>
          <w:rStyle w:val="BodyTextChar1"/>
          <w:rFonts w:cs="Georgia"/>
        </w:rPr>
        <w:softHyphen/>
        <w:t>тельности являются:</w:t>
      </w:r>
    </w:p>
    <w:p w:rsidR="00F44E79" w:rsidRDefault="00F44E79" w:rsidP="001C7BA4">
      <w:pPr>
        <w:pStyle w:val="BodyText"/>
        <w:numPr>
          <w:ilvl w:val="0"/>
          <w:numId w:val="66"/>
        </w:numPr>
        <w:tabs>
          <w:tab w:val="left" w:pos="222"/>
        </w:tabs>
        <w:spacing w:after="60" w:line="360" w:lineRule="auto"/>
        <w:ind w:firstLine="0"/>
        <w:jc w:val="both"/>
        <w:rPr>
          <w:color w:val="auto"/>
          <w:sz w:val="24"/>
          <w:szCs w:val="24"/>
        </w:rPr>
      </w:pPr>
      <w:bookmarkStart w:id="1268" w:name="bookmark5597"/>
      <w:bookmarkEnd w:id="1268"/>
      <w:r>
        <w:rPr>
          <w:rStyle w:val="BodyTextChar1"/>
          <w:rFonts w:cs="Georgia"/>
        </w:rPr>
        <w:t>материальный объект, макет, конструкторское изделие;</w:t>
      </w:r>
    </w:p>
    <w:p w:rsidR="00F44E79" w:rsidRDefault="00F44E79" w:rsidP="001C7BA4">
      <w:pPr>
        <w:pStyle w:val="BodyText"/>
        <w:numPr>
          <w:ilvl w:val="0"/>
          <w:numId w:val="66"/>
        </w:numPr>
        <w:tabs>
          <w:tab w:val="left" w:pos="267"/>
        </w:tabs>
        <w:ind w:left="240" w:hanging="240"/>
        <w:jc w:val="both"/>
        <w:rPr>
          <w:color w:val="auto"/>
          <w:sz w:val="24"/>
          <w:szCs w:val="24"/>
        </w:rPr>
      </w:pPr>
      <w:bookmarkStart w:id="1269" w:name="bookmark5598"/>
      <w:bookmarkEnd w:id="1269"/>
      <w:r>
        <w:rPr>
          <w:rStyle w:val="BodyTextChar1"/>
          <w:rFonts w:cs="Georgia"/>
        </w:rPr>
        <w:t>отчетные материалы по проекту (тексты, мультимедийные продукты).</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Особенности организации проектной деятельности в рамках внеурочной деятельности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Особенности организации проектной деятельности обучаю</w:t>
      </w:r>
      <w:r>
        <w:rPr>
          <w:rStyle w:val="BodyTextChar1"/>
          <w:rFonts w:cs="Georgia"/>
        </w:rPr>
        <w:softHyphen/>
        <w:t>щихся в рамках внеурочной деятельности так же, как и при организации учебных исследований, связаны с тем, что имею</w:t>
      </w:r>
      <w:r>
        <w:rPr>
          <w:rStyle w:val="BodyTextChar1"/>
          <w:rFonts w:cs="Georgia"/>
        </w:rPr>
        <w:softHyphen/>
        <w:t>щееся время предоставляет большие возможности для органи</w:t>
      </w:r>
      <w:r>
        <w:rPr>
          <w:rStyle w:val="BodyTextChar1"/>
          <w:rFonts w:cs="Georgia"/>
        </w:rPr>
        <w:softHyphen/>
        <w:t>зации, подготовки и реализации развернутого и полноценного учебного проекта.</w:t>
      </w:r>
    </w:p>
    <w:p w:rsidR="00F44E79" w:rsidRDefault="00F44E79">
      <w:pPr>
        <w:pStyle w:val="BodyText"/>
        <w:jc w:val="both"/>
        <w:rPr>
          <w:rFonts w:ascii="Courier New" w:hAnsi="Courier New" w:cs="Courier New"/>
          <w:color w:val="auto"/>
          <w:sz w:val="24"/>
          <w:szCs w:val="24"/>
        </w:rPr>
      </w:pPr>
      <w:r>
        <w:rPr>
          <w:rStyle w:val="BodyTextChar1"/>
          <w:rFonts w:cs="Georgia"/>
        </w:rPr>
        <w:t>С учетом этого при организации ПД обучающихся во вне</w:t>
      </w:r>
      <w:r>
        <w:rPr>
          <w:rStyle w:val="BodyTextChar1"/>
          <w:rFonts w:cs="Georgia"/>
        </w:rPr>
        <w:softHyphen/>
        <w:t>урочное время целесообразно ориентироваться на реализацию следующих направлений учебного проектирования:</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0" w:name="bookmark5599"/>
      <w:bookmarkEnd w:id="1270"/>
      <w:r>
        <w:rPr>
          <w:rStyle w:val="BodyTextChar1"/>
          <w:rFonts w:cs="Georgia"/>
        </w:rPr>
        <w:t>гуманитарное;</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1" w:name="bookmark5600"/>
      <w:bookmarkEnd w:id="1271"/>
      <w:r>
        <w:rPr>
          <w:rStyle w:val="BodyTextChar1"/>
          <w:rFonts w:cs="Georgia"/>
        </w:rPr>
        <w:t>естественно-научное;</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2" w:name="bookmark5601"/>
      <w:bookmarkEnd w:id="1272"/>
      <w:r>
        <w:rPr>
          <w:rStyle w:val="BodyTextChar1"/>
          <w:rFonts w:cs="Georgia"/>
        </w:rPr>
        <w:t>социально-ориентированное;</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3" w:name="bookmark5602"/>
      <w:bookmarkEnd w:id="1273"/>
      <w:r>
        <w:rPr>
          <w:rStyle w:val="BodyTextChar1"/>
          <w:rFonts w:cs="Georgia"/>
        </w:rPr>
        <w:t>инженерно-техническое;</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4" w:name="bookmark5603"/>
      <w:bookmarkEnd w:id="1274"/>
      <w:r>
        <w:rPr>
          <w:rStyle w:val="BodyTextChar1"/>
          <w:rFonts w:cs="Georgia"/>
        </w:rPr>
        <w:t>художественно-творческое;</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5" w:name="bookmark5604"/>
      <w:bookmarkEnd w:id="1275"/>
      <w:r>
        <w:rPr>
          <w:rStyle w:val="BodyTextChar1"/>
          <w:rFonts w:cs="Georgia"/>
        </w:rPr>
        <w:t>спортивно-оздоровительное;</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6" w:name="bookmark5605"/>
      <w:bookmarkEnd w:id="1276"/>
      <w:r>
        <w:rPr>
          <w:rStyle w:val="BodyTextChar1"/>
          <w:rFonts w:cs="Georgia"/>
        </w:rPr>
        <w:t>туристско-краеведческое.</w:t>
      </w:r>
    </w:p>
    <w:p w:rsidR="00F44E79" w:rsidRDefault="00F44E79">
      <w:pPr>
        <w:pStyle w:val="BodyText"/>
        <w:jc w:val="both"/>
        <w:rPr>
          <w:rFonts w:ascii="Courier New" w:hAnsi="Courier New" w:cs="Courier New"/>
          <w:color w:val="auto"/>
          <w:sz w:val="24"/>
          <w:szCs w:val="24"/>
        </w:rPr>
      </w:pPr>
      <w:r>
        <w:rPr>
          <w:rStyle w:val="BodyTextChar1"/>
          <w:rFonts w:cs="Georgia"/>
        </w:rPr>
        <w:t>В качестве основных форм организации ПД могут быть ис</w:t>
      </w:r>
      <w:r>
        <w:rPr>
          <w:rStyle w:val="BodyTextChar1"/>
          <w:rFonts w:cs="Georgia"/>
        </w:rPr>
        <w:softHyphen/>
        <w:t>пользованы:</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77" w:name="bookmark5606"/>
      <w:bookmarkEnd w:id="1277"/>
      <w:r>
        <w:rPr>
          <w:rStyle w:val="BodyTextChar1"/>
          <w:rFonts w:cs="Georgia"/>
        </w:rPr>
        <w:t>творческие мастерские;</w:t>
      </w:r>
    </w:p>
    <w:p w:rsidR="00F44E79" w:rsidRDefault="00F44E79" w:rsidP="001C7BA4">
      <w:pPr>
        <w:pStyle w:val="BodyText"/>
        <w:numPr>
          <w:ilvl w:val="0"/>
          <w:numId w:val="66"/>
        </w:numPr>
        <w:tabs>
          <w:tab w:val="left" w:pos="267"/>
        </w:tabs>
        <w:ind w:firstLine="0"/>
        <w:jc w:val="both"/>
        <w:rPr>
          <w:color w:val="auto"/>
          <w:sz w:val="24"/>
          <w:szCs w:val="24"/>
        </w:rPr>
      </w:pPr>
      <w:bookmarkStart w:id="1278" w:name="bookmark5607"/>
      <w:bookmarkEnd w:id="1278"/>
      <w:r>
        <w:rPr>
          <w:rStyle w:val="BodyTextChar1"/>
          <w:rFonts w:cs="Georgia"/>
        </w:rPr>
        <w:t>экспериментальные лаборатории;</w:t>
      </w:r>
    </w:p>
    <w:p w:rsidR="00F44E79" w:rsidRDefault="00F44E79" w:rsidP="001C7BA4">
      <w:pPr>
        <w:pStyle w:val="BodyText"/>
        <w:numPr>
          <w:ilvl w:val="0"/>
          <w:numId w:val="66"/>
        </w:numPr>
        <w:tabs>
          <w:tab w:val="left" w:pos="267"/>
        </w:tabs>
        <w:ind w:firstLine="0"/>
        <w:jc w:val="both"/>
        <w:rPr>
          <w:color w:val="auto"/>
          <w:sz w:val="24"/>
          <w:szCs w:val="24"/>
        </w:rPr>
      </w:pPr>
      <w:bookmarkStart w:id="1279" w:name="bookmark5608"/>
      <w:bookmarkEnd w:id="1279"/>
      <w:r>
        <w:rPr>
          <w:rStyle w:val="BodyTextChar1"/>
          <w:rFonts w:cs="Georgia"/>
        </w:rPr>
        <w:t>конструкторское бюро;</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80" w:name="bookmark5609"/>
      <w:bookmarkEnd w:id="1280"/>
      <w:r>
        <w:rPr>
          <w:rStyle w:val="BodyTextChar1"/>
          <w:rFonts w:cs="Georgia"/>
        </w:rPr>
        <w:t>проектные недели;</w:t>
      </w:r>
    </w:p>
    <w:p w:rsidR="00F44E79" w:rsidRDefault="00F44E79" w:rsidP="001C7BA4">
      <w:pPr>
        <w:pStyle w:val="BodyText"/>
        <w:numPr>
          <w:ilvl w:val="0"/>
          <w:numId w:val="66"/>
        </w:numPr>
        <w:tabs>
          <w:tab w:val="left" w:pos="267"/>
        </w:tabs>
        <w:spacing w:after="60"/>
        <w:ind w:firstLine="0"/>
        <w:jc w:val="both"/>
        <w:rPr>
          <w:color w:val="auto"/>
          <w:sz w:val="24"/>
          <w:szCs w:val="24"/>
        </w:rPr>
      </w:pPr>
      <w:bookmarkStart w:id="1281" w:name="bookmark5610"/>
      <w:bookmarkEnd w:id="1281"/>
      <w:r>
        <w:rPr>
          <w:rStyle w:val="BodyTextChar1"/>
          <w:rFonts w:cs="Georgia"/>
        </w:rPr>
        <w:t>практикумы.</w:t>
      </w:r>
    </w:p>
    <w:p w:rsidR="00F44E79" w:rsidRDefault="00F44E79">
      <w:pPr>
        <w:pStyle w:val="BodyText"/>
        <w:jc w:val="both"/>
        <w:rPr>
          <w:rFonts w:ascii="Courier New" w:hAnsi="Courier New" w:cs="Courier New"/>
          <w:color w:val="auto"/>
          <w:sz w:val="24"/>
          <w:szCs w:val="24"/>
        </w:rPr>
      </w:pPr>
      <w:r>
        <w:rPr>
          <w:rStyle w:val="BodyTextChar1"/>
          <w:rFonts w:cs="Georgia"/>
        </w:rPr>
        <w:t>Формами представления итогов проектной деятельности во внеурочное время являются:</w:t>
      </w:r>
    </w:p>
    <w:p w:rsidR="00F44E79" w:rsidRDefault="00F44E79" w:rsidP="001C7BA4">
      <w:pPr>
        <w:pStyle w:val="BodyText"/>
        <w:numPr>
          <w:ilvl w:val="0"/>
          <w:numId w:val="66"/>
        </w:numPr>
        <w:tabs>
          <w:tab w:val="left" w:pos="267"/>
        </w:tabs>
        <w:ind w:left="240" w:hanging="240"/>
        <w:jc w:val="both"/>
        <w:rPr>
          <w:color w:val="auto"/>
          <w:sz w:val="24"/>
          <w:szCs w:val="24"/>
        </w:rPr>
      </w:pPr>
      <w:bookmarkStart w:id="1282" w:name="bookmark5611"/>
      <w:bookmarkEnd w:id="1282"/>
      <w:r>
        <w:rPr>
          <w:rStyle w:val="BodyTextChar1"/>
          <w:rFonts w:cs="Georgia"/>
        </w:rPr>
        <w:t>материальный продукт (объект, макет, конструкторское из</w:t>
      </w:r>
      <w:r>
        <w:rPr>
          <w:rStyle w:val="BodyTextChar1"/>
          <w:rFonts w:cs="Georgia"/>
        </w:rPr>
        <w:softHyphen/>
        <w:t>делие и пр.);</w:t>
      </w:r>
    </w:p>
    <w:p w:rsidR="00F44E79" w:rsidRDefault="00F44E79" w:rsidP="001C7BA4">
      <w:pPr>
        <w:pStyle w:val="BodyText"/>
        <w:numPr>
          <w:ilvl w:val="0"/>
          <w:numId w:val="66"/>
        </w:numPr>
        <w:tabs>
          <w:tab w:val="left" w:pos="267"/>
        </w:tabs>
        <w:ind w:left="240" w:hanging="240"/>
        <w:jc w:val="both"/>
        <w:rPr>
          <w:color w:val="auto"/>
          <w:sz w:val="24"/>
          <w:szCs w:val="24"/>
        </w:rPr>
      </w:pPr>
      <w:bookmarkStart w:id="1283" w:name="bookmark5612"/>
      <w:bookmarkEnd w:id="1283"/>
      <w:r>
        <w:rPr>
          <w:rStyle w:val="BodyTextChar1"/>
          <w:rFonts w:cs="Georgia"/>
        </w:rPr>
        <w:t>медийный продукт (плакат, газета, журнал, рекламная про</w:t>
      </w:r>
      <w:r>
        <w:rPr>
          <w:rStyle w:val="BodyTextChar1"/>
          <w:rFonts w:cs="Georgia"/>
        </w:rPr>
        <w:softHyphen/>
        <w:t>дукция, фильм и др.);</w:t>
      </w:r>
    </w:p>
    <w:p w:rsidR="00F44E79" w:rsidRDefault="00F44E79" w:rsidP="001C7BA4">
      <w:pPr>
        <w:pStyle w:val="BodyText"/>
        <w:numPr>
          <w:ilvl w:val="0"/>
          <w:numId w:val="66"/>
        </w:numPr>
        <w:tabs>
          <w:tab w:val="left" w:pos="267"/>
        </w:tabs>
        <w:ind w:left="240" w:hanging="240"/>
        <w:jc w:val="both"/>
        <w:rPr>
          <w:color w:val="auto"/>
          <w:sz w:val="24"/>
          <w:szCs w:val="24"/>
        </w:rPr>
      </w:pPr>
      <w:bookmarkStart w:id="1284" w:name="bookmark5613"/>
      <w:bookmarkEnd w:id="1284"/>
      <w:r>
        <w:rPr>
          <w:rStyle w:val="BodyTextChar1"/>
          <w:rFonts w:cs="Georgia"/>
        </w:rPr>
        <w:t>публичное мероприятие (образовательное событие, социаль</w:t>
      </w:r>
      <w:r>
        <w:rPr>
          <w:rStyle w:val="BodyTextChar1"/>
          <w:rFonts w:cs="Georgia"/>
        </w:rPr>
        <w:softHyphen/>
        <w:t>ное мероприятие/акция, театральная постановка и пр.);</w:t>
      </w:r>
    </w:p>
    <w:p w:rsidR="00F44E79" w:rsidRDefault="00F44E79" w:rsidP="001C7BA4">
      <w:pPr>
        <w:pStyle w:val="BodyText"/>
        <w:numPr>
          <w:ilvl w:val="0"/>
          <w:numId w:val="66"/>
        </w:numPr>
        <w:tabs>
          <w:tab w:val="left" w:pos="267"/>
        </w:tabs>
        <w:ind w:left="240" w:hanging="240"/>
        <w:jc w:val="both"/>
        <w:rPr>
          <w:color w:val="auto"/>
          <w:sz w:val="24"/>
          <w:szCs w:val="24"/>
        </w:rPr>
      </w:pPr>
      <w:bookmarkStart w:id="1285" w:name="bookmark5614"/>
      <w:bookmarkEnd w:id="1285"/>
      <w:r>
        <w:rPr>
          <w:rStyle w:val="BodyTextChar1"/>
          <w:rFonts w:cs="Georgia"/>
        </w:rPr>
        <w:t>отчетные материалы по проекту (тексты, мультимедийные продукты).</w:t>
      </w:r>
    </w:p>
    <w:p w:rsidR="00F44E79" w:rsidRDefault="00F44E79">
      <w:pPr>
        <w:pStyle w:val="BodyText"/>
        <w:spacing w:line="286" w:lineRule="auto"/>
        <w:jc w:val="both"/>
        <w:rPr>
          <w:rFonts w:ascii="Courier New" w:hAnsi="Courier New" w:cs="Courier New"/>
          <w:color w:val="auto"/>
          <w:sz w:val="24"/>
          <w:szCs w:val="24"/>
        </w:rPr>
      </w:pPr>
      <w:r>
        <w:rPr>
          <w:rStyle w:val="BodyTextChar1"/>
          <w:rFonts w:cs="Georgia"/>
          <w:b/>
          <w:bCs/>
          <w:i/>
          <w:iCs/>
          <w:sz w:val="18"/>
          <w:szCs w:val="18"/>
        </w:rPr>
        <w:t>Общие рекомендации по оцениванию проектной дея</w:t>
      </w:r>
      <w:r>
        <w:rPr>
          <w:rStyle w:val="BodyTextChar1"/>
          <w:rFonts w:cs="Georgia"/>
          <w:b/>
          <w:bCs/>
          <w:i/>
          <w:iCs/>
          <w:sz w:val="18"/>
          <w:szCs w:val="18"/>
        </w:rPr>
        <w:softHyphen/>
        <w:t>тельности</w:t>
      </w:r>
    </w:p>
    <w:p w:rsidR="00F44E79" w:rsidRDefault="00F44E79">
      <w:pPr>
        <w:pStyle w:val="BodyText"/>
        <w:jc w:val="both"/>
        <w:rPr>
          <w:rFonts w:ascii="Courier New" w:hAnsi="Courier New" w:cs="Courier New"/>
          <w:color w:val="auto"/>
          <w:sz w:val="24"/>
          <w:szCs w:val="24"/>
        </w:rPr>
      </w:pPr>
      <w:r>
        <w:rPr>
          <w:rStyle w:val="BodyTextChar1"/>
          <w:rFonts w:cs="Georgia"/>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BodyTextChar1"/>
          <w:rFonts w:cs="Georgia"/>
        </w:rPr>
        <w:softHyphen/>
        <w:t>ный продукт, инженерная конструкция и др.) помогает решить заявленную проблему.</w:t>
      </w:r>
    </w:p>
    <w:p w:rsidR="00F44E79" w:rsidRDefault="00F44E79">
      <w:pPr>
        <w:pStyle w:val="BodyText"/>
        <w:spacing w:line="264" w:lineRule="auto"/>
        <w:ind w:firstLine="260"/>
        <w:jc w:val="both"/>
        <w:rPr>
          <w:rFonts w:ascii="Courier New" w:hAnsi="Courier New" w:cs="Courier New"/>
          <w:color w:val="auto"/>
          <w:sz w:val="24"/>
          <w:szCs w:val="24"/>
        </w:rPr>
      </w:pPr>
      <w:r>
        <w:rPr>
          <w:rStyle w:val="BodyTextChar1"/>
          <w:rFonts w:cs="Georgia"/>
        </w:rPr>
        <w:t>Оценка результатов УИД должна учитывать то, насколько обучающимся в рамках проведения исследования удалось про</w:t>
      </w:r>
      <w:r>
        <w:rPr>
          <w:rStyle w:val="BodyTextChar1"/>
          <w:rFonts w:cs="Georgia"/>
        </w:rPr>
        <w:softHyphen/>
        <w:t>демонстрировать базовые проектные действия:</w:t>
      </w:r>
    </w:p>
    <w:p w:rsidR="00F44E79" w:rsidRDefault="00F44E79" w:rsidP="001C7BA4">
      <w:pPr>
        <w:pStyle w:val="BodyText"/>
        <w:numPr>
          <w:ilvl w:val="0"/>
          <w:numId w:val="66"/>
        </w:numPr>
        <w:tabs>
          <w:tab w:val="left" w:pos="207"/>
        </w:tabs>
        <w:spacing w:line="353" w:lineRule="auto"/>
        <w:ind w:firstLine="0"/>
        <w:jc w:val="both"/>
        <w:rPr>
          <w:color w:val="auto"/>
          <w:sz w:val="24"/>
          <w:szCs w:val="24"/>
        </w:rPr>
      </w:pPr>
      <w:bookmarkStart w:id="1286" w:name="bookmark5615"/>
      <w:bookmarkEnd w:id="1286"/>
      <w:r>
        <w:rPr>
          <w:rStyle w:val="BodyTextChar1"/>
          <w:rFonts w:cs="Georgia"/>
        </w:rPr>
        <w:t>понимание проблемы, связанных с нею цели и задач;</w:t>
      </w:r>
    </w:p>
    <w:p w:rsidR="00F44E79" w:rsidRDefault="00F44E79" w:rsidP="001C7BA4">
      <w:pPr>
        <w:pStyle w:val="BodyText"/>
        <w:numPr>
          <w:ilvl w:val="0"/>
          <w:numId w:val="66"/>
        </w:numPr>
        <w:tabs>
          <w:tab w:val="left" w:pos="207"/>
        </w:tabs>
        <w:spacing w:line="353" w:lineRule="auto"/>
        <w:ind w:firstLine="0"/>
        <w:jc w:val="both"/>
        <w:rPr>
          <w:color w:val="auto"/>
          <w:sz w:val="24"/>
          <w:szCs w:val="24"/>
        </w:rPr>
      </w:pPr>
      <w:bookmarkStart w:id="1287" w:name="bookmark5616"/>
      <w:bookmarkEnd w:id="1287"/>
      <w:r>
        <w:rPr>
          <w:rStyle w:val="BodyTextChar1"/>
          <w:rFonts w:cs="Georgia"/>
        </w:rPr>
        <w:t>умение определить оптимальный путь решения проблемы;</w:t>
      </w:r>
    </w:p>
    <w:p w:rsidR="00F44E79" w:rsidRDefault="00F44E79" w:rsidP="001C7BA4">
      <w:pPr>
        <w:pStyle w:val="BodyText"/>
        <w:numPr>
          <w:ilvl w:val="0"/>
          <w:numId w:val="66"/>
        </w:numPr>
        <w:tabs>
          <w:tab w:val="left" w:pos="207"/>
        </w:tabs>
        <w:spacing w:line="353" w:lineRule="auto"/>
        <w:ind w:firstLine="0"/>
        <w:jc w:val="both"/>
        <w:rPr>
          <w:color w:val="auto"/>
          <w:sz w:val="24"/>
          <w:szCs w:val="24"/>
        </w:rPr>
      </w:pPr>
      <w:bookmarkStart w:id="1288" w:name="bookmark5617"/>
      <w:bookmarkEnd w:id="1288"/>
      <w:r>
        <w:rPr>
          <w:rStyle w:val="BodyTextChar1"/>
          <w:rFonts w:cs="Georgia"/>
        </w:rPr>
        <w:t>умение планировать и работать по плану;</w:t>
      </w:r>
    </w:p>
    <w:p w:rsidR="00F44E79" w:rsidRDefault="00F44E79" w:rsidP="001C7BA4">
      <w:pPr>
        <w:pStyle w:val="BodyText"/>
        <w:numPr>
          <w:ilvl w:val="0"/>
          <w:numId w:val="66"/>
        </w:numPr>
        <w:tabs>
          <w:tab w:val="left" w:pos="207"/>
        </w:tabs>
        <w:spacing w:line="302" w:lineRule="auto"/>
        <w:ind w:left="260" w:hanging="260"/>
        <w:jc w:val="both"/>
        <w:rPr>
          <w:color w:val="auto"/>
          <w:sz w:val="24"/>
          <w:szCs w:val="24"/>
        </w:rPr>
      </w:pPr>
      <w:bookmarkStart w:id="1289" w:name="bookmark5618"/>
      <w:bookmarkEnd w:id="1289"/>
      <w:r>
        <w:rPr>
          <w:rStyle w:val="BodyTextChar1"/>
          <w:rFonts w:cs="Georgia"/>
        </w:rPr>
        <w:t>умение реализовать проектный замысел и оформить его в виде реального «продукта»;</w:t>
      </w:r>
    </w:p>
    <w:p w:rsidR="00F44E79" w:rsidRDefault="00F44E79" w:rsidP="001C7BA4">
      <w:pPr>
        <w:pStyle w:val="BodyText"/>
        <w:numPr>
          <w:ilvl w:val="0"/>
          <w:numId w:val="66"/>
        </w:numPr>
        <w:tabs>
          <w:tab w:val="left" w:pos="207"/>
        </w:tabs>
        <w:spacing w:line="302" w:lineRule="auto"/>
        <w:ind w:left="260" w:hanging="260"/>
        <w:jc w:val="both"/>
        <w:rPr>
          <w:color w:val="auto"/>
          <w:sz w:val="24"/>
          <w:szCs w:val="24"/>
        </w:rPr>
      </w:pPr>
      <w:bookmarkStart w:id="1290" w:name="bookmark5619"/>
      <w:bookmarkEnd w:id="1290"/>
      <w:r>
        <w:rPr>
          <w:rStyle w:val="BodyTextChar1"/>
          <w:rFonts w:cs="Georgia"/>
        </w:rPr>
        <w:t>умение осуществлять самооценку деятельности и результата, взаимоценку деятельности в группе.</w:t>
      </w:r>
    </w:p>
    <w:p w:rsidR="00F44E79" w:rsidRDefault="00F44E79">
      <w:pPr>
        <w:pStyle w:val="BodyText"/>
        <w:spacing w:line="264" w:lineRule="auto"/>
        <w:ind w:firstLine="260"/>
        <w:jc w:val="both"/>
        <w:rPr>
          <w:rFonts w:ascii="Courier New" w:hAnsi="Courier New" w:cs="Courier New"/>
          <w:color w:val="auto"/>
          <w:sz w:val="24"/>
          <w:szCs w:val="24"/>
        </w:rPr>
      </w:pPr>
      <w:r>
        <w:rPr>
          <w:rStyle w:val="BodyTextChar1"/>
          <w:rFonts w:cs="Georgia"/>
        </w:rPr>
        <w:t>В процессе публичной презентации результатов проекта оце</w:t>
      </w:r>
      <w:r>
        <w:rPr>
          <w:rStyle w:val="BodyTextChar1"/>
          <w:rFonts w:cs="Georgia"/>
        </w:rPr>
        <w:softHyphen/>
        <w:t>нивается:</w:t>
      </w:r>
    </w:p>
    <w:p w:rsidR="00F44E79" w:rsidRDefault="00F44E79" w:rsidP="001C7BA4">
      <w:pPr>
        <w:pStyle w:val="BodyText"/>
        <w:numPr>
          <w:ilvl w:val="0"/>
          <w:numId w:val="66"/>
        </w:numPr>
        <w:tabs>
          <w:tab w:val="left" w:pos="207"/>
        </w:tabs>
        <w:spacing w:line="288" w:lineRule="auto"/>
        <w:ind w:left="260" w:hanging="260"/>
        <w:jc w:val="both"/>
        <w:rPr>
          <w:color w:val="auto"/>
          <w:sz w:val="24"/>
          <w:szCs w:val="24"/>
        </w:rPr>
      </w:pPr>
      <w:bookmarkStart w:id="1291" w:name="bookmark5620"/>
      <w:bookmarkEnd w:id="1291"/>
      <w:r>
        <w:rPr>
          <w:rStyle w:val="BodyTextChar1"/>
          <w:rFonts w:cs="Georgia"/>
        </w:rPr>
        <w:t>качество защиты проекта (четкость и ясность изложения за</w:t>
      </w:r>
      <w:r>
        <w:rPr>
          <w:rStyle w:val="BodyTextChar1"/>
          <w:rFonts w:cs="Georgia"/>
        </w:rPr>
        <w:softHyphen/>
        <w:t>дачи; убедительность рассуждений; последовательность в ар</w:t>
      </w:r>
      <w:r>
        <w:rPr>
          <w:rStyle w:val="BodyTextChar1"/>
          <w:rFonts w:cs="Georgia"/>
        </w:rPr>
        <w:softHyphen/>
        <w:t>гументации; логичность и оригинальность);</w:t>
      </w:r>
    </w:p>
    <w:p w:rsidR="00F44E79" w:rsidRDefault="00F44E79" w:rsidP="001C7BA4">
      <w:pPr>
        <w:pStyle w:val="BodyText"/>
        <w:numPr>
          <w:ilvl w:val="0"/>
          <w:numId w:val="66"/>
        </w:numPr>
        <w:tabs>
          <w:tab w:val="left" w:pos="207"/>
        </w:tabs>
        <w:spacing w:line="288" w:lineRule="auto"/>
        <w:ind w:left="260" w:hanging="260"/>
        <w:jc w:val="both"/>
        <w:rPr>
          <w:color w:val="auto"/>
          <w:sz w:val="24"/>
          <w:szCs w:val="24"/>
        </w:rPr>
      </w:pPr>
      <w:bookmarkStart w:id="1292" w:name="bookmark5621"/>
      <w:bookmarkEnd w:id="1292"/>
      <w:r>
        <w:rPr>
          <w:rStyle w:val="BodyTextChar1"/>
          <w:rFonts w:cs="Georgia"/>
        </w:rPr>
        <w:t>качество наглядного представления проекта (использование рисунков, схем, графиков, моделей и других средств нагляд</w:t>
      </w:r>
      <w:r>
        <w:rPr>
          <w:rStyle w:val="BodyTextChar1"/>
          <w:rFonts w:cs="Georgia"/>
        </w:rPr>
        <w:softHyphen/>
        <w:t>ной презентации);</w:t>
      </w:r>
    </w:p>
    <w:p w:rsidR="00F44E79" w:rsidRDefault="00F44E79" w:rsidP="001C7BA4">
      <w:pPr>
        <w:pStyle w:val="BodyText"/>
        <w:numPr>
          <w:ilvl w:val="0"/>
          <w:numId w:val="66"/>
        </w:numPr>
        <w:tabs>
          <w:tab w:val="left" w:pos="207"/>
        </w:tabs>
        <w:spacing w:line="302" w:lineRule="auto"/>
        <w:ind w:left="260" w:hanging="260"/>
        <w:jc w:val="both"/>
        <w:rPr>
          <w:color w:val="auto"/>
          <w:sz w:val="24"/>
          <w:szCs w:val="24"/>
        </w:rPr>
      </w:pPr>
      <w:bookmarkStart w:id="1293" w:name="bookmark5622"/>
      <w:bookmarkEnd w:id="1293"/>
      <w:r>
        <w:rPr>
          <w:rStyle w:val="BodyTextChar1"/>
          <w:rFonts w:cs="Georgia"/>
        </w:rPr>
        <w:t>качество письменного текста (соответствие плану, оформле</w:t>
      </w:r>
      <w:r>
        <w:rPr>
          <w:rStyle w:val="BodyTextChar1"/>
          <w:rFonts w:cs="Georgia"/>
        </w:rPr>
        <w:softHyphen/>
        <w:t>ние работы, грамотность изложения);</w:t>
      </w:r>
    </w:p>
    <w:p w:rsidR="00F44E79" w:rsidRDefault="00F44E79" w:rsidP="001C7BA4">
      <w:pPr>
        <w:pStyle w:val="BodyText"/>
        <w:numPr>
          <w:ilvl w:val="0"/>
          <w:numId w:val="66"/>
        </w:numPr>
        <w:tabs>
          <w:tab w:val="left" w:pos="207"/>
        </w:tabs>
        <w:spacing w:after="100" w:line="288" w:lineRule="auto"/>
        <w:ind w:left="260" w:hanging="260"/>
        <w:jc w:val="both"/>
        <w:rPr>
          <w:color w:val="auto"/>
          <w:sz w:val="24"/>
          <w:szCs w:val="24"/>
        </w:rPr>
      </w:pPr>
      <w:bookmarkStart w:id="1294" w:name="bookmark5623"/>
      <w:bookmarkEnd w:id="1294"/>
      <w:r>
        <w:rPr>
          <w:rStyle w:val="BodyTextChar1"/>
          <w:rFonts w:cs="Georgia"/>
        </w:rPr>
        <w:t>уровень коммуникативных умений (умение отвечать на по</w:t>
      </w:r>
      <w:r>
        <w:rPr>
          <w:rStyle w:val="BodyTextChar1"/>
          <w:rFonts w:cs="Georgia"/>
        </w:rPr>
        <w:softHyphen/>
        <w:t>ставленные вопросы, аргументировать и отстаивать собствен</w:t>
      </w:r>
      <w:r>
        <w:rPr>
          <w:rStyle w:val="BodyTextChar1"/>
          <w:rFonts w:cs="Georgia"/>
        </w:rPr>
        <w:softHyphen/>
        <w:t>ную точку зрения, участвовать в дискуссии).</w:t>
      </w:r>
    </w:p>
    <w:p w:rsidR="00F44E79" w:rsidRDefault="00F44E79" w:rsidP="001C7BA4">
      <w:pPr>
        <w:pStyle w:val="31"/>
        <w:numPr>
          <w:ilvl w:val="0"/>
          <w:numId w:val="67"/>
        </w:numPr>
        <w:tabs>
          <w:tab w:val="left" w:pos="639"/>
        </w:tabs>
        <w:spacing w:after="40"/>
        <w:jc w:val="both"/>
        <w:rPr>
          <w:b w:val="0"/>
          <w:bCs w:val="0"/>
          <w:color w:val="auto"/>
          <w:sz w:val="24"/>
          <w:szCs w:val="24"/>
        </w:rPr>
      </w:pPr>
      <w:bookmarkStart w:id="1295" w:name="bookmark5624"/>
      <w:bookmarkEnd w:id="1295"/>
      <w:r>
        <w:rPr>
          <w:rStyle w:val="30"/>
          <w:rFonts w:cs="Arial"/>
          <w:b/>
          <w:sz w:val="18"/>
          <w:szCs w:val="18"/>
        </w:rPr>
        <w:t>Организационный раздел</w:t>
      </w:r>
    </w:p>
    <w:p w:rsidR="00F44E79" w:rsidRDefault="00F44E79">
      <w:pPr>
        <w:pStyle w:val="BodyText"/>
        <w:spacing w:line="276" w:lineRule="auto"/>
        <w:ind w:firstLine="260"/>
        <w:jc w:val="both"/>
        <w:rPr>
          <w:rFonts w:ascii="Courier New" w:hAnsi="Courier New" w:cs="Courier New"/>
          <w:color w:val="auto"/>
          <w:sz w:val="24"/>
          <w:szCs w:val="24"/>
        </w:rPr>
      </w:pPr>
      <w:r>
        <w:rPr>
          <w:rStyle w:val="BodyTextChar1"/>
          <w:rFonts w:cs="Georgia"/>
          <w:b/>
          <w:bCs/>
          <w:i/>
          <w:iCs/>
          <w:sz w:val="18"/>
          <w:szCs w:val="18"/>
        </w:rPr>
        <w:t>Формы взаимодействия участников образователь</w:t>
      </w:r>
      <w:r>
        <w:rPr>
          <w:rStyle w:val="BodyTextChar1"/>
          <w:rFonts w:cs="Georgia"/>
          <w:b/>
          <w:bCs/>
          <w:i/>
          <w:iCs/>
          <w:sz w:val="18"/>
          <w:szCs w:val="18"/>
        </w:rPr>
        <w:softHyphen/>
        <w:t>ного процесса при создании и реализации программы развития универсальных учебных действий</w:t>
      </w:r>
    </w:p>
    <w:p w:rsidR="00F44E79" w:rsidRDefault="00F44E79">
      <w:pPr>
        <w:pStyle w:val="BodyText"/>
        <w:spacing w:line="264" w:lineRule="auto"/>
        <w:ind w:firstLine="260"/>
        <w:jc w:val="both"/>
        <w:rPr>
          <w:rFonts w:ascii="Courier New" w:hAnsi="Courier New" w:cs="Courier New"/>
          <w:color w:val="auto"/>
          <w:sz w:val="24"/>
          <w:szCs w:val="24"/>
        </w:rPr>
      </w:pPr>
      <w:r>
        <w:rPr>
          <w:rStyle w:val="BodyTextChar1"/>
          <w:rFonts w:cs="Georgia"/>
          <w:lang w:val="en-US" w:eastAsia="en-US"/>
        </w:rPr>
        <w:t>C</w:t>
      </w:r>
      <w:r w:rsidRPr="00933320">
        <w:rPr>
          <w:rStyle w:val="BodyTextChar1"/>
          <w:rFonts w:cs="Georgia"/>
          <w:lang w:eastAsia="en-US"/>
        </w:rPr>
        <w:t xml:space="preserve"> </w:t>
      </w:r>
      <w:r>
        <w:rPr>
          <w:rStyle w:val="BodyTextChar1"/>
          <w:rFonts w:cs="Georgia"/>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w:t>
      </w:r>
      <w:r>
        <w:rPr>
          <w:rStyle w:val="BodyTextChar1"/>
          <w:rFonts w:cs="Georgia"/>
        </w:rPr>
        <w:softHyphen/>
        <w:t>правлениям:</w:t>
      </w:r>
    </w:p>
    <w:p w:rsidR="00F44E79" w:rsidRDefault="00F44E79" w:rsidP="001C7BA4">
      <w:pPr>
        <w:pStyle w:val="BodyText"/>
        <w:numPr>
          <w:ilvl w:val="0"/>
          <w:numId w:val="66"/>
        </w:numPr>
        <w:tabs>
          <w:tab w:val="left" w:pos="207"/>
        </w:tabs>
        <w:spacing w:after="80" w:line="276" w:lineRule="auto"/>
        <w:ind w:left="260" w:hanging="260"/>
        <w:jc w:val="both"/>
        <w:rPr>
          <w:color w:val="auto"/>
          <w:sz w:val="24"/>
          <w:szCs w:val="24"/>
        </w:rPr>
      </w:pPr>
      <w:bookmarkStart w:id="1296" w:name="bookmark5625"/>
      <w:bookmarkEnd w:id="1296"/>
      <w:r>
        <w:rPr>
          <w:rStyle w:val="BodyTextChar1"/>
          <w:rFonts w:cs="Georgia"/>
        </w:rPr>
        <w:t>разработка плана координации деятельности учителей-пред</w:t>
      </w:r>
      <w:r>
        <w:rPr>
          <w:rStyle w:val="BodyTextChar1"/>
          <w:rFonts w:cs="Georgia"/>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BodyTextChar1"/>
          <w:rFonts w:cs="Georgia"/>
        </w:rPr>
        <w:softHyphen/>
        <w:t>ными действиями; определение образовательной предметно</w:t>
      </w:r>
      <w:r>
        <w:rPr>
          <w:rStyle w:val="BodyTextChar1"/>
          <w:rFonts w:cs="Georgia"/>
        </w:rPr>
        <w:softHyphen/>
        <w:t>сти, которая может быть положена в основу работы по разви</w:t>
      </w:r>
      <w:r>
        <w:rPr>
          <w:rStyle w:val="BodyTextChar1"/>
          <w:rFonts w:cs="Georgia"/>
        </w:rPr>
        <w:softHyphen/>
        <w:t>тию УУД;</w:t>
      </w:r>
    </w:p>
    <w:p w:rsidR="00F44E79" w:rsidRDefault="00F44E79" w:rsidP="001C7BA4">
      <w:pPr>
        <w:pStyle w:val="BodyText"/>
        <w:numPr>
          <w:ilvl w:val="0"/>
          <w:numId w:val="66"/>
        </w:numPr>
        <w:tabs>
          <w:tab w:val="left" w:pos="207"/>
        </w:tabs>
        <w:ind w:left="240" w:hanging="240"/>
        <w:jc w:val="both"/>
        <w:rPr>
          <w:color w:val="auto"/>
          <w:sz w:val="24"/>
          <w:szCs w:val="24"/>
        </w:rPr>
      </w:pPr>
      <w:bookmarkStart w:id="1297" w:name="bookmark5626"/>
      <w:bookmarkEnd w:id="1297"/>
      <w:r>
        <w:rPr>
          <w:rStyle w:val="BodyTextChar1"/>
          <w:rFonts w:cs="Georgia"/>
        </w:rPr>
        <w:t>определение способов межпредметной интеграции, обеспечи</w:t>
      </w:r>
      <w:r>
        <w:rPr>
          <w:rStyle w:val="BodyTextChar1"/>
          <w:rFonts w:cs="Georgia"/>
        </w:rPr>
        <w:softHyphen/>
        <w:t>вающей достижение данных результатов (междисциплинар</w:t>
      </w:r>
      <w:r>
        <w:rPr>
          <w:rStyle w:val="BodyTextChar1"/>
          <w:rFonts w:cs="Georgia"/>
        </w:rPr>
        <w:softHyphen/>
        <w:t>ный модуль, интегративные уроки и т. п.);</w:t>
      </w:r>
    </w:p>
    <w:p w:rsidR="00F44E79" w:rsidRDefault="00F44E79" w:rsidP="001C7BA4">
      <w:pPr>
        <w:pStyle w:val="BodyText"/>
        <w:numPr>
          <w:ilvl w:val="0"/>
          <w:numId w:val="66"/>
        </w:numPr>
        <w:tabs>
          <w:tab w:val="left" w:pos="207"/>
        </w:tabs>
        <w:ind w:left="240" w:hanging="240"/>
        <w:jc w:val="both"/>
        <w:rPr>
          <w:color w:val="auto"/>
          <w:sz w:val="24"/>
          <w:szCs w:val="24"/>
        </w:rPr>
      </w:pPr>
      <w:bookmarkStart w:id="1298" w:name="bookmark5627"/>
      <w:bookmarkEnd w:id="1298"/>
      <w:r>
        <w:rPr>
          <w:rStyle w:val="BodyTextChar1"/>
          <w:rFonts w:cs="Georgia"/>
        </w:rPr>
        <w:t>определение этапов и форм постепенного усложнения дея</w:t>
      </w:r>
      <w:r>
        <w:rPr>
          <w:rStyle w:val="BodyTextChar1"/>
          <w:rFonts w:cs="Georgia"/>
        </w:rPr>
        <w:softHyphen/>
        <w:t>тельности учащихся по овладению универсальными учебны</w:t>
      </w:r>
      <w:r>
        <w:rPr>
          <w:rStyle w:val="BodyTextChar1"/>
          <w:rFonts w:cs="Georgia"/>
        </w:rPr>
        <w:softHyphen/>
        <w:t>ми действиями;</w:t>
      </w:r>
    </w:p>
    <w:p w:rsidR="00F44E79" w:rsidRDefault="00F44E79" w:rsidP="001C7BA4">
      <w:pPr>
        <w:pStyle w:val="BodyText"/>
        <w:numPr>
          <w:ilvl w:val="0"/>
          <w:numId w:val="66"/>
        </w:numPr>
        <w:tabs>
          <w:tab w:val="left" w:pos="207"/>
        </w:tabs>
        <w:ind w:left="240" w:hanging="240"/>
        <w:jc w:val="both"/>
        <w:rPr>
          <w:color w:val="auto"/>
          <w:sz w:val="24"/>
          <w:szCs w:val="24"/>
        </w:rPr>
      </w:pPr>
      <w:bookmarkStart w:id="1299" w:name="bookmark5628"/>
      <w:bookmarkEnd w:id="1299"/>
      <w:r>
        <w:rPr>
          <w:rStyle w:val="BodyTextChar1"/>
          <w:rFonts w:cs="Georgia"/>
        </w:rPr>
        <w:t>разработка общего алгоритма (технологической схемы) уро</w:t>
      </w:r>
      <w:r>
        <w:rPr>
          <w:rStyle w:val="BodyTextChar1"/>
          <w:rFonts w:cs="Georgia"/>
        </w:rPr>
        <w:softHyphen/>
        <w:t>ка, имеющего два целевых фокуса: предметный и метапредметный;</w:t>
      </w:r>
    </w:p>
    <w:p w:rsidR="00F44E79" w:rsidRDefault="00F44E79" w:rsidP="001C7BA4">
      <w:pPr>
        <w:pStyle w:val="BodyText"/>
        <w:numPr>
          <w:ilvl w:val="0"/>
          <w:numId w:val="66"/>
        </w:numPr>
        <w:tabs>
          <w:tab w:val="left" w:pos="207"/>
        </w:tabs>
        <w:ind w:left="240" w:hanging="240"/>
        <w:jc w:val="both"/>
        <w:rPr>
          <w:color w:val="auto"/>
          <w:sz w:val="24"/>
          <w:szCs w:val="24"/>
        </w:rPr>
      </w:pPr>
      <w:bookmarkStart w:id="1300" w:name="bookmark5629"/>
      <w:bookmarkEnd w:id="1300"/>
      <w:r>
        <w:rPr>
          <w:rStyle w:val="BodyTextChar1"/>
          <w:rFonts w:cs="Georgia"/>
        </w:rPr>
        <w:t>разработка основных подходов к конструированию задач на применение универсальных учебных действий;</w:t>
      </w:r>
    </w:p>
    <w:p w:rsidR="00F44E79" w:rsidRDefault="00F44E79" w:rsidP="001C7BA4">
      <w:pPr>
        <w:pStyle w:val="BodyText"/>
        <w:numPr>
          <w:ilvl w:val="0"/>
          <w:numId w:val="66"/>
        </w:numPr>
        <w:tabs>
          <w:tab w:val="left" w:pos="207"/>
        </w:tabs>
        <w:ind w:left="240" w:hanging="240"/>
        <w:jc w:val="both"/>
        <w:rPr>
          <w:color w:val="auto"/>
          <w:sz w:val="24"/>
          <w:szCs w:val="24"/>
        </w:rPr>
      </w:pPr>
      <w:bookmarkStart w:id="1301" w:name="bookmark5630"/>
      <w:bookmarkEnd w:id="1301"/>
      <w:r>
        <w:rPr>
          <w:rStyle w:val="BodyTextChar1"/>
          <w:rFonts w:cs="Georgia"/>
        </w:rPr>
        <w:t>конкретизация основных подходов к организации учебно-ис</w:t>
      </w:r>
      <w:r>
        <w:rPr>
          <w:rStyle w:val="BodyTextChar1"/>
          <w:rFonts w:cs="Georgia"/>
        </w:rPr>
        <w:softHyphen/>
        <w:t>следовательской и проектной деятельности обучающихся в рамках урочной и внеурочной деятельности;</w:t>
      </w:r>
    </w:p>
    <w:p w:rsidR="00F44E79" w:rsidRDefault="00F44E79" w:rsidP="001C7BA4">
      <w:pPr>
        <w:pStyle w:val="BodyText"/>
        <w:numPr>
          <w:ilvl w:val="0"/>
          <w:numId w:val="66"/>
        </w:numPr>
        <w:tabs>
          <w:tab w:val="left" w:pos="207"/>
        </w:tabs>
        <w:ind w:left="240" w:hanging="240"/>
        <w:jc w:val="both"/>
        <w:rPr>
          <w:color w:val="auto"/>
          <w:sz w:val="24"/>
          <w:szCs w:val="24"/>
        </w:rPr>
      </w:pPr>
      <w:bookmarkStart w:id="1302" w:name="bookmark5631"/>
      <w:bookmarkEnd w:id="1302"/>
      <w:r>
        <w:rPr>
          <w:rStyle w:val="BodyTextChar1"/>
          <w:rFonts w:cs="Georgia"/>
        </w:rPr>
        <w:t>разработка основных подходов к организации учебной дея</w:t>
      </w:r>
      <w:r>
        <w:rPr>
          <w:rStyle w:val="BodyTextChar1"/>
          <w:rFonts w:cs="Georgia"/>
        </w:rPr>
        <w:softHyphen/>
        <w:t>тельности по формированию и развитию ИКТ-компетенций;</w:t>
      </w:r>
    </w:p>
    <w:p w:rsidR="00F44E79" w:rsidRDefault="00F44E79" w:rsidP="001C7BA4">
      <w:pPr>
        <w:pStyle w:val="BodyText"/>
        <w:numPr>
          <w:ilvl w:val="0"/>
          <w:numId w:val="66"/>
        </w:numPr>
        <w:tabs>
          <w:tab w:val="left" w:pos="207"/>
        </w:tabs>
        <w:ind w:left="240" w:hanging="240"/>
        <w:jc w:val="both"/>
        <w:rPr>
          <w:color w:val="auto"/>
          <w:sz w:val="24"/>
          <w:szCs w:val="24"/>
        </w:rPr>
      </w:pPr>
      <w:bookmarkStart w:id="1303" w:name="bookmark5632"/>
      <w:bookmarkEnd w:id="1303"/>
      <w:r>
        <w:rPr>
          <w:rStyle w:val="BodyTextChar1"/>
          <w:rFonts w:cs="Georgia"/>
        </w:rPr>
        <w:t>разработка комплекса мер по организации системы оценки деятельности образовательной организации по формирова</w:t>
      </w:r>
      <w:r>
        <w:rPr>
          <w:rStyle w:val="BodyTextChar1"/>
          <w:rFonts w:cs="Georgia"/>
        </w:rPr>
        <w:softHyphen/>
        <w:t>нию и развитию универсальных учебных действий у обуча</w:t>
      </w:r>
      <w:r>
        <w:rPr>
          <w:rStyle w:val="BodyTextChar1"/>
          <w:rFonts w:cs="Georgia"/>
        </w:rPr>
        <w:softHyphen/>
        <w:t>ющихся;</w:t>
      </w:r>
    </w:p>
    <w:p w:rsidR="00F44E79" w:rsidRDefault="00F44E79" w:rsidP="001C7BA4">
      <w:pPr>
        <w:pStyle w:val="BodyText"/>
        <w:numPr>
          <w:ilvl w:val="0"/>
          <w:numId w:val="66"/>
        </w:numPr>
        <w:tabs>
          <w:tab w:val="left" w:pos="207"/>
        </w:tabs>
        <w:ind w:left="240" w:hanging="240"/>
        <w:jc w:val="both"/>
        <w:rPr>
          <w:color w:val="auto"/>
          <w:sz w:val="24"/>
          <w:szCs w:val="24"/>
        </w:rPr>
      </w:pPr>
      <w:bookmarkStart w:id="1304" w:name="bookmark5633"/>
      <w:bookmarkEnd w:id="1304"/>
      <w:r>
        <w:rPr>
          <w:rStyle w:val="BodyTextChar1"/>
          <w:rFonts w:cs="Georgia"/>
        </w:rPr>
        <w:t>разработка методики и инструментария мониторинга успеш</w:t>
      </w:r>
      <w:r>
        <w:rPr>
          <w:rStyle w:val="BodyTextChar1"/>
          <w:rFonts w:cs="Georgia"/>
        </w:rPr>
        <w:softHyphen/>
        <w:t>ности освоения и применения обучающимися универсаль</w:t>
      </w:r>
      <w:r>
        <w:rPr>
          <w:rStyle w:val="BodyTextChar1"/>
          <w:rFonts w:cs="Georgia"/>
        </w:rPr>
        <w:softHyphen/>
        <w:t>ных учебных действий;</w:t>
      </w:r>
    </w:p>
    <w:p w:rsidR="00F44E79" w:rsidRDefault="00F44E79" w:rsidP="001C7BA4">
      <w:pPr>
        <w:pStyle w:val="BodyText"/>
        <w:numPr>
          <w:ilvl w:val="0"/>
          <w:numId w:val="66"/>
        </w:numPr>
        <w:tabs>
          <w:tab w:val="left" w:pos="207"/>
        </w:tabs>
        <w:ind w:left="240" w:hanging="240"/>
        <w:jc w:val="both"/>
        <w:rPr>
          <w:color w:val="auto"/>
          <w:sz w:val="24"/>
          <w:szCs w:val="24"/>
        </w:rPr>
      </w:pPr>
      <w:bookmarkStart w:id="1305" w:name="bookmark5634"/>
      <w:bookmarkEnd w:id="1305"/>
      <w:r>
        <w:rPr>
          <w:rStyle w:val="BodyTextChar1"/>
          <w:rFonts w:cs="Georgia"/>
        </w:rPr>
        <w:t>организация и проведение серии семинаров с учителями, ра</w:t>
      </w:r>
      <w:r>
        <w:rPr>
          <w:rStyle w:val="BodyTextChar1"/>
          <w:rFonts w:cs="Georgia"/>
        </w:rPr>
        <w:softHyphen/>
        <w:t>ботающими на уровне начального общего образования в целях реализации принципа преемственности в плане развития УУД;</w:t>
      </w:r>
    </w:p>
    <w:p w:rsidR="00F44E79" w:rsidRDefault="00F44E79" w:rsidP="001C7BA4">
      <w:pPr>
        <w:pStyle w:val="BodyText"/>
        <w:numPr>
          <w:ilvl w:val="0"/>
          <w:numId w:val="66"/>
        </w:numPr>
        <w:tabs>
          <w:tab w:val="left" w:pos="207"/>
        </w:tabs>
        <w:ind w:left="240" w:hanging="240"/>
        <w:jc w:val="both"/>
        <w:rPr>
          <w:color w:val="auto"/>
          <w:sz w:val="24"/>
          <w:szCs w:val="24"/>
        </w:rPr>
      </w:pPr>
      <w:bookmarkStart w:id="1306" w:name="bookmark5635"/>
      <w:bookmarkEnd w:id="1306"/>
      <w:r>
        <w:rPr>
          <w:rStyle w:val="BodyTextChar1"/>
          <w:rFonts w:cs="Georgia"/>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BodyTextChar1"/>
          <w:rFonts w:cs="Georgia"/>
        </w:rPr>
        <w:softHyphen/>
        <w:t>ном процессе;</w:t>
      </w:r>
    </w:p>
    <w:p w:rsidR="00F44E79" w:rsidRDefault="00F44E79" w:rsidP="001C7BA4">
      <w:pPr>
        <w:pStyle w:val="BodyText"/>
        <w:numPr>
          <w:ilvl w:val="0"/>
          <w:numId w:val="66"/>
        </w:numPr>
        <w:tabs>
          <w:tab w:val="left" w:pos="207"/>
        </w:tabs>
        <w:ind w:left="240" w:hanging="240"/>
        <w:jc w:val="both"/>
        <w:rPr>
          <w:color w:val="auto"/>
          <w:sz w:val="24"/>
          <w:szCs w:val="24"/>
        </w:rPr>
      </w:pPr>
      <w:bookmarkStart w:id="1307" w:name="bookmark5636"/>
      <w:bookmarkEnd w:id="1307"/>
      <w:r>
        <w:rPr>
          <w:rStyle w:val="BodyTextChar1"/>
          <w:rFonts w:cs="Georgia"/>
        </w:rPr>
        <w:t>организация и проведение методических семинаров с педа</w:t>
      </w:r>
      <w:r>
        <w:rPr>
          <w:rStyle w:val="BodyTextChar1"/>
          <w:rFonts w:cs="Georgia"/>
        </w:rPr>
        <w:softHyphen/>
        <w:t>гогами-предметниками и школьными психологами по ана</w:t>
      </w:r>
      <w:r>
        <w:rPr>
          <w:rStyle w:val="BodyTextChar1"/>
          <w:rFonts w:cs="Georgia"/>
        </w:rPr>
        <w:softHyphen/>
        <w:t>лизу и способам минимизации рисков развития УУД у уча</w:t>
      </w:r>
      <w:r>
        <w:rPr>
          <w:rStyle w:val="BodyTextChar1"/>
          <w:rFonts w:cs="Georgia"/>
        </w:rPr>
        <w:softHyphen/>
        <w:t>щихся;</w:t>
      </w:r>
    </w:p>
    <w:p w:rsidR="00F44E79" w:rsidRDefault="00F44E79" w:rsidP="001C7BA4">
      <w:pPr>
        <w:pStyle w:val="BodyText"/>
        <w:numPr>
          <w:ilvl w:val="0"/>
          <w:numId w:val="66"/>
        </w:numPr>
        <w:tabs>
          <w:tab w:val="left" w:pos="207"/>
        </w:tabs>
        <w:ind w:left="240" w:hanging="240"/>
        <w:jc w:val="both"/>
        <w:rPr>
          <w:color w:val="auto"/>
          <w:sz w:val="24"/>
          <w:szCs w:val="24"/>
        </w:rPr>
      </w:pPr>
      <w:bookmarkStart w:id="1308" w:name="bookmark5637"/>
      <w:bookmarkEnd w:id="1308"/>
      <w:r>
        <w:rPr>
          <w:rStyle w:val="BodyTextChar1"/>
          <w:rFonts w:cs="Georgia"/>
        </w:rPr>
        <w:t>организация разъяснительной/просветительской работы с родителями по проблемам развития УУД у учащихся;</w:t>
      </w:r>
    </w:p>
    <w:p w:rsidR="00F44E79" w:rsidRDefault="00F44E79" w:rsidP="001C7BA4">
      <w:pPr>
        <w:pStyle w:val="BodyText"/>
        <w:numPr>
          <w:ilvl w:val="0"/>
          <w:numId w:val="66"/>
        </w:numPr>
        <w:tabs>
          <w:tab w:val="left" w:pos="207"/>
        </w:tabs>
        <w:ind w:left="240" w:hanging="240"/>
        <w:jc w:val="both"/>
        <w:rPr>
          <w:color w:val="auto"/>
          <w:sz w:val="24"/>
          <w:szCs w:val="24"/>
        </w:rPr>
      </w:pPr>
      <w:bookmarkStart w:id="1309" w:name="bookmark5638"/>
      <w:bookmarkEnd w:id="1309"/>
      <w:r>
        <w:rPr>
          <w:rStyle w:val="BodyTextChar1"/>
          <w:rFonts w:cs="Georgia"/>
        </w:rPr>
        <w:t>организация отражения результатов работы по формирова</w:t>
      </w:r>
      <w:r>
        <w:rPr>
          <w:rStyle w:val="BodyTextChar1"/>
          <w:rFonts w:cs="Georgia"/>
        </w:rPr>
        <w:softHyphen/>
        <w:t>нию УУД учащихся на сайте образовательной организации. Рабочей группой может быть реализовано несколько этапов</w:t>
      </w:r>
    </w:p>
    <w:p w:rsidR="00F44E79" w:rsidRDefault="00F44E79">
      <w:pPr>
        <w:pStyle w:val="BodyText"/>
        <w:ind w:firstLine="0"/>
        <w:jc w:val="both"/>
        <w:rPr>
          <w:rFonts w:ascii="Courier New" w:hAnsi="Courier New" w:cs="Courier New"/>
          <w:color w:val="auto"/>
          <w:sz w:val="24"/>
          <w:szCs w:val="24"/>
        </w:rPr>
      </w:pPr>
      <w:r>
        <w:rPr>
          <w:rStyle w:val="BodyTextChar1"/>
          <w:rFonts w:cs="Georgia"/>
        </w:rPr>
        <w:t>с соблюдением необходимых процедур контроля, коррекции и согласования (конкретные процедуры разрабатываются рабо</w:t>
      </w:r>
      <w:r>
        <w:rPr>
          <w:rStyle w:val="BodyTextChar1"/>
          <w:rFonts w:cs="Georgia"/>
        </w:rPr>
        <w:softHyphen/>
        <w:t>чей группой и утверждаются руководителем).</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На подготовительном этапе команда образовательной органи</w:t>
      </w:r>
      <w:r>
        <w:rPr>
          <w:rStyle w:val="BodyTextChar1"/>
          <w:rFonts w:cs="Georgia"/>
        </w:rPr>
        <w:softHyphen/>
        <w:t>зации проводит  следующие аналитические работы:</w:t>
      </w:r>
    </w:p>
    <w:p w:rsidR="00F44E79" w:rsidRDefault="00F44E79" w:rsidP="001C7BA4">
      <w:pPr>
        <w:pStyle w:val="BodyText"/>
        <w:numPr>
          <w:ilvl w:val="0"/>
          <w:numId w:val="66"/>
        </w:numPr>
        <w:tabs>
          <w:tab w:val="left" w:pos="207"/>
        </w:tabs>
        <w:spacing w:line="286" w:lineRule="auto"/>
        <w:ind w:left="240" w:hanging="240"/>
        <w:jc w:val="both"/>
        <w:rPr>
          <w:color w:val="auto"/>
          <w:sz w:val="24"/>
          <w:szCs w:val="24"/>
        </w:rPr>
      </w:pPr>
      <w:bookmarkStart w:id="1310" w:name="bookmark5639"/>
      <w:bookmarkEnd w:id="1310"/>
      <w:r>
        <w:rPr>
          <w:rStyle w:val="BodyTextChar1"/>
          <w:rFonts w:cs="Georgia"/>
        </w:rPr>
        <w:t>рассматривать, какие рекомендательные, теоретические, ме</w:t>
      </w:r>
      <w:r>
        <w:rPr>
          <w:rStyle w:val="BodyTextChar1"/>
          <w:rFonts w:cs="Georgia"/>
        </w:rPr>
        <w:softHyphen/>
        <w:t>тодические материалы могут быть использованы в образовательной организации для наиболее эффективного выполнения задач программы;</w:t>
      </w:r>
    </w:p>
    <w:p w:rsidR="00F44E79" w:rsidRDefault="00F44E79" w:rsidP="001C7BA4">
      <w:pPr>
        <w:pStyle w:val="BodyText"/>
        <w:numPr>
          <w:ilvl w:val="0"/>
          <w:numId w:val="66"/>
        </w:numPr>
        <w:tabs>
          <w:tab w:val="left" w:pos="207"/>
        </w:tabs>
        <w:spacing w:line="286" w:lineRule="auto"/>
        <w:ind w:left="240" w:hanging="240"/>
        <w:jc w:val="both"/>
        <w:rPr>
          <w:color w:val="auto"/>
          <w:sz w:val="24"/>
          <w:szCs w:val="24"/>
        </w:rPr>
      </w:pPr>
      <w:bookmarkStart w:id="1311" w:name="bookmark5640"/>
      <w:bookmarkEnd w:id="1311"/>
      <w:r>
        <w:rPr>
          <w:rStyle w:val="BodyTextChar1"/>
          <w:rFonts w:cs="Georgia"/>
        </w:rPr>
        <w:t>определять состав детей с особыми образовательными по</w:t>
      </w:r>
      <w:r>
        <w:rPr>
          <w:rStyle w:val="BodyTextChar1"/>
          <w:rFonts w:cs="Georgia"/>
        </w:rPr>
        <w:softHyphen/>
        <w:t>требностями, в том числе лиц, проявивших выдающиеся спо</w:t>
      </w:r>
      <w:r>
        <w:rPr>
          <w:rStyle w:val="BodyTextChar1"/>
          <w:rFonts w:cs="Georgia"/>
        </w:rPr>
        <w:softHyphen/>
        <w:t>собности, детей с ОВЗ, а также возможности построения их индивидуальных образовательных траекторий;</w:t>
      </w:r>
    </w:p>
    <w:p w:rsidR="00F44E79" w:rsidRDefault="00F44E79" w:rsidP="001C7BA4">
      <w:pPr>
        <w:pStyle w:val="BodyText"/>
        <w:numPr>
          <w:ilvl w:val="0"/>
          <w:numId w:val="66"/>
        </w:numPr>
        <w:tabs>
          <w:tab w:val="left" w:pos="207"/>
        </w:tabs>
        <w:spacing w:line="307" w:lineRule="auto"/>
        <w:ind w:left="240" w:hanging="240"/>
        <w:jc w:val="both"/>
        <w:rPr>
          <w:color w:val="auto"/>
          <w:sz w:val="24"/>
          <w:szCs w:val="24"/>
        </w:rPr>
      </w:pPr>
      <w:bookmarkStart w:id="1312" w:name="bookmark5641"/>
      <w:bookmarkEnd w:id="1312"/>
      <w:r>
        <w:rPr>
          <w:rStyle w:val="BodyTextChar1"/>
          <w:rFonts w:cs="Georgia"/>
        </w:rPr>
        <w:t>анализировать результаты учащихся по линии развития УУД на предыдущем уровне;</w:t>
      </w:r>
    </w:p>
    <w:p w:rsidR="00F44E79" w:rsidRDefault="00F44E79" w:rsidP="001C7BA4">
      <w:pPr>
        <w:pStyle w:val="BodyText"/>
        <w:numPr>
          <w:ilvl w:val="0"/>
          <w:numId w:val="66"/>
        </w:numPr>
        <w:tabs>
          <w:tab w:val="left" w:pos="207"/>
        </w:tabs>
        <w:spacing w:line="293" w:lineRule="auto"/>
        <w:ind w:left="240" w:hanging="240"/>
        <w:jc w:val="both"/>
        <w:rPr>
          <w:color w:val="auto"/>
          <w:sz w:val="24"/>
          <w:szCs w:val="24"/>
        </w:rPr>
      </w:pPr>
      <w:bookmarkStart w:id="1313" w:name="bookmark5642"/>
      <w:bookmarkEnd w:id="1313"/>
      <w:r>
        <w:rPr>
          <w:rStyle w:val="BodyTextChar1"/>
          <w:rFonts w:cs="Georgia"/>
        </w:rPr>
        <w:t>анализировать и обсуждать опыт применения успешных практик, в том числе с использованием информационных ре</w:t>
      </w:r>
      <w:r>
        <w:rPr>
          <w:rStyle w:val="BodyTextChar1"/>
          <w:rFonts w:cs="Georgia"/>
        </w:rPr>
        <w:softHyphen/>
        <w:t>сурсов образовательной организации.</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На основном этапе проводится работа по разработке общей стратегии развития УУД, организации и механизма ре</w:t>
      </w:r>
      <w:r>
        <w:rPr>
          <w:rStyle w:val="BodyTextChar1"/>
          <w:rFonts w:cs="Georgia"/>
        </w:rPr>
        <w:softHyphen/>
        <w:t>ализации задач программы, описаны специальные требования к условиям реализации программы развития УУД.</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На заключительном этапе проводится обсуждение хода реализации программы на школьных методических семи</w:t>
      </w:r>
      <w:r>
        <w:rPr>
          <w:rStyle w:val="BodyTextChar1"/>
          <w:rFonts w:cs="Georgia"/>
        </w:rPr>
        <w:softHyphen/>
        <w:t>нарах (возможно, с привлечением внешних консультантов из других образовательных, социальных организаций).</w:t>
      </w:r>
    </w:p>
    <w:p w:rsidR="00F44E79" w:rsidRDefault="00F44E79">
      <w:pPr>
        <w:pStyle w:val="BodyText"/>
        <w:spacing w:after="140" w:line="266" w:lineRule="auto"/>
        <w:jc w:val="both"/>
        <w:rPr>
          <w:rFonts w:ascii="Courier New" w:hAnsi="Courier New" w:cs="Courier New"/>
          <w:color w:val="auto"/>
          <w:sz w:val="24"/>
          <w:szCs w:val="24"/>
        </w:rPr>
      </w:pPr>
      <w:r>
        <w:rPr>
          <w:rStyle w:val="BodyTextChar1"/>
          <w:rFonts w:cs="Georgia"/>
        </w:rPr>
        <w:t>В целях соотнесения формирования метапредметных резуль</w:t>
      </w:r>
      <w:r>
        <w:rPr>
          <w:rStyle w:val="BodyTextChar1"/>
          <w:rFonts w:cs="Georgia"/>
        </w:rPr>
        <w:softHyphen/>
        <w:t>татов с рабочими программами по учебным предметам образовательная организация на регулярной осно</w:t>
      </w:r>
      <w:r>
        <w:rPr>
          <w:rStyle w:val="BodyTextChar1"/>
          <w:rFonts w:cs="Georgia"/>
        </w:rPr>
        <w:softHyphen/>
        <w:t>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BodyTextChar1"/>
          <w:rFonts w:cs="Georgia"/>
        </w:rPr>
        <w:softHyphen/>
        <w:t>ных учебных действий (УУД), аккумулируя потенциал разных специалистов-предметников.</w:t>
      </w:r>
    </w:p>
    <w:p w:rsidR="00F44E79" w:rsidRPr="00B84C05" w:rsidRDefault="00F44E79" w:rsidP="001C7BA4">
      <w:pPr>
        <w:pStyle w:val="22"/>
        <w:numPr>
          <w:ilvl w:val="0"/>
          <w:numId w:val="68"/>
        </w:numPr>
        <w:tabs>
          <w:tab w:val="left" w:pos="462"/>
        </w:tabs>
        <w:spacing w:after="100"/>
        <w:jc w:val="both"/>
        <w:rPr>
          <w:rStyle w:val="21"/>
          <w:rFonts w:cs="Tahoma"/>
          <w:bCs w:val="0"/>
          <w:color w:val="auto"/>
          <w:w w:val="100"/>
          <w:sz w:val="24"/>
          <w:szCs w:val="24"/>
        </w:rPr>
      </w:pPr>
      <w:bookmarkStart w:id="1314" w:name="bookmark5643"/>
      <w:bookmarkEnd w:id="1314"/>
      <w:r>
        <w:rPr>
          <w:rStyle w:val="21"/>
          <w:rFonts w:cs="Tahoma"/>
          <w:b/>
        </w:rPr>
        <w:t xml:space="preserve"> ПРОГРАММА ВОСПИТАНИЯ</w:t>
      </w:r>
    </w:p>
    <w:p w:rsidR="00F44E79" w:rsidRDefault="00F44E79" w:rsidP="00B84C05">
      <w:pPr>
        <w:pStyle w:val="22"/>
        <w:tabs>
          <w:tab w:val="left" w:pos="462"/>
        </w:tabs>
        <w:spacing w:after="100"/>
        <w:jc w:val="both"/>
        <w:rPr>
          <w:rStyle w:val="21"/>
          <w:rFonts w:cs="Tahoma"/>
          <w:b/>
        </w:rPr>
      </w:pPr>
    </w:p>
    <w:p w:rsidR="00F44E79" w:rsidRDefault="00F44E79" w:rsidP="00760509">
      <w:pPr>
        <w:pStyle w:val="h3-first"/>
      </w:pPr>
      <w:r>
        <w:t>2.3.1.</w:t>
      </w:r>
      <w:r>
        <w:t> </w:t>
      </w:r>
      <w:r>
        <w:t>Пояснительная записка</w:t>
      </w:r>
    </w:p>
    <w:p w:rsidR="00F44E79" w:rsidRDefault="00F44E79" w:rsidP="00760509">
      <w:pPr>
        <w:pStyle w:val="body"/>
      </w:pPr>
      <w:r>
        <w:rPr>
          <w:rFonts w:ascii="SchoolBookSanPin Cyr Cyr" w:hAnsi="SchoolBookSanPin Cyr Cyr" w:cs="SchoolBookSanPin Cyr Cyr"/>
        </w:rPr>
        <w:t xml:space="preserve">Программа воспитания направленна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F44E79" w:rsidRDefault="00F44E79" w:rsidP="00760509">
      <w:pPr>
        <w:pStyle w:val="body"/>
      </w:pPr>
      <w:r>
        <w:rPr>
          <w:rFonts w:ascii="SchoolBookSanPin Cyr Cyr" w:hAnsi="SchoolBookSanPin Cyr Cyr" w:cs="SchoolBookSanPin Cyr Cyr"/>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F44E79" w:rsidRDefault="00F44E79" w:rsidP="00760509">
      <w:pPr>
        <w:pStyle w:val="body"/>
      </w:pPr>
      <w:r>
        <w:rPr>
          <w:rFonts w:ascii="SchoolBookSanPin Cyr Cyr" w:hAnsi="SchoolBookSanPin Cyr Cyr" w:cs="SchoolBookSanPin Cyr Cyr"/>
        </w:rPr>
        <w:t>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F44E79" w:rsidRDefault="00F44E79" w:rsidP="00760509">
      <w:pPr>
        <w:pStyle w:val="body"/>
        <w:rPr>
          <w:spacing w:val="1"/>
        </w:rPr>
      </w:pPr>
      <w:r>
        <w:rPr>
          <w:rFonts w:ascii="SchoolBookSanPin Cyr Cyr" w:hAnsi="SchoolBookSanPin Cyr Cyr" w:cs="SchoolBookSanPin Cyr Cyr"/>
          <w:spacing w:val="1"/>
        </w:rPr>
        <w:t>П</w:t>
      </w:r>
      <w:r>
        <w:rPr>
          <w:rFonts w:ascii="SchoolBookSanPin Cyr Cyr" w:hAnsi="SchoolBookSanPin Cyr Cyr" w:cs="SchoolBookSanPin Cyr Cyr"/>
        </w:rPr>
        <w:t>рограммы воспитания включает в себя четыре основных раздела:</w:t>
      </w:r>
    </w:p>
    <w:p w:rsidR="00F44E79" w:rsidRDefault="00F44E79" w:rsidP="00760509">
      <w:pPr>
        <w:pStyle w:val="body"/>
      </w:pPr>
      <w:r>
        <w:rPr>
          <w:rStyle w:val="Italic"/>
        </w:rPr>
        <w:t>1.</w:t>
      </w:r>
      <w:r>
        <w:rPr>
          <w:rFonts w:cs="Times New Roman"/>
        </w:rPr>
        <w:t> </w:t>
      </w:r>
      <w:r>
        <w:rPr>
          <w:rStyle w:val="Italic"/>
          <w:rFonts w:ascii="SchoolBookSanPin Cyr Cyr" w:hAnsi="SchoolBookSanPin Cyr Cyr" w:cs="SchoolBookSanPin Cyr Cyr"/>
        </w:rPr>
        <w:t>Раздел</w:t>
      </w:r>
      <w:r>
        <w:t xml:space="preserve"> </w:t>
      </w:r>
      <w:r>
        <w:rPr>
          <w:rStyle w:val="Italic"/>
          <w:rFonts w:ascii="SchoolBookSanPin Cyr Cyr" w:hAnsi="SchoolBookSanPin Cyr Cyr" w:cs="SchoolBookSanPin Cyr Cyr"/>
        </w:rPr>
        <w:t>«Особенности организуемого в образовательной организации воспитательного процесса»</w:t>
      </w:r>
      <w:r>
        <w:rPr>
          <w:rFonts w:ascii="SchoolBookSanPin Cyr Cyr" w:hAnsi="SchoolBookSanPin Cyr Cyr" w:cs="SchoolBookSanPin Cyr Cyr"/>
        </w:rPr>
        <w:t>, в котором образовательная организация кратко описывает специфику своей деятельности в сфере воспитания. Здесь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F44E79" w:rsidRDefault="00F44E79" w:rsidP="00760509">
      <w:pPr>
        <w:pStyle w:val="body"/>
      </w:pPr>
      <w:r>
        <w:rPr>
          <w:rStyle w:val="Italic"/>
        </w:rPr>
        <w:t>2.</w:t>
      </w:r>
      <w:r>
        <w:rPr>
          <w:rFonts w:cs="Times New Roman"/>
        </w:rPr>
        <w:t> </w:t>
      </w:r>
      <w:r>
        <w:rPr>
          <w:rStyle w:val="Italic"/>
          <w:rFonts w:ascii="SchoolBookSanPin Cyr Cyr" w:hAnsi="SchoolBookSanPin Cyr Cyr" w:cs="SchoolBookSanPin Cyr Cyr"/>
        </w:rPr>
        <w:t>Раздел «Цель и задачи воспитания»</w:t>
      </w:r>
      <w:r>
        <w:rPr>
          <w:rFonts w:ascii="SchoolBookSanPin Cyr Cyr" w:hAnsi="SchoolBookSanPin Cyr Cyr" w:cs="SchoolBookSanPin Cyr Cyr"/>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F44E79" w:rsidRDefault="00F44E79" w:rsidP="00760509">
      <w:pPr>
        <w:pStyle w:val="body"/>
        <w:rPr>
          <w:spacing w:val="1"/>
        </w:rPr>
      </w:pPr>
      <w:r>
        <w:rPr>
          <w:rStyle w:val="Italic"/>
          <w:spacing w:val="1"/>
        </w:rPr>
        <w:t>3.</w:t>
      </w:r>
      <w:r>
        <w:rPr>
          <w:rFonts w:cs="Times New Roman"/>
          <w:spacing w:val="1"/>
        </w:rPr>
        <w:t> </w:t>
      </w:r>
      <w:r>
        <w:rPr>
          <w:rStyle w:val="Italic"/>
          <w:rFonts w:ascii="SchoolBookSanPin Cyr Cyr" w:hAnsi="SchoolBookSanPin Cyr Cyr" w:cs="SchoolBookSanPin Cyr Cyr"/>
          <w:spacing w:val="1"/>
        </w:rPr>
        <w:t>Раздел</w:t>
      </w:r>
      <w:r>
        <w:rPr>
          <w:spacing w:val="1"/>
        </w:rPr>
        <w:t xml:space="preserve"> </w:t>
      </w:r>
      <w:r>
        <w:rPr>
          <w:rStyle w:val="Italic"/>
          <w:rFonts w:ascii="SchoolBookSanPin Cyr Cyr" w:hAnsi="SchoolBookSanPin Cyr Cyr" w:cs="SchoolBookSanPin Cyr Cyr"/>
          <w:spacing w:val="1"/>
        </w:rPr>
        <w:t>«Виды, формы и содержание деятельности»</w:t>
      </w:r>
      <w:r>
        <w:rPr>
          <w:rFonts w:ascii="SchoolBookSanPin Cyr Cyr" w:hAnsi="SchoolBookSanPin Cyr Cyr" w:cs="SchoolBookSanPin Cyr Cyr"/>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44E79" w:rsidRDefault="00F44E79" w:rsidP="00760509">
      <w:pPr>
        <w:pStyle w:val="body"/>
      </w:pPr>
      <w:r>
        <w:rPr>
          <w:rFonts w:ascii="SchoolBookSanPin Cyr Cyr" w:hAnsi="SchoolBookSanPin Cyr Cyr" w:cs="SchoolBookSanPin Cyr Cyr"/>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F44E79" w:rsidRDefault="00F44E79" w:rsidP="00760509">
      <w:pPr>
        <w:pStyle w:val="body"/>
        <w:rPr>
          <w:spacing w:val="1"/>
        </w:rPr>
      </w:pPr>
      <w:r>
        <w:rPr>
          <w:rStyle w:val="Italic"/>
          <w:spacing w:val="1"/>
        </w:rPr>
        <w:t>4.</w:t>
      </w:r>
      <w:r>
        <w:rPr>
          <w:rFonts w:cs="Times New Roman"/>
          <w:spacing w:val="1"/>
        </w:rPr>
        <w:t> </w:t>
      </w:r>
      <w:r>
        <w:rPr>
          <w:rStyle w:val="Italic"/>
          <w:rFonts w:ascii="SchoolBookSanPin Cyr Cyr" w:hAnsi="SchoolBookSanPin Cyr Cyr" w:cs="SchoolBookSanPin Cyr Cyr"/>
          <w:spacing w:val="1"/>
        </w:rPr>
        <w:t>Раздел «Основные направления самоанализа воспитательной работы»</w:t>
      </w:r>
      <w:r>
        <w:rPr>
          <w:rFonts w:ascii="SchoolBookSanPin Cyr Cyr" w:hAnsi="SchoolBookSanPin Cyr Cyr" w:cs="SchoolBookSanPin Cyr Cyr"/>
          <w:spacing w:val="1"/>
        </w:rPr>
        <w:t>, в котором показано,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F44E79" w:rsidRDefault="00F44E79" w:rsidP="00760509">
      <w:pPr>
        <w:pStyle w:val="body"/>
      </w:pPr>
      <w:r>
        <w:rPr>
          <w:rFonts w:ascii="SchoolBookSanPin Cyr Cyr" w:hAnsi="SchoolBookSanPin Cyr Cyr" w:cs="SchoolBookSanPin Cyr Cyr"/>
        </w:rPr>
        <w:t xml:space="preserve">К программе воспитания прилагается ежегодный календарный план воспитательной работы. </w:t>
      </w:r>
    </w:p>
    <w:p w:rsidR="00F44E79" w:rsidRDefault="00F44E79" w:rsidP="00760509">
      <w:pPr>
        <w:pStyle w:val="body"/>
        <w:ind w:firstLine="0"/>
      </w:pPr>
      <w:r>
        <w:rPr>
          <w:rFonts w:ascii="SchoolBookSanPin Cyr Cyr" w:hAnsi="SchoolBookSanPin Cyr Cyr" w:cs="SchoolBookSanPin Cyr Cyr"/>
        </w:rPr>
        <w:t xml:space="preserve">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2.3.2. Особенности организуемого в образовательной организации воспитательного процесса</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«Коротышская средняя общеобразовательная школа» находится личностное развитие обучающихся в соответствии с ФГОС  начального, общего  и среднего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F44E79" w:rsidRPr="00760509" w:rsidRDefault="00F44E79" w:rsidP="00760509">
      <w:pPr>
        <w:spacing w:line="360" w:lineRule="auto"/>
        <w:ind w:firstLine="799"/>
        <w:jc w:val="both"/>
        <w:rPr>
          <w:rFonts w:ascii="Times New Roman" w:hAnsi="Times New Roman" w:cs="Times New Roman"/>
          <w:color w:val="auto"/>
          <w:lang w:eastAsia="en-US"/>
        </w:rPr>
      </w:pPr>
      <w:r w:rsidRPr="00760509">
        <w:rPr>
          <w:rFonts w:ascii="Times New Roman" w:hAnsi="Times New Roman" w:cs="Times New Roman"/>
        </w:rPr>
        <w:t xml:space="preserve">МБОУ  «Коротышская СОШ» является средней общеобразовательной школой, численность обучающихся на 1 сентября 2022 года составляет 131 человек, численность педагогического коллектива – 20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F44E79" w:rsidRPr="00760509" w:rsidRDefault="00F44E79" w:rsidP="00760509">
      <w:pPr>
        <w:spacing w:line="360" w:lineRule="auto"/>
        <w:ind w:firstLine="255"/>
        <w:jc w:val="both"/>
        <w:textAlignment w:val="baseline"/>
        <w:rPr>
          <w:rFonts w:ascii="Times New Roman" w:hAnsi="Times New Roman" w:cs="Times New Roman"/>
        </w:rPr>
      </w:pPr>
      <w:r w:rsidRPr="00760509">
        <w:rPr>
          <w:rFonts w:ascii="Times New Roman" w:hAnsi="Times New Roman" w:cs="Times New Roman"/>
        </w:rPr>
        <w:t>Социокультурная среда в  селе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rsidR="00F44E79" w:rsidRPr="00760509" w:rsidRDefault="00F44E79" w:rsidP="00760509">
      <w:pPr>
        <w:spacing w:line="360" w:lineRule="auto"/>
        <w:ind w:firstLine="255"/>
        <w:jc w:val="both"/>
        <w:textAlignment w:val="baseline"/>
        <w:rPr>
          <w:rFonts w:ascii="Times New Roman" w:hAnsi="Times New Roman" w:cs="Times New Roman"/>
        </w:rPr>
      </w:pPr>
      <w:r w:rsidRPr="00760509">
        <w:rPr>
          <w:rFonts w:ascii="Times New Roman" w:hAnsi="Times New Roman" w:cs="Times New Roman"/>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 </w:t>
      </w:r>
    </w:p>
    <w:p w:rsidR="00F44E79" w:rsidRPr="00760509" w:rsidRDefault="00F44E79" w:rsidP="00760509">
      <w:pPr>
        <w:spacing w:line="360" w:lineRule="auto"/>
        <w:ind w:firstLine="255"/>
        <w:jc w:val="both"/>
        <w:textAlignment w:val="baseline"/>
        <w:rPr>
          <w:rFonts w:ascii="Times New Roman" w:hAnsi="Times New Roman" w:cs="Times New Roman"/>
        </w:rPr>
      </w:pPr>
      <w:r w:rsidRPr="00760509">
        <w:rPr>
          <w:rFonts w:ascii="Times New Roman" w:hAnsi="Times New Roman" w:cs="Times New Roman"/>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F44E79" w:rsidRPr="00760509" w:rsidRDefault="00F44E79" w:rsidP="00760509">
      <w:pPr>
        <w:spacing w:line="360" w:lineRule="auto"/>
        <w:jc w:val="both"/>
        <w:rPr>
          <w:rFonts w:ascii="Times New Roman" w:hAnsi="Times New Roman" w:cs="Times New Roman"/>
          <w:highlight w:val="white"/>
          <w:lang w:eastAsia="en-US"/>
        </w:rPr>
      </w:pPr>
      <w:r w:rsidRPr="00760509">
        <w:rPr>
          <w:rFonts w:ascii="Times New Roman" w:hAnsi="Times New Roman" w:cs="Times New Roman"/>
          <w:shd w:val="clear" w:color="auto" w:fill="FFFFFF"/>
        </w:rPr>
        <w:t xml:space="preserve">   Таким образом</w:t>
      </w:r>
      <w:r w:rsidRPr="00760509">
        <w:rPr>
          <w:rFonts w:ascii="Times New Roman" w:hAnsi="Times New Roman" w:cs="Times New Roman"/>
        </w:rPr>
        <w:t>,  создавая  условия для  ребенка по выбору форм, способов самореализации на основе освоения общечеловеческих ценностей,  учитываем</w:t>
      </w:r>
      <w:r w:rsidRPr="00760509">
        <w:rPr>
          <w:rFonts w:ascii="Times New Roman" w:hAnsi="Times New Roman" w:cs="Times New Roman"/>
          <w:shd w:val="clear" w:color="auto" w:fill="FFFFFF"/>
        </w:rPr>
        <w:t xml:space="preserve"> особенности сельской школы. </w:t>
      </w:r>
    </w:p>
    <w:p w:rsidR="00F44E79" w:rsidRPr="00760509" w:rsidRDefault="00F44E79" w:rsidP="00760509">
      <w:pPr>
        <w:spacing w:line="360" w:lineRule="auto"/>
        <w:jc w:val="both"/>
        <w:rPr>
          <w:rFonts w:ascii="Times New Roman" w:hAnsi="Times New Roman" w:cs="Times New Roman"/>
          <w:iCs/>
        </w:rPr>
      </w:pPr>
      <w:r w:rsidRPr="00760509">
        <w:rPr>
          <w:rFonts w:ascii="Times New Roman" w:hAnsi="Times New Roman" w:cs="Times New Roman"/>
        </w:rPr>
        <w:t xml:space="preserve">    В процессе воспитания сотрудничаем с Домом культуры с Коротыш, администрацией Коротышского сельского поселения, КДН и ЗП при администрации Ливенского района, ПДН МО МВД «Ливенский». В школе функционируют отряд ЮИД, Дружина юных пожарных, отряд волонтеров, работает школьный краеведческий музей.</w:t>
      </w:r>
    </w:p>
    <w:p w:rsidR="00F44E79" w:rsidRPr="00760509" w:rsidRDefault="00F44E79" w:rsidP="00760509">
      <w:pPr>
        <w:spacing w:line="360" w:lineRule="auto"/>
        <w:jc w:val="both"/>
        <w:rPr>
          <w:rFonts w:ascii="Times New Roman" w:hAnsi="Times New Roman" w:cs="Times New Roman"/>
          <w:iCs/>
        </w:rPr>
      </w:pPr>
      <w:r w:rsidRPr="00760509">
        <w:rPr>
          <w:rFonts w:ascii="Times New Roman" w:hAnsi="Times New Roman" w:cs="Times New Roman"/>
          <w:iCs/>
        </w:rPr>
        <w:t xml:space="preserve">      </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Поиск новых путей эффективной организации воспитательного процесса в МБОУ «Коротышская СОШ»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rsidR="00F44E79" w:rsidRPr="00760509" w:rsidRDefault="00F44E79" w:rsidP="00760509">
      <w:pPr>
        <w:spacing w:after="150" w:line="360" w:lineRule="auto"/>
        <w:ind w:firstLine="426"/>
        <w:jc w:val="both"/>
        <w:rPr>
          <w:rFonts w:ascii="Times New Roman" w:hAnsi="Times New Roman" w:cs="Times New Roman"/>
        </w:rPr>
      </w:pPr>
      <w:r w:rsidRPr="00760509">
        <w:rPr>
          <w:rFonts w:ascii="Times New Roman" w:hAnsi="Times New Roman" w:cs="Times New Roman"/>
        </w:rPr>
        <w:t>При построении воспитательной системы МБОУ «Коротышская СОШ»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Таким образом,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внеучебной деятельности, их взаимопроникновению, т. е. созданию условий,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Школьный коллектив включает в себя личности разнонаправленные, одни прекрасно учатся, у других это не получается, но они замечательно рисуют, активно занимаются спортом или делают что – то еще, не вписывающееся в рамки предметной или учебной деятельности. Речь, разумеется, не идет об упрощенном принципе компенсаторности, когда посредственные результаты в учебе талантливого спортсмена или полная неспособность к лицедейству отличника воспринимается как естественное положение вещей.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  </w:t>
      </w:r>
    </w:p>
    <w:p w:rsidR="00F44E79" w:rsidRPr="00760509" w:rsidRDefault="00F44E79" w:rsidP="00760509">
      <w:pPr>
        <w:spacing w:after="150" w:line="360" w:lineRule="auto"/>
        <w:ind w:firstLine="709"/>
        <w:jc w:val="both"/>
        <w:rPr>
          <w:rFonts w:ascii="Times New Roman" w:hAnsi="Times New Roman" w:cs="Times New Roman"/>
        </w:rPr>
      </w:pPr>
      <w:r w:rsidRPr="00760509">
        <w:rPr>
          <w:rFonts w:ascii="Times New Roman" w:hAnsi="Times New Roman" w:cs="Times New Roman"/>
        </w:rPr>
        <w:t>Основными направлениями работы педагогов дополнительного образования являлись развитие у обучающихся мотивации к познанию и творчеству; интеллектуальное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Процесс воспитания в МБОУ «Коротышская СОШ» основывается на следующих принципах взаимодействия педагогов и школьников: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организации основных совместных дел школьников и педагогов как предмета совместной заботы и взрослых, и детей;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системности, целесообразности и нешаблонности воспитания как условий его эффективности.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Основными традициями воспитания в МБОУ «Коротышская СОШ» являются: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годовой цикл ключевых общешкольных дел, связанных с важнейшими историческими датами и направлениями воспитательной деятельности, являющихся приоритетными для школы, через которые осуществляется интеграция воспитательных усилий педагогов.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в проведении общешкольных дел присутствует дружественная соревновательность между классами и максимально поощряется конструктивное межклассное и межвозрастное взаимодействие школьников;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44E79" w:rsidRPr="00760509" w:rsidRDefault="00F44E79" w:rsidP="00760509">
      <w:pPr>
        <w:spacing w:after="150" w:line="360" w:lineRule="auto"/>
        <w:jc w:val="both"/>
        <w:rPr>
          <w:rFonts w:ascii="Times New Roman" w:hAnsi="Times New Roman" w:cs="Times New Roman"/>
          <w:b/>
        </w:rPr>
      </w:pPr>
      <w:r>
        <w:rPr>
          <w:rFonts w:ascii="Times New Roman" w:hAnsi="Times New Roman" w:cs="Times New Roman"/>
          <w:b/>
        </w:rPr>
        <w:t xml:space="preserve">2.3.3. </w:t>
      </w:r>
      <w:r w:rsidRPr="00760509">
        <w:rPr>
          <w:rFonts w:ascii="Times New Roman" w:hAnsi="Times New Roman" w:cs="Times New Roman"/>
          <w:b/>
        </w:rPr>
        <w:t>Цели и задачи воспитания</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В соответствии с Концепцией духовно-нравственного воспитания российских школьников, современный национальный</w:t>
      </w:r>
      <w:r w:rsidRPr="00760509">
        <w:rPr>
          <w:rFonts w:ascii="Times New Roman" w:hAnsi="Times New Roman" w:cs="Times New Roman"/>
          <w:b/>
          <w:bCs/>
        </w:rPr>
        <w:t> </w:t>
      </w:r>
      <w:r w:rsidRPr="00760509">
        <w:rPr>
          <w:rFonts w:ascii="Times New Roman" w:hAnsi="Times New Roman" w:cs="Times New Roman"/>
        </w:rPr>
        <w:t>идеал личности,</w:t>
      </w:r>
      <w:r w:rsidRPr="00760509">
        <w:rPr>
          <w:rFonts w:ascii="Times New Roman" w:hAnsi="Times New Roman" w:cs="Times New Roman"/>
          <w:b/>
          <w:bCs/>
          <w:i/>
          <w:iCs/>
        </w:rPr>
        <w:t> </w:t>
      </w:r>
      <w:r w:rsidRPr="00760509">
        <w:rPr>
          <w:rFonts w:ascii="Times New Roman" w:hAnsi="Times New Roman" w:cs="Times New Roman"/>
        </w:rPr>
        <w:t>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760509">
        <w:rPr>
          <w:rFonts w:ascii="Times New Roman" w:hAnsi="Times New Roman" w:cs="Times New Roman"/>
          <w:b/>
          <w:bCs/>
          <w:i/>
          <w:iCs/>
        </w:rPr>
        <w:t>цель</w:t>
      </w:r>
      <w:r w:rsidRPr="00760509">
        <w:rPr>
          <w:rFonts w:ascii="Times New Roman" w:hAnsi="Times New Roman" w:cs="Times New Roman"/>
        </w:rPr>
        <w:t> </w:t>
      </w:r>
      <w:r w:rsidRPr="00760509">
        <w:rPr>
          <w:rFonts w:ascii="Times New Roman" w:hAnsi="Times New Roman" w:cs="Times New Roman"/>
          <w:b/>
          <w:bCs/>
          <w:i/>
          <w:iCs/>
        </w:rPr>
        <w:t>воспитания</w:t>
      </w:r>
      <w:r w:rsidRPr="00760509">
        <w:rPr>
          <w:rFonts w:ascii="Times New Roman" w:hAnsi="Times New Roman" w:cs="Times New Roman"/>
        </w:rPr>
        <w:t> в общеобразовательной организации – личностное развитие школьников, проявляющееся: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2) в развитии их позитивных отношений к этим общественным ценностям (то есть в развитии их социально значимых отношений);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Конкретизация общей цели воспитания применительно к возрастным особенностям школьников позволяет выделить в ней следующие </w:t>
      </w:r>
      <w:r w:rsidRPr="00760509">
        <w:rPr>
          <w:rFonts w:ascii="Times New Roman" w:hAnsi="Times New Roman" w:cs="Times New Roman"/>
          <w:b/>
          <w:bCs/>
          <w:i/>
          <w:iCs/>
        </w:rPr>
        <w:t>целевые</w:t>
      </w:r>
      <w:r w:rsidRPr="00760509">
        <w:rPr>
          <w:rFonts w:ascii="Times New Roman" w:hAnsi="Times New Roman" w:cs="Times New Roman"/>
        </w:rPr>
        <w:t> </w:t>
      </w:r>
      <w:r w:rsidRPr="00760509">
        <w:rPr>
          <w:rFonts w:ascii="Times New Roman" w:hAnsi="Times New Roman" w:cs="Times New Roman"/>
          <w:b/>
          <w:bCs/>
          <w:i/>
          <w:iCs/>
        </w:rPr>
        <w:t>приоритеты,</w:t>
      </w:r>
      <w:r w:rsidRPr="00760509">
        <w:rPr>
          <w:rFonts w:ascii="Times New Roman" w:hAnsi="Times New Roman" w:cs="Times New Roman"/>
        </w:rPr>
        <w:t> </w:t>
      </w:r>
      <w:r w:rsidRPr="00760509">
        <w:rPr>
          <w:rFonts w:ascii="Times New Roman" w:hAnsi="Times New Roman" w:cs="Times New Roman"/>
          <w:b/>
          <w:bCs/>
          <w:i/>
          <w:iCs/>
        </w:rPr>
        <w:t>соответствующие трем уровням общего образования: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1.</w:t>
      </w:r>
      <w:r w:rsidRPr="00760509">
        <w:rPr>
          <w:rFonts w:ascii="Times New Roman" w:hAnsi="Times New Roman" w:cs="Times New Roman"/>
        </w:rPr>
        <w:t> В воспитании детей младшего школьного возраста (</w:t>
      </w:r>
      <w:r w:rsidRPr="00760509">
        <w:rPr>
          <w:rFonts w:ascii="Times New Roman" w:hAnsi="Times New Roman" w:cs="Times New Roman"/>
          <w:b/>
          <w:bCs/>
          <w:i/>
          <w:iCs/>
        </w:rPr>
        <w:t>уровень начального общего образования</w:t>
      </w:r>
      <w:r w:rsidRPr="00760509">
        <w:rPr>
          <w:rFonts w:ascii="Times New Roman" w:hAnsi="Times New Roman" w:cs="Times New Roman"/>
        </w:rPr>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быть трудолюбивым, следуя принципу «делу — время, потехе — час» как в учебных занятиях, так и в домашних делах;</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знать и любить свою Родину – свой родной дом, двор, улицу, город, село, свою страну;</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проявлять миролюбие — не затевать конфликтов и стремиться решать спорные вопросы, не прибегая к силе;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стремиться узнавать что-то новое, проявлять любознательность, ценить знания;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быть вежливым и опрятным, скромным и приветливым;</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соблюдать правила личной гигиены, режим дня, вести здоровый образ жизни;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2.</w:t>
      </w:r>
      <w:r w:rsidRPr="00760509">
        <w:rPr>
          <w:rFonts w:ascii="Times New Roman" w:hAnsi="Times New Roman" w:cs="Times New Roman"/>
        </w:rPr>
        <w:t> В воспитании детей подросткового возраста (</w:t>
      </w:r>
      <w:r w:rsidRPr="00760509">
        <w:rPr>
          <w:rFonts w:ascii="Times New Roman" w:hAnsi="Times New Roman" w:cs="Times New Roman"/>
          <w:b/>
          <w:bCs/>
          <w:i/>
          <w:iCs/>
        </w:rPr>
        <w:t>уровень основного общего образования</w:t>
      </w:r>
      <w:r w:rsidRPr="00760509">
        <w:rPr>
          <w:rFonts w:ascii="Times New Roman" w:hAnsi="Times New Roman" w:cs="Times New Roman"/>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семье как главной опоре в жизни человека и источнику его счастья;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природе как источнику жизни на Земле, основе самого ее существования, нуждающейся в защите и постоянном внимании со стороны человека;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здоровью как залогу долгой и активной жизни человека, его хорошего настроения и оптимистичного взгляда на мир;</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к самим себе как хозяевам своей судьбы, самоопределяющимся и самореализующимся личностям, отвечающим за свое собственное будущее.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3</w:t>
      </w:r>
      <w:r w:rsidRPr="00760509">
        <w:rPr>
          <w:rFonts w:ascii="Times New Roman" w:hAnsi="Times New Roman" w:cs="Times New Roman"/>
        </w:rPr>
        <w:t>. В воспитании детей юношеского возраста (</w:t>
      </w:r>
      <w:r w:rsidRPr="00760509">
        <w:rPr>
          <w:rFonts w:ascii="Times New Roman" w:hAnsi="Times New Roman" w:cs="Times New Roman"/>
          <w:b/>
          <w:bCs/>
          <w:i/>
          <w:iCs/>
        </w:rPr>
        <w:t>уровень среднего общего образования</w:t>
      </w:r>
      <w:r w:rsidRPr="00760509">
        <w:rPr>
          <w:rFonts w:ascii="Times New Roman" w:hAnsi="Times New Roman" w:cs="Times New Roman"/>
        </w:rPr>
        <w:t>) таким приоритетом является создание благоприятных условий для приобретения школьниками опыта осуществления социально значимых дел.</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дел, направленных на заботу о своей семье, родных и близких;</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трудовой опыт, опыт участия в производственной практике;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дел, направленных на пользу своему родному городу или селу, стране в целом, опыт деятельного выражения собственной гражданской позиции;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природоохранных дел;</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разрешения возникающих конфликтных ситуаций в школе, дома или на улице;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самостоятельного приобретения новых знаний, проведения научных исследований, опыт проектной деятельности;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ведения здорового образа жизни и заботы о здоровье других людей;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оказания помощи окружающим, заботы о малышах или пожилых людях, волонтерский опыт;</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опыт самопознания и самоанализа, опыт социально приемлемого самовыражения и самореализации.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F44E79" w:rsidRPr="00760509" w:rsidRDefault="00F44E79" w:rsidP="00760509">
      <w:pPr>
        <w:spacing w:after="150" w:line="360" w:lineRule="auto"/>
        <w:ind w:firstLine="567"/>
        <w:jc w:val="both"/>
        <w:rPr>
          <w:rFonts w:ascii="Times New Roman" w:hAnsi="Times New Roman" w:cs="Times New Roman"/>
        </w:rPr>
      </w:pPr>
      <w:r w:rsidRPr="00760509">
        <w:rPr>
          <w:rFonts w:ascii="Times New Roman" w:hAnsi="Times New Roman" w:cs="Times New Roman"/>
        </w:rPr>
        <w:t>Добросовестная работа педагогов, направленная на достижение поставленной цели,</w:t>
      </w:r>
      <w:r w:rsidRPr="00760509">
        <w:rPr>
          <w:rFonts w:ascii="Times New Roman" w:hAnsi="Times New Roman" w:cs="Times New Roman"/>
          <w:b/>
          <w:bCs/>
          <w:i/>
          <w:iCs/>
        </w:rPr>
        <w:t> позволит ребенку</w:t>
      </w:r>
      <w:r w:rsidRPr="00760509">
        <w:rPr>
          <w:rFonts w:ascii="Times New Roman" w:hAnsi="Times New Roman" w:cs="Times New Roman"/>
        </w:rPr>
        <w:t>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Достижению поставленной цели воспитания школьников будет способствовать решение следующих основных </w:t>
      </w:r>
      <w:r w:rsidRPr="00760509">
        <w:rPr>
          <w:rFonts w:ascii="Times New Roman" w:hAnsi="Times New Roman" w:cs="Times New Roman"/>
          <w:b/>
          <w:bCs/>
          <w:i/>
          <w:iCs/>
        </w:rPr>
        <w:t>задач</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инициировать и поддерживать ученическое самоуправление – как на уровне школы, так и на уровне классных сообществ;</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поддерживать деятельность функционирующих на базе школы детских общественных объединений и организаций;</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организовывать для школьников экскурсии, экспедиции, походы и реализовывать их воспитательный потенциал;</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организовывать профориентационную работу со школьниками;</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организовать работу школьных бумажных и электронных медиа, реализовывать их воспитательный потенциал;</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развивать предметно-эстетическую среду школы и реализовывать ее воспитательные возможности;</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44E79" w:rsidRPr="00760509" w:rsidRDefault="00F44E79" w:rsidP="001C7BA4">
      <w:pPr>
        <w:widowControl/>
        <w:numPr>
          <w:ilvl w:val="0"/>
          <w:numId w:val="212"/>
        </w:numPr>
        <w:spacing w:after="150" w:line="360" w:lineRule="auto"/>
        <w:jc w:val="both"/>
        <w:rPr>
          <w:rFonts w:ascii="Times New Roman" w:hAnsi="Times New Roman" w:cs="Times New Roman"/>
        </w:rPr>
      </w:pPr>
      <w:r w:rsidRPr="00760509">
        <w:rPr>
          <w:rFonts w:ascii="Times New Roman" w:hAnsi="Times New Roman" w:cs="Times New Roman"/>
        </w:rPr>
        <w:t>развивать социальное партнерство школы и организаций и учреждений</w:t>
      </w:r>
    </w:p>
    <w:p w:rsidR="00F44E79" w:rsidRDefault="00F44E79" w:rsidP="00760509">
      <w:pPr>
        <w:spacing w:after="150" w:line="360" w:lineRule="auto"/>
        <w:jc w:val="both"/>
        <w:rPr>
          <w:rFonts w:cs="Times New Roman"/>
          <w:szCs w:val="20"/>
        </w:rPr>
      </w:pPr>
      <w:r w:rsidRPr="00760509">
        <w:rPr>
          <w:rFonts w:ascii="Times New Roman" w:hAnsi="Times New Roman" w:cs="Times New Roman"/>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2.3.4. Виды, формы и содержание деятельности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Модуль «Основные школьные дела»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Для этого в образовательной организации используются следующие формы работы:</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внешкольном уровне:</w:t>
      </w:r>
    </w:p>
    <w:p w:rsidR="00F44E79" w:rsidRPr="00760509" w:rsidRDefault="00F44E79" w:rsidP="001C7BA4">
      <w:pPr>
        <w:widowControl/>
        <w:numPr>
          <w:ilvl w:val="0"/>
          <w:numId w:val="213"/>
        </w:numPr>
        <w:spacing w:after="150" w:line="360" w:lineRule="auto"/>
        <w:jc w:val="both"/>
        <w:rPr>
          <w:rFonts w:ascii="Times New Roman" w:hAnsi="Times New Roman" w:cs="Times New Roman"/>
        </w:rPr>
      </w:pPr>
      <w:r w:rsidRPr="00760509">
        <w:rPr>
          <w:rFonts w:ascii="Times New Roman" w:hAnsi="Times New Roman" w:cs="Times New Roman"/>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«Быстрее, выше, сильнее!», «Безопасное колесо», Нет наркотикам и СПИДу!», акции «Георгиевская лента», благоустройство территории Коротышсского сельского поселения, участие в волонтёрской деятельности (уход за братским захоронением с. Коротыш), уход за школьным приусадебным участком,  </w:t>
      </w:r>
    </w:p>
    <w:p w:rsidR="00F44E79" w:rsidRPr="00760509" w:rsidRDefault="00F44E79" w:rsidP="001C7BA4">
      <w:pPr>
        <w:widowControl/>
        <w:numPr>
          <w:ilvl w:val="0"/>
          <w:numId w:val="214"/>
        </w:numPr>
        <w:spacing w:after="150" w:line="360" w:lineRule="auto"/>
        <w:jc w:val="both"/>
        <w:rPr>
          <w:rFonts w:ascii="Times New Roman" w:hAnsi="Times New Roman" w:cs="Times New Roman"/>
        </w:rPr>
      </w:pPr>
      <w:r w:rsidRPr="00760509">
        <w:rPr>
          <w:rFonts w:ascii="Times New Roman" w:hAnsi="Times New Roman" w:cs="Times New Roman"/>
        </w:rPr>
        <w:t>проводимые для жителей села и организуемые </w:t>
      </w:r>
      <w:r w:rsidRPr="00760509">
        <w:rPr>
          <w:rFonts w:ascii="Times New Roman" w:hAnsi="Times New Roman" w:cs="Times New Roman"/>
          <w:u w:val="single"/>
        </w:rPr>
        <w:t>совместно</w:t>
      </w:r>
      <w:r w:rsidRPr="00760509">
        <w:rPr>
          <w:rFonts w:ascii="Times New Roman" w:hAnsi="Times New Roman" w:cs="Times New Roman"/>
          <w:i/>
          <w:iCs/>
        </w:rPr>
        <w:t> </w:t>
      </w:r>
      <w:r w:rsidRPr="00760509">
        <w:rPr>
          <w:rFonts w:ascii="Times New Roman" w:hAnsi="Times New Roman" w:cs="Times New Roman"/>
        </w:rPr>
        <w:t xml:space="preserve">с сельским советом(администрацией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участие в спортивных праздниках «Наша семья – спортивная семья»,  участие в праздниках , проводимых СДК </w:t>
      </w:r>
    </w:p>
    <w:p w:rsidR="00F44E79" w:rsidRPr="00760509" w:rsidRDefault="00F44E79" w:rsidP="00760509">
      <w:pPr>
        <w:spacing w:after="150" w:line="360" w:lineRule="auto"/>
        <w:jc w:val="both"/>
        <w:rPr>
          <w:rFonts w:ascii="Times New Roman" w:hAnsi="Times New Roman" w:cs="Times New Roman"/>
        </w:rPr>
      </w:pP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школьном уровне:</w:t>
      </w:r>
    </w:p>
    <w:p w:rsidR="00F44E79" w:rsidRPr="00760509" w:rsidRDefault="00F44E79" w:rsidP="001C7BA4">
      <w:pPr>
        <w:widowControl/>
        <w:numPr>
          <w:ilvl w:val="0"/>
          <w:numId w:val="215"/>
        </w:numPr>
        <w:spacing w:after="150" w:line="360" w:lineRule="auto"/>
        <w:jc w:val="both"/>
        <w:rPr>
          <w:rFonts w:ascii="Times New Roman" w:hAnsi="Times New Roman" w:cs="Times New Roman"/>
        </w:rPr>
      </w:pPr>
      <w:r w:rsidRPr="00760509">
        <w:rPr>
          <w:rFonts w:ascii="Times New Roman" w:hAnsi="Times New Roman" w:cs="Times New Roman"/>
          <w:b/>
          <w:bCs/>
        </w:rPr>
        <w:t>общешкольные праздники</w:t>
      </w:r>
      <w:r w:rsidRPr="00760509">
        <w:rPr>
          <w:rFonts w:ascii="Times New Roman" w:hAnsi="Times New Roman" w:cs="Times New Roman"/>
        </w:rPr>
        <w:t>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F44E79" w:rsidRPr="00760509" w:rsidRDefault="00F44E79" w:rsidP="001C7BA4">
      <w:pPr>
        <w:widowControl/>
        <w:numPr>
          <w:ilvl w:val="0"/>
          <w:numId w:val="215"/>
        </w:numPr>
        <w:spacing w:after="150" w:line="360" w:lineRule="auto"/>
        <w:jc w:val="both"/>
        <w:rPr>
          <w:rFonts w:ascii="Times New Roman" w:hAnsi="Times New Roman" w:cs="Times New Roman"/>
        </w:rPr>
      </w:pPr>
      <w:r w:rsidRPr="00760509">
        <w:rPr>
          <w:rFonts w:ascii="Times New Roman" w:hAnsi="Times New Roman" w:cs="Times New Roman"/>
          <w:b/>
          <w:bCs/>
        </w:rPr>
        <w:t>торжественные ритуалы</w:t>
      </w:r>
      <w:r w:rsidRPr="00760509">
        <w:rPr>
          <w:rFonts w:ascii="Times New Roman" w:hAnsi="Times New Roman" w:cs="Times New Roman"/>
        </w:rPr>
        <w:t> -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«Прощание с азбукой»,  «Прощай начальная школа», церемония вручения аттестатов</w:t>
      </w:r>
      <w:r w:rsidRPr="00760509">
        <w:rPr>
          <w:rFonts w:ascii="Times New Roman" w:hAnsi="Times New Roman" w:cs="Times New Roman"/>
          <w:u w:val="single"/>
        </w:rPr>
        <w:t>;</w:t>
      </w:r>
    </w:p>
    <w:p w:rsidR="00F44E79" w:rsidRPr="00760509" w:rsidRDefault="00F44E79" w:rsidP="001C7BA4">
      <w:pPr>
        <w:widowControl/>
        <w:numPr>
          <w:ilvl w:val="0"/>
          <w:numId w:val="215"/>
        </w:numPr>
        <w:spacing w:after="150" w:line="360" w:lineRule="auto"/>
        <w:jc w:val="both"/>
        <w:rPr>
          <w:rFonts w:ascii="Times New Roman" w:hAnsi="Times New Roman" w:cs="Times New Roman"/>
        </w:rPr>
      </w:pPr>
      <w:r w:rsidRPr="00760509">
        <w:rPr>
          <w:rFonts w:ascii="Times New Roman" w:hAnsi="Times New Roman" w:cs="Times New Roman"/>
          <w:b/>
          <w:bCs/>
        </w:rPr>
        <w:t>капустники</w:t>
      </w:r>
      <w:r w:rsidRPr="00760509">
        <w:rPr>
          <w:rFonts w:ascii="Times New Roman" w:hAnsi="Times New Roman" w:cs="Times New Roman"/>
        </w:rPr>
        <w:t> - театрализованные выступления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фестиваль "КВН для всех», выпускные вечера, деловые игры, праздничные концерты, вечера встречи с выпускниками;</w:t>
      </w:r>
    </w:p>
    <w:p w:rsidR="00F44E79" w:rsidRPr="00760509" w:rsidRDefault="00F44E79" w:rsidP="001C7BA4">
      <w:pPr>
        <w:widowControl/>
        <w:numPr>
          <w:ilvl w:val="0"/>
          <w:numId w:val="216"/>
        </w:numPr>
        <w:spacing w:after="150" w:line="360" w:lineRule="auto"/>
        <w:jc w:val="both"/>
        <w:rPr>
          <w:rFonts w:ascii="Times New Roman" w:hAnsi="Times New Roman" w:cs="Times New Roman"/>
        </w:rPr>
      </w:pPr>
      <w:r w:rsidRPr="00760509">
        <w:rPr>
          <w:rFonts w:ascii="Times New Roman" w:hAnsi="Times New Roman" w:cs="Times New Roman"/>
          <w:b/>
          <w:bCs/>
        </w:rPr>
        <w:t>церемонии награждения (по итогам года)</w:t>
      </w:r>
      <w:r w:rsidRPr="00760509">
        <w:rPr>
          <w:rFonts w:ascii="Times New Roman" w:hAnsi="Times New Roman" w:cs="Times New Roman"/>
        </w:rPr>
        <w:t>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 «Звёздные россыпи».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уровне классов:</w:t>
      </w:r>
    </w:p>
    <w:p w:rsidR="00F44E79" w:rsidRPr="00760509" w:rsidRDefault="00F44E79" w:rsidP="001C7BA4">
      <w:pPr>
        <w:widowControl/>
        <w:numPr>
          <w:ilvl w:val="0"/>
          <w:numId w:val="217"/>
        </w:numPr>
        <w:spacing w:after="150" w:line="360" w:lineRule="auto"/>
        <w:jc w:val="both"/>
        <w:rPr>
          <w:rFonts w:ascii="Times New Roman" w:hAnsi="Times New Roman" w:cs="Times New Roman"/>
        </w:rPr>
      </w:pPr>
      <w:r w:rsidRPr="00760509">
        <w:rPr>
          <w:rFonts w:ascii="Times New Roman" w:hAnsi="Times New Roman" w:cs="Times New Roman"/>
          <w:b/>
          <w:bCs/>
        </w:rPr>
        <w:t>выбор и делегирование</w:t>
      </w:r>
      <w:r w:rsidRPr="00760509">
        <w:rPr>
          <w:rFonts w:ascii="Times New Roman" w:hAnsi="Times New Roman" w:cs="Times New Roman"/>
        </w:rPr>
        <w:t> представителей классов в общешкольный Совет обучающихся, ответственных за подготовку общешкольных ключевых дел;</w:t>
      </w:r>
    </w:p>
    <w:p w:rsidR="00F44E79" w:rsidRPr="00760509" w:rsidRDefault="00F44E79" w:rsidP="001C7BA4">
      <w:pPr>
        <w:widowControl/>
        <w:numPr>
          <w:ilvl w:val="0"/>
          <w:numId w:val="217"/>
        </w:numPr>
        <w:spacing w:after="150" w:line="360" w:lineRule="auto"/>
        <w:jc w:val="both"/>
        <w:rPr>
          <w:rFonts w:ascii="Times New Roman" w:hAnsi="Times New Roman" w:cs="Times New Roman"/>
        </w:rPr>
      </w:pPr>
      <w:r w:rsidRPr="00760509">
        <w:rPr>
          <w:rFonts w:ascii="Times New Roman" w:hAnsi="Times New Roman" w:cs="Times New Roman"/>
          <w:b/>
          <w:bCs/>
        </w:rPr>
        <w:t>участие</w:t>
      </w:r>
      <w:r w:rsidRPr="00760509">
        <w:rPr>
          <w:rFonts w:ascii="Times New Roman" w:hAnsi="Times New Roman" w:cs="Times New Roman"/>
        </w:rPr>
        <w:t> школьных классов в реализации общешкольных ключевых дел;</w:t>
      </w:r>
    </w:p>
    <w:p w:rsidR="00F44E79" w:rsidRPr="00760509" w:rsidRDefault="00F44E79" w:rsidP="001C7BA4">
      <w:pPr>
        <w:widowControl/>
        <w:numPr>
          <w:ilvl w:val="0"/>
          <w:numId w:val="217"/>
        </w:numPr>
        <w:spacing w:after="150" w:line="360" w:lineRule="auto"/>
        <w:jc w:val="both"/>
        <w:rPr>
          <w:rFonts w:ascii="Times New Roman" w:hAnsi="Times New Roman" w:cs="Times New Roman"/>
        </w:rPr>
      </w:pPr>
      <w:r w:rsidRPr="00760509">
        <w:rPr>
          <w:rFonts w:ascii="Times New Roman" w:hAnsi="Times New Roman" w:cs="Times New Roman"/>
          <w:b/>
          <w:bCs/>
        </w:rPr>
        <w:t>проведение</w:t>
      </w:r>
      <w:r w:rsidRPr="00760509">
        <w:rPr>
          <w:rFonts w:ascii="Times New Roman" w:hAnsi="Times New Roman" w:cs="Times New Roman"/>
        </w:rPr>
        <w:t>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индивидуальном уровне:</w:t>
      </w:r>
    </w:p>
    <w:p w:rsidR="00F44E79" w:rsidRPr="00760509" w:rsidRDefault="00F44E79" w:rsidP="001C7BA4">
      <w:pPr>
        <w:widowControl/>
        <w:numPr>
          <w:ilvl w:val="0"/>
          <w:numId w:val="218"/>
        </w:numPr>
        <w:spacing w:after="150" w:line="360" w:lineRule="auto"/>
        <w:jc w:val="both"/>
        <w:rPr>
          <w:rFonts w:ascii="Times New Roman" w:hAnsi="Times New Roman" w:cs="Times New Roman"/>
        </w:rPr>
      </w:pPr>
      <w:r w:rsidRPr="00760509">
        <w:rPr>
          <w:rFonts w:ascii="Times New Roman" w:hAnsi="Times New Roman" w:cs="Times New Roman"/>
          <w:b/>
          <w:bCs/>
        </w:rPr>
        <w:t>вовлечение по возможности</w:t>
      </w:r>
      <w:r w:rsidRPr="00760509">
        <w:rPr>
          <w:rFonts w:ascii="Times New Roman" w:hAnsi="Times New Roman" w:cs="Times New Roman"/>
          <w:i/>
          <w:iCs/>
        </w:rPr>
        <w:t> </w:t>
      </w:r>
      <w:r w:rsidRPr="00760509">
        <w:rPr>
          <w:rFonts w:ascii="Times New Roman" w:hAnsi="Times New Roman" w:cs="Times New Roman"/>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44E79" w:rsidRPr="00760509" w:rsidRDefault="00F44E79" w:rsidP="001C7BA4">
      <w:pPr>
        <w:widowControl/>
        <w:numPr>
          <w:ilvl w:val="0"/>
          <w:numId w:val="218"/>
        </w:numPr>
        <w:spacing w:after="150" w:line="360" w:lineRule="auto"/>
        <w:jc w:val="both"/>
        <w:rPr>
          <w:rFonts w:ascii="Times New Roman" w:hAnsi="Times New Roman" w:cs="Times New Roman"/>
        </w:rPr>
      </w:pPr>
      <w:r w:rsidRPr="00760509">
        <w:rPr>
          <w:rFonts w:ascii="Times New Roman" w:hAnsi="Times New Roman" w:cs="Times New Roman"/>
          <w:b/>
          <w:bCs/>
        </w:rPr>
        <w:t>индивидуальная помощь ребенку</w:t>
      </w:r>
      <w:r w:rsidRPr="00760509">
        <w:rPr>
          <w:rFonts w:ascii="Times New Roman" w:hAnsi="Times New Roman" w:cs="Times New Roman"/>
        </w:rPr>
        <w:t> (при необходимости) в освоении навыков подготовки, проведения и анализа ключевых дел;</w:t>
      </w:r>
    </w:p>
    <w:p w:rsidR="00F44E79" w:rsidRPr="00760509" w:rsidRDefault="00F44E79" w:rsidP="001C7BA4">
      <w:pPr>
        <w:widowControl/>
        <w:numPr>
          <w:ilvl w:val="0"/>
          <w:numId w:val="218"/>
        </w:numPr>
        <w:spacing w:after="150" w:line="360" w:lineRule="auto"/>
        <w:jc w:val="both"/>
        <w:rPr>
          <w:rFonts w:ascii="Times New Roman" w:hAnsi="Times New Roman" w:cs="Times New Roman"/>
        </w:rPr>
      </w:pPr>
      <w:r w:rsidRPr="00760509">
        <w:rPr>
          <w:rFonts w:ascii="Times New Roman" w:hAnsi="Times New Roman" w:cs="Times New Roman"/>
          <w:b/>
          <w:bCs/>
        </w:rPr>
        <w:t>наблюдение за поведением ребенка</w:t>
      </w:r>
      <w:r w:rsidRPr="00760509">
        <w:rPr>
          <w:rFonts w:ascii="Times New Roman" w:hAnsi="Times New Roman" w:cs="Times New Roman"/>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44E79" w:rsidRPr="00760509" w:rsidRDefault="00F44E79" w:rsidP="001C7BA4">
      <w:pPr>
        <w:widowControl/>
        <w:numPr>
          <w:ilvl w:val="0"/>
          <w:numId w:val="218"/>
        </w:numPr>
        <w:spacing w:after="150" w:line="360" w:lineRule="auto"/>
        <w:jc w:val="both"/>
        <w:rPr>
          <w:rFonts w:ascii="Times New Roman" w:hAnsi="Times New Roman" w:cs="Times New Roman"/>
        </w:rPr>
      </w:pPr>
      <w:r w:rsidRPr="00760509">
        <w:rPr>
          <w:rFonts w:ascii="Times New Roman" w:hAnsi="Times New Roman" w:cs="Times New Roman"/>
        </w:rPr>
        <w:t>при необходимости </w:t>
      </w:r>
      <w:r w:rsidRPr="00760509">
        <w:rPr>
          <w:rFonts w:ascii="Times New Roman" w:hAnsi="Times New Roman" w:cs="Times New Roman"/>
          <w:b/>
          <w:bCs/>
        </w:rPr>
        <w:t>коррекция поведения ребенка</w:t>
      </w:r>
      <w:r w:rsidRPr="00760509">
        <w:rPr>
          <w:rFonts w:ascii="Times New Roman" w:hAnsi="Times New Roman" w:cs="Times New Roman"/>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Модуль «Классное руководство»</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Работа с классом:</w:t>
      </w:r>
    </w:p>
    <w:p w:rsidR="00F44E79" w:rsidRPr="00760509" w:rsidRDefault="00F44E79" w:rsidP="001C7BA4">
      <w:pPr>
        <w:widowControl/>
        <w:numPr>
          <w:ilvl w:val="0"/>
          <w:numId w:val="219"/>
        </w:numPr>
        <w:spacing w:after="150" w:line="360" w:lineRule="auto"/>
        <w:jc w:val="both"/>
        <w:rPr>
          <w:rFonts w:ascii="Times New Roman" w:hAnsi="Times New Roman" w:cs="Times New Roman"/>
        </w:rPr>
      </w:pPr>
      <w:r w:rsidRPr="00760509">
        <w:rPr>
          <w:rFonts w:ascii="Times New Roman" w:hAnsi="Times New Roman" w:cs="Times New Roman"/>
          <w:b/>
          <w:bCs/>
        </w:rPr>
        <w:t>инициирование и поддержка</w:t>
      </w:r>
      <w:r w:rsidRPr="00760509">
        <w:rPr>
          <w:rFonts w:ascii="Times New Roman" w:hAnsi="Times New Roman" w:cs="Times New Roman"/>
        </w:rPr>
        <w:t> участия класса в общешкольных ключевых делах, оказание необходимой помощи детям в их подготовке, проведении и анализе;</w:t>
      </w:r>
    </w:p>
    <w:p w:rsidR="00F44E79" w:rsidRPr="00760509" w:rsidRDefault="00F44E79" w:rsidP="001C7BA4">
      <w:pPr>
        <w:widowControl/>
        <w:numPr>
          <w:ilvl w:val="0"/>
          <w:numId w:val="219"/>
        </w:numPr>
        <w:spacing w:after="150" w:line="360" w:lineRule="auto"/>
        <w:jc w:val="both"/>
        <w:rPr>
          <w:rFonts w:ascii="Times New Roman" w:hAnsi="Times New Roman" w:cs="Times New Roman"/>
        </w:rPr>
      </w:pPr>
      <w:r w:rsidRPr="00760509">
        <w:rPr>
          <w:rFonts w:ascii="Times New Roman" w:hAnsi="Times New Roman" w:cs="Times New Roman"/>
          <w:b/>
          <w:bCs/>
        </w:rPr>
        <w:t>организация интересных и полезных для личностного развития ребенка</w:t>
      </w:r>
      <w:r w:rsidRPr="00760509">
        <w:rPr>
          <w:rFonts w:ascii="Times New Roman" w:hAnsi="Times New Roman" w:cs="Times New Roman"/>
        </w:rPr>
        <w:t>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F44E79" w:rsidRPr="00760509" w:rsidRDefault="00F44E79" w:rsidP="001C7BA4">
      <w:pPr>
        <w:widowControl/>
        <w:numPr>
          <w:ilvl w:val="0"/>
          <w:numId w:val="219"/>
        </w:numPr>
        <w:spacing w:after="150" w:line="360" w:lineRule="auto"/>
        <w:jc w:val="both"/>
        <w:rPr>
          <w:rFonts w:ascii="Times New Roman" w:hAnsi="Times New Roman" w:cs="Times New Roman"/>
        </w:rPr>
      </w:pPr>
      <w:r w:rsidRPr="00760509">
        <w:rPr>
          <w:rFonts w:ascii="Times New Roman" w:hAnsi="Times New Roman" w:cs="Times New Roman"/>
          <w:bCs/>
        </w:rPr>
        <w:t>проведение классных часов как часов плодотворного и доверительного общения педагога и школьников</w:t>
      </w:r>
      <w:r w:rsidRPr="00760509">
        <w:rPr>
          <w:rFonts w:ascii="Times New Roman" w:hAnsi="Times New Roman" w:cs="Times New Roman"/>
        </w:rPr>
        <w:t>,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F44E79" w:rsidRPr="00760509" w:rsidRDefault="00F44E79" w:rsidP="001C7BA4">
      <w:pPr>
        <w:widowControl/>
        <w:numPr>
          <w:ilvl w:val="0"/>
          <w:numId w:val="219"/>
        </w:numPr>
        <w:spacing w:after="150" w:line="360" w:lineRule="auto"/>
        <w:jc w:val="both"/>
        <w:rPr>
          <w:rFonts w:ascii="Times New Roman" w:hAnsi="Times New Roman" w:cs="Times New Roman"/>
        </w:rPr>
      </w:pPr>
      <w:r w:rsidRPr="00760509">
        <w:rPr>
          <w:rFonts w:ascii="Times New Roman" w:hAnsi="Times New Roman" w:cs="Times New Roman"/>
          <w:b/>
          <w:bCs/>
        </w:rPr>
        <w:t>сплочение коллектива</w:t>
      </w:r>
      <w:r w:rsidRPr="00760509">
        <w:rPr>
          <w:rFonts w:ascii="Times New Roman" w:hAnsi="Times New Roman" w:cs="Times New Roman"/>
        </w:rPr>
        <w:t> класса через: игры и тренинги на сплочение и командообразование; празднования в классе дней рождения детей,</w:t>
      </w:r>
      <w:r w:rsidRPr="00760509">
        <w:rPr>
          <w:rFonts w:ascii="Times New Roman" w:hAnsi="Times New Roman" w:cs="Times New Roman"/>
          <w:u w:val="single"/>
        </w:rPr>
        <w:t> </w:t>
      </w:r>
      <w:r w:rsidRPr="00760509">
        <w:rPr>
          <w:rFonts w:ascii="Times New Roman" w:hAnsi="Times New Roman" w:cs="Times New Roman"/>
        </w:rPr>
        <w:t>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w:t>
      </w:r>
    </w:p>
    <w:p w:rsidR="00F44E79" w:rsidRPr="00760509" w:rsidRDefault="00F44E79" w:rsidP="001C7BA4">
      <w:pPr>
        <w:widowControl/>
        <w:numPr>
          <w:ilvl w:val="0"/>
          <w:numId w:val="220"/>
        </w:numPr>
        <w:spacing w:after="150" w:line="360" w:lineRule="auto"/>
        <w:jc w:val="both"/>
        <w:rPr>
          <w:rFonts w:ascii="Times New Roman" w:hAnsi="Times New Roman" w:cs="Times New Roman"/>
        </w:rPr>
      </w:pPr>
      <w:r w:rsidRPr="00760509">
        <w:rPr>
          <w:rFonts w:ascii="Times New Roman" w:hAnsi="Times New Roman" w:cs="Times New Roman"/>
          <w:b/>
          <w:bCs/>
        </w:rPr>
        <w:t>выработка совместно со школьниками законов класса</w:t>
      </w:r>
      <w:r w:rsidRPr="00760509">
        <w:rPr>
          <w:rFonts w:ascii="Times New Roman" w:hAnsi="Times New Roman" w:cs="Times New Roman"/>
        </w:rPr>
        <w:t>, помогающих детям освоить нормы и правила общения, которым они должны следовать в школе.</w:t>
      </w:r>
    </w:p>
    <w:p w:rsidR="00F44E79" w:rsidRPr="00760509" w:rsidRDefault="00F44E79" w:rsidP="001C7BA4">
      <w:pPr>
        <w:widowControl/>
        <w:numPr>
          <w:ilvl w:val="0"/>
          <w:numId w:val="220"/>
        </w:numPr>
        <w:spacing w:after="150" w:line="360" w:lineRule="auto"/>
        <w:jc w:val="both"/>
        <w:rPr>
          <w:rFonts w:ascii="Times New Roman" w:hAnsi="Times New Roman" w:cs="Times New Roman"/>
        </w:rPr>
      </w:pPr>
      <w:r w:rsidRPr="00760509">
        <w:rPr>
          <w:rFonts w:ascii="Times New Roman" w:hAnsi="Times New Roman" w:cs="Times New Roman"/>
          <w:b/>
          <w:bCs/>
        </w:rPr>
        <w:t xml:space="preserve">Организация общения в социальных сетях, </w:t>
      </w:r>
      <w:r w:rsidRPr="00760509">
        <w:rPr>
          <w:rFonts w:ascii="Times New Roman" w:hAnsi="Times New Roman" w:cs="Times New Roman"/>
          <w:bCs/>
        </w:rPr>
        <w:t xml:space="preserve">по средствам создания совместных групп, бесед в мессенджерах, наполняя их интересным содержанием, вовлекая в полезное для их развития общения. </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Индивидуальная работа с учащимися:</w:t>
      </w:r>
    </w:p>
    <w:p w:rsidR="00F44E79" w:rsidRPr="00760509" w:rsidRDefault="00F44E79" w:rsidP="001C7BA4">
      <w:pPr>
        <w:widowControl/>
        <w:numPr>
          <w:ilvl w:val="0"/>
          <w:numId w:val="221"/>
        </w:numPr>
        <w:spacing w:after="150" w:line="360" w:lineRule="auto"/>
        <w:jc w:val="both"/>
        <w:rPr>
          <w:rFonts w:ascii="Times New Roman" w:hAnsi="Times New Roman" w:cs="Times New Roman"/>
        </w:rPr>
      </w:pPr>
      <w:r w:rsidRPr="00760509">
        <w:rPr>
          <w:rFonts w:ascii="Times New Roman" w:hAnsi="Times New Roman" w:cs="Times New Roman"/>
          <w:b/>
          <w:bCs/>
        </w:rPr>
        <w:t>изучение особенностей личностного развития </w:t>
      </w:r>
      <w:r w:rsidRPr="00760509">
        <w:rPr>
          <w:rFonts w:ascii="Times New Roman" w:hAnsi="Times New Roman" w:cs="Times New Roman"/>
        </w:rPr>
        <w:t>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F44E79" w:rsidRPr="00760509" w:rsidRDefault="00F44E79" w:rsidP="001C7BA4">
      <w:pPr>
        <w:widowControl/>
        <w:numPr>
          <w:ilvl w:val="0"/>
          <w:numId w:val="221"/>
        </w:numPr>
        <w:spacing w:after="150" w:line="360" w:lineRule="auto"/>
        <w:jc w:val="both"/>
        <w:rPr>
          <w:rFonts w:ascii="Times New Roman" w:hAnsi="Times New Roman" w:cs="Times New Roman"/>
        </w:rPr>
      </w:pPr>
      <w:r w:rsidRPr="00760509">
        <w:rPr>
          <w:rFonts w:ascii="Times New Roman" w:hAnsi="Times New Roman" w:cs="Times New Roman"/>
          <w:b/>
          <w:bCs/>
        </w:rPr>
        <w:t>поддержка ребенка</w:t>
      </w:r>
      <w:r w:rsidRPr="00760509">
        <w:rPr>
          <w:rFonts w:ascii="Times New Roman" w:hAnsi="Times New Roman" w:cs="Times New Roman"/>
        </w:rPr>
        <w:t>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F44E79" w:rsidRPr="00760509" w:rsidRDefault="00F44E79" w:rsidP="001C7BA4">
      <w:pPr>
        <w:widowControl/>
        <w:numPr>
          <w:ilvl w:val="0"/>
          <w:numId w:val="222"/>
        </w:numPr>
        <w:spacing w:after="150" w:line="360" w:lineRule="auto"/>
        <w:jc w:val="both"/>
        <w:rPr>
          <w:rFonts w:ascii="Times New Roman" w:hAnsi="Times New Roman" w:cs="Times New Roman"/>
        </w:rPr>
      </w:pPr>
      <w:r w:rsidRPr="00760509">
        <w:rPr>
          <w:rFonts w:ascii="Times New Roman" w:hAnsi="Times New Roman" w:cs="Times New Roman"/>
          <w:b/>
          <w:bCs/>
        </w:rPr>
        <w:t>индивидуальная работа</w:t>
      </w:r>
      <w:r w:rsidRPr="00760509">
        <w:rPr>
          <w:rFonts w:ascii="Times New Roman" w:hAnsi="Times New Roman" w:cs="Times New Roman"/>
        </w:rPr>
        <w:t>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44E79" w:rsidRPr="00760509" w:rsidRDefault="00F44E79" w:rsidP="001C7BA4">
      <w:pPr>
        <w:widowControl/>
        <w:numPr>
          <w:ilvl w:val="0"/>
          <w:numId w:val="222"/>
        </w:numPr>
        <w:spacing w:after="150" w:line="360" w:lineRule="auto"/>
        <w:jc w:val="both"/>
        <w:rPr>
          <w:rFonts w:ascii="Times New Roman" w:hAnsi="Times New Roman" w:cs="Times New Roman"/>
        </w:rPr>
      </w:pPr>
      <w:r w:rsidRPr="00760509">
        <w:rPr>
          <w:rFonts w:ascii="Times New Roman" w:hAnsi="Times New Roman" w:cs="Times New Roman"/>
          <w:b/>
          <w:bCs/>
        </w:rPr>
        <w:t>коррекция поведения ребенка</w:t>
      </w:r>
      <w:r w:rsidRPr="00760509">
        <w:rPr>
          <w:rFonts w:ascii="Times New Roman" w:hAnsi="Times New Roman" w:cs="Times New Roman"/>
        </w:rPr>
        <w:t>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Работа с учителями, преподающими в классе:</w:t>
      </w:r>
    </w:p>
    <w:p w:rsidR="00F44E79" w:rsidRPr="00760509" w:rsidRDefault="00F44E79" w:rsidP="001C7BA4">
      <w:pPr>
        <w:widowControl/>
        <w:numPr>
          <w:ilvl w:val="0"/>
          <w:numId w:val="223"/>
        </w:numPr>
        <w:spacing w:after="150" w:line="360" w:lineRule="auto"/>
        <w:jc w:val="both"/>
        <w:rPr>
          <w:rFonts w:ascii="Times New Roman" w:hAnsi="Times New Roman" w:cs="Times New Roman"/>
        </w:rPr>
      </w:pPr>
      <w:r w:rsidRPr="00760509">
        <w:rPr>
          <w:rFonts w:ascii="Times New Roman" w:hAnsi="Times New Roman" w:cs="Times New Roman"/>
          <w:b/>
          <w:bCs/>
        </w:rPr>
        <w:t>регулярные консультации классного руководителя с учителями-предметниками</w:t>
      </w:r>
      <w:r w:rsidRPr="00760509">
        <w:rPr>
          <w:rFonts w:ascii="Times New Roman" w:hAnsi="Times New Roman" w:cs="Times New Roman"/>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44E79" w:rsidRPr="00760509" w:rsidRDefault="00F44E79" w:rsidP="001C7BA4">
      <w:pPr>
        <w:widowControl/>
        <w:numPr>
          <w:ilvl w:val="0"/>
          <w:numId w:val="223"/>
        </w:numPr>
        <w:spacing w:after="150" w:line="360" w:lineRule="auto"/>
        <w:jc w:val="both"/>
        <w:rPr>
          <w:rFonts w:ascii="Times New Roman" w:hAnsi="Times New Roman" w:cs="Times New Roman"/>
        </w:rPr>
      </w:pPr>
      <w:r w:rsidRPr="00760509">
        <w:rPr>
          <w:rFonts w:ascii="Times New Roman" w:hAnsi="Times New Roman" w:cs="Times New Roman"/>
          <w:b/>
          <w:bCs/>
        </w:rPr>
        <w:t>проведение мини-педсоветов</w:t>
      </w:r>
      <w:r w:rsidRPr="00760509">
        <w:rPr>
          <w:rFonts w:ascii="Times New Roman" w:hAnsi="Times New Roman" w:cs="Times New Roman"/>
        </w:rPr>
        <w:t>, направленных на решение конкретных проблем класса и интеграцию воспитательных влияний на школьников;</w:t>
      </w:r>
    </w:p>
    <w:p w:rsidR="00F44E79" w:rsidRPr="00760509" w:rsidRDefault="00F44E79" w:rsidP="001C7BA4">
      <w:pPr>
        <w:widowControl/>
        <w:numPr>
          <w:ilvl w:val="0"/>
          <w:numId w:val="223"/>
        </w:numPr>
        <w:spacing w:after="150" w:line="360" w:lineRule="auto"/>
        <w:jc w:val="both"/>
        <w:rPr>
          <w:rFonts w:ascii="Times New Roman" w:hAnsi="Times New Roman" w:cs="Times New Roman"/>
        </w:rPr>
      </w:pPr>
      <w:r w:rsidRPr="00760509">
        <w:rPr>
          <w:rFonts w:ascii="Times New Roman" w:hAnsi="Times New Roman" w:cs="Times New Roman"/>
          <w:b/>
          <w:bCs/>
        </w:rPr>
        <w:t>привлечение учителей к участию во внутриклассных делах</w:t>
      </w:r>
      <w:r w:rsidRPr="00760509">
        <w:rPr>
          <w:rFonts w:ascii="Times New Roman" w:hAnsi="Times New Roman" w:cs="Times New Roman"/>
        </w:rPr>
        <w:t>, дающих педагогам возможность лучше узнавать и понимать своих учеников, увидев их в иной, отличной от учебной, обстановке;</w:t>
      </w:r>
    </w:p>
    <w:p w:rsidR="00F44E79" w:rsidRPr="00760509" w:rsidRDefault="00F44E79" w:rsidP="001C7BA4">
      <w:pPr>
        <w:widowControl/>
        <w:numPr>
          <w:ilvl w:val="0"/>
          <w:numId w:val="223"/>
        </w:numPr>
        <w:spacing w:after="150" w:line="360" w:lineRule="auto"/>
        <w:jc w:val="both"/>
        <w:rPr>
          <w:rFonts w:ascii="Times New Roman" w:hAnsi="Times New Roman" w:cs="Times New Roman"/>
        </w:rPr>
      </w:pPr>
      <w:r w:rsidRPr="00760509">
        <w:rPr>
          <w:rFonts w:ascii="Times New Roman" w:hAnsi="Times New Roman" w:cs="Times New Roman"/>
          <w:b/>
          <w:bCs/>
        </w:rPr>
        <w:t>привлечение учителей к участию в родительских собраниях</w:t>
      </w:r>
      <w:r w:rsidRPr="00760509">
        <w:rPr>
          <w:rFonts w:ascii="Times New Roman" w:hAnsi="Times New Roman" w:cs="Times New Roman"/>
        </w:rPr>
        <w:t> класса для объединения усилий в деле обучения и воспитания детей.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Работа с родителями учащихся или их законными представителями:</w:t>
      </w:r>
    </w:p>
    <w:p w:rsidR="00F44E79" w:rsidRPr="00760509" w:rsidRDefault="00F44E79" w:rsidP="001C7BA4">
      <w:pPr>
        <w:widowControl/>
        <w:numPr>
          <w:ilvl w:val="0"/>
          <w:numId w:val="224"/>
        </w:numPr>
        <w:spacing w:after="150" w:line="360" w:lineRule="auto"/>
        <w:jc w:val="both"/>
        <w:rPr>
          <w:rFonts w:ascii="Times New Roman" w:hAnsi="Times New Roman" w:cs="Times New Roman"/>
        </w:rPr>
      </w:pPr>
      <w:r w:rsidRPr="00760509">
        <w:rPr>
          <w:rFonts w:ascii="Times New Roman" w:hAnsi="Times New Roman" w:cs="Times New Roman"/>
          <w:b/>
          <w:bCs/>
        </w:rPr>
        <w:t>регулярное информирование</w:t>
      </w:r>
      <w:r w:rsidRPr="00760509">
        <w:rPr>
          <w:rFonts w:ascii="Times New Roman" w:hAnsi="Times New Roman" w:cs="Times New Roman"/>
        </w:rPr>
        <w:t> родителей о школьных успехах и проблемах их детей, о жизни класса в целом;</w:t>
      </w:r>
    </w:p>
    <w:p w:rsidR="00F44E79" w:rsidRPr="00760509" w:rsidRDefault="00F44E79" w:rsidP="001C7BA4">
      <w:pPr>
        <w:widowControl/>
        <w:numPr>
          <w:ilvl w:val="0"/>
          <w:numId w:val="224"/>
        </w:numPr>
        <w:spacing w:after="150" w:line="360" w:lineRule="auto"/>
        <w:jc w:val="both"/>
        <w:rPr>
          <w:rFonts w:ascii="Times New Roman" w:hAnsi="Times New Roman" w:cs="Times New Roman"/>
        </w:rPr>
      </w:pPr>
      <w:r w:rsidRPr="00760509">
        <w:rPr>
          <w:rFonts w:ascii="Times New Roman" w:hAnsi="Times New Roman" w:cs="Times New Roman"/>
          <w:b/>
          <w:bCs/>
        </w:rPr>
        <w:t>помощь родителям</w:t>
      </w:r>
      <w:r w:rsidRPr="00760509">
        <w:rPr>
          <w:rFonts w:ascii="Times New Roman" w:hAnsi="Times New Roman" w:cs="Times New Roman"/>
        </w:rPr>
        <w:t> школьников или их законным представителям в регулировании отношений между ними, администрацией школы и учителями-предметниками;</w:t>
      </w:r>
    </w:p>
    <w:p w:rsidR="00F44E79" w:rsidRPr="00760509" w:rsidRDefault="00F44E79" w:rsidP="001C7BA4">
      <w:pPr>
        <w:widowControl/>
        <w:numPr>
          <w:ilvl w:val="0"/>
          <w:numId w:val="224"/>
        </w:numPr>
        <w:spacing w:after="150" w:line="360" w:lineRule="auto"/>
        <w:jc w:val="both"/>
        <w:rPr>
          <w:rFonts w:ascii="Times New Roman" w:hAnsi="Times New Roman" w:cs="Times New Roman"/>
        </w:rPr>
      </w:pPr>
      <w:r w:rsidRPr="00760509">
        <w:rPr>
          <w:rFonts w:ascii="Times New Roman" w:hAnsi="Times New Roman" w:cs="Times New Roman"/>
          <w:b/>
          <w:bCs/>
        </w:rPr>
        <w:t>организация родительских собраний</w:t>
      </w:r>
      <w:r w:rsidRPr="00760509">
        <w:rPr>
          <w:rFonts w:ascii="Times New Roman" w:hAnsi="Times New Roman" w:cs="Times New Roman"/>
        </w:rPr>
        <w:t>, происходящих в режиме обсуждения наиболее острых проблем обучения и воспитания школьников;</w:t>
      </w:r>
    </w:p>
    <w:p w:rsidR="00F44E79" w:rsidRPr="00760509" w:rsidRDefault="00F44E79" w:rsidP="001C7BA4">
      <w:pPr>
        <w:widowControl/>
        <w:numPr>
          <w:ilvl w:val="0"/>
          <w:numId w:val="224"/>
        </w:numPr>
        <w:spacing w:after="150" w:line="360" w:lineRule="auto"/>
        <w:jc w:val="both"/>
        <w:rPr>
          <w:rFonts w:ascii="Times New Roman" w:hAnsi="Times New Roman" w:cs="Times New Roman"/>
        </w:rPr>
      </w:pPr>
      <w:r w:rsidRPr="00760509">
        <w:rPr>
          <w:rFonts w:ascii="Times New Roman" w:hAnsi="Times New Roman" w:cs="Times New Roman"/>
          <w:b/>
          <w:bCs/>
        </w:rPr>
        <w:t>создание и организация работы родительских комитетов</w:t>
      </w:r>
      <w:r w:rsidRPr="00760509">
        <w:rPr>
          <w:rFonts w:ascii="Times New Roman" w:hAnsi="Times New Roman" w:cs="Times New Roman"/>
        </w:rPr>
        <w:t> классов, участвующих в управлении образовательной организацией и решении вопросов воспитания и обучения их детей;</w:t>
      </w:r>
    </w:p>
    <w:p w:rsidR="00F44E79" w:rsidRPr="00760509" w:rsidRDefault="00F44E79" w:rsidP="001C7BA4">
      <w:pPr>
        <w:widowControl/>
        <w:numPr>
          <w:ilvl w:val="0"/>
          <w:numId w:val="224"/>
        </w:numPr>
        <w:spacing w:after="150" w:line="360" w:lineRule="auto"/>
        <w:jc w:val="both"/>
        <w:rPr>
          <w:rFonts w:ascii="Times New Roman" w:hAnsi="Times New Roman" w:cs="Times New Roman"/>
        </w:rPr>
      </w:pPr>
      <w:r w:rsidRPr="00760509">
        <w:rPr>
          <w:rFonts w:ascii="Times New Roman" w:hAnsi="Times New Roman" w:cs="Times New Roman"/>
          <w:b/>
          <w:bCs/>
        </w:rPr>
        <w:t>привлечение членов семей школьников</w:t>
      </w:r>
      <w:r w:rsidRPr="00760509">
        <w:rPr>
          <w:rFonts w:ascii="Times New Roman" w:hAnsi="Times New Roman" w:cs="Times New Roman"/>
        </w:rPr>
        <w:t> к организации и проведению дел класса;</w:t>
      </w:r>
    </w:p>
    <w:p w:rsidR="00F44E79" w:rsidRPr="00760509" w:rsidRDefault="00F44E79" w:rsidP="001C7BA4">
      <w:pPr>
        <w:widowControl/>
        <w:numPr>
          <w:ilvl w:val="0"/>
          <w:numId w:val="224"/>
        </w:numPr>
        <w:spacing w:after="150" w:line="360" w:lineRule="auto"/>
        <w:jc w:val="both"/>
        <w:rPr>
          <w:rFonts w:ascii="Times New Roman" w:hAnsi="Times New Roman" w:cs="Times New Roman"/>
        </w:rPr>
      </w:pPr>
      <w:r w:rsidRPr="00760509">
        <w:rPr>
          <w:rFonts w:ascii="Times New Roman" w:hAnsi="Times New Roman" w:cs="Times New Roman"/>
          <w:b/>
          <w:bCs/>
        </w:rPr>
        <w:t>организация на базе класса семейных праздников</w:t>
      </w:r>
      <w:r w:rsidRPr="00760509">
        <w:rPr>
          <w:rFonts w:ascii="Times New Roman" w:hAnsi="Times New Roman" w:cs="Times New Roman"/>
        </w:rPr>
        <w:t>, конкурсов, соревнований, направленных на сплочение семьи и школы.</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«Внеурочная деятельность</w:t>
      </w:r>
      <w:r w:rsidRPr="00760509">
        <w:rPr>
          <w:rFonts w:ascii="Times New Roman" w:hAnsi="Times New Roman" w:cs="Times New Roman"/>
        </w:rPr>
        <w:t xml:space="preserve"> </w:t>
      </w:r>
      <w:r w:rsidRPr="00760509">
        <w:rPr>
          <w:rFonts w:ascii="Times New Roman" w:hAnsi="Times New Roman" w:cs="Times New Roman"/>
          <w:b/>
          <w:bCs/>
        </w:rPr>
        <w:t>и дополнительное образование»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Воспитание на занятиях школьных курсов внеурочной деятельности и дополнительного образования преимущественно осуществляется через:</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формирование в кружках, секциях, клубах, студиях и т.п. детско-взрослых общностей,</w:t>
      </w:r>
      <w:r w:rsidRPr="00760509">
        <w:rPr>
          <w:rFonts w:ascii="Times New Roman" w:hAnsi="Times New Roman" w:cs="Times New Roman"/>
          <w:i/>
          <w:iCs/>
        </w:rPr>
        <w:t> </w:t>
      </w:r>
      <w:r w:rsidRPr="00760509">
        <w:rPr>
          <w:rFonts w:ascii="Times New Roman" w:hAnsi="Times New Roman" w:cs="Times New Roman"/>
        </w:rPr>
        <w:t>которые могли бы объединять детей и педагогов общими позитивными эмоциями и доверительными отношениями друг к другу;</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создание в детских объединениях традиций, задающих их членам определенные социально значимые формы поведения;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поощрение педагогами детских инициатив и детского самоуправления.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F44E79" w:rsidRPr="00760509" w:rsidRDefault="00F44E79" w:rsidP="00760509">
      <w:pPr>
        <w:spacing w:after="150" w:line="360" w:lineRule="auto"/>
        <w:jc w:val="both"/>
        <w:rPr>
          <w:rFonts w:ascii="Times New Roman" w:hAnsi="Times New Roman" w:cs="Times New Roman"/>
        </w:rPr>
      </w:pP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Внеурочная деятельность  ведётся в следующих направлениях: общеинтеллектуальное, общекультурное, спортивно – оздоровительное, духовно – нравственное в соответствии с ФГОС НОО и ФГОС ООО.</w:t>
      </w:r>
    </w:p>
    <w:p w:rsidR="00F44E79" w:rsidRPr="00760509" w:rsidRDefault="00F44E79" w:rsidP="00760509">
      <w:pPr>
        <w:spacing w:after="150" w:line="360" w:lineRule="auto"/>
        <w:jc w:val="both"/>
        <w:rPr>
          <w:rFonts w:ascii="Times New Roman" w:hAnsi="Times New Roman" w:cs="Times New Roman"/>
          <w:b/>
          <w:bCs/>
          <w:i/>
          <w:iCs/>
          <w:u w:val="single"/>
        </w:rPr>
      </w:pPr>
      <w:r w:rsidRPr="00760509">
        <w:rPr>
          <w:rFonts w:ascii="Times New Roman" w:hAnsi="Times New Roman" w:cs="Times New Roman"/>
          <w:b/>
          <w:bCs/>
          <w:i/>
          <w:iCs/>
          <w:u w:val="single"/>
        </w:rPr>
        <w:t>Дополнительное образование.</w:t>
      </w:r>
    </w:p>
    <w:p w:rsidR="00F44E79" w:rsidRPr="00760509" w:rsidRDefault="00F44E79" w:rsidP="00760509">
      <w:pPr>
        <w:spacing w:after="150" w:line="360" w:lineRule="auto"/>
        <w:jc w:val="both"/>
        <w:rPr>
          <w:rFonts w:ascii="Times New Roman" w:hAnsi="Times New Roman" w:cs="Times New Roman"/>
          <w:bCs/>
          <w:iCs/>
        </w:rPr>
      </w:pPr>
      <w:r w:rsidRPr="00760509">
        <w:rPr>
          <w:rFonts w:ascii="Times New Roman" w:hAnsi="Times New Roman" w:cs="Times New Roman"/>
          <w:bCs/>
          <w:iCs/>
        </w:rPr>
        <w:t xml:space="preserve">Все кружки дополнительного образования фиксируются в информационном сервисе навигатор 57, через который можно выбрать   программу и подать заявку. На данный момент у нас 9 кружков разной направленности, 4 из которых функционируют на базе нашей школы с помощью федеральной сети центров образования «Точка роста». </w:t>
      </w:r>
    </w:p>
    <w:p w:rsidR="00F44E79" w:rsidRPr="00760509" w:rsidRDefault="00F44E79" w:rsidP="00760509">
      <w:pPr>
        <w:spacing w:after="150" w:line="360" w:lineRule="auto"/>
        <w:jc w:val="both"/>
        <w:rPr>
          <w:rFonts w:ascii="Times New Roman" w:hAnsi="Times New Roman" w:cs="Times New Roman"/>
          <w:bCs/>
          <w:iCs/>
        </w:rPr>
      </w:pPr>
      <w:r w:rsidRPr="00760509">
        <w:rPr>
          <w:rFonts w:ascii="Times New Roman" w:hAnsi="Times New Roman" w:cs="Times New Roman"/>
          <w:b/>
          <w:bCs/>
          <w:i/>
          <w:iCs/>
        </w:rPr>
        <w:t xml:space="preserve">Естественнонаучная направленность.  </w:t>
      </w:r>
    </w:p>
    <w:p w:rsidR="00F44E79" w:rsidRPr="00760509" w:rsidRDefault="00F44E79" w:rsidP="001C7BA4">
      <w:pPr>
        <w:widowControl/>
        <w:numPr>
          <w:ilvl w:val="0"/>
          <w:numId w:val="225"/>
        </w:numPr>
        <w:spacing w:after="150" w:line="360" w:lineRule="auto"/>
        <w:jc w:val="both"/>
        <w:rPr>
          <w:rFonts w:ascii="Times New Roman" w:hAnsi="Times New Roman" w:cs="Times New Roman"/>
        </w:rPr>
      </w:pPr>
      <w:r w:rsidRPr="00760509">
        <w:rPr>
          <w:rFonts w:ascii="Times New Roman" w:hAnsi="Times New Roman" w:cs="Times New Roman"/>
        </w:rPr>
        <w:t>«Химия в быту»</w:t>
      </w:r>
    </w:p>
    <w:p w:rsidR="00F44E79" w:rsidRPr="00760509" w:rsidRDefault="00F44E79" w:rsidP="001C7BA4">
      <w:pPr>
        <w:widowControl/>
        <w:numPr>
          <w:ilvl w:val="0"/>
          <w:numId w:val="225"/>
        </w:numPr>
        <w:spacing w:after="150" w:line="360" w:lineRule="auto"/>
        <w:jc w:val="both"/>
        <w:rPr>
          <w:rFonts w:ascii="Times New Roman" w:hAnsi="Times New Roman" w:cs="Times New Roman"/>
        </w:rPr>
      </w:pPr>
      <w:r w:rsidRPr="00760509">
        <w:rPr>
          <w:rFonts w:ascii="Times New Roman" w:hAnsi="Times New Roman" w:cs="Times New Roman"/>
        </w:rPr>
        <w:t>«Практическая биология»</w:t>
      </w:r>
    </w:p>
    <w:p w:rsidR="00F44E79" w:rsidRPr="00760509" w:rsidRDefault="00F44E79" w:rsidP="001C7BA4">
      <w:pPr>
        <w:widowControl/>
        <w:numPr>
          <w:ilvl w:val="0"/>
          <w:numId w:val="225"/>
        </w:numPr>
        <w:spacing w:after="150" w:line="360" w:lineRule="auto"/>
        <w:jc w:val="both"/>
        <w:rPr>
          <w:rFonts w:ascii="Times New Roman" w:hAnsi="Times New Roman" w:cs="Times New Roman"/>
        </w:rPr>
      </w:pPr>
      <w:r w:rsidRPr="00760509">
        <w:rPr>
          <w:rFonts w:ascii="Times New Roman" w:hAnsi="Times New Roman" w:cs="Times New Roman"/>
        </w:rPr>
        <w:t>«Практическая физика»</w:t>
      </w:r>
    </w:p>
    <w:p w:rsidR="00F44E79" w:rsidRPr="00760509" w:rsidRDefault="00F44E79" w:rsidP="00760509">
      <w:pPr>
        <w:spacing w:after="150" w:line="360" w:lineRule="auto"/>
        <w:jc w:val="both"/>
        <w:rPr>
          <w:rFonts w:ascii="Times New Roman" w:hAnsi="Times New Roman" w:cs="Times New Roman"/>
          <w:b/>
          <w:bCs/>
          <w:i/>
          <w:iCs/>
        </w:rPr>
      </w:pPr>
      <w:r w:rsidRPr="00760509">
        <w:rPr>
          <w:rFonts w:ascii="Times New Roman" w:hAnsi="Times New Roman" w:cs="Times New Roman"/>
          <w:b/>
          <w:bCs/>
          <w:i/>
          <w:iCs/>
        </w:rPr>
        <w:t>Художественная направленность.</w:t>
      </w:r>
    </w:p>
    <w:p w:rsidR="00F44E79" w:rsidRPr="00760509" w:rsidRDefault="00F44E79" w:rsidP="001C7BA4">
      <w:pPr>
        <w:widowControl/>
        <w:numPr>
          <w:ilvl w:val="0"/>
          <w:numId w:val="225"/>
        </w:numPr>
        <w:spacing w:after="150" w:line="360" w:lineRule="auto"/>
        <w:jc w:val="both"/>
        <w:rPr>
          <w:rFonts w:ascii="Times New Roman" w:hAnsi="Times New Roman" w:cs="Times New Roman"/>
          <w:color w:val="auto"/>
        </w:rPr>
      </w:pPr>
      <w:r w:rsidRPr="00760509">
        <w:rPr>
          <w:rFonts w:ascii="Times New Roman" w:hAnsi="Times New Roman" w:cs="Times New Roman"/>
        </w:rPr>
        <w:t>«Волшебная шкатулка»</w:t>
      </w:r>
    </w:p>
    <w:p w:rsidR="00F44E79" w:rsidRPr="00760509" w:rsidRDefault="00F44E79" w:rsidP="001C7BA4">
      <w:pPr>
        <w:widowControl/>
        <w:numPr>
          <w:ilvl w:val="0"/>
          <w:numId w:val="225"/>
        </w:numPr>
        <w:spacing w:after="150" w:line="360" w:lineRule="auto"/>
        <w:jc w:val="both"/>
        <w:rPr>
          <w:rFonts w:ascii="Times New Roman" w:hAnsi="Times New Roman" w:cs="Times New Roman"/>
        </w:rPr>
      </w:pPr>
      <w:r w:rsidRPr="00760509">
        <w:rPr>
          <w:rFonts w:ascii="Times New Roman" w:hAnsi="Times New Roman" w:cs="Times New Roman"/>
        </w:rPr>
        <w:t>Вокальная студия «Радуга»</w:t>
      </w:r>
    </w:p>
    <w:p w:rsidR="00F44E79" w:rsidRPr="00760509" w:rsidRDefault="00F44E79" w:rsidP="001C7BA4">
      <w:pPr>
        <w:widowControl/>
        <w:numPr>
          <w:ilvl w:val="0"/>
          <w:numId w:val="225"/>
        </w:numPr>
        <w:spacing w:after="150" w:line="360" w:lineRule="auto"/>
        <w:jc w:val="both"/>
        <w:rPr>
          <w:rFonts w:ascii="Times New Roman" w:hAnsi="Times New Roman" w:cs="Times New Roman"/>
        </w:rPr>
      </w:pPr>
      <w:r w:rsidRPr="00760509">
        <w:rPr>
          <w:rFonts w:ascii="Times New Roman" w:hAnsi="Times New Roman" w:cs="Times New Roman"/>
        </w:rPr>
        <w:t xml:space="preserve">Работа с видео редактором «Медиоцентр» </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 xml:space="preserve"> Социально-гуманитарная направленность.</w:t>
      </w:r>
      <w:r w:rsidRPr="00760509">
        <w:rPr>
          <w:rFonts w:ascii="Times New Roman" w:hAnsi="Times New Roman" w:cs="Times New Roman"/>
        </w:rPr>
        <w:t xml:space="preserve"> </w:t>
      </w:r>
    </w:p>
    <w:p w:rsidR="00F44E79" w:rsidRPr="00760509" w:rsidRDefault="00F44E79" w:rsidP="001C7BA4">
      <w:pPr>
        <w:widowControl/>
        <w:numPr>
          <w:ilvl w:val="0"/>
          <w:numId w:val="225"/>
        </w:numPr>
        <w:spacing w:after="150" w:line="360" w:lineRule="auto"/>
        <w:jc w:val="both"/>
        <w:rPr>
          <w:rFonts w:ascii="Times New Roman" w:hAnsi="Times New Roman" w:cs="Times New Roman"/>
        </w:rPr>
      </w:pPr>
      <w:r w:rsidRPr="00760509">
        <w:rPr>
          <w:rFonts w:ascii="Times New Roman" w:hAnsi="Times New Roman" w:cs="Times New Roman"/>
        </w:rPr>
        <w:t>«Литературная гостиная»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Спортивно-оздоровительная направленность. </w:t>
      </w:r>
    </w:p>
    <w:p w:rsidR="00F44E79" w:rsidRPr="00760509" w:rsidRDefault="00F44E79" w:rsidP="001C7BA4">
      <w:pPr>
        <w:widowControl/>
        <w:numPr>
          <w:ilvl w:val="0"/>
          <w:numId w:val="225"/>
        </w:numPr>
        <w:spacing w:after="150" w:line="360" w:lineRule="auto"/>
        <w:jc w:val="both"/>
        <w:rPr>
          <w:rFonts w:ascii="Times New Roman" w:hAnsi="Times New Roman" w:cs="Times New Roman"/>
          <w:color w:val="auto"/>
        </w:rPr>
      </w:pPr>
      <w:r w:rsidRPr="00760509">
        <w:rPr>
          <w:rFonts w:ascii="Times New Roman" w:hAnsi="Times New Roman" w:cs="Times New Roman"/>
        </w:rPr>
        <w:t>Спортивный клуб «Баскетбол»</w:t>
      </w:r>
    </w:p>
    <w:p w:rsidR="00F44E79" w:rsidRPr="00760509" w:rsidRDefault="00F44E79" w:rsidP="001C7BA4">
      <w:pPr>
        <w:widowControl/>
        <w:numPr>
          <w:ilvl w:val="0"/>
          <w:numId w:val="225"/>
        </w:numPr>
        <w:spacing w:after="150" w:line="360" w:lineRule="auto"/>
        <w:jc w:val="both"/>
        <w:rPr>
          <w:rFonts w:ascii="Times New Roman" w:hAnsi="Times New Roman" w:cs="Times New Roman"/>
        </w:rPr>
      </w:pPr>
      <w:r w:rsidRPr="00760509">
        <w:rPr>
          <w:rFonts w:ascii="Times New Roman" w:hAnsi="Times New Roman" w:cs="Times New Roman"/>
        </w:rPr>
        <w:t>«А мы играем в шашки»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Модуль «Школьный урок»</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Реализация школьными педагогами воспитательного потенциала урока предполагает следующее</w:t>
      </w:r>
      <w:r w:rsidRPr="00760509">
        <w:rPr>
          <w:rFonts w:ascii="Times New Roman" w:hAnsi="Times New Roman" w:cs="Times New Roman"/>
          <w:i/>
          <w:iCs/>
        </w:rPr>
        <w:t>:</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установление</w:t>
      </w:r>
      <w:r w:rsidRPr="00760509">
        <w:rPr>
          <w:rFonts w:ascii="Times New Roman" w:hAnsi="Times New Roman" w:cs="Times New Roman"/>
        </w:rPr>
        <w:t>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побуждение</w:t>
      </w:r>
      <w:r w:rsidRPr="00760509">
        <w:rPr>
          <w:rFonts w:ascii="Times New Roman" w:hAnsi="Times New Roman" w:cs="Times New Roman"/>
        </w:rPr>
        <w:t>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привлечение</w:t>
      </w:r>
      <w:r w:rsidRPr="00760509">
        <w:rPr>
          <w:rFonts w:ascii="Times New Roman" w:hAnsi="Times New Roman" w:cs="Times New Roman"/>
        </w:rPr>
        <w:t>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использование</w:t>
      </w:r>
      <w:r w:rsidRPr="00760509">
        <w:rPr>
          <w:rFonts w:ascii="Times New Roman" w:hAnsi="Times New Roman" w:cs="Times New Roman"/>
        </w:rPr>
        <w:t>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применение</w:t>
      </w:r>
      <w:r w:rsidRPr="00760509">
        <w:rPr>
          <w:rFonts w:ascii="Times New Roman" w:hAnsi="Times New Roman" w:cs="Times New Roman"/>
        </w:rPr>
        <w:t>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включение</w:t>
      </w:r>
      <w:r w:rsidRPr="00760509">
        <w:rPr>
          <w:rFonts w:ascii="Times New Roman" w:hAnsi="Times New Roman" w:cs="Times New Roman"/>
        </w:rPr>
        <w:t>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организация</w:t>
      </w:r>
      <w:r w:rsidRPr="00760509">
        <w:rPr>
          <w:rFonts w:ascii="Times New Roman" w:hAnsi="Times New Roman" w:cs="Times New Roman"/>
        </w:rPr>
        <w:t>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44E79" w:rsidRPr="00760509" w:rsidRDefault="00F44E79" w:rsidP="001C7BA4">
      <w:pPr>
        <w:widowControl/>
        <w:numPr>
          <w:ilvl w:val="0"/>
          <w:numId w:val="226"/>
        </w:numPr>
        <w:spacing w:after="150" w:line="360" w:lineRule="auto"/>
        <w:jc w:val="both"/>
        <w:rPr>
          <w:rFonts w:ascii="Times New Roman" w:hAnsi="Times New Roman" w:cs="Times New Roman"/>
        </w:rPr>
      </w:pPr>
      <w:r w:rsidRPr="00760509">
        <w:rPr>
          <w:rFonts w:ascii="Times New Roman" w:hAnsi="Times New Roman" w:cs="Times New Roman"/>
          <w:b/>
          <w:bCs/>
        </w:rPr>
        <w:t>инициирование и поддержка</w:t>
      </w:r>
      <w:r w:rsidRPr="00760509">
        <w:rPr>
          <w:rFonts w:ascii="Times New Roman" w:hAnsi="Times New Roman" w:cs="Times New Roman"/>
        </w:rPr>
        <w:t>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Модуль «Самоуправление»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Детское самоуправление в школе осуществляется следующим образом</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уровне школы:</w:t>
      </w:r>
    </w:p>
    <w:p w:rsidR="00F44E79" w:rsidRPr="00760509" w:rsidRDefault="00F44E79" w:rsidP="001C7BA4">
      <w:pPr>
        <w:widowControl/>
        <w:numPr>
          <w:ilvl w:val="0"/>
          <w:numId w:val="227"/>
        </w:numPr>
        <w:spacing w:after="150" w:line="360" w:lineRule="auto"/>
        <w:jc w:val="both"/>
        <w:rPr>
          <w:rFonts w:ascii="Times New Roman" w:hAnsi="Times New Roman" w:cs="Times New Roman"/>
        </w:rPr>
      </w:pPr>
      <w:r w:rsidRPr="00760509">
        <w:rPr>
          <w:rFonts w:ascii="Times New Roman" w:hAnsi="Times New Roman" w:cs="Times New Roman"/>
        </w:rPr>
        <w:t>через деятельность выборного Совета обучающихся, в состав которого входят представители Совета.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44E79" w:rsidRPr="00760509" w:rsidRDefault="00F44E79" w:rsidP="001C7BA4">
      <w:pPr>
        <w:widowControl/>
        <w:numPr>
          <w:ilvl w:val="0"/>
          <w:numId w:val="227"/>
        </w:numPr>
        <w:spacing w:after="150" w:line="360" w:lineRule="auto"/>
        <w:jc w:val="both"/>
        <w:rPr>
          <w:rFonts w:ascii="Times New Roman" w:hAnsi="Times New Roman" w:cs="Times New Roman"/>
        </w:rPr>
      </w:pPr>
      <w:r w:rsidRPr="00760509">
        <w:rPr>
          <w:rFonts w:ascii="Times New Roman" w:hAnsi="Times New Roman" w:cs="Times New Roman"/>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 личностное развитие, гражданская активность, военно-патриотическое направление, информационно-медийное направление;</w:t>
      </w:r>
    </w:p>
    <w:p w:rsidR="00F44E79" w:rsidRPr="00760509" w:rsidRDefault="00F44E79" w:rsidP="001C7BA4">
      <w:pPr>
        <w:widowControl/>
        <w:numPr>
          <w:ilvl w:val="0"/>
          <w:numId w:val="227"/>
        </w:numPr>
        <w:spacing w:after="150" w:line="360" w:lineRule="auto"/>
        <w:jc w:val="both"/>
        <w:rPr>
          <w:rFonts w:ascii="Times New Roman" w:hAnsi="Times New Roman" w:cs="Times New Roman"/>
        </w:rPr>
      </w:pPr>
      <w:r w:rsidRPr="00760509">
        <w:rPr>
          <w:rFonts w:ascii="Times New Roman"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rsidR="00F44E79" w:rsidRPr="00760509" w:rsidRDefault="00F44E79" w:rsidP="001C7BA4">
      <w:pPr>
        <w:widowControl/>
        <w:numPr>
          <w:ilvl w:val="0"/>
          <w:numId w:val="227"/>
        </w:numPr>
        <w:spacing w:after="150" w:line="360" w:lineRule="auto"/>
        <w:jc w:val="both"/>
        <w:rPr>
          <w:rFonts w:ascii="Times New Roman" w:hAnsi="Times New Roman" w:cs="Times New Roman"/>
        </w:rPr>
      </w:pPr>
      <w:r w:rsidRPr="00760509">
        <w:rPr>
          <w:rFonts w:ascii="Times New Roman" w:hAnsi="Times New Roman" w:cs="Times New Roman"/>
        </w:rPr>
        <w:t>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школе.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уровне классов</w:t>
      </w:r>
      <w:r w:rsidRPr="00760509">
        <w:rPr>
          <w:rFonts w:ascii="Times New Roman" w:hAnsi="Times New Roman" w:cs="Times New Roman"/>
          <w:i/>
          <w:iCs/>
        </w:rPr>
        <w:t>:</w:t>
      </w:r>
    </w:p>
    <w:p w:rsidR="00F44E79" w:rsidRPr="00760509" w:rsidRDefault="00F44E79" w:rsidP="001C7BA4">
      <w:pPr>
        <w:widowControl/>
        <w:numPr>
          <w:ilvl w:val="0"/>
          <w:numId w:val="228"/>
        </w:numPr>
        <w:spacing w:after="150" w:line="360" w:lineRule="auto"/>
        <w:jc w:val="both"/>
        <w:rPr>
          <w:rFonts w:ascii="Times New Roman" w:hAnsi="Times New Roman" w:cs="Times New Roman"/>
        </w:rPr>
      </w:pPr>
      <w:r w:rsidRPr="00760509">
        <w:rPr>
          <w:rFonts w:ascii="Times New Roman" w:hAnsi="Times New Roman" w:cs="Times New Roman"/>
        </w:rPr>
        <w:t>через деятельность выборных по инициативе и предложениям учащихся класса лидеров (активистов РДШ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44E79" w:rsidRPr="00760509" w:rsidRDefault="00F44E79" w:rsidP="001C7BA4">
      <w:pPr>
        <w:widowControl/>
        <w:numPr>
          <w:ilvl w:val="0"/>
          <w:numId w:val="228"/>
        </w:numPr>
        <w:spacing w:after="150" w:line="360" w:lineRule="auto"/>
        <w:jc w:val="both"/>
        <w:rPr>
          <w:rFonts w:ascii="Times New Roman" w:hAnsi="Times New Roman" w:cs="Times New Roman"/>
        </w:rPr>
      </w:pPr>
      <w:r w:rsidRPr="00760509">
        <w:rPr>
          <w:rFonts w:ascii="Times New Roman" w:hAnsi="Times New Roman" w:cs="Times New Roman"/>
        </w:rPr>
        <w:t>через деятельность выборных органов самоуправления, отвечающих за различные направления работы класса;</w:t>
      </w:r>
    </w:p>
    <w:p w:rsidR="00F44E79" w:rsidRPr="00760509" w:rsidRDefault="00F44E79" w:rsidP="001C7BA4">
      <w:pPr>
        <w:widowControl/>
        <w:numPr>
          <w:ilvl w:val="0"/>
          <w:numId w:val="228"/>
        </w:numPr>
        <w:spacing w:after="150" w:line="360" w:lineRule="auto"/>
        <w:jc w:val="both"/>
        <w:rPr>
          <w:rFonts w:ascii="Times New Roman" w:hAnsi="Times New Roman" w:cs="Times New Roman"/>
        </w:rPr>
      </w:pPr>
      <w:r w:rsidRPr="00760509">
        <w:rPr>
          <w:rFonts w:ascii="Times New Roman" w:hAnsi="Times New Roman"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индивидуальном уровне:</w:t>
      </w:r>
    </w:p>
    <w:p w:rsidR="00F44E79" w:rsidRPr="00760509" w:rsidRDefault="00F44E79" w:rsidP="001C7BA4">
      <w:pPr>
        <w:widowControl/>
        <w:numPr>
          <w:ilvl w:val="0"/>
          <w:numId w:val="229"/>
        </w:numPr>
        <w:spacing w:after="150" w:line="360" w:lineRule="auto"/>
        <w:jc w:val="both"/>
        <w:rPr>
          <w:rFonts w:ascii="Times New Roman" w:hAnsi="Times New Roman" w:cs="Times New Roman"/>
        </w:rPr>
      </w:pPr>
      <w:r w:rsidRPr="00760509">
        <w:rPr>
          <w:rFonts w:ascii="Times New Roman" w:hAnsi="Times New Roman" w:cs="Times New Roman"/>
        </w:rPr>
        <w:t>через вовлечение школьников в планирование, организацию, проведение и анализ общешкольных и внутриклассных дел;</w:t>
      </w:r>
    </w:p>
    <w:p w:rsidR="00F44E79" w:rsidRPr="00760509" w:rsidRDefault="00F44E79" w:rsidP="001C7BA4">
      <w:pPr>
        <w:widowControl/>
        <w:numPr>
          <w:ilvl w:val="0"/>
          <w:numId w:val="229"/>
        </w:numPr>
        <w:spacing w:after="150" w:line="360" w:lineRule="auto"/>
        <w:jc w:val="both"/>
        <w:rPr>
          <w:rFonts w:ascii="Times New Roman" w:hAnsi="Times New Roman" w:cs="Times New Roman"/>
        </w:rPr>
      </w:pPr>
      <w:r w:rsidRPr="00760509">
        <w:rPr>
          <w:rFonts w:ascii="Times New Roman" w:hAnsi="Times New Roman" w:cs="Times New Roman"/>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Модуль «Социальное партнёрство»</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Социальное партнёрство – это участие школьников в общественно-полезных делах, деятельности на благо конкретных людей и социального окружения в целом. Социальное партнёрство может быть событийным и повседневным. Событийное социальное партнёрство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социальное партнёрство предполагает постоянную деятельность школьников, направленную на благо конкретных людей и социального окружения в целом. социальное партнёрство позволяет школьникам проявить такие качества как внимание, забота, уважение. социальное партнёрство позволяет развивать коммуникативную культуру, умение общаться, слушать и слышать, эмоциональный интеллект, эмпатию, умение сопереживать.</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Воспитательный потенциал социальное партнёрство реализуется следующим образом:</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внешкольном уровне:</w:t>
      </w:r>
    </w:p>
    <w:p w:rsidR="00F44E79" w:rsidRPr="00760509" w:rsidRDefault="00F44E79" w:rsidP="001C7BA4">
      <w:pPr>
        <w:widowControl/>
        <w:numPr>
          <w:ilvl w:val="0"/>
          <w:numId w:val="230"/>
        </w:numPr>
        <w:spacing w:after="150" w:line="360" w:lineRule="auto"/>
        <w:jc w:val="both"/>
        <w:rPr>
          <w:rFonts w:ascii="Times New Roman" w:hAnsi="Times New Roman" w:cs="Times New Roman"/>
        </w:rPr>
      </w:pPr>
      <w:r w:rsidRPr="00760509">
        <w:rPr>
          <w:rFonts w:ascii="Times New Roman" w:hAnsi="Times New Roman" w:cs="Times New Roman"/>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F44E79" w:rsidRPr="00760509" w:rsidRDefault="00F44E79" w:rsidP="001C7BA4">
      <w:pPr>
        <w:widowControl/>
        <w:numPr>
          <w:ilvl w:val="0"/>
          <w:numId w:val="230"/>
        </w:numPr>
        <w:spacing w:after="150" w:line="360" w:lineRule="auto"/>
        <w:jc w:val="both"/>
        <w:rPr>
          <w:rFonts w:ascii="Times New Roman" w:hAnsi="Times New Roman" w:cs="Times New Roman"/>
        </w:rPr>
      </w:pPr>
      <w:r w:rsidRPr="00760509">
        <w:rPr>
          <w:rFonts w:ascii="Times New Roman" w:hAnsi="Times New Roman" w:cs="Times New Roman"/>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F44E79" w:rsidRPr="00760509" w:rsidRDefault="00F44E79" w:rsidP="001C7BA4">
      <w:pPr>
        <w:widowControl/>
        <w:numPr>
          <w:ilvl w:val="0"/>
          <w:numId w:val="230"/>
        </w:numPr>
        <w:spacing w:after="150" w:line="360" w:lineRule="auto"/>
        <w:jc w:val="both"/>
        <w:rPr>
          <w:rFonts w:ascii="Times New Roman" w:hAnsi="Times New Roman" w:cs="Times New Roman"/>
        </w:rPr>
      </w:pPr>
      <w:r w:rsidRPr="00760509">
        <w:rPr>
          <w:rFonts w:ascii="Times New Roman" w:hAnsi="Times New Roman" w:cs="Times New Roman"/>
        </w:rPr>
        <w:t>посильная помощь, оказываемая школьниками пожилым людям, проживающим в микрорайоне расположения образовательной организации;</w:t>
      </w:r>
    </w:p>
    <w:p w:rsidR="00F44E79" w:rsidRPr="00760509" w:rsidRDefault="00F44E79" w:rsidP="001C7BA4">
      <w:pPr>
        <w:widowControl/>
        <w:numPr>
          <w:ilvl w:val="0"/>
          <w:numId w:val="230"/>
        </w:numPr>
        <w:spacing w:after="150" w:line="360" w:lineRule="auto"/>
        <w:jc w:val="both"/>
        <w:rPr>
          <w:rFonts w:ascii="Times New Roman" w:hAnsi="Times New Roman" w:cs="Times New Roman"/>
        </w:rPr>
      </w:pPr>
      <w:r w:rsidRPr="00760509">
        <w:rPr>
          <w:rFonts w:ascii="Times New Roman" w:hAnsi="Times New Roman" w:cs="Times New Roman"/>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F44E79" w:rsidRPr="00760509" w:rsidRDefault="00F44E79" w:rsidP="001C7BA4">
      <w:pPr>
        <w:widowControl/>
        <w:numPr>
          <w:ilvl w:val="0"/>
          <w:numId w:val="230"/>
        </w:numPr>
        <w:spacing w:after="150" w:line="360" w:lineRule="auto"/>
        <w:jc w:val="both"/>
        <w:rPr>
          <w:rFonts w:ascii="Times New Roman" w:hAnsi="Times New Roman" w:cs="Times New Roman"/>
        </w:rPr>
      </w:pPr>
      <w:r w:rsidRPr="00760509">
        <w:rPr>
          <w:rFonts w:ascii="Times New Roman" w:hAnsi="Times New Roman" w:cs="Times New Roman"/>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F44E79" w:rsidRPr="00760509" w:rsidRDefault="00F44E79" w:rsidP="001C7BA4">
      <w:pPr>
        <w:widowControl/>
        <w:numPr>
          <w:ilvl w:val="0"/>
          <w:numId w:val="230"/>
        </w:numPr>
        <w:spacing w:after="150" w:line="360" w:lineRule="auto"/>
        <w:jc w:val="both"/>
        <w:rPr>
          <w:rFonts w:ascii="Times New Roman" w:hAnsi="Times New Roman" w:cs="Times New Roman"/>
        </w:rPr>
      </w:pPr>
      <w:r w:rsidRPr="00760509">
        <w:rPr>
          <w:rFonts w:ascii="Times New Roman" w:hAnsi="Times New Roman" w:cs="Times New Roman"/>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уровне школы:</w:t>
      </w:r>
    </w:p>
    <w:p w:rsidR="00F44E79" w:rsidRPr="00760509" w:rsidRDefault="00F44E79" w:rsidP="001C7BA4">
      <w:pPr>
        <w:widowControl/>
        <w:numPr>
          <w:ilvl w:val="0"/>
          <w:numId w:val="231"/>
        </w:numPr>
        <w:spacing w:after="150" w:line="360" w:lineRule="auto"/>
        <w:jc w:val="both"/>
        <w:rPr>
          <w:rFonts w:ascii="Times New Roman" w:hAnsi="Times New Roman" w:cs="Times New Roman"/>
        </w:rPr>
      </w:pPr>
      <w:r w:rsidRPr="00760509">
        <w:rPr>
          <w:rFonts w:ascii="Times New Roman" w:hAnsi="Times New Roman" w:cs="Times New Roman"/>
        </w:rPr>
        <w:t>участие школьников в организации праздников, торжественных мероприятий, встреч с гостями школы;</w:t>
      </w:r>
    </w:p>
    <w:p w:rsidR="00F44E79" w:rsidRPr="00760509" w:rsidRDefault="00F44E79" w:rsidP="001C7BA4">
      <w:pPr>
        <w:widowControl/>
        <w:numPr>
          <w:ilvl w:val="0"/>
          <w:numId w:val="231"/>
        </w:numPr>
        <w:spacing w:after="150" w:line="360" w:lineRule="auto"/>
        <w:jc w:val="both"/>
        <w:rPr>
          <w:rFonts w:ascii="Times New Roman" w:hAnsi="Times New Roman" w:cs="Times New Roman"/>
        </w:rPr>
      </w:pPr>
      <w:r w:rsidRPr="00760509">
        <w:rPr>
          <w:rFonts w:ascii="Times New Roman" w:hAnsi="Times New Roman" w:cs="Times New Roman"/>
        </w:rPr>
        <w:t>участие школьников в работе с младшими ребятами: проведение для них праздников, утренников, тематических вечеров;</w:t>
      </w:r>
    </w:p>
    <w:p w:rsidR="00F44E79" w:rsidRPr="00760509" w:rsidRDefault="00F44E79" w:rsidP="001C7BA4">
      <w:pPr>
        <w:widowControl/>
        <w:numPr>
          <w:ilvl w:val="0"/>
          <w:numId w:val="231"/>
        </w:numPr>
        <w:spacing w:after="150" w:line="360" w:lineRule="auto"/>
        <w:jc w:val="both"/>
        <w:rPr>
          <w:rFonts w:ascii="Times New Roman" w:hAnsi="Times New Roman" w:cs="Times New Roman"/>
        </w:rPr>
      </w:pPr>
      <w:r w:rsidRPr="00760509">
        <w:rPr>
          <w:rFonts w:ascii="Times New Roman" w:hAnsi="Times New Roman" w:cs="Times New Roman"/>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Модуль «Внешкольные мероприятия»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Модуль «Профориентация»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организация на базе школы лагеря труда и отдыха для обучающихся 8 – 10 классов, трудовая деятельность которых осуществляется в соответствии с договором с учреждением «Центр занятости населения Майминского района»;</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44E79" w:rsidRPr="00760509" w:rsidRDefault="00F44E79" w:rsidP="001C7BA4">
      <w:pPr>
        <w:widowControl/>
        <w:numPr>
          <w:ilvl w:val="0"/>
          <w:numId w:val="232"/>
        </w:numPr>
        <w:spacing w:after="150" w:line="360" w:lineRule="auto"/>
        <w:jc w:val="both"/>
        <w:rPr>
          <w:rFonts w:ascii="Times New Roman" w:hAnsi="Times New Roman" w:cs="Times New Roman"/>
        </w:rPr>
      </w:pPr>
      <w:r w:rsidRPr="00760509">
        <w:rPr>
          <w:rFonts w:ascii="Times New Roman" w:hAnsi="Times New Roman" w:cs="Times New Roman"/>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Модуль «Предметно-пространственная среда»</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F44E79" w:rsidRPr="00760509" w:rsidRDefault="00F44E79" w:rsidP="001C7BA4">
      <w:pPr>
        <w:widowControl/>
        <w:numPr>
          <w:ilvl w:val="0"/>
          <w:numId w:val="233"/>
        </w:numPr>
        <w:spacing w:after="150" w:line="360" w:lineRule="auto"/>
        <w:jc w:val="both"/>
        <w:rPr>
          <w:rFonts w:ascii="Times New Roman" w:hAnsi="Times New Roman" w:cs="Times New Roman"/>
        </w:rPr>
      </w:pPr>
      <w:r w:rsidRPr="00760509">
        <w:rPr>
          <w:rFonts w:ascii="Times New Roman" w:hAnsi="Times New Roman" w:cs="Times New Roman"/>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F44E79" w:rsidRPr="00760509" w:rsidRDefault="00F44E79" w:rsidP="001C7BA4">
      <w:pPr>
        <w:widowControl/>
        <w:numPr>
          <w:ilvl w:val="0"/>
          <w:numId w:val="233"/>
        </w:numPr>
        <w:spacing w:after="150" w:line="360" w:lineRule="auto"/>
        <w:jc w:val="both"/>
        <w:rPr>
          <w:rFonts w:ascii="Times New Roman" w:hAnsi="Times New Roman" w:cs="Times New Roman"/>
        </w:rPr>
      </w:pPr>
      <w:r w:rsidRPr="00760509">
        <w:rPr>
          <w:rFonts w:ascii="Times New Roman" w:hAnsi="Times New Roman" w:cs="Times New Roma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F44E79" w:rsidRPr="00760509" w:rsidRDefault="00F44E79" w:rsidP="001C7BA4">
      <w:pPr>
        <w:widowControl/>
        <w:numPr>
          <w:ilvl w:val="0"/>
          <w:numId w:val="233"/>
        </w:numPr>
        <w:spacing w:after="150" w:line="360" w:lineRule="auto"/>
        <w:jc w:val="both"/>
        <w:rPr>
          <w:rFonts w:ascii="Times New Roman" w:hAnsi="Times New Roman" w:cs="Times New Roman"/>
        </w:rPr>
      </w:pPr>
      <w:r w:rsidRPr="00760509">
        <w:rPr>
          <w:rFonts w:ascii="Times New Roman" w:hAnsi="Times New Roman" w:cs="Times New Roman"/>
        </w:rPr>
        <w:t>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F44E79" w:rsidRPr="00760509" w:rsidRDefault="00F44E79" w:rsidP="001C7BA4">
      <w:pPr>
        <w:widowControl/>
        <w:numPr>
          <w:ilvl w:val="0"/>
          <w:numId w:val="234"/>
        </w:numPr>
        <w:spacing w:after="150" w:line="360" w:lineRule="auto"/>
        <w:jc w:val="both"/>
        <w:rPr>
          <w:rFonts w:ascii="Times New Roman" w:hAnsi="Times New Roman" w:cs="Times New Roman"/>
        </w:rPr>
      </w:pPr>
      <w:r w:rsidRPr="00760509">
        <w:rPr>
          <w:rFonts w:ascii="Times New Roman" w:hAnsi="Times New Roman" w:cs="Times New Roman"/>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F44E79" w:rsidRPr="00760509" w:rsidRDefault="00F44E79" w:rsidP="001C7BA4">
      <w:pPr>
        <w:widowControl/>
        <w:numPr>
          <w:ilvl w:val="0"/>
          <w:numId w:val="234"/>
        </w:numPr>
        <w:spacing w:after="150" w:line="360" w:lineRule="auto"/>
        <w:jc w:val="both"/>
        <w:rPr>
          <w:rFonts w:ascii="Times New Roman" w:hAnsi="Times New Roman" w:cs="Times New Roman"/>
        </w:rPr>
      </w:pPr>
      <w:r w:rsidRPr="00760509">
        <w:rPr>
          <w:rFonts w:ascii="Times New Roman" w:hAnsi="Times New Roman" w:cs="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44E79" w:rsidRPr="00760509" w:rsidRDefault="00F44E79" w:rsidP="001C7BA4">
      <w:pPr>
        <w:widowControl/>
        <w:numPr>
          <w:ilvl w:val="0"/>
          <w:numId w:val="234"/>
        </w:numPr>
        <w:spacing w:after="150" w:line="360" w:lineRule="auto"/>
        <w:jc w:val="both"/>
        <w:rPr>
          <w:rFonts w:ascii="Times New Roman" w:hAnsi="Times New Roman" w:cs="Times New Roman"/>
        </w:rPr>
      </w:pPr>
      <w:r w:rsidRPr="00760509">
        <w:rPr>
          <w:rFonts w:ascii="Times New Roman" w:hAnsi="Times New Roman" w:cs="Times New Roma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F44E79" w:rsidRPr="00760509" w:rsidRDefault="00F44E79" w:rsidP="001C7BA4">
      <w:pPr>
        <w:widowControl/>
        <w:numPr>
          <w:ilvl w:val="0"/>
          <w:numId w:val="234"/>
        </w:numPr>
        <w:spacing w:after="150" w:line="360" w:lineRule="auto"/>
        <w:jc w:val="both"/>
        <w:rPr>
          <w:rFonts w:ascii="Times New Roman" w:hAnsi="Times New Roman" w:cs="Times New Roman"/>
        </w:rPr>
      </w:pPr>
      <w:r w:rsidRPr="00760509">
        <w:rPr>
          <w:rFonts w:ascii="Times New Roman" w:hAnsi="Times New Roman" w:cs="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44E79" w:rsidRPr="00760509" w:rsidRDefault="00F44E79" w:rsidP="001C7BA4">
      <w:pPr>
        <w:widowControl/>
        <w:numPr>
          <w:ilvl w:val="0"/>
          <w:numId w:val="234"/>
        </w:numPr>
        <w:spacing w:after="150" w:line="360" w:lineRule="auto"/>
        <w:jc w:val="both"/>
        <w:rPr>
          <w:rFonts w:ascii="Times New Roman" w:hAnsi="Times New Roman" w:cs="Times New Roman"/>
        </w:rPr>
      </w:pPr>
      <w:r w:rsidRPr="00760509">
        <w:rPr>
          <w:rFonts w:ascii="Times New Roman" w:hAnsi="Times New Roman"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F44E79" w:rsidRPr="00760509" w:rsidRDefault="00F44E79" w:rsidP="001C7BA4">
      <w:pPr>
        <w:widowControl/>
        <w:numPr>
          <w:ilvl w:val="0"/>
          <w:numId w:val="235"/>
        </w:numPr>
        <w:spacing w:after="150" w:line="360" w:lineRule="auto"/>
        <w:jc w:val="both"/>
        <w:rPr>
          <w:rFonts w:ascii="Times New Roman" w:hAnsi="Times New Roman" w:cs="Times New Roman"/>
        </w:rPr>
      </w:pPr>
      <w:r w:rsidRPr="00760509">
        <w:rPr>
          <w:rFonts w:ascii="Times New Roman" w:hAnsi="Times New Roman" w:cs="Times New Roman"/>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 xml:space="preserve"> Модуль «Работа с родителями»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760509">
        <w:rPr>
          <w:rFonts w:ascii="Times New Roman" w:hAnsi="Times New Roman" w:cs="Times New Roman"/>
          <w:i/>
          <w:iCs/>
        </w:rPr>
        <w:t>)</w:t>
      </w:r>
      <w:r w:rsidRPr="00760509">
        <w:rPr>
          <w:rFonts w:ascii="Times New Roman" w:hAnsi="Times New Roman" w:cs="Times New Roman"/>
        </w:rPr>
        <w:t>:</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i/>
          <w:iCs/>
        </w:rPr>
        <w:t>На групповом уровне:</w:t>
      </w:r>
    </w:p>
    <w:p w:rsidR="00F44E79" w:rsidRPr="00760509" w:rsidRDefault="00F44E79" w:rsidP="001C7BA4">
      <w:pPr>
        <w:widowControl/>
        <w:numPr>
          <w:ilvl w:val="0"/>
          <w:numId w:val="236"/>
        </w:numPr>
        <w:spacing w:after="150" w:line="360" w:lineRule="auto"/>
        <w:jc w:val="both"/>
        <w:rPr>
          <w:rFonts w:ascii="Times New Roman" w:hAnsi="Times New Roman" w:cs="Times New Roman"/>
        </w:rPr>
      </w:pPr>
      <w:r w:rsidRPr="00760509">
        <w:rPr>
          <w:rFonts w:ascii="Times New Roman" w:hAnsi="Times New Roman" w:cs="Times New Roman"/>
        </w:rPr>
        <w:t>Управляющий Совет школы, 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F44E79" w:rsidRPr="00760509" w:rsidRDefault="00F44E79" w:rsidP="001C7BA4">
      <w:pPr>
        <w:widowControl/>
        <w:numPr>
          <w:ilvl w:val="0"/>
          <w:numId w:val="236"/>
        </w:numPr>
        <w:spacing w:after="150" w:line="360" w:lineRule="auto"/>
        <w:jc w:val="both"/>
        <w:rPr>
          <w:rFonts w:ascii="Times New Roman" w:hAnsi="Times New Roman" w:cs="Times New Roman"/>
        </w:rPr>
      </w:pPr>
      <w:r w:rsidRPr="00760509">
        <w:rPr>
          <w:rFonts w:ascii="Times New Roman" w:hAnsi="Times New Roman" w:cs="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F44E79" w:rsidRPr="00760509" w:rsidRDefault="00F44E79" w:rsidP="001C7BA4">
      <w:pPr>
        <w:widowControl/>
        <w:numPr>
          <w:ilvl w:val="0"/>
          <w:numId w:val="236"/>
        </w:numPr>
        <w:spacing w:after="150" w:line="360" w:lineRule="auto"/>
        <w:jc w:val="both"/>
        <w:rPr>
          <w:rFonts w:ascii="Times New Roman" w:hAnsi="Times New Roman" w:cs="Times New Roman"/>
        </w:rPr>
      </w:pPr>
      <w:r w:rsidRPr="00760509">
        <w:rPr>
          <w:rFonts w:ascii="Times New Roman" w:hAnsi="Times New Roman" w:cs="Times New Roman"/>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rsidR="00F44E79" w:rsidRPr="00760509" w:rsidRDefault="00F44E79" w:rsidP="001C7BA4">
      <w:pPr>
        <w:widowControl/>
        <w:numPr>
          <w:ilvl w:val="0"/>
          <w:numId w:val="236"/>
        </w:numPr>
        <w:spacing w:after="150" w:line="360" w:lineRule="auto"/>
        <w:jc w:val="both"/>
        <w:rPr>
          <w:rFonts w:ascii="Times New Roman" w:hAnsi="Times New Roman" w:cs="Times New Roman"/>
        </w:rPr>
      </w:pPr>
      <w:r w:rsidRPr="00760509">
        <w:rPr>
          <w:rFonts w:ascii="Times New Roman" w:hAnsi="Times New Roman" w:cs="Times New Roman"/>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F44E79" w:rsidRPr="00760509" w:rsidRDefault="00F44E79" w:rsidP="001C7BA4">
      <w:pPr>
        <w:widowControl/>
        <w:numPr>
          <w:ilvl w:val="0"/>
          <w:numId w:val="236"/>
        </w:numPr>
        <w:spacing w:after="150" w:line="360" w:lineRule="auto"/>
        <w:jc w:val="both"/>
        <w:rPr>
          <w:rFonts w:ascii="Times New Roman" w:hAnsi="Times New Roman" w:cs="Times New Roman"/>
        </w:rPr>
      </w:pPr>
      <w:r w:rsidRPr="00760509">
        <w:rPr>
          <w:rFonts w:ascii="Times New Roman" w:hAnsi="Times New Roman" w:cs="Times New Roman"/>
        </w:rPr>
        <w:t>участие родителей в организации и проведении общешкольных ключевых дел и классных мероприятий;</w:t>
      </w:r>
    </w:p>
    <w:p w:rsidR="00F44E79" w:rsidRPr="00760509" w:rsidRDefault="00F44E79" w:rsidP="001C7BA4">
      <w:pPr>
        <w:widowControl/>
        <w:numPr>
          <w:ilvl w:val="0"/>
          <w:numId w:val="236"/>
        </w:numPr>
        <w:tabs>
          <w:tab w:val="num" w:pos="0"/>
        </w:tabs>
        <w:spacing w:after="150" w:line="360" w:lineRule="auto"/>
        <w:ind w:left="0" w:firstLine="709"/>
        <w:jc w:val="both"/>
        <w:rPr>
          <w:rFonts w:ascii="Times New Roman" w:hAnsi="Times New Roman" w:cs="Times New Roman"/>
        </w:rPr>
      </w:pPr>
      <w:r w:rsidRPr="00760509">
        <w:rPr>
          <w:rFonts w:ascii="Times New Roman" w:hAnsi="Times New Roman" w:cs="Times New Roman"/>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F44E79" w:rsidRPr="00760509" w:rsidRDefault="00F44E79" w:rsidP="001C7BA4">
      <w:pPr>
        <w:widowControl/>
        <w:numPr>
          <w:ilvl w:val="0"/>
          <w:numId w:val="236"/>
        </w:numPr>
        <w:tabs>
          <w:tab w:val="num" w:pos="0"/>
        </w:tabs>
        <w:spacing w:after="150" w:line="360" w:lineRule="auto"/>
        <w:ind w:left="0" w:firstLine="709"/>
        <w:jc w:val="both"/>
        <w:rPr>
          <w:rFonts w:ascii="Times New Roman" w:hAnsi="Times New Roman" w:cs="Times New Roman"/>
        </w:rPr>
      </w:pPr>
      <w:r w:rsidRPr="00760509">
        <w:rPr>
          <w:rFonts w:ascii="Times New Roman" w:hAnsi="Times New Roman" w:cs="Times New Roman"/>
        </w:rPr>
        <w:t>Организация разъяснительной работы по работе с интернет ресурсами в безопасном  режиме.</w:t>
      </w:r>
    </w:p>
    <w:p w:rsidR="00F44E79" w:rsidRPr="00760509" w:rsidRDefault="00F44E79" w:rsidP="001C7BA4">
      <w:pPr>
        <w:widowControl/>
        <w:numPr>
          <w:ilvl w:val="0"/>
          <w:numId w:val="236"/>
        </w:numPr>
        <w:tabs>
          <w:tab w:val="num" w:pos="0"/>
        </w:tabs>
        <w:spacing w:after="150" w:line="360" w:lineRule="auto"/>
        <w:ind w:left="0" w:firstLine="709"/>
        <w:jc w:val="both"/>
        <w:rPr>
          <w:rFonts w:ascii="Times New Roman" w:hAnsi="Times New Roman" w:cs="Times New Roman"/>
        </w:rPr>
      </w:pPr>
      <w:r w:rsidRPr="00760509">
        <w:rPr>
          <w:rFonts w:ascii="Times New Roman" w:hAnsi="Times New Roman" w:cs="Times New Roman"/>
        </w:rPr>
        <w:t>Мониторинг аккаунтов  детей в социальных сетях для своевременного выявления информации, причиняющих вред их здоровью и развитию.</w:t>
      </w:r>
    </w:p>
    <w:p w:rsidR="00F44E79" w:rsidRPr="00760509" w:rsidRDefault="00F44E79" w:rsidP="00760509">
      <w:pPr>
        <w:tabs>
          <w:tab w:val="num" w:pos="0"/>
        </w:tabs>
        <w:spacing w:after="150" w:line="360" w:lineRule="auto"/>
        <w:ind w:firstLine="709"/>
        <w:jc w:val="both"/>
        <w:rPr>
          <w:rFonts w:ascii="Times New Roman" w:hAnsi="Times New Roman" w:cs="Times New Roman"/>
        </w:rPr>
      </w:pPr>
      <w:r w:rsidRPr="00760509">
        <w:rPr>
          <w:rFonts w:ascii="Times New Roman" w:hAnsi="Times New Roman" w:cs="Times New Roman"/>
          <w:b/>
          <w:bCs/>
          <w:i/>
          <w:iCs/>
        </w:rPr>
        <w:t>На индивидуальном уровне:</w:t>
      </w:r>
    </w:p>
    <w:p w:rsidR="00F44E79" w:rsidRPr="00760509" w:rsidRDefault="00F44E79" w:rsidP="001C7BA4">
      <w:pPr>
        <w:widowControl/>
        <w:numPr>
          <w:ilvl w:val="0"/>
          <w:numId w:val="237"/>
        </w:numPr>
        <w:tabs>
          <w:tab w:val="num" w:pos="0"/>
        </w:tabs>
        <w:spacing w:after="150" w:line="276" w:lineRule="auto"/>
        <w:ind w:left="0" w:firstLine="709"/>
        <w:jc w:val="both"/>
        <w:rPr>
          <w:rFonts w:ascii="Times New Roman" w:hAnsi="Times New Roman" w:cs="Times New Roman"/>
        </w:rPr>
      </w:pPr>
      <w:r w:rsidRPr="00760509">
        <w:rPr>
          <w:rFonts w:ascii="Times New Roman" w:hAnsi="Times New Roman" w:cs="Times New Roman"/>
        </w:rPr>
        <w:t>работа специалистов по запросу родителей для решения острых конфликтных ситуаций;</w:t>
      </w:r>
    </w:p>
    <w:p w:rsidR="00F44E79" w:rsidRPr="00760509" w:rsidRDefault="00F44E79" w:rsidP="001C7BA4">
      <w:pPr>
        <w:widowControl/>
        <w:numPr>
          <w:ilvl w:val="0"/>
          <w:numId w:val="237"/>
        </w:numPr>
        <w:tabs>
          <w:tab w:val="num" w:pos="0"/>
        </w:tabs>
        <w:spacing w:after="150" w:line="276" w:lineRule="auto"/>
        <w:ind w:left="0" w:firstLine="709"/>
        <w:jc w:val="both"/>
        <w:rPr>
          <w:rFonts w:ascii="Times New Roman" w:hAnsi="Times New Roman" w:cs="Times New Roman"/>
        </w:rPr>
      </w:pPr>
      <w:r w:rsidRPr="00760509">
        <w:rPr>
          <w:rFonts w:ascii="Times New Roman"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44E79" w:rsidRPr="00760509" w:rsidRDefault="00F44E79" w:rsidP="001C7BA4">
      <w:pPr>
        <w:widowControl/>
        <w:numPr>
          <w:ilvl w:val="0"/>
          <w:numId w:val="237"/>
        </w:numPr>
        <w:tabs>
          <w:tab w:val="num" w:pos="0"/>
        </w:tabs>
        <w:spacing w:after="150" w:line="276" w:lineRule="auto"/>
        <w:ind w:left="0" w:firstLine="709"/>
        <w:jc w:val="both"/>
        <w:rPr>
          <w:rFonts w:ascii="Times New Roman" w:hAnsi="Times New Roman" w:cs="Times New Roman"/>
        </w:rPr>
      </w:pPr>
      <w:r w:rsidRPr="00760509">
        <w:rPr>
          <w:rFonts w:ascii="Times New Roman" w:hAnsi="Times New Roman" w:cs="Times New Roman"/>
        </w:rPr>
        <w:t>помощь со стороны родителей в подготовке и проведении общешкольных и внутриклассных мероприятий воспитательной направленности;</w:t>
      </w:r>
    </w:p>
    <w:p w:rsidR="00F44E79" w:rsidRPr="00760509" w:rsidRDefault="00F44E79" w:rsidP="001C7BA4">
      <w:pPr>
        <w:widowControl/>
        <w:numPr>
          <w:ilvl w:val="0"/>
          <w:numId w:val="237"/>
        </w:numPr>
        <w:tabs>
          <w:tab w:val="num" w:pos="0"/>
        </w:tabs>
        <w:spacing w:after="150" w:line="276" w:lineRule="auto"/>
        <w:ind w:left="0" w:firstLine="709"/>
        <w:jc w:val="both"/>
        <w:rPr>
          <w:rFonts w:ascii="Times New Roman" w:hAnsi="Times New Roman" w:cs="Times New Roman"/>
        </w:rPr>
      </w:pPr>
      <w:r w:rsidRPr="00760509">
        <w:rPr>
          <w:rFonts w:ascii="Times New Roman" w:hAnsi="Times New Roman" w:cs="Times New Roman"/>
        </w:rPr>
        <w:t>индивидуальное консультирование c целью координации воспитательных усилий педагогов и родителей.</w:t>
      </w:r>
    </w:p>
    <w:p w:rsidR="00F44E79" w:rsidRPr="00760509" w:rsidRDefault="00F44E79" w:rsidP="00760509">
      <w:pPr>
        <w:spacing w:after="150" w:line="276" w:lineRule="auto"/>
        <w:ind w:left="709"/>
        <w:jc w:val="both"/>
        <w:rPr>
          <w:rFonts w:ascii="Times New Roman" w:hAnsi="Times New Roman" w:cs="Times New Roman"/>
        </w:rPr>
      </w:pPr>
    </w:p>
    <w:p w:rsidR="00F44E79" w:rsidRPr="00760509" w:rsidRDefault="00F44E79" w:rsidP="00760509">
      <w:pPr>
        <w:shd w:val="clear" w:color="auto" w:fill="FFFFFF"/>
        <w:tabs>
          <w:tab w:val="num" w:pos="0"/>
        </w:tabs>
        <w:spacing w:line="276" w:lineRule="auto"/>
        <w:ind w:firstLine="709"/>
        <w:jc w:val="both"/>
        <w:rPr>
          <w:rFonts w:ascii="Times New Roman" w:hAnsi="Times New Roman" w:cs="Times New Roman"/>
        </w:rPr>
      </w:pPr>
    </w:p>
    <w:p w:rsidR="00F44E79" w:rsidRPr="00760509" w:rsidRDefault="00F44E79" w:rsidP="00760509">
      <w:pPr>
        <w:shd w:val="clear" w:color="auto" w:fill="FFFFFF"/>
        <w:tabs>
          <w:tab w:val="num" w:pos="0"/>
        </w:tabs>
        <w:spacing w:line="276" w:lineRule="auto"/>
        <w:jc w:val="both"/>
        <w:rPr>
          <w:rFonts w:ascii="Times New Roman" w:hAnsi="Times New Roman" w:cs="Times New Roman"/>
          <w:b/>
          <w:bCs/>
        </w:rPr>
      </w:pPr>
      <w:r w:rsidRPr="00760509">
        <w:rPr>
          <w:rFonts w:ascii="Times New Roman" w:hAnsi="Times New Roman" w:cs="Times New Roman"/>
          <w:b/>
        </w:rPr>
        <w:t>Модуль </w:t>
      </w:r>
      <w:r w:rsidRPr="00760509">
        <w:rPr>
          <w:rFonts w:ascii="Times New Roman" w:hAnsi="Times New Roman" w:cs="Times New Roman"/>
          <w:b/>
          <w:bCs/>
        </w:rPr>
        <w:t>«Профилактика и безопасность»</w:t>
      </w:r>
    </w:p>
    <w:p w:rsidR="00F44E79" w:rsidRPr="00760509" w:rsidRDefault="00F44E79" w:rsidP="00760509">
      <w:pPr>
        <w:shd w:val="clear" w:color="auto" w:fill="FFFFFF"/>
        <w:tabs>
          <w:tab w:val="num" w:pos="0"/>
        </w:tabs>
        <w:spacing w:line="276" w:lineRule="auto"/>
        <w:ind w:firstLine="709"/>
        <w:jc w:val="both"/>
        <w:rPr>
          <w:rFonts w:ascii="Times New Roman" w:hAnsi="Times New Roman" w:cs="Times New Roman"/>
        </w:rPr>
      </w:pPr>
      <w:r w:rsidRPr="00760509">
        <w:rPr>
          <w:rFonts w:ascii="Times New Roman" w:hAnsi="Times New Roman" w:cs="Times New Roman"/>
          <w:bCs/>
        </w:rPr>
        <w:t>Этот модуль </w:t>
      </w:r>
      <w:r w:rsidRPr="00760509">
        <w:rPr>
          <w:rFonts w:ascii="Times New Roman" w:hAnsi="Times New Roman" w:cs="Times New Roman"/>
        </w:rPr>
        <w:t>ориентирован на создание у школьников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w:t>
      </w:r>
    </w:p>
    <w:p w:rsidR="00F44E79" w:rsidRPr="00760509" w:rsidRDefault="00F44E79" w:rsidP="00760509">
      <w:pPr>
        <w:shd w:val="clear" w:color="auto" w:fill="FFFFFF"/>
        <w:tabs>
          <w:tab w:val="num" w:pos="0"/>
        </w:tabs>
        <w:spacing w:line="276" w:lineRule="auto"/>
        <w:ind w:firstLine="70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 безопасное поведение учащихся в чрезвычайных ситуациях природного, техногенного и социального характера;</w:t>
      </w:r>
    </w:p>
    <w:p w:rsidR="00F44E79" w:rsidRPr="00760509" w:rsidRDefault="00F44E79" w:rsidP="00760509">
      <w:pPr>
        <w:shd w:val="clear" w:color="auto" w:fill="FFFFFF"/>
        <w:tabs>
          <w:tab w:val="num" w:pos="0"/>
        </w:tabs>
        <w:spacing w:line="276" w:lineRule="auto"/>
        <w:ind w:firstLine="70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 понимание каждым учащимся важности сбережения и защиты личного здоровья как индивидуальной и общественной ценности;</w:t>
      </w:r>
    </w:p>
    <w:p w:rsidR="00F44E79" w:rsidRPr="00760509" w:rsidRDefault="00F44E79" w:rsidP="00760509">
      <w:pPr>
        <w:shd w:val="clear" w:color="auto" w:fill="FFFFFF"/>
        <w:tabs>
          <w:tab w:val="num" w:pos="0"/>
        </w:tabs>
        <w:spacing w:line="276" w:lineRule="auto"/>
        <w:ind w:firstLine="70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 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w:t>
      </w:r>
    </w:p>
    <w:p w:rsidR="00F44E79" w:rsidRPr="00760509" w:rsidRDefault="00F44E79" w:rsidP="00760509">
      <w:pPr>
        <w:shd w:val="clear" w:color="auto" w:fill="FFFFFF"/>
        <w:tabs>
          <w:tab w:val="num" w:pos="0"/>
        </w:tabs>
        <w:spacing w:line="276" w:lineRule="auto"/>
        <w:ind w:firstLine="70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 профилактика асоциального поведения учащихся;</w:t>
      </w:r>
    </w:p>
    <w:p w:rsidR="00F44E79" w:rsidRPr="00760509" w:rsidRDefault="00F44E79" w:rsidP="00760509">
      <w:pPr>
        <w:shd w:val="clear" w:color="auto" w:fill="FFFFFF"/>
        <w:tabs>
          <w:tab w:val="num" w:pos="0"/>
        </w:tabs>
        <w:spacing w:line="276" w:lineRule="auto"/>
        <w:ind w:firstLine="70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 отрицательное отношение учащихся к приему психоактивных веществ, в том числе наркотиков</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Развитие у всех участников образовательного процесса здоровьеориентированной личностной позиции.</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Создание единого пространства для успешной социализации учащихся в области здорового образа жизни при взаимодействии общеобразовательной организации с организациями различных ведомств и социальными институтами</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Отработка системы выявления уровня здоровья обучающихся и целенаправленного отслеживания в течение периода обучения;</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Создание информационного банка показателей здоровья и образа жизни обучающихся;</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Организация системы профилактической работы по формированию ЗОЖ, вести просветительскую работу с обучающимися, родителями и учителями-предметниками;</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Формирование у обучающихся потребности ЗОЖ через урочную и внеурочную деятельность;</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Осуществление медико-физиологического и психолого-педагогического мониторинга и диагностики за состоянием здоровья обучающихся;</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Мониторинг аккаунтов  учащихся в социальных сетях для своевременного выявления информации, причиняющих вред их здоровью и развитию.</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t>выработка у учащихся поведенческих стереотипов, способствующих самосохранению в условиях дорожной ситуации;</w:t>
      </w:r>
    </w:p>
    <w:p w:rsidR="00F44E79" w:rsidRPr="00760509" w:rsidRDefault="00F44E79" w:rsidP="00760509">
      <w:pPr>
        <w:shd w:val="clear" w:color="auto" w:fill="FFFFFF"/>
        <w:spacing w:line="276" w:lineRule="auto"/>
        <w:ind w:firstLine="799"/>
        <w:jc w:val="both"/>
        <w:rPr>
          <w:rFonts w:ascii="Times New Roman" w:hAnsi="Times New Roman" w:cs="Times New Roman"/>
        </w:rPr>
      </w:pPr>
      <w:r w:rsidRPr="00760509">
        <w:rPr>
          <w:rFonts w:ascii="Times New Roman" w:hAnsi="Times New Roman" w:cs="Times New Roman"/>
        </w:rPr>
        <w:sym w:font="Symbol" w:char="F0B7"/>
      </w:r>
      <w:r w:rsidRPr="00760509">
        <w:rPr>
          <w:rFonts w:ascii="Times New Roman" w:hAnsi="Times New Roman" w:cs="Times New Roman"/>
        </w:rPr>
        <w:t> формирование у учащихся устойчивых навыков соблюдения и выполнения правил дорожного движения;</w:t>
      </w:r>
    </w:p>
    <w:p w:rsidR="00F44E79" w:rsidRPr="00760509" w:rsidRDefault="00F44E79" w:rsidP="00760509">
      <w:pPr>
        <w:shd w:val="clear" w:color="auto" w:fill="FFFFFF"/>
        <w:spacing w:line="276" w:lineRule="auto"/>
        <w:ind w:firstLine="799"/>
        <w:jc w:val="both"/>
        <w:rPr>
          <w:rFonts w:ascii="Times New Roman" w:hAnsi="Times New Roman" w:cs="Times New Roman"/>
          <w:b/>
          <w:bCs/>
        </w:rPr>
      </w:pPr>
      <w:r w:rsidRPr="00760509">
        <w:rPr>
          <w:rFonts w:ascii="Times New Roman" w:hAnsi="Times New Roman" w:cs="Times New Roman"/>
        </w:rPr>
        <w:sym w:font="Symbol" w:char="F0B7"/>
      </w:r>
      <w:r w:rsidRPr="00760509">
        <w:rPr>
          <w:rFonts w:ascii="Times New Roman" w:hAnsi="Times New Roman" w:cs="Times New Roman"/>
          <w:lang/>
        </w:rPr>
        <w:t>формирование уважительного отношения к законам дороги, осознания объективной целесообразности действующих правил и требований дорожного движения;</w:t>
      </w:r>
      <w:r w:rsidRPr="00760509">
        <w:rPr>
          <w:rFonts w:ascii="Times New Roman" w:hAnsi="Times New Roman" w:cs="Times New Roman"/>
          <w:b/>
          <w:bCs/>
        </w:rPr>
        <w:t> </w:t>
      </w:r>
    </w:p>
    <w:p w:rsidR="00F44E79" w:rsidRDefault="00F44E79" w:rsidP="00760509">
      <w:pPr>
        <w:shd w:val="clear" w:color="auto" w:fill="FFFFFF"/>
        <w:spacing w:line="360" w:lineRule="auto"/>
        <w:ind w:firstLine="799"/>
        <w:rPr>
          <w:rFonts w:cs="Times New Roman"/>
          <w:sz w:val="21"/>
          <w:szCs w:val="21"/>
        </w:rPr>
      </w:pP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b/>
          <w:bCs/>
        </w:rPr>
        <w:t>2.3.5. Основные направления самоанализа воспитательной работы</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Анализ организуемого в школе воспитательного процесса проводится с целью выявления основных проблем школьного воспитания и последующего их решения.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могут привлекаться учителя-предметники и классные руководители, педагог-психолог, социальный педагог, педагоги дополнительного образования.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Основными принципами, на основе которых осуществляется анализ воспитательного процесса в школе, являются: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Анализ проводится с использованием анкет, опросников, мониторингов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Основными направлениями анализа организуемого в школе воспитательного процесса являются следующие:</w:t>
      </w:r>
    </w:p>
    <w:p w:rsidR="00F44E79" w:rsidRPr="00760509" w:rsidRDefault="00F44E79" w:rsidP="001C7BA4">
      <w:pPr>
        <w:widowControl/>
        <w:numPr>
          <w:ilvl w:val="0"/>
          <w:numId w:val="238"/>
        </w:numPr>
        <w:spacing w:after="150" w:line="360" w:lineRule="auto"/>
        <w:jc w:val="both"/>
        <w:rPr>
          <w:rFonts w:ascii="Times New Roman" w:hAnsi="Times New Roman" w:cs="Times New Roman"/>
          <w:b/>
        </w:rPr>
      </w:pPr>
      <w:r w:rsidRPr="00760509">
        <w:rPr>
          <w:rFonts w:ascii="Times New Roman" w:hAnsi="Times New Roman" w:cs="Times New Roman"/>
          <w:b/>
        </w:rPr>
        <w:t>Результаты воспитания, социализации и саморазвития школьников.</w:t>
      </w:r>
    </w:p>
    <w:p w:rsidR="00F44E79" w:rsidRPr="00760509" w:rsidRDefault="00F44E79" w:rsidP="00760509">
      <w:pPr>
        <w:spacing w:after="150" w:line="360" w:lineRule="auto"/>
        <w:ind w:left="360"/>
        <w:jc w:val="both"/>
        <w:rPr>
          <w:rFonts w:ascii="Times New Roman" w:hAnsi="Times New Roman" w:cs="Times New Roman"/>
          <w:b/>
        </w:rPr>
      </w:pPr>
      <w:r w:rsidRPr="00760509">
        <w:rPr>
          <w:rFonts w:ascii="Times New Roman" w:hAnsi="Times New Roman" w:cs="Times New Roman"/>
        </w:rPr>
        <w:t>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w:t>
      </w:r>
    </w:p>
    <w:tbl>
      <w:tblPr>
        <w:tblW w:w="14734" w:type="dxa"/>
        <w:tblCellMar>
          <w:left w:w="115" w:type="dxa"/>
          <w:right w:w="0" w:type="dxa"/>
        </w:tblCellMar>
        <w:tblLook w:val="00A0"/>
      </w:tblPr>
      <w:tblGrid>
        <w:gridCol w:w="7361"/>
        <w:gridCol w:w="7373"/>
      </w:tblGrid>
      <w:tr w:rsidR="00F44E79" w:rsidRPr="00760509" w:rsidTr="00760509">
        <w:tc>
          <w:tcPr>
            <w:tcW w:w="7361"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Выявленные проблемы</w:t>
            </w:r>
          </w:p>
        </w:tc>
        <w:tc>
          <w:tcPr>
            <w:tcW w:w="73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Пути решения проблем</w:t>
            </w:r>
          </w:p>
        </w:tc>
      </w:tr>
      <w:tr w:rsidR="00F44E79" w:rsidRPr="00760509" w:rsidTr="00760509">
        <w:tc>
          <w:tcPr>
            <w:tcW w:w="7361"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У некоторых обучающихся существуют проблемы в отношении к обучению и формулированию целей и мотивов к самоопределению, в том числе и профессиональному.</w:t>
            </w:r>
          </w:p>
        </w:tc>
        <w:tc>
          <w:tcPr>
            <w:tcW w:w="73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Повышенное внимание к качеству реализации модулей: «Работа с родителями» и «Профориентация» программы воспитания</w:t>
            </w:r>
          </w:p>
        </w:tc>
      </w:tr>
    </w:tbl>
    <w:p w:rsidR="00F44E79" w:rsidRPr="00760509" w:rsidRDefault="00F44E79" w:rsidP="00760509">
      <w:pPr>
        <w:spacing w:after="150" w:line="360" w:lineRule="auto"/>
        <w:jc w:val="both"/>
        <w:rPr>
          <w:rFonts w:ascii="Times New Roman" w:hAnsi="Times New Roman" w:cs="Times New Roman"/>
        </w:rPr>
      </w:pPr>
    </w:p>
    <w:p w:rsidR="00F44E79" w:rsidRPr="00760509" w:rsidRDefault="00F44E79" w:rsidP="001C7BA4">
      <w:pPr>
        <w:pStyle w:val="ListParagraph"/>
        <w:numPr>
          <w:ilvl w:val="0"/>
          <w:numId w:val="238"/>
        </w:numPr>
        <w:tabs>
          <w:tab w:val="clear" w:pos="720"/>
          <w:tab w:val="left" w:pos="1134"/>
        </w:tabs>
        <w:spacing w:after="150" w:line="360" w:lineRule="auto"/>
        <w:jc w:val="both"/>
        <w:rPr>
          <w:rFonts w:ascii="Times New Roman" w:hAnsi="Times New Roman"/>
          <w:b/>
          <w:color w:val="000000"/>
          <w:sz w:val="24"/>
          <w:szCs w:val="24"/>
        </w:rPr>
      </w:pPr>
      <w:r w:rsidRPr="00760509">
        <w:rPr>
          <w:rFonts w:ascii="Times New Roman" w:hAnsi="Times New Roman"/>
          <w:b/>
          <w:color w:val="000000"/>
          <w:sz w:val="24"/>
          <w:szCs w:val="24"/>
        </w:rPr>
        <w:t>Воспитательная деятельность педагогов</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Подавляющее большинство учителей и классных руководителей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tbl>
      <w:tblPr>
        <w:tblpPr w:leftFromText="45" w:rightFromText="45" w:bottomFromText="160" w:vertAnchor="text"/>
        <w:tblW w:w="14876" w:type="dxa"/>
        <w:tblCellMar>
          <w:left w:w="115" w:type="dxa"/>
          <w:right w:w="0" w:type="dxa"/>
        </w:tblCellMar>
        <w:tblLook w:val="00A0"/>
      </w:tblPr>
      <w:tblGrid>
        <w:gridCol w:w="7079"/>
        <w:gridCol w:w="7797"/>
      </w:tblGrid>
      <w:tr w:rsidR="00F44E79" w:rsidRPr="00760509" w:rsidTr="00760509">
        <w:tc>
          <w:tcPr>
            <w:tcW w:w="7079"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Выявленные проблемы</w:t>
            </w:r>
          </w:p>
        </w:tc>
        <w:tc>
          <w:tcPr>
            <w:tcW w:w="77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Пути решения проблем</w:t>
            </w:r>
          </w:p>
        </w:tc>
      </w:tr>
      <w:tr w:rsidR="00F44E79" w:rsidRPr="00760509" w:rsidTr="00760509">
        <w:tc>
          <w:tcPr>
            <w:tcW w:w="7079"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недостаточный уровень сформированности у молодых педагогов компетенций в сфере организации воспитательной работы в классном коллективе;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высока доля педагогов старше 25 лет;</w:t>
            </w:r>
          </w:p>
          <w:p w:rsidR="00F44E79" w:rsidRPr="00760509" w:rsidRDefault="00F44E79" w:rsidP="00760509">
            <w:pPr>
              <w:spacing w:after="150" w:line="360" w:lineRule="auto"/>
              <w:jc w:val="both"/>
              <w:rPr>
                <w:rFonts w:ascii="Times New Roman" w:hAnsi="Times New Roman" w:cs="Times New Roman"/>
              </w:rPr>
            </w:pPr>
          </w:p>
        </w:tc>
        <w:tc>
          <w:tcPr>
            <w:tcW w:w="77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Развитие системы взаимного наставничества педагогов и классных руководителей старшего возраста, с одной стороны, и молодых педагогов и классных руководителей, с другой стороны, направленной на преодоление профессиональных дефицитов в воспитательной работе.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высокая мотивация педагогов старше 25 лет к освоению компетенций по использованию в воспитательной работе возможностей информационных систем, виртуального пространства, интернет-технологий;</w:t>
            </w:r>
          </w:p>
        </w:tc>
      </w:tr>
    </w:tbl>
    <w:p w:rsidR="00F44E79" w:rsidRPr="00760509" w:rsidRDefault="00F44E79" w:rsidP="00760509">
      <w:pPr>
        <w:spacing w:line="360" w:lineRule="auto"/>
        <w:jc w:val="both"/>
        <w:rPr>
          <w:rFonts w:ascii="Times New Roman" w:hAnsi="Times New Roman" w:cs="Times New Roman"/>
          <w:color w:val="auto"/>
        </w:rPr>
      </w:pP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xml:space="preserve">3. </w:t>
      </w:r>
      <w:r w:rsidRPr="00760509">
        <w:rPr>
          <w:rFonts w:ascii="Times New Roman" w:hAnsi="Times New Roman" w:cs="Times New Roman"/>
          <w:b/>
        </w:rPr>
        <w:t>Управление воспитательным процессом в образовательной организации.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 МБОУ «Коротышская СОШ» трудится стабильный высококвалифицированный педагогический коллектив, вакансии отсутствуют. Контингент обучающихся и количество классов-комплектов сохраняется на одном уровне. Воспитательная деятельность сопровождается достаточным нормативным обеспечением.</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на базе БУ ОО ДПО «Институт развития образования», Центре непрерывного образования и инноваций г. Санкт - Петербург.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tbl>
      <w:tblPr>
        <w:tblW w:w="14876" w:type="dxa"/>
        <w:tblCellMar>
          <w:left w:w="115" w:type="dxa"/>
          <w:right w:w="0" w:type="dxa"/>
        </w:tblCellMar>
        <w:tblLook w:val="00A0"/>
      </w:tblPr>
      <w:tblGrid>
        <w:gridCol w:w="6935"/>
        <w:gridCol w:w="7941"/>
      </w:tblGrid>
      <w:tr w:rsidR="00F44E79" w:rsidRPr="00760509" w:rsidTr="00760509">
        <w:tc>
          <w:tcPr>
            <w:tcW w:w="6935"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Выявленные проблемы</w:t>
            </w:r>
          </w:p>
        </w:tc>
        <w:tc>
          <w:tcPr>
            <w:tcW w:w="79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Пути решения проблем</w:t>
            </w:r>
          </w:p>
        </w:tc>
      </w:tr>
      <w:tr w:rsidR="00F44E79" w:rsidRPr="00760509" w:rsidTr="00760509">
        <w:tc>
          <w:tcPr>
            <w:tcW w:w="6935"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доминирование традиционных подходов к процессу воспитания, иногда приводящим к росту непонимания между педагогами и обучающимися в организации воспитательной деятельности;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отсутствие заинтересованности у педагогов и классных руководителей в реализации инновационных проектов в сфере воспитания</w:t>
            </w:r>
          </w:p>
        </w:tc>
        <w:tc>
          <w:tcPr>
            <w:tcW w:w="79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Выявление профессиональных дефицитов педагогов в сфере коммуникации с подрастающим поколением и разработка программы, направленной на преодоление выявленных затруднений в воспитательной работе.</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Развитие системы стимулирования инновационной деятельности педагогов в области воспитания.</w:t>
            </w:r>
          </w:p>
        </w:tc>
      </w:tr>
    </w:tbl>
    <w:p w:rsidR="00F44E79" w:rsidRPr="00760509" w:rsidRDefault="00F44E79" w:rsidP="00760509">
      <w:pPr>
        <w:spacing w:after="150" w:line="360" w:lineRule="auto"/>
        <w:jc w:val="both"/>
        <w:rPr>
          <w:rFonts w:ascii="Times New Roman" w:hAnsi="Times New Roman" w:cs="Times New Roman"/>
          <w:b/>
        </w:rPr>
      </w:pPr>
      <w:r w:rsidRPr="00760509">
        <w:rPr>
          <w:rFonts w:ascii="Times New Roman" w:hAnsi="Times New Roman" w:cs="Times New Roman"/>
        </w:rPr>
        <w:t>4.</w:t>
      </w:r>
      <w:r w:rsidRPr="00760509">
        <w:rPr>
          <w:rFonts w:ascii="Times New Roman" w:hAnsi="Times New Roman" w:cs="Times New Roman"/>
          <w:b/>
        </w:rPr>
        <w:t>Ресурсное обеспечение воспитательного процесса в образовательной организации.</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питание, территория и т.д.). Техническое оснащение образовательно-воспитательного процесса соответствует требованиям на 80 %. 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tbl>
      <w:tblPr>
        <w:tblW w:w="14876" w:type="dxa"/>
        <w:tblCellMar>
          <w:left w:w="115" w:type="dxa"/>
          <w:right w:w="0" w:type="dxa"/>
        </w:tblCellMar>
        <w:tblLook w:val="00A0"/>
      </w:tblPr>
      <w:tblGrid>
        <w:gridCol w:w="6935"/>
        <w:gridCol w:w="7941"/>
      </w:tblGrid>
      <w:tr w:rsidR="00F44E79" w:rsidRPr="00760509" w:rsidTr="00760509">
        <w:tc>
          <w:tcPr>
            <w:tcW w:w="6935"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Выявленные проблемы</w:t>
            </w:r>
          </w:p>
        </w:tc>
        <w:tc>
          <w:tcPr>
            <w:tcW w:w="79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Пути решения проблем</w:t>
            </w:r>
          </w:p>
        </w:tc>
      </w:tr>
      <w:tr w:rsidR="00F44E79" w:rsidRPr="00760509" w:rsidTr="00760509">
        <w:tc>
          <w:tcPr>
            <w:tcW w:w="6935" w:type="dxa"/>
            <w:tcBorders>
              <w:top w:val="single" w:sz="6" w:space="0" w:color="000000"/>
              <w:left w:val="single" w:sz="6" w:space="0" w:color="000000"/>
              <w:bottom w:val="single" w:sz="6" w:space="0" w:color="000000"/>
              <w:right w:val="nil"/>
            </w:tcBorders>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недостаточность площадей для обучения и осуществление образовательной деятельности в режиме двух смен;</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ограниченность помещений для организации внеурочной деятельности и дополнительного образования</w:t>
            </w: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 со стороны родителей, учащихся и педагогов полнота и эстетика материально-технической базы оценивается как недостаточная</w:t>
            </w:r>
          </w:p>
        </w:tc>
        <w:tc>
          <w:tcPr>
            <w:tcW w:w="79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Инициирование и разработка администрацией образовательной организации проекта расширения площади школы путём строительства отдельного здания для начальной школы на муниципальном и региональном уровне</w:t>
            </w:r>
          </w:p>
        </w:tc>
      </w:tr>
    </w:tbl>
    <w:p w:rsidR="00F44E79" w:rsidRPr="00760509" w:rsidRDefault="00F44E79" w:rsidP="00760509">
      <w:pPr>
        <w:spacing w:after="150" w:line="360" w:lineRule="auto"/>
        <w:jc w:val="both"/>
        <w:rPr>
          <w:rFonts w:ascii="Times New Roman" w:hAnsi="Times New Roman" w:cs="Times New Roman"/>
        </w:rPr>
      </w:pPr>
    </w:p>
    <w:p w:rsidR="00F44E79" w:rsidRPr="00760509" w:rsidRDefault="00F44E79" w:rsidP="00760509">
      <w:pPr>
        <w:spacing w:after="150" w:line="360" w:lineRule="auto"/>
        <w:jc w:val="both"/>
        <w:rPr>
          <w:rFonts w:ascii="Times New Roman" w:hAnsi="Times New Roman" w:cs="Times New Roman"/>
        </w:rPr>
      </w:pPr>
      <w:r w:rsidRPr="00760509">
        <w:rPr>
          <w:rFonts w:ascii="Times New Roman" w:hAnsi="Times New Roman" w:cs="Times New Roman"/>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w:t>
      </w:r>
    </w:p>
    <w:p w:rsidR="00F44E79" w:rsidRPr="00760509" w:rsidRDefault="00F44E79" w:rsidP="00760509">
      <w:pPr>
        <w:spacing w:line="360" w:lineRule="auto"/>
        <w:ind w:right="-1"/>
        <w:jc w:val="both"/>
        <w:rPr>
          <w:rFonts w:ascii="Times New Roman" w:hAnsi="Times New Roman" w:cs="Times New Roman"/>
          <w:b/>
          <w:bCs/>
          <w:i/>
          <w:color w:val="auto"/>
        </w:rPr>
      </w:pPr>
      <w:r w:rsidRPr="00760509">
        <w:rPr>
          <w:rFonts w:ascii="Times New Roman" w:hAnsi="Times New Roman" w:cs="Times New Roman"/>
          <w:b/>
          <w:bCs/>
          <w:i/>
        </w:rPr>
        <w:t>5.Состояние организуемой в школе совместной деятельности детей и взрослых.</w:t>
      </w:r>
    </w:p>
    <w:p w:rsidR="00F44E79" w:rsidRPr="00760509" w:rsidRDefault="00F44E79" w:rsidP="00760509">
      <w:pPr>
        <w:spacing w:line="360" w:lineRule="auto"/>
        <w:jc w:val="both"/>
        <w:rPr>
          <w:rFonts w:ascii="Times New Roman" w:hAnsi="Times New Roman" w:cs="Times New Roman"/>
          <w:iCs/>
        </w:rPr>
      </w:pPr>
      <w:r w:rsidRPr="00760509">
        <w:rPr>
          <w:rFonts w:ascii="Times New Roman" w:hAnsi="Times New Roman" w:cs="Times New Roman"/>
          <w:iC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F44E79" w:rsidRPr="00760509" w:rsidRDefault="00F44E79" w:rsidP="00760509">
      <w:pPr>
        <w:spacing w:line="360" w:lineRule="auto"/>
        <w:ind w:right="-1"/>
        <w:jc w:val="both"/>
        <w:rPr>
          <w:rFonts w:ascii="Times New Roman" w:hAnsi="Times New Roman" w:cs="Times New Roman"/>
          <w:iCs/>
          <w:color w:val="auto"/>
        </w:rPr>
      </w:pPr>
      <w:r w:rsidRPr="00760509">
        <w:rPr>
          <w:rFonts w:ascii="Times New Roman" w:hAnsi="Times New Roman" w:cs="Times New Roman"/>
          <w:iCs/>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F44E79" w:rsidRPr="00760509" w:rsidRDefault="00F44E79" w:rsidP="00760509">
      <w:pPr>
        <w:spacing w:line="360" w:lineRule="auto"/>
        <w:ind w:right="-1"/>
        <w:jc w:val="both"/>
        <w:rPr>
          <w:rFonts w:ascii="Times New Roman" w:hAnsi="Times New Roman" w:cs="Times New Roman"/>
          <w:iCs/>
        </w:rPr>
      </w:pPr>
      <w:r w:rsidRPr="00760509">
        <w:rPr>
          <w:rFonts w:ascii="Times New Roman" w:hAnsi="Times New Roman" w:cs="Times New Roman"/>
          <w:iCs/>
        </w:rPr>
        <w:t>Способами</w:t>
      </w:r>
      <w:r w:rsidRPr="00760509">
        <w:rPr>
          <w:rFonts w:ascii="Times New Roman" w:hAnsi="Times New Roman" w:cs="Times New Roman"/>
          <w:i/>
        </w:rPr>
        <w:t xml:space="preserve"> </w:t>
      </w:r>
      <w:r w:rsidRPr="00760509">
        <w:rPr>
          <w:rFonts w:ascii="Times New Roman" w:hAnsi="Times New Roman" w:cs="Times New Roman"/>
          <w:iCs/>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44E79" w:rsidRPr="00760509" w:rsidRDefault="00F44E79" w:rsidP="00760509">
      <w:pPr>
        <w:spacing w:line="360" w:lineRule="auto"/>
        <w:ind w:right="-1"/>
        <w:jc w:val="both"/>
        <w:rPr>
          <w:rFonts w:ascii="Times New Roman" w:hAnsi="Times New Roman" w:cs="Times New Roman"/>
          <w:i/>
        </w:rPr>
      </w:pPr>
      <w:r w:rsidRPr="00760509">
        <w:rPr>
          <w:rFonts w:ascii="Times New Roman" w:hAnsi="Times New Roman" w:cs="Times New Roman"/>
          <w:iCs/>
        </w:rPr>
        <w:t xml:space="preserve">Внимание при этом сосредотачивается на вопросах, связанных с качеством проводимых </w:t>
      </w:r>
      <w:r w:rsidRPr="00760509">
        <w:rPr>
          <w:rFonts w:ascii="Times New Roman" w:hAnsi="Times New Roman" w:cs="Times New Roman"/>
        </w:rPr>
        <w:t>общешкольных ключевых дел;</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
          <w:sz w:val="24"/>
          <w:szCs w:val="24"/>
        </w:rPr>
      </w:pPr>
      <w:r w:rsidRPr="00760509">
        <w:rPr>
          <w:rFonts w:ascii="Times New Roman" w:hAnsi="Times New Roman"/>
          <w:iCs/>
          <w:sz w:val="24"/>
          <w:szCs w:val="24"/>
        </w:rPr>
        <w:t>- качеством совместной деятельности классных руководителей и их классов;</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 организуемой в школе</w:t>
      </w:r>
      <w:r w:rsidRPr="00760509">
        <w:rPr>
          <w:rFonts w:ascii="Times New Roman" w:hAnsi="Times New Roman"/>
          <w:sz w:val="24"/>
          <w:szCs w:val="24"/>
        </w:rPr>
        <w:t xml:space="preserve"> внеурочной деятельности;</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 реализации личностно развивающего потенциала школьных уроков;</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xml:space="preserve">- качеством существующего в школе </w:t>
      </w:r>
      <w:r w:rsidRPr="00760509">
        <w:rPr>
          <w:rFonts w:ascii="Times New Roman" w:hAnsi="Times New Roman"/>
          <w:sz w:val="24"/>
          <w:szCs w:val="24"/>
        </w:rPr>
        <w:t>ученического самоуправления;</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w:t>
      </w:r>
      <w:r w:rsidRPr="00760509">
        <w:rPr>
          <w:rFonts w:ascii="Times New Roman" w:hAnsi="Times New Roman"/>
          <w:sz w:val="24"/>
          <w:szCs w:val="24"/>
        </w:rPr>
        <w:t xml:space="preserve"> функционирующих на базе школы д</w:t>
      </w:r>
      <w:r w:rsidRPr="00760509">
        <w:rPr>
          <w:rFonts w:ascii="Times New Roman" w:hAnsi="Times New Roman"/>
          <w:color w:val="000000"/>
          <w:sz w:val="24"/>
          <w:szCs w:val="24"/>
        </w:rPr>
        <w:t>етских общественных объединений;</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w:t>
      </w:r>
      <w:r w:rsidRPr="00760509">
        <w:rPr>
          <w:rFonts w:ascii="Times New Roman" w:hAnsi="Times New Roman"/>
          <w:color w:val="000000"/>
          <w:sz w:val="24"/>
          <w:szCs w:val="24"/>
        </w:rPr>
        <w:t xml:space="preserve"> проводимых в школе экскурсий, экспедиций, походов; </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w:t>
      </w:r>
      <w:r w:rsidRPr="00760509">
        <w:rPr>
          <w:rStyle w:val="CharAttribute484"/>
          <w:sz w:val="24"/>
          <w:szCs w:val="24"/>
        </w:rPr>
        <w:t xml:space="preserve"> профориентационной работы школы;</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w:t>
      </w:r>
      <w:r w:rsidRPr="00760509">
        <w:rPr>
          <w:rStyle w:val="CharAttribute484"/>
          <w:sz w:val="24"/>
          <w:szCs w:val="24"/>
        </w:rPr>
        <w:t xml:space="preserve"> работы школьных медиа;</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w:t>
      </w:r>
      <w:r w:rsidRPr="00760509">
        <w:rPr>
          <w:rFonts w:ascii="Times New Roman" w:hAnsi="Times New Roman"/>
          <w:color w:val="000000"/>
          <w:sz w:val="24"/>
          <w:szCs w:val="24"/>
        </w:rPr>
        <w:t xml:space="preserve"> организации предметно-эстетической среды школы;</w:t>
      </w:r>
    </w:p>
    <w:p w:rsidR="00F44E79" w:rsidRPr="00760509" w:rsidRDefault="00F44E79" w:rsidP="001C7BA4">
      <w:pPr>
        <w:pStyle w:val="ListParagraph"/>
        <w:numPr>
          <w:ilvl w:val="0"/>
          <w:numId w:val="236"/>
        </w:numPr>
        <w:spacing w:after="160" w:line="360" w:lineRule="auto"/>
        <w:ind w:right="-1"/>
        <w:jc w:val="both"/>
        <w:rPr>
          <w:rFonts w:ascii="Times New Roman" w:hAnsi="Times New Roman"/>
          <w:iCs/>
          <w:sz w:val="24"/>
          <w:szCs w:val="24"/>
        </w:rPr>
      </w:pPr>
      <w:r w:rsidRPr="00760509">
        <w:rPr>
          <w:rFonts w:ascii="Times New Roman" w:hAnsi="Times New Roman"/>
          <w:iCs/>
          <w:sz w:val="24"/>
          <w:szCs w:val="24"/>
        </w:rPr>
        <w:t>- качеством взаимодействия школы и семей школьников.</w:t>
      </w:r>
    </w:p>
    <w:p w:rsidR="00F44E79" w:rsidRPr="00760509" w:rsidRDefault="00F44E79" w:rsidP="001C7BA4">
      <w:pPr>
        <w:pStyle w:val="ListParagraph"/>
        <w:numPr>
          <w:ilvl w:val="0"/>
          <w:numId w:val="236"/>
        </w:numPr>
        <w:spacing w:after="160" w:line="360" w:lineRule="auto"/>
        <w:ind w:right="-1"/>
        <w:jc w:val="both"/>
        <w:rPr>
          <w:rStyle w:val="21"/>
          <w:rFonts w:ascii="Times New Roman" w:hAnsi="Times New Roman"/>
          <w:b w:val="0"/>
          <w:color w:val="auto"/>
          <w:w w:val="100"/>
          <w:sz w:val="24"/>
          <w:szCs w:val="24"/>
        </w:rPr>
      </w:pPr>
      <w:r w:rsidRPr="00760509">
        <w:rPr>
          <w:rFonts w:ascii="Times New Roman" w:hAnsi="Times New Roman"/>
          <w:iCs/>
          <w:sz w:val="24"/>
          <w:szCs w:val="24"/>
        </w:rPr>
        <w:t xml:space="preserve">Итогом самоанализа </w:t>
      </w:r>
      <w:r w:rsidRPr="00760509">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r>
        <w:rPr>
          <w:rFonts w:ascii="Times New Roman" w:hAnsi="Times New Roman"/>
          <w:sz w:val="24"/>
          <w:szCs w:val="24"/>
        </w:rPr>
        <w:t>.</w:t>
      </w:r>
    </w:p>
    <w:p w:rsidR="00F44E79" w:rsidRDefault="00F44E79" w:rsidP="00B84C05">
      <w:pPr>
        <w:pStyle w:val="22"/>
        <w:tabs>
          <w:tab w:val="left" w:pos="462"/>
        </w:tabs>
        <w:spacing w:after="100"/>
        <w:jc w:val="both"/>
        <w:rPr>
          <w:b w:val="0"/>
          <w:bCs w:val="0"/>
          <w:color w:val="auto"/>
          <w:w w:val="100"/>
          <w:sz w:val="24"/>
          <w:szCs w:val="24"/>
        </w:rPr>
      </w:pPr>
    </w:p>
    <w:p w:rsidR="00F44E79" w:rsidRDefault="00F44E79" w:rsidP="001C7BA4">
      <w:pPr>
        <w:pStyle w:val="22"/>
        <w:numPr>
          <w:ilvl w:val="0"/>
          <w:numId w:val="70"/>
        </w:numPr>
        <w:tabs>
          <w:tab w:val="left" w:pos="477"/>
        </w:tabs>
        <w:jc w:val="both"/>
        <w:rPr>
          <w:b w:val="0"/>
          <w:bCs w:val="0"/>
          <w:color w:val="auto"/>
          <w:w w:val="100"/>
          <w:sz w:val="24"/>
          <w:szCs w:val="24"/>
        </w:rPr>
      </w:pPr>
      <w:bookmarkStart w:id="1315" w:name="bookmark5646"/>
      <w:bookmarkStart w:id="1316" w:name="bookmark5856"/>
      <w:bookmarkEnd w:id="1315"/>
      <w:bookmarkEnd w:id="1316"/>
      <w:r>
        <w:rPr>
          <w:rStyle w:val="21"/>
          <w:rFonts w:cs="Tahoma"/>
          <w:b/>
        </w:rPr>
        <w:t>ПРОГРАММА КОРРЕКЦИОННОЙ РАБОТЫ</w:t>
      </w:r>
    </w:p>
    <w:p w:rsidR="00F44E79" w:rsidRDefault="00F44E79">
      <w:pPr>
        <w:pStyle w:val="BodyText"/>
        <w:jc w:val="both"/>
        <w:rPr>
          <w:rFonts w:ascii="Courier New" w:hAnsi="Courier New" w:cs="Courier New"/>
          <w:color w:val="auto"/>
          <w:sz w:val="24"/>
          <w:szCs w:val="24"/>
        </w:rPr>
      </w:pPr>
      <w:r>
        <w:rPr>
          <w:rStyle w:val="BodyTextChar1"/>
          <w:rFonts w:cs="Georgia"/>
        </w:rPr>
        <w:t>Программа коррекционной работы (ПКР) является неотъем</w:t>
      </w:r>
      <w:r>
        <w:rPr>
          <w:rStyle w:val="BodyTextChar1"/>
          <w:rFonts w:cs="Georgia"/>
        </w:rPr>
        <w:softHyphen/>
        <w:t>лемым структурным компонентом основной образовательной программы образовательной организации. ПКР разрабатывает</w:t>
      </w:r>
      <w:r>
        <w:rPr>
          <w:rStyle w:val="BodyTextChar1"/>
          <w:rFonts w:cs="Georgia"/>
        </w:rPr>
        <w:softHyphen/>
        <w:t>ся для обучающихся с трудностями в обучении и социализации.</w:t>
      </w:r>
    </w:p>
    <w:p w:rsidR="00F44E79" w:rsidRDefault="00F44E79">
      <w:pPr>
        <w:pStyle w:val="BodyText"/>
        <w:jc w:val="both"/>
        <w:rPr>
          <w:rFonts w:ascii="Courier New" w:hAnsi="Courier New" w:cs="Courier New"/>
          <w:color w:val="auto"/>
          <w:sz w:val="24"/>
          <w:szCs w:val="24"/>
        </w:rPr>
      </w:pPr>
      <w:r>
        <w:rPr>
          <w:rStyle w:val="BodyTextChar1"/>
          <w:rFonts w:cs="Georgia"/>
        </w:rPr>
        <w:t>В соответствии с ФГОС ООО программа коррекционной рабо</w:t>
      </w:r>
      <w:r>
        <w:rPr>
          <w:rStyle w:val="BodyTextChar1"/>
          <w:rFonts w:cs="Georgia"/>
        </w:rPr>
        <w:softHyphen/>
        <w:t>ты направлена на осуществление индивидуально</w:t>
      </w:r>
      <w:r>
        <w:rPr>
          <w:rStyle w:val="BodyTextChar1"/>
          <w:rFonts w:cs="Georgia"/>
        </w:rPr>
        <w:softHyphen/>
        <w:t>ориентированной психолого-педагогической помощи детям с трудностями в обучении и социализации в освоении програм</w:t>
      </w:r>
      <w:r>
        <w:rPr>
          <w:rStyle w:val="BodyTextChar1"/>
          <w:rFonts w:cs="Georgia"/>
        </w:rPr>
        <w:softHyphen/>
        <w:t>мы основного общего образования, их социальную адаптацию и личностное самоопределение.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Программа коррекционной работы  обеспечивает:</w:t>
      </w:r>
    </w:p>
    <w:p w:rsidR="00F44E79" w:rsidRDefault="00F44E79" w:rsidP="001C7BA4">
      <w:pPr>
        <w:pStyle w:val="BodyText"/>
        <w:numPr>
          <w:ilvl w:val="0"/>
          <w:numId w:val="69"/>
        </w:numPr>
        <w:tabs>
          <w:tab w:val="left" w:pos="207"/>
        </w:tabs>
        <w:spacing w:line="295" w:lineRule="auto"/>
        <w:ind w:left="240" w:hanging="240"/>
        <w:jc w:val="both"/>
        <w:rPr>
          <w:color w:val="auto"/>
          <w:sz w:val="24"/>
          <w:szCs w:val="24"/>
        </w:rPr>
      </w:pPr>
      <w:bookmarkStart w:id="1317" w:name="bookmark5857"/>
      <w:bookmarkEnd w:id="1317"/>
      <w:r>
        <w:rPr>
          <w:rStyle w:val="BodyTextChar1"/>
          <w:rFonts w:cs="Georgia"/>
        </w:rPr>
        <w:t>выявление индивидуальных образовательных потребностей обучающихся, направленности личности, профессиональных склонностей;</w:t>
      </w:r>
    </w:p>
    <w:p w:rsidR="00F44E79" w:rsidRDefault="00F44E79" w:rsidP="001C7BA4">
      <w:pPr>
        <w:pStyle w:val="BodyText"/>
        <w:numPr>
          <w:ilvl w:val="0"/>
          <w:numId w:val="69"/>
        </w:numPr>
        <w:tabs>
          <w:tab w:val="left" w:pos="207"/>
        </w:tabs>
        <w:spacing w:line="276" w:lineRule="auto"/>
        <w:ind w:left="240" w:hanging="240"/>
        <w:jc w:val="both"/>
        <w:rPr>
          <w:color w:val="auto"/>
          <w:sz w:val="24"/>
          <w:szCs w:val="24"/>
        </w:rPr>
      </w:pPr>
      <w:bookmarkStart w:id="1318" w:name="bookmark5858"/>
      <w:bookmarkEnd w:id="1318"/>
      <w:r>
        <w:rPr>
          <w:rStyle w:val="BodyTextChar1"/>
          <w:rFonts w:cs="Georgia"/>
        </w:rPr>
        <w:t>систему комплексного психолого-педагогического сопрово</w:t>
      </w:r>
      <w:r>
        <w:rPr>
          <w:rStyle w:val="BodyTextChar1"/>
          <w:rFonts w:cs="Georgia"/>
        </w:rPr>
        <w:softHyphen/>
        <w:t>ждения в условиях образовательной деятельности, включа</w:t>
      </w:r>
      <w:r>
        <w:rPr>
          <w:rStyle w:val="BodyTextChar1"/>
          <w:rFonts w:cs="Georgia"/>
        </w:rPr>
        <w:softHyphen/>
        <w:t>ющего психолого-педагогическое обследование обучающихся и мониторинг динамики их развития, личностного становле</w:t>
      </w:r>
      <w:r>
        <w:rPr>
          <w:rStyle w:val="BodyTextChar1"/>
          <w:rFonts w:cs="Georgia"/>
        </w:rPr>
        <w:softHyphen/>
        <w:t>ния, проведение индивидуальных и групповых коррекцион</w:t>
      </w:r>
      <w:r>
        <w:rPr>
          <w:rStyle w:val="BodyTextChar1"/>
          <w:rFonts w:cs="Georgia"/>
        </w:rPr>
        <w:softHyphen/>
        <w:t>но-развивающих занятий;</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19" w:name="bookmark5859"/>
      <w:bookmarkEnd w:id="1319"/>
      <w:r>
        <w:rPr>
          <w:rStyle w:val="BodyTextChar1"/>
          <w:rFonts w:cs="Georgia"/>
        </w:rPr>
        <w:t>успешное освоение основной общеобразовательной програм</w:t>
      </w:r>
      <w:r>
        <w:rPr>
          <w:rStyle w:val="BodyTextChar1"/>
          <w:rFonts w:cs="Georgia"/>
        </w:rPr>
        <w:softHyphen/>
        <w:t>мы основного общего образования, достижение обучающи</w:t>
      </w:r>
      <w:r>
        <w:rPr>
          <w:rStyle w:val="BodyTextChar1"/>
          <w:rFonts w:cs="Georgia"/>
        </w:rPr>
        <w:softHyphen/>
        <w:t>мися с трудностями в обучении и социализации предметных, метапредметных и личностных результатов.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Программа коррекционной работы содержит:</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20" w:name="bookmark5860"/>
      <w:bookmarkEnd w:id="1320"/>
      <w:r>
        <w:rPr>
          <w:rStyle w:val="BodyTextChar1"/>
          <w:rFonts w:cs="Georgia"/>
        </w:rPr>
        <w:t>план диагностических и коррекционно-развивающих меро</w:t>
      </w:r>
      <w:r>
        <w:rPr>
          <w:rStyle w:val="BodyTextChar1"/>
          <w:rFonts w:cs="Georgia"/>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44E79" w:rsidRDefault="00F44E79" w:rsidP="001C7BA4">
      <w:pPr>
        <w:pStyle w:val="BodyText"/>
        <w:numPr>
          <w:ilvl w:val="0"/>
          <w:numId w:val="69"/>
        </w:numPr>
        <w:tabs>
          <w:tab w:val="left" w:pos="207"/>
        </w:tabs>
        <w:spacing w:line="276" w:lineRule="auto"/>
        <w:ind w:left="240" w:hanging="240"/>
        <w:jc w:val="both"/>
        <w:rPr>
          <w:color w:val="auto"/>
          <w:sz w:val="24"/>
          <w:szCs w:val="24"/>
        </w:rPr>
      </w:pPr>
      <w:bookmarkStart w:id="1321" w:name="bookmark5861"/>
      <w:bookmarkEnd w:id="1321"/>
      <w:r>
        <w:rPr>
          <w:rStyle w:val="BodyTextChar1"/>
          <w:rFonts w:cs="Georgia"/>
        </w:rPr>
        <w:t>описание условий обучения и воспитания обучающихся, ме</w:t>
      </w:r>
      <w:r>
        <w:rPr>
          <w:rStyle w:val="BodyTextChar1"/>
          <w:rFonts w:cs="Georgia"/>
        </w:rPr>
        <w:softHyphen/>
        <w:t>тоды обучения и воспитания, учебные пособия и дидактиче</w:t>
      </w:r>
      <w:r>
        <w:rPr>
          <w:rStyle w:val="BodyTextChar1"/>
          <w:rFonts w:cs="Georgia"/>
        </w:rPr>
        <w:softHyphen/>
        <w:t>ские материалы, технические средства обучения коллектив</w:t>
      </w:r>
      <w:r>
        <w:rPr>
          <w:rStyle w:val="BodyTextChar1"/>
          <w:rFonts w:cs="Georgia"/>
        </w:rPr>
        <w:softHyphen/>
        <w:t>ного и индивидуального пользования, особенности проведения групповых и индивидуальных коррекционно-развивающих занятий;</w:t>
      </w:r>
    </w:p>
    <w:p w:rsidR="00F44E79" w:rsidRPr="0026178D" w:rsidRDefault="00F44E79" w:rsidP="001C7BA4">
      <w:pPr>
        <w:pStyle w:val="BodyText"/>
        <w:numPr>
          <w:ilvl w:val="0"/>
          <w:numId w:val="69"/>
        </w:numPr>
        <w:tabs>
          <w:tab w:val="left" w:pos="207"/>
        </w:tabs>
        <w:spacing w:line="310" w:lineRule="auto"/>
        <w:ind w:left="240" w:hanging="240"/>
        <w:jc w:val="both"/>
        <w:rPr>
          <w:color w:val="auto"/>
          <w:sz w:val="24"/>
          <w:szCs w:val="24"/>
        </w:rPr>
      </w:pPr>
      <w:bookmarkStart w:id="1322" w:name="bookmark5862"/>
      <w:bookmarkEnd w:id="1322"/>
      <w:r>
        <w:rPr>
          <w:rStyle w:val="BodyTextChar1"/>
          <w:rFonts w:cs="Georgia"/>
        </w:rPr>
        <w:t>описание основного содержания рабочих программ коррек</w:t>
      </w:r>
      <w:r>
        <w:rPr>
          <w:rStyle w:val="BodyTextChar1"/>
          <w:rFonts w:cs="Georgia"/>
        </w:rPr>
        <w:softHyphen/>
        <w:t>ционно-развивающих курсов;</w:t>
      </w:r>
      <w:bookmarkStart w:id="1323" w:name="bookmark5863"/>
      <w:bookmarkEnd w:id="1323"/>
    </w:p>
    <w:p w:rsidR="00F44E79" w:rsidRDefault="00F44E79" w:rsidP="001C7BA4">
      <w:pPr>
        <w:pStyle w:val="BodyText"/>
        <w:numPr>
          <w:ilvl w:val="0"/>
          <w:numId w:val="69"/>
        </w:numPr>
        <w:tabs>
          <w:tab w:val="left" w:pos="207"/>
        </w:tabs>
        <w:spacing w:line="310" w:lineRule="auto"/>
        <w:ind w:left="240" w:hanging="240"/>
        <w:jc w:val="both"/>
        <w:rPr>
          <w:color w:val="auto"/>
          <w:sz w:val="24"/>
          <w:szCs w:val="24"/>
        </w:rPr>
      </w:pPr>
      <w:bookmarkStart w:id="1324" w:name="bookmark5864"/>
      <w:bookmarkEnd w:id="1324"/>
      <w:r>
        <w:rPr>
          <w:rStyle w:val="BodyTextChar1"/>
          <w:rFonts w:cs="Georgia"/>
        </w:rPr>
        <w:t>планируемые результаты коррекционной работы и подходы к их оценке.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ПКР вариативна по форме и по содержанию в зависимости от образовательных потребностей, характера имеющихся труд</w:t>
      </w:r>
      <w:r>
        <w:rPr>
          <w:rStyle w:val="BodyTextChar1"/>
          <w:rFonts w:cs="Georgia"/>
        </w:rPr>
        <w:softHyphen/>
        <w:t>ностей и особенностей социальной адаптации обучающихся, региональной специфики и особенностей образовательного про</w:t>
      </w:r>
      <w:r>
        <w:rPr>
          <w:rStyle w:val="BodyTextChar1"/>
          <w:rFonts w:cs="Georgia"/>
        </w:rPr>
        <w:softHyphen/>
        <w:t>цесса в образовательной организации.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ПКР предусматривает создание условий обучения и воспита</w:t>
      </w:r>
      <w:r>
        <w:rPr>
          <w:rStyle w:val="BodyTextChar1"/>
          <w:rFonts w:cs="Georgia"/>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BodyTextChar1"/>
          <w:rFonts w:cs="Georgia"/>
        </w:rPr>
        <w:softHyphen/>
        <w:t>ных возможностей обучающихся и их потребностей более вы</w:t>
      </w:r>
      <w:r>
        <w:rPr>
          <w:rStyle w:val="BodyTextChar1"/>
          <w:rFonts w:cs="Georgia"/>
        </w:rPr>
        <w:softHyphen/>
        <w:t>сокого уровня, необходимых для дальнейшего обучения и успешной социализации.</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ПКР может быть реализована при разных формах получения образования, включая обучение на дому и с применением дис</w:t>
      </w:r>
      <w:r>
        <w:rPr>
          <w:rStyle w:val="BodyTextChar1"/>
          <w:rFonts w:cs="Georgia"/>
        </w:rPr>
        <w:softHyphen/>
        <w:t>танционных технологий. ПКР должна предусматривать орга</w:t>
      </w:r>
      <w:r>
        <w:rPr>
          <w:rStyle w:val="BodyTextChar1"/>
          <w:rFonts w:cs="Georgia"/>
        </w:rPr>
        <w:softHyphen/>
        <w:t>низацию индивидуально-ориентированных коррекционно-раз</w:t>
      </w:r>
      <w:r>
        <w:rPr>
          <w:rStyle w:val="BodyTextChar1"/>
          <w:rFonts w:cs="Georgia"/>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BodyTextChar1"/>
          <w:rFonts w:cs="Georgia"/>
        </w:rPr>
        <w:softHyphen/>
        <w:t>пень включенности специалистов в программу коррекционной работы устанавливается самостоятельно образовательной орга</w:t>
      </w:r>
      <w:r>
        <w:rPr>
          <w:rStyle w:val="BodyTextChar1"/>
          <w:rFonts w:cs="Georgia"/>
        </w:rPr>
        <w:softHyphen/>
        <w:t>низацией. Объем помощи, направления и содержание коррек</w:t>
      </w:r>
      <w:r>
        <w:rPr>
          <w:rStyle w:val="BodyTextChar1"/>
          <w:rFonts w:cs="Georgia"/>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BodyTextChar1"/>
          <w:rFonts w:cs="Georgia"/>
        </w:rPr>
        <w:softHyphen/>
        <w:t>гогической комиссии (ПМПК).</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Реализация программы коррекционной работы предусматри</w:t>
      </w:r>
      <w:r>
        <w:rPr>
          <w:rStyle w:val="BodyTextChar1"/>
          <w:rFonts w:cs="Georgia"/>
        </w:rPr>
        <w:softHyphen/>
        <w:t>вает создание системы комплексной помощи на основе взаимо</w:t>
      </w:r>
      <w:r>
        <w:rPr>
          <w:rStyle w:val="BodyTextChar1"/>
          <w:rFonts w:cs="Georgia"/>
        </w:rPr>
        <w:softHyphen/>
        <w:t>действия специалистов сопровождения и комплексного подхода к организации сопровождающей деятельности. Основным меха</w:t>
      </w:r>
      <w:r>
        <w:rPr>
          <w:rStyle w:val="BodyTextChar1"/>
          <w:rFonts w:cs="Georgia"/>
        </w:rPr>
        <w:softHyphen/>
        <w:t>низмом, обеспечивающим системность помощи, является психо</w:t>
      </w:r>
      <w:r>
        <w:rPr>
          <w:rStyle w:val="BodyTextChar1"/>
          <w:rFonts w:cs="Georgia"/>
        </w:rPr>
        <w:softHyphen/>
        <w:t>лого-педагогический консилиум образовательной организации.</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ПКР разрабатывается на период получения основного обще</w:t>
      </w:r>
      <w:r>
        <w:rPr>
          <w:rStyle w:val="BodyTextChar1"/>
          <w:rFonts w:cs="Georgia"/>
        </w:rPr>
        <w:softHyphen/>
        <w:t>го образования и включает следующие разделы:</w:t>
      </w:r>
    </w:p>
    <w:p w:rsidR="00F44E79" w:rsidRDefault="00F44E79">
      <w:pPr>
        <w:pStyle w:val="BodyText"/>
        <w:spacing w:line="264" w:lineRule="auto"/>
        <w:ind w:left="240" w:hanging="240"/>
        <w:jc w:val="both"/>
        <w:rPr>
          <w:rFonts w:ascii="Courier New" w:hAnsi="Courier New" w:cs="Courier New"/>
          <w:color w:val="auto"/>
          <w:sz w:val="24"/>
          <w:szCs w:val="24"/>
        </w:rPr>
      </w:pPr>
      <w:r>
        <w:rPr>
          <w:rStyle w:val="BodyTextChar1"/>
          <w:rFonts w:cs="Georgia"/>
        </w:rPr>
        <w:t>—Цели, задачи и принципы построения программы коррекци</w:t>
      </w:r>
      <w:r>
        <w:rPr>
          <w:rStyle w:val="BodyTextChar1"/>
          <w:rFonts w:cs="Georgia"/>
        </w:rPr>
        <w:softHyphen/>
        <w:t>онной работы.</w:t>
      </w:r>
    </w:p>
    <w:p w:rsidR="00F44E79" w:rsidRDefault="00F44E79">
      <w:pPr>
        <w:pStyle w:val="BodyText"/>
        <w:spacing w:line="264" w:lineRule="auto"/>
        <w:ind w:firstLine="0"/>
        <w:jc w:val="both"/>
        <w:rPr>
          <w:rFonts w:ascii="Courier New" w:hAnsi="Courier New" w:cs="Courier New"/>
          <w:color w:val="auto"/>
          <w:sz w:val="24"/>
          <w:szCs w:val="24"/>
        </w:rPr>
      </w:pPr>
      <w:r>
        <w:rPr>
          <w:rStyle w:val="BodyTextChar1"/>
          <w:rFonts w:cs="Georgia"/>
        </w:rPr>
        <w:t>—Перечень и содержание направлений работы.</w:t>
      </w:r>
    </w:p>
    <w:p w:rsidR="00F44E79" w:rsidRDefault="00F44E79">
      <w:pPr>
        <w:pStyle w:val="BodyText"/>
        <w:spacing w:line="264" w:lineRule="auto"/>
        <w:ind w:firstLine="0"/>
        <w:jc w:val="both"/>
        <w:rPr>
          <w:rFonts w:ascii="Courier New" w:hAnsi="Courier New" w:cs="Courier New"/>
          <w:color w:val="auto"/>
          <w:sz w:val="24"/>
          <w:szCs w:val="24"/>
        </w:rPr>
      </w:pPr>
      <w:r>
        <w:rPr>
          <w:rStyle w:val="BodyTextChar1"/>
          <w:rFonts w:cs="Georgia"/>
        </w:rPr>
        <w:t>—Механизмы реализации программы.</w:t>
      </w:r>
    </w:p>
    <w:p w:rsidR="00F44E79" w:rsidRDefault="00F44E79">
      <w:pPr>
        <w:pStyle w:val="BodyText"/>
        <w:spacing w:line="264" w:lineRule="auto"/>
        <w:ind w:firstLine="0"/>
        <w:jc w:val="both"/>
        <w:rPr>
          <w:rFonts w:ascii="Courier New" w:hAnsi="Courier New" w:cs="Courier New"/>
          <w:color w:val="auto"/>
          <w:sz w:val="24"/>
          <w:szCs w:val="24"/>
        </w:rPr>
      </w:pPr>
      <w:r>
        <w:rPr>
          <w:rStyle w:val="BodyTextChar1"/>
          <w:rFonts w:cs="Georgia"/>
        </w:rPr>
        <w:t>—Условия реализации программы.</w:t>
      </w:r>
    </w:p>
    <w:p w:rsidR="00F44E79" w:rsidRDefault="00F44E79">
      <w:pPr>
        <w:pStyle w:val="BodyText"/>
        <w:spacing w:after="120" w:line="264" w:lineRule="auto"/>
        <w:ind w:firstLine="0"/>
        <w:jc w:val="both"/>
        <w:rPr>
          <w:rFonts w:ascii="Courier New" w:hAnsi="Courier New" w:cs="Courier New"/>
          <w:color w:val="auto"/>
          <w:sz w:val="24"/>
          <w:szCs w:val="24"/>
        </w:rPr>
      </w:pPr>
      <w:r>
        <w:rPr>
          <w:rStyle w:val="BodyTextChar1"/>
          <w:rFonts w:cs="Georgia"/>
        </w:rPr>
        <w:t>—Планируемые результаты реализации программы.</w:t>
      </w:r>
    </w:p>
    <w:p w:rsidR="00F44E79" w:rsidRDefault="00F44E79" w:rsidP="001C7BA4">
      <w:pPr>
        <w:pStyle w:val="33"/>
        <w:keepNext/>
        <w:keepLines/>
        <w:numPr>
          <w:ilvl w:val="0"/>
          <w:numId w:val="71"/>
        </w:numPr>
        <w:tabs>
          <w:tab w:val="left" w:pos="649"/>
        </w:tabs>
        <w:spacing w:after="40"/>
        <w:jc w:val="both"/>
        <w:rPr>
          <w:b w:val="0"/>
          <w:bCs w:val="0"/>
          <w:color w:val="auto"/>
          <w:sz w:val="24"/>
          <w:szCs w:val="24"/>
        </w:rPr>
      </w:pPr>
      <w:bookmarkStart w:id="1325" w:name="bookmark5867"/>
      <w:bookmarkStart w:id="1326" w:name="bookmark5865"/>
      <w:bookmarkStart w:id="1327" w:name="bookmark5866"/>
      <w:bookmarkStart w:id="1328" w:name="bookmark5868"/>
      <w:bookmarkEnd w:id="1325"/>
      <w:r>
        <w:rPr>
          <w:rStyle w:val="32"/>
          <w:rFonts w:cs="Arial"/>
          <w:b/>
        </w:rPr>
        <w:t>Цели, задачи и принципы построения программы коррекционной работы</w:t>
      </w:r>
      <w:bookmarkEnd w:id="1326"/>
      <w:bookmarkEnd w:id="1327"/>
      <w:bookmarkEnd w:id="1328"/>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b/>
          <w:bCs/>
        </w:rPr>
        <w:t xml:space="preserve">Цель программы </w:t>
      </w:r>
      <w:r>
        <w:rPr>
          <w:rStyle w:val="BodyTextChar1"/>
          <w:rFonts w:cs="Georgia"/>
        </w:rPr>
        <w:t>коррекционной работы заключается в опре</w:t>
      </w:r>
      <w:r>
        <w:rPr>
          <w:rStyle w:val="BodyTextChar1"/>
          <w:rFonts w:cs="Georgia"/>
        </w:rPr>
        <w:softHyphen/>
        <w:t>делении комплексной системы психолого-педагогической и со</w:t>
      </w:r>
      <w:r>
        <w:rPr>
          <w:rStyle w:val="BodyTextChar1"/>
          <w:rFonts w:cs="Georgia"/>
        </w:rPr>
        <w:softHyphen/>
        <w:t>циальной помощи обучающимся с трудностями в обучении и социализации для успешного освоения основной образователь</w:t>
      </w:r>
      <w:r>
        <w:rPr>
          <w:rStyle w:val="BodyTextChar1"/>
          <w:rFonts w:cs="Georgia"/>
        </w:rPr>
        <w:softHyphen/>
        <w:t>ной программы на основе компенсации имеющихся нарушений и пропедевтики производных трудностей; формирования соци</w:t>
      </w:r>
      <w:r>
        <w:rPr>
          <w:rStyle w:val="BodyTextChar1"/>
          <w:rFonts w:cs="Georgia"/>
        </w:rPr>
        <w:softHyphen/>
        <w:t>альной компетентности, развития адаптивных способностей личности для самореализации в обществе.</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Задачи ПКР отражают разработку и реализацию содержания основных направлений работы (диагностическое, коррекцион</w:t>
      </w:r>
      <w:r>
        <w:rPr>
          <w:rStyle w:val="BodyTextChar1"/>
          <w:rFonts w:cs="Georgia"/>
        </w:rPr>
        <w:softHyphen/>
        <w:t>но-развивающее и психопрофилактическое, консультативное, информационно-просветительское).</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b/>
          <w:bCs/>
        </w:rPr>
        <w:t>Задачи программы:</w:t>
      </w:r>
    </w:p>
    <w:p w:rsidR="00F44E79" w:rsidRDefault="00F44E79" w:rsidP="001C7BA4">
      <w:pPr>
        <w:pStyle w:val="BodyText"/>
        <w:numPr>
          <w:ilvl w:val="0"/>
          <w:numId w:val="69"/>
        </w:numPr>
        <w:tabs>
          <w:tab w:val="left" w:pos="207"/>
        </w:tabs>
        <w:spacing w:line="276" w:lineRule="auto"/>
        <w:ind w:left="240" w:hanging="240"/>
        <w:jc w:val="both"/>
        <w:rPr>
          <w:color w:val="auto"/>
          <w:sz w:val="24"/>
          <w:szCs w:val="24"/>
        </w:rPr>
      </w:pPr>
      <w:bookmarkStart w:id="1329" w:name="bookmark5869"/>
      <w:bookmarkEnd w:id="1329"/>
      <w:r>
        <w:rPr>
          <w:rStyle w:val="BodyTextChar1"/>
          <w:rFonts w:cs="Georgia"/>
        </w:rPr>
        <w:t>определение индивидуальных образовательных потребно</w:t>
      </w:r>
      <w:r>
        <w:rPr>
          <w:rStyle w:val="BodyTextChar1"/>
          <w:rFonts w:cs="Georgia"/>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44E79" w:rsidRDefault="00F44E79" w:rsidP="001C7BA4">
      <w:pPr>
        <w:pStyle w:val="BodyText"/>
        <w:numPr>
          <w:ilvl w:val="0"/>
          <w:numId w:val="69"/>
        </w:numPr>
        <w:tabs>
          <w:tab w:val="left" w:pos="207"/>
        </w:tabs>
        <w:spacing w:line="276" w:lineRule="auto"/>
        <w:ind w:left="240" w:hanging="240"/>
        <w:jc w:val="both"/>
        <w:rPr>
          <w:color w:val="auto"/>
          <w:sz w:val="24"/>
          <w:szCs w:val="24"/>
        </w:rPr>
      </w:pPr>
      <w:bookmarkStart w:id="1330" w:name="bookmark5870"/>
      <w:bookmarkEnd w:id="1330"/>
      <w:r>
        <w:rPr>
          <w:rStyle w:val="BodyTextChar1"/>
          <w:rFonts w:cs="Georgia"/>
        </w:rPr>
        <w:t>определение оптимальных психолого-педагогических и ор</w:t>
      </w:r>
      <w:r>
        <w:rPr>
          <w:rStyle w:val="BodyTextChar1"/>
          <w:rFonts w:cs="Georgia"/>
        </w:rPr>
        <w:softHyphen/>
        <w:t>ганизационных условий для получения основного общего образования обучающимися с трудностями в обучении и со</w:t>
      </w:r>
      <w:r>
        <w:rPr>
          <w:rStyle w:val="BodyTextChar1"/>
          <w:rFonts w:cs="Georgia"/>
        </w:rPr>
        <w:softHyphen/>
        <w:t>циализации, для развития личности обучающихся, их по</w:t>
      </w:r>
      <w:r>
        <w:rPr>
          <w:rStyle w:val="BodyTextChar1"/>
          <w:rFonts w:cs="Georgia"/>
        </w:rPr>
        <w:softHyphen/>
        <w:t>знавательных и коммуникативных способностей;</w:t>
      </w:r>
    </w:p>
    <w:p w:rsidR="00F44E79" w:rsidRDefault="00F44E79" w:rsidP="001C7BA4">
      <w:pPr>
        <w:pStyle w:val="BodyText"/>
        <w:numPr>
          <w:ilvl w:val="0"/>
          <w:numId w:val="69"/>
        </w:numPr>
        <w:tabs>
          <w:tab w:val="left" w:pos="207"/>
        </w:tabs>
        <w:spacing w:line="276" w:lineRule="auto"/>
        <w:ind w:left="240" w:hanging="240"/>
        <w:jc w:val="both"/>
        <w:rPr>
          <w:color w:val="auto"/>
          <w:sz w:val="24"/>
          <w:szCs w:val="24"/>
        </w:rPr>
      </w:pPr>
      <w:bookmarkStart w:id="1331" w:name="bookmark5871"/>
      <w:bookmarkEnd w:id="1331"/>
      <w:r>
        <w:rPr>
          <w:rStyle w:val="BodyTextChar1"/>
          <w:rFonts w:cs="Georgia"/>
        </w:rPr>
        <w:t>разработка и использование индивидуально-ориентирован</w:t>
      </w:r>
      <w:r>
        <w:rPr>
          <w:rStyle w:val="BodyTextChar1"/>
          <w:rFonts w:cs="Georgia"/>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32" w:name="bookmark5872"/>
      <w:bookmarkEnd w:id="1332"/>
      <w:r>
        <w:rPr>
          <w:rStyle w:val="BodyTextChar1"/>
          <w:rFonts w:cs="Georgia"/>
        </w:rPr>
        <w:t>реализация комплексного психолого-педагогического и со</w:t>
      </w:r>
      <w:r>
        <w:rPr>
          <w:rStyle w:val="BodyTextChar1"/>
          <w:rFonts w:cs="Georgia"/>
        </w:rPr>
        <w:softHyphen/>
        <w:t>циального сопровождения обучающихся (в соответствии с рекомендациями ППк и ПМПК);</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33" w:name="bookmark5873"/>
      <w:bookmarkEnd w:id="1333"/>
      <w:r>
        <w:rPr>
          <w:rStyle w:val="BodyTextChar1"/>
          <w:rFonts w:cs="Georgia"/>
        </w:rPr>
        <w:t>реализация комплексной системы мероприятий по социаль</w:t>
      </w:r>
      <w:r>
        <w:rPr>
          <w:rStyle w:val="BodyTextChar1"/>
          <w:rFonts w:cs="Georgia"/>
        </w:rPr>
        <w:softHyphen/>
        <w:t>ной адаптации и профессиональной ориентации обучающих</w:t>
      </w:r>
      <w:r>
        <w:rPr>
          <w:rStyle w:val="BodyTextChar1"/>
          <w:rFonts w:cs="Georgia"/>
        </w:rPr>
        <w:softHyphen/>
        <w:t>ся с трудностями в обучении и социализации;</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34" w:name="bookmark5874"/>
      <w:bookmarkEnd w:id="1334"/>
      <w:r>
        <w:rPr>
          <w:rStyle w:val="BodyTextChar1"/>
          <w:rFonts w:cs="Georgia"/>
        </w:rPr>
        <w:t>обеспечение сетевого взаимодействия специалистов разного профиля в комплексной работе с обучающимися с трудностя</w:t>
      </w:r>
      <w:r>
        <w:rPr>
          <w:rStyle w:val="BodyTextChar1"/>
          <w:rFonts w:cs="Georgia"/>
        </w:rPr>
        <w:softHyphen/>
        <w:t>ми в обучении и социализации;</w:t>
      </w:r>
    </w:p>
    <w:p w:rsidR="00F44E79" w:rsidRDefault="00F44E79" w:rsidP="001C7BA4">
      <w:pPr>
        <w:pStyle w:val="BodyText"/>
        <w:numPr>
          <w:ilvl w:val="0"/>
          <w:numId w:val="69"/>
        </w:numPr>
        <w:tabs>
          <w:tab w:val="left" w:pos="207"/>
        </w:tabs>
        <w:spacing w:line="276" w:lineRule="auto"/>
        <w:ind w:left="240" w:hanging="240"/>
        <w:jc w:val="both"/>
        <w:rPr>
          <w:color w:val="auto"/>
          <w:sz w:val="24"/>
          <w:szCs w:val="24"/>
        </w:rPr>
      </w:pPr>
      <w:bookmarkStart w:id="1335" w:name="bookmark5875"/>
      <w:bookmarkEnd w:id="1335"/>
      <w:r>
        <w:rPr>
          <w:rStyle w:val="BodyTextChar1"/>
          <w:rFonts w:cs="Georgia"/>
        </w:rPr>
        <w:t>осуществление информационно-просветительской и консуль</w:t>
      </w:r>
      <w:r>
        <w:rPr>
          <w:rStyle w:val="BodyTextChar1"/>
          <w:rFonts w:cs="Georgia"/>
        </w:rPr>
        <w:softHyphen/>
        <w:t>тативной работы с родителями (законными представителя</w:t>
      </w:r>
      <w:r>
        <w:rPr>
          <w:rStyle w:val="BodyTextChar1"/>
          <w:rFonts w:cs="Georgia"/>
        </w:rPr>
        <w:softHyphen/>
        <w:t>ми) обучающихся с трудностями в обучении и социализации. Содержание программы коррекционной работы определяют</w:t>
      </w:r>
    </w:p>
    <w:p w:rsidR="00F44E79" w:rsidRDefault="00F44E79">
      <w:pPr>
        <w:pStyle w:val="BodyText"/>
        <w:spacing w:after="40" w:line="264" w:lineRule="auto"/>
        <w:ind w:firstLine="0"/>
        <w:jc w:val="both"/>
        <w:rPr>
          <w:rFonts w:ascii="Courier New" w:hAnsi="Courier New" w:cs="Courier New"/>
          <w:color w:val="auto"/>
          <w:sz w:val="24"/>
          <w:szCs w:val="24"/>
        </w:rPr>
      </w:pPr>
      <w:r>
        <w:rPr>
          <w:rStyle w:val="BodyTextChar1"/>
          <w:rFonts w:cs="Georgia"/>
        </w:rPr>
        <w:t xml:space="preserve">следующие </w:t>
      </w:r>
      <w:r>
        <w:rPr>
          <w:rStyle w:val="BodyTextChar1"/>
          <w:rFonts w:cs="Georgia"/>
          <w:b/>
          <w:bCs/>
        </w:rPr>
        <w:t>принципы</w:t>
      </w:r>
      <w:r>
        <w:rPr>
          <w:rStyle w:val="BodyTextChar1"/>
          <w:rFonts w:cs="Georgia"/>
        </w:rPr>
        <w:t>:</w:t>
      </w:r>
    </w:p>
    <w:p w:rsidR="00F44E79" w:rsidRDefault="00F44E79">
      <w:pPr>
        <w:pStyle w:val="BodyText"/>
        <w:spacing w:line="264" w:lineRule="auto"/>
        <w:ind w:left="240" w:hanging="240"/>
        <w:jc w:val="both"/>
        <w:rPr>
          <w:rFonts w:ascii="Courier New" w:hAnsi="Courier New" w:cs="Courier New"/>
          <w:color w:val="auto"/>
          <w:sz w:val="24"/>
          <w:szCs w:val="24"/>
        </w:rPr>
      </w:pPr>
      <w:r>
        <w:rPr>
          <w:rStyle w:val="BodyTextChar1"/>
          <w:rFonts w:cs="Georgia"/>
          <w:i/>
          <w:iCs/>
        </w:rPr>
        <w:t>—Преемственность.</w:t>
      </w:r>
      <w:r>
        <w:rPr>
          <w:rStyle w:val="BodyTextChar1"/>
          <w:rFonts w:cs="Georgi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BodyTextChar1"/>
          <w:rFonts w:cs="Georgia"/>
        </w:rPr>
        <w:softHyphen/>
        <w:t>собствует достижению личностных, метапредметных, пред</w:t>
      </w:r>
      <w:r>
        <w:rPr>
          <w:rStyle w:val="BodyTextChar1"/>
          <w:rFonts w:cs="Georgia"/>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BodyTextChar1"/>
          <w:rFonts w:cs="Georgia"/>
        </w:rPr>
        <w:softHyphen/>
        <w:t>граммы коррекционной работы с другими разделами про</w:t>
      </w:r>
      <w:r>
        <w:rPr>
          <w:rStyle w:val="BodyTextChar1"/>
          <w:rFonts w:cs="Georgia"/>
        </w:rPr>
        <w:softHyphen/>
        <w:t>граммы основного общего образования: программой формирования универсальных учебных действий, програм</w:t>
      </w:r>
      <w:r>
        <w:rPr>
          <w:rStyle w:val="BodyTextChar1"/>
          <w:rFonts w:cs="Georgia"/>
        </w:rPr>
        <w:softHyphen/>
        <w:t>мой воспитания и социализации обучающихся.</w:t>
      </w:r>
    </w:p>
    <w:p w:rsidR="00F44E79" w:rsidRDefault="00F44E79">
      <w:pPr>
        <w:pStyle w:val="BodyText"/>
        <w:ind w:left="220" w:hanging="220"/>
        <w:jc w:val="both"/>
        <w:rPr>
          <w:rFonts w:ascii="Courier New" w:hAnsi="Courier New" w:cs="Courier New"/>
          <w:color w:val="auto"/>
          <w:sz w:val="24"/>
          <w:szCs w:val="24"/>
        </w:rPr>
      </w:pPr>
      <w:r>
        <w:rPr>
          <w:rStyle w:val="BodyTextChar1"/>
          <w:rFonts w:cs="Georgia"/>
          <w:i/>
          <w:iCs/>
        </w:rPr>
        <w:t>—Соблюдение интересов обучающихся.</w:t>
      </w:r>
      <w:r>
        <w:rPr>
          <w:rStyle w:val="BodyTextChar1"/>
          <w:rFonts w:cs="Georgia"/>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BodyTextChar1"/>
          <w:rFonts w:cs="Georgia"/>
        </w:rPr>
        <w:softHyphen/>
        <w:t>ющихся.</w:t>
      </w:r>
    </w:p>
    <w:p w:rsidR="00F44E79" w:rsidRDefault="00F44E79">
      <w:pPr>
        <w:pStyle w:val="BodyText"/>
        <w:ind w:left="220" w:hanging="220"/>
        <w:jc w:val="both"/>
        <w:rPr>
          <w:rFonts w:ascii="Courier New" w:hAnsi="Courier New" w:cs="Courier New"/>
          <w:color w:val="auto"/>
          <w:sz w:val="24"/>
          <w:szCs w:val="24"/>
        </w:rPr>
      </w:pPr>
      <w:r>
        <w:rPr>
          <w:rStyle w:val="BodyTextChar1"/>
          <w:rFonts w:cs="Georgia"/>
          <w:i/>
          <w:iCs/>
        </w:rPr>
        <w:t>—Непрерывность.</w:t>
      </w:r>
      <w:r>
        <w:rPr>
          <w:rStyle w:val="BodyTextChar1"/>
          <w:rFonts w:cs="Georgia"/>
        </w:rPr>
        <w:t xml:space="preserve"> Принцип гарантирует обучающемуся и его родителям непрерывность помощи до полного решения про</w:t>
      </w:r>
      <w:r>
        <w:rPr>
          <w:rStyle w:val="BodyTextChar1"/>
          <w:rFonts w:cs="Georgia"/>
        </w:rPr>
        <w:softHyphen/>
        <w:t>блемы или определения подхода к ее решению.</w:t>
      </w:r>
    </w:p>
    <w:p w:rsidR="00F44E79" w:rsidRDefault="00F44E79">
      <w:pPr>
        <w:pStyle w:val="BodyText"/>
        <w:ind w:left="220" w:hanging="220"/>
        <w:jc w:val="both"/>
        <w:rPr>
          <w:rFonts w:ascii="Courier New" w:hAnsi="Courier New" w:cs="Courier New"/>
          <w:color w:val="auto"/>
          <w:sz w:val="24"/>
          <w:szCs w:val="24"/>
        </w:rPr>
      </w:pPr>
      <w:r>
        <w:rPr>
          <w:rStyle w:val="BodyTextChar1"/>
          <w:rFonts w:cs="Georgia"/>
          <w:i/>
          <w:iCs/>
        </w:rPr>
        <w:t>—Вариативность.</w:t>
      </w:r>
      <w:r>
        <w:rPr>
          <w:rStyle w:val="BodyTextChar1"/>
          <w:rFonts w:cs="Georgia"/>
        </w:rPr>
        <w:t xml:space="preserve"> Принцип предполагает создание вариатив</w:t>
      </w:r>
      <w:r>
        <w:rPr>
          <w:rStyle w:val="BodyTextChar1"/>
          <w:rFonts w:cs="Georgia"/>
        </w:rPr>
        <w:softHyphen/>
        <w:t>ных условий для получения образования обучающимся, име</w:t>
      </w:r>
      <w:r>
        <w:rPr>
          <w:rStyle w:val="BodyTextChar1"/>
          <w:rFonts w:cs="Georgia"/>
        </w:rPr>
        <w:softHyphen/>
        <w:t>ющими различные трудности в обучении и социализации.</w:t>
      </w:r>
    </w:p>
    <w:p w:rsidR="00F44E79" w:rsidRDefault="00F44E79">
      <w:pPr>
        <w:pStyle w:val="BodyText"/>
        <w:spacing w:after="140"/>
        <w:ind w:left="220" w:hanging="220"/>
        <w:jc w:val="both"/>
        <w:rPr>
          <w:rFonts w:ascii="Courier New" w:hAnsi="Courier New" w:cs="Courier New"/>
          <w:color w:val="auto"/>
          <w:sz w:val="24"/>
          <w:szCs w:val="24"/>
        </w:rPr>
      </w:pPr>
      <w:r>
        <w:rPr>
          <w:rStyle w:val="BodyTextChar1"/>
          <w:rFonts w:cs="Georgia"/>
          <w:i/>
          <w:iCs/>
        </w:rPr>
        <w:t>—Комплексность и системность.</w:t>
      </w:r>
      <w:r>
        <w:rPr>
          <w:rStyle w:val="BodyTextChar1"/>
          <w:rFonts w:cs="Georgia"/>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BodyTextChar1"/>
          <w:rFonts w:cs="Georgia"/>
        </w:rPr>
        <w:softHyphen/>
        <w:t>ный психолого-педагогический характер преодоления труд</w:t>
      </w:r>
      <w:r>
        <w:rPr>
          <w:rStyle w:val="BodyTextChar1"/>
          <w:rFonts w:cs="Georgia"/>
        </w:rPr>
        <w:softHyphen/>
        <w:t>ностей и включает совместную работу педагогов и ряда специалистов (педагог-психолог, учитель-логопед, социаль</w:t>
      </w:r>
      <w:r>
        <w:rPr>
          <w:rStyle w:val="BodyTextChar1"/>
          <w:rFonts w:cs="Georgia"/>
        </w:rPr>
        <w:softHyphen/>
        <w:t>ный педагог).</w:t>
      </w:r>
    </w:p>
    <w:p w:rsidR="00F44E79" w:rsidRDefault="00F44E79" w:rsidP="001C7BA4">
      <w:pPr>
        <w:pStyle w:val="33"/>
        <w:keepNext/>
        <w:keepLines/>
        <w:numPr>
          <w:ilvl w:val="0"/>
          <w:numId w:val="71"/>
        </w:numPr>
        <w:tabs>
          <w:tab w:val="left" w:pos="654"/>
        </w:tabs>
        <w:spacing w:after="40" w:line="283" w:lineRule="auto"/>
        <w:jc w:val="both"/>
        <w:rPr>
          <w:b w:val="0"/>
          <w:bCs w:val="0"/>
          <w:color w:val="auto"/>
          <w:sz w:val="24"/>
          <w:szCs w:val="24"/>
        </w:rPr>
      </w:pPr>
      <w:bookmarkStart w:id="1336" w:name="bookmark5878"/>
      <w:bookmarkStart w:id="1337" w:name="bookmark5876"/>
      <w:bookmarkStart w:id="1338" w:name="bookmark5877"/>
      <w:bookmarkStart w:id="1339" w:name="bookmark5879"/>
      <w:bookmarkEnd w:id="1336"/>
      <w:r>
        <w:rPr>
          <w:rStyle w:val="32"/>
          <w:rFonts w:cs="Arial"/>
          <w:b/>
        </w:rPr>
        <w:t>Перечень и содержание направлений работы</w:t>
      </w:r>
      <w:bookmarkEnd w:id="1337"/>
      <w:bookmarkEnd w:id="1338"/>
      <w:bookmarkEnd w:id="1339"/>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Направления коррекционной работы — диагностическое, коррекционно-развивающее и психопрофилактическое, кон</w:t>
      </w:r>
      <w:r>
        <w:rPr>
          <w:rStyle w:val="BodyTextChar1"/>
          <w:rFonts w:cs="Georgia"/>
        </w:rPr>
        <w:softHyphen/>
        <w:t>сультативное, информационно-просветительское — раскрыва</w:t>
      </w:r>
      <w:r>
        <w:rPr>
          <w:rStyle w:val="BodyTextChar1"/>
          <w:rFonts w:cs="Georgia"/>
        </w:rPr>
        <w:softHyphen/>
        <w:t>ются содержательно в разных организационных формах дея</w:t>
      </w:r>
      <w:r>
        <w:rPr>
          <w:rStyle w:val="BodyTextChar1"/>
          <w:rFonts w:cs="Georgia"/>
        </w:rPr>
        <w:softHyphen/>
        <w:t>тельности образовательной организации.</w:t>
      </w:r>
    </w:p>
    <w:p w:rsidR="00F44E79" w:rsidRDefault="00F44E79">
      <w:pPr>
        <w:pStyle w:val="BodyText"/>
        <w:spacing w:after="140" w:line="269" w:lineRule="auto"/>
        <w:jc w:val="both"/>
        <w:rPr>
          <w:rFonts w:ascii="Courier New" w:hAnsi="Courier New" w:cs="Courier New"/>
          <w:color w:val="auto"/>
          <w:sz w:val="24"/>
          <w:szCs w:val="24"/>
        </w:rPr>
      </w:pPr>
      <w:r>
        <w:rPr>
          <w:rStyle w:val="BodyTextChar1"/>
          <w:rFonts w:cs="Georgia"/>
        </w:rPr>
        <w:t>Данные направления отражают содержание системы ком</w:t>
      </w:r>
      <w:r>
        <w:rPr>
          <w:rStyle w:val="BodyTextChar1"/>
          <w:rFonts w:cs="Georgia"/>
        </w:rPr>
        <w:softHyphen/>
        <w:t>плексного психолого-педагогического сопровождения детей с трудностями в обучении и социализации.</w:t>
      </w:r>
    </w:p>
    <w:p w:rsidR="00F44E79" w:rsidRDefault="00F44E79">
      <w:pPr>
        <w:pStyle w:val="22"/>
        <w:spacing w:after="0" w:line="317" w:lineRule="auto"/>
        <w:ind w:left="220" w:hanging="220"/>
        <w:rPr>
          <w:rFonts w:ascii="Courier New" w:hAnsi="Courier New" w:cs="Courier New"/>
          <w:b w:val="0"/>
          <w:bCs w:val="0"/>
          <w:color w:val="auto"/>
          <w:w w:val="100"/>
          <w:sz w:val="24"/>
          <w:szCs w:val="24"/>
        </w:rPr>
      </w:pPr>
      <w:r>
        <w:rPr>
          <w:rStyle w:val="21"/>
          <w:rFonts w:cs="Tahoma"/>
          <w:b/>
        </w:rPr>
        <w:t xml:space="preserve">Характеристика содержания направлений коррекционной работы </w:t>
      </w:r>
      <w:r>
        <w:rPr>
          <w:rStyle w:val="21"/>
          <w:rFonts w:ascii="Georgia" w:hAnsi="Georgia" w:cs="Georgia"/>
          <w:bCs w:val="0"/>
          <w:i/>
          <w:iCs/>
          <w:w w:val="100"/>
          <w:sz w:val="19"/>
          <w:szCs w:val="19"/>
        </w:rPr>
        <w:t>Диагностическая работа включает:</w:t>
      </w:r>
    </w:p>
    <w:p w:rsidR="00F44E79" w:rsidRDefault="00F44E79">
      <w:pPr>
        <w:pStyle w:val="BodyText"/>
        <w:spacing w:line="307" w:lineRule="auto"/>
        <w:ind w:left="220" w:hanging="220"/>
        <w:jc w:val="both"/>
        <w:rPr>
          <w:rFonts w:ascii="Courier New" w:hAnsi="Courier New" w:cs="Courier New"/>
          <w:color w:val="auto"/>
          <w:sz w:val="24"/>
          <w:szCs w:val="24"/>
        </w:rPr>
      </w:pPr>
      <w:r>
        <w:rPr>
          <w:rStyle w:val="BodyTextChar1"/>
          <w:rFonts w:ascii="Arial" w:hAnsi="Arial" w:cs="Arial"/>
          <w:sz w:val="14"/>
          <w:szCs w:val="14"/>
        </w:rPr>
        <w:t xml:space="preserve">■ </w:t>
      </w:r>
      <w:r>
        <w:rPr>
          <w:rStyle w:val="BodyTextChar1"/>
          <w:rFonts w:cs="Georgia"/>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F44E79" w:rsidRDefault="00F44E79" w:rsidP="001C7BA4">
      <w:pPr>
        <w:pStyle w:val="BodyText"/>
        <w:numPr>
          <w:ilvl w:val="0"/>
          <w:numId w:val="69"/>
        </w:numPr>
        <w:tabs>
          <w:tab w:val="left" w:pos="207"/>
        </w:tabs>
        <w:spacing w:line="276" w:lineRule="auto"/>
        <w:ind w:left="240" w:hanging="240"/>
        <w:jc w:val="both"/>
        <w:rPr>
          <w:color w:val="auto"/>
          <w:sz w:val="24"/>
          <w:szCs w:val="24"/>
        </w:rPr>
      </w:pPr>
      <w:bookmarkStart w:id="1340" w:name="bookmark5880"/>
      <w:bookmarkEnd w:id="1340"/>
      <w:r>
        <w:rPr>
          <w:rStyle w:val="BodyTextChar1"/>
          <w:rFonts w:cs="Georgia"/>
        </w:rPr>
        <w:t>проведение комплексной социально-психолого-педагогиче</w:t>
      </w:r>
      <w:r>
        <w:rPr>
          <w:rStyle w:val="BodyTextChar1"/>
          <w:rFonts w:cs="Georgia"/>
        </w:rPr>
        <w:softHyphen/>
        <w:t>ской диагностики психического (психологического) и(или) физического развития обучающихся с трудностями в обуче</w:t>
      </w:r>
      <w:r>
        <w:rPr>
          <w:rStyle w:val="BodyTextChar1"/>
          <w:rFonts w:cs="Georgia"/>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41" w:name="bookmark5881"/>
      <w:bookmarkEnd w:id="1341"/>
      <w:r>
        <w:rPr>
          <w:rStyle w:val="BodyTextChar1"/>
          <w:rFonts w:cs="Georgia"/>
        </w:rPr>
        <w:t>определение уровня актуального развития и зоны ближай</w:t>
      </w:r>
      <w:r>
        <w:rPr>
          <w:rStyle w:val="BodyTextChar1"/>
          <w:rFonts w:cs="Georgia"/>
        </w:rPr>
        <w:softHyphen/>
        <w:t>шего развития обучающегося с трудностями в обучении и социализации, выявление резервных возможностей обучаю</w:t>
      </w:r>
      <w:r>
        <w:rPr>
          <w:rStyle w:val="BodyTextChar1"/>
          <w:rFonts w:cs="Georgia"/>
        </w:rPr>
        <w:softHyphen/>
        <w:t>щегося;</w:t>
      </w:r>
    </w:p>
    <w:p w:rsidR="00F44E79" w:rsidRDefault="00F44E79" w:rsidP="001C7BA4">
      <w:pPr>
        <w:pStyle w:val="BodyText"/>
        <w:numPr>
          <w:ilvl w:val="0"/>
          <w:numId w:val="69"/>
        </w:numPr>
        <w:tabs>
          <w:tab w:val="left" w:pos="207"/>
        </w:tabs>
        <w:spacing w:line="310" w:lineRule="auto"/>
        <w:ind w:left="240" w:hanging="240"/>
        <w:jc w:val="both"/>
        <w:rPr>
          <w:color w:val="auto"/>
          <w:sz w:val="24"/>
          <w:szCs w:val="24"/>
        </w:rPr>
      </w:pPr>
      <w:bookmarkStart w:id="1342" w:name="bookmark5882"/>
      <w:bookmarkEnd w:id="1342"/>
      <w:r>
        <w:rPr>
          <w:rStyle w:val="BodyTextChar1"/>
          <w:rFonts w:cs="Georgia"/>
        </w:rPr>
        <w:t>изучение развития эмоционально-волевой, познавательной, речевой сфер и личностных особенностей обучающихся;</w:t>
      </w:r>
    </w:p>
    <w:p w:rsidR="00F44E79" w:rsidRDefault="00F44E79" w:rsidP="001C7BA4">
      <w:pPr>
        <w:pStyle w:val="BodyText"/>
        <w:numPr>
          <w:ilvl w:val="0"/>
          <w:numId w:val="69"/>
        </w:numPr>
        <w:tabs>
          <w:tab w:val="left" w:pos="207"/>
        </w:tabs>
        <w:spacing w:line="310" w:lineRule="auto"/>
        <w:ind w:left="240" w:hanging="240"/>
        <w:jc w:val="both"/>
        <w:rPr>
          <w:color w:val="auto"/>
          <w:sz w:val="24"/>
          <w:szCs w:val="24"/>
        </w:rPr>
      </w:pPr>
      <w:bookmarkStart w:id="1343" w:name="bookmark5883"/>
      <w:bookmarkEnd w:id="1343"/>
      <w:r>
        <w:rPr>
          <w:rStyle w:val="BodyTextChar1"/>
          <w:rFonts w:cs="Georgia"/>
        </w:rPr>
        <w:t>изучение социальной ситуации развития и условий семейно</w:t>
      </w:r>
      <w:r>
        <w:rPr>
          <w:rStyle w:val="BodyTextChar1"/>
          <w:rFonts w:cs="Georgia"/>
        </w:rPr>
        <w:softHyphen/>
        <w:t>го воспитания обучающихся;</w:t>
      </w:r>
    </w:p>
    <w:p w:rsidR="00F44E79" w:rsidRDefault="00F44E79" w:rsidP="001C7BA4">
      <w:pPr>
        <w:pStyle w:val="BodyText"/>
        <w:numPr>
          <w:ilvl w:val="0"/>
          <w:numId w:val="69"/>
        </w:numPr>
        <w:tabs>
          <w:tab w:val="left" w:pos="207"/>
        </w:tabs>
        <w:spacing w:line="310" w:lineRule="auto"/>
        <w:ind w:left="240" w:hanging="240"/>
        <w:jc w:val="both"/>
        <w:rPr>
          <w:color w:val="auto"/>
          <w:sz w:val="24"/>
          <w:szCs w:val="24"/>
        </w:rPr>
      </w:pPr>
      <w:bookmarkStart w:id="1344" w:name="bookmark5884"/>
      <w:bookmarkEnd w:id="1344"/>
      <w:r>
        <w:rPr>
          <w:rStyle w:val="BodyTextChar1"/>
          <w:rFonts w:cs="Georgia"/>
        </w:rPr>
        <w:t>изучение адаптивных возможностей и уровня социализации обучающихся;</w:t>
      </w:r>
    </w:p>
    <w:p w:rsidR="00F44E79" w:rsidRDefault="00F44E79" w:rsidP="001C7BA4">
      <w:pPr>
        <w:pStyle w:val="BodyText"/>
        <w:numPr>
          <w:ilvl w:val="0"/>
          <w:numId w:val="69"/>
        </w:numPr>
        <w:tabs>
          <w:tab w:val="left" w:pos="207"/>
        </w:tabs>
        <w:spacing w:line="310" w:lineRule="auto"/>
        <w:ind w:left="240" w:hanging="240"/>
        <w:jc w:val="both"/>
        <w:rPr>
          <w:color w:val="auto"/>
          <w:sz w:val="24"/>
          <w:szCs w:val="24"/>
        </w:rPr>
      </w:pPr>
      <w:bookmarkStart w:id="1345" w:name="bookmark5885"/>
      <w:bookmarkEnd w:id="1345"/>
      <w:r>
        <w:rPr>
          <w:rStyle w:val="BodyTextChar1"/>
          <w:rFonts w:cs="Georgia"/>
        </w:rPr>
        <w:t>изучение индивидуальных образовательных и социально</w:t>
      </w:r>
      <w:r>
        <w:rPr>
          <w:rStyle w:val="BodyTextChar1"/>
          <w:rFonts w:cs="Georgia"/>
        </w:rPr>
        <w:softHyphen/>
        <w:t>коммуникативных потребностей обучающихся;</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46" w:name="bookmark5886"/>
      <w:bookmarkEnd w:id="1346"/>
      <w:r>
        <w:rPr>
          <w:rStyle w:val="BodyTextChar1"/>
          <w:rFonts w:cs="Georgia"/>
        </w:rPr>
        <w:t>системный мониторинг уровня и динамики развития обуча</w:t>
      </w:r>
      <w:r>
        <w:rPr>
          <w:rStyle w:val="BodyTextChar1"/>
          <w:rFonts w:cs="Georgia"/>
        </w:rPr>
        <w:softHyphen/>
        <w:t>ющихся, а также создания необходимых условий, соответ</w:t>
      </w:r>
      <w:r>
        <w:rPr>
          <w:rStyle w:val="BodyTextChar1"/>
          <w:rFonts w:cs="Georgia"/>
        </w:rPr>
        <w:softHyphen/>
        <w:t>ствующих индивидуальным образовательным потребностям обучающихся с трудностями в обучении и социализации;</w:t>
      </w:r>
    </w:p>
    <w:p w:rsidR="00F44E79" w:rsidRDefault="00F44E79" w:rsidP="001C7BA4">
      <w:pPr>
        <w:pStyle w:val="BodyText"/>
        <w:numPr>
          <w:ilvl w:val="0"/>
          <w:numId w:val="69"/>
        </w:numPr>
        <w:tabs>
          <w:tab w:val="left" w:pos="207"/>
        </w:tabs>
        <w:spacing w:line="295" w:lineRule="auto"/>
        <w:ind w:left="240" w:hanging="240"/>
        <w:jc w:val="both"/>
        <w:rPr>
          <w:color w:val="auto"/>
          <w:sz w:val="24"/>
          <w:szCs w:val="24"/>
        </w:rPr>
      </w:pPr>
      <w:bookmarkStart w:id="1347" w:name="bookmark5887"/>
      <w:bookmarkEnd w:id="1347"/>
      <w:r>
        <w:rPr>
          <w:rStyle w:val="BodyTextChar1"/>
          <w:rFonts w:cs="Georgia"/>
        </w:rPr>
        <w:t>мониторинг динамики успешности освоения образователь</w:t>
      </w:r>
      <w:r>
        <w:rPr>
          <w:rStyle w:val="BodyTextChar1"/>
          <w:rFonts w:cs="Georgia"/>
        </w:rPr>
        <w:softHyphen/>
        <w:t>ных программ основного общего образования, включая про</w:t>
      </w:r>
      <w:r>
        <w:rPr>
          <w:rStyle w:val="BodyTextChar1"/>
          <w:rFonts w:cs="Georgia"/>
        </w:rPr>
        <w:softHyphen/>
        <w:t>грамму коррекционной работы.</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i/>
          <w:iCs/>
        </w:rPr>
        <w:t>Коррекционно-развивающая и психопрофилактическая ра</w:t>
      </w:r>
      <w:r>
        <w:rPr>
          <w:rStyle w:val="BodyTextChar1"/>
          <w:rFonts w:cs="Georgia"/>
          <w:i/>
          <w:iCs/>
        </w:rPr>
        <w:softHyphen/>
        <w:t>бота включает:</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48" w:name="bookmark5888"/>
      <w:bookmarkEnd w:id="1348"/>
      <w:r>
        <w:rPr>
          <w:rStyle w:val="BodyTextChar1"/>
          <w:rFonts w:cs="Georgia"/>
        </w:rPr>
        <w:t>реализацию комплексного индивидуально-ориентированно</w:t>
      </w:r>
      <w:r>
        <w:rPr>
          <w:rStyle w:val="BodyTextChar1"/>
          <w:rFonts w:cs="Georgia"/>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44E79" w:rsidRDefault="00F44E79" w:rsidP="001C7BA4">
      <w:pPr>
        <w:pStyle w:val="BodyText"/>
        <w:numPr>
          <w:ilvl w:val="0"/>
          <w:numId w:val="69"/>
        </w:numPr>
        <w:tabs>
          <w:tab w:val="left" w:pos="207"/>
        </w:tabs>
        <w:spacing w:line="283" w:lineRule="auto"/>
        <w:ind w:left="240" w:hanging="240"/>
        <w:jc w:val="both"/>
        <w:rPr>
          <w:color w:val="auto"/>
          <w:sz w:val="24"/>
          <w:szCs w:val="24"/>
        </w:rPr>
      </w:pPr>
      <w:bookmarkStart w:id="1349" w:name="bookmark5889"/>
      <w:bookmarkEnd w:id="1349"/>
      <w:r>
        <w:rPr>
          <w:rStyle w:val="BodyTextChar1"/>
          <w:rFonts w:cs="Georgia"/>
        </w:rPr>
        <w:t>разработку и реализацию индивидуально-ориентированных коррекционно-развивающих программ; выбор и использова</w:t>
      </w:r>
      <w:r>
        <w:rPr>
          <w:rStyle w:val="BodyTextChar1"/>
          <w:rFonts w:cs="Georgia"/>
        </w:rPr>
        <w:softHyphen/>
        <w:t>ние специальных методик, методов и приемов обучения в соответствии с образовательными потребностями обучаю</w:t>
      </w:r>
      <w:r>
        <w:rPr>
          <w:rStyle w:val="BodyTextChar1"/>
          <w:rFonts w:cs="Georgia"/>
        </w:rPr>
        <w:softHyphen/>
        <w:t>щихся с трудностями в обучении и социализации;</w:t>
      </w:r>
    </w:p>
    <w:p w:rsidR="00F44E79" w:rsidRDefault="00F44E79" w:rsidP="001C7BA4">
      <w:pPr>
        <w:pStyle w:val="BodyText"/>
        <w:numPr>
          <w:ilvl w:val="0"/>
          <w:numId w:val="69"/>
        </w:numPr>
        <w:tabs>
          <w:tab w:val="left" w:pos="207"/>
        </w:tabs>
        <w:spacing w:line="288" w:lineRule="auto"/>
        <w:ind w:left="240" w:hanging="240"/>
        <w:jc w:val="both"/>
        <w:rPr>
          <w:color w:val="auto"/>
          <w:sz w:val="24"/>
          <w:szCs w:val="24"/>
        </w:rPr>
      </w:pPr>
      <w:bookmarkStart w:id="1350" w:name="bookmark5890"/>
      <w:bookmarkEnd w:id="1350"/>
      <w:r>
        <w:rPr>
          <w:rStyle w:val="BodyTextChar1"/>
          <w:rFonts w:cs="Georgia"/>
        </w:rPr>
        <w:t>организацию и проведение индивидуальных и групповых коррекционно-развивающих занятий, необходимых для пре</w:t>
      </w:r>
      <w:r>
        <w:rPr>
          <w:rStyle w:val="BodyTextChar1"/>
          <w:rFonts w:cs="Georgia"/>
        </w:rPr>
        <w:softHyphen/>
        <w:t>одоления нарушений развития, трудностей обучения и соци</w:t>
      </w:r>
      <w:r>
        <w:rPr>
          <w:rStyle w:val="BodyTextChar1"/>
          <w:rFonts w:cs="Georgia"/>
        </w:rPr>
        <w:softHyphen/>
        <w:t>ализации;</w:t>
      </w:r>
    </w:p>
    <w:p w:rsidR="00F44E79" w:rsidRDefault="00F44E79" w:rsidP="001C7BA4">
      <w:pPr>
        <w:pStyle w:val="BodyText"/>
        <w:numPr>
          <w:ilvl w:val="0"/>
          <w:numId w:val="69"/>
        </w:numPr>
        <w:tabs>
          <w:tab w:val="left" w:pos="207"/>
        </w:tabs>
        <w:ind w:left="240" w:hanging="240"/>
        <w:jc w:val="both"/>
        <w:rPr>
          <w:color w:val="auto"/>
          <w:sz w:val="24"/>
          <w:szCs w:val="24"/>
        </w:rPr>
      </w:pPr>
      <w:bookmarkStart w:id="1351" w:name="bookmark5891"/>
      <w:bookmarkEnd w:id="1351"/>
      <w:r>
        <w:rPr>
          <w:rStyle w:val="BodyTextChar1"/>
          <w:rFonts w:cs="Georgia"/>
        </w:rPr>
        <w:t>коррекцию и развитие высших психических функций, эмоци</w:t>
      </w:r>
      <w:r>
        <w:rPr>
          <w:rStyle w:val="BodyTextChar1"/>
          <w:rFonts w:cs="Georgia"/>
        </w:rPr>
        <w:softHyphen/>
        <w:t>онально-волевой, познавательной и коммуникативной сфер;</w:t>
      </w:r>
    </w:p>
    <w:p w:rsidR="00F44E79" w:rsidRDefault="00F44E79" w:rsidP="001C7BA4">
      <w:pPr>
        <w:pStyle w:val="BodyText"/>
        <w:numPr>
          <w:ilvl w:val="0"/>
          <w:numId w:val="69"/>
        </w:numPr>
        <w:tabs>
          <w:tab w:val="left" w:pos="207"/>
        </w:tabs>
        <w:ind w:left="240" w:hanging="240"/>
        <w:jc w:val="both"/>
        <w:rPr>
          <w:color w:val="auto"/>
          <w:sz w:val="24"/>
          <w:szCs w:val="24"/>
        </w:rPr>
      </w:pPr>
      <w:bookmarkStart w:id="1352" w:name="bookmark5892"/>
      <w:bookmarkEnd w:id="1352"/>
      <w:r>
        <w:rPr>
          <w:rStyle w:val="BodyTextChar1"/>
          <w:rFonts w:cs="Georgia"/>
        </w:rPr>
        <w:t>развитие и укрепление зрелых личностных установок, форми</w:t>
      </w:r>
      <w:r>
        <w:rPr>
          <w:rStyle w:val="BodyTextChar1"/>
          <w:rFonts w:cs="Georgia"/>
        </w:rPr>
        <w:softHyphen/>
        <w:t>рование адекватных форм утверждения самостоятельности;</w:t>
      </w:r>
    </w:p>
    <w:p w:rsidR="00F44E79" w:rsidRDefault="00F44E79" w:rsidP="001C7BA4">
      <w:pPr>
        <w:pStyle w:val="BodyText"/>
        <w:numPr>
          <w:ilvl w:val="0"/>
          <w:numId w:val="69"/>
        </w:numPr>
        <w:tabs>
          <w:tab w:val="left" w:pos="207"/>
        </w:tabs>
        <w:ind w:left="240" w:hanging="240"/>
        <w:jc w:val="both"/>
        <w:rPr>
          <w:color w:val="auto"/>
          <w:sz w:val="24"/>
          <w:szCs w:val="24"/>
        </w:rPr>
      </w:pPr>
      <w:bookmarkStart w:id="1353" w:name="bookmark5893"/>
      <w:bookmarkEnd w:id="1353"/>
      <w:r>
        <w:rPr>
          <w:rStyle w:val="BodyTextChar1"/>
          <w:rFonts w:cs="Georgia"/>
        </w:rPr>
        <w:t>формирование способов регуляции поведения и эмоциональ</w:t>
      </w:r>
      <w:r>
        <w:rPr>
          <w:rStyle w:val="BodyTextChar1"/>
          <w:rFonts w:cs="Georgia"/>
        </w:rPr>
        <w:softHyphen/>
        <w:t>ных состояний;</w:t>
      </w:r>
    </w:p>
    <w:p w:rsidR="00F44E79" w:rsidRDefault="00F44E79" w:rsidP="001C7BA4">
      <w:pPr>
        <w:pStyle w:val="BodyText"/>
        <w:numPr>
          <w:ilvl w:val="0"/>
          <w:numId w:val="69"/>
        </w:numPr>
        <w:tabs>
          <w:tab w:val="left" w:pos="207"/>
        </w:tabs>
        <w:ind w:left="240" w:hanging="240"/>
        <w:jc w:val="both"/>
        <w:rPr>
          <w:color w:val="auto"/>
          <w:sz w:val="24"/>
          <w:szCs w:val="24"/>
        </w:rPr>
      </w:pPr>
      <w:bookmarkStart w:id="1354" w:name="bookmark5894"/>
      <w:bookmarkEnd w:id="1354"/>
      <w:r>
        <w:rPr>
          <w:rStyle w:val="BodyTextChar1"/>
          <w:rFonts w:cs="Georgia"/>
        </w:rPr>
        <w:t>развитие форм и навыков личностного общения в группе сверстников, коммуникативной компетенции; совершен</w:t>
      </w:r>
      <w:r>
        <w:rPr>
          <w:rStyle w:val="BodyTextChar1"/>
          <w:rFonts w:cs="Georgia"/>
        </w:rPr>
        <w:softHyphen/>
        <w:t>ствовании навыков социализации и расширении социально</w:t>
      </w:r>
      <w:r>
        <w:rPr>
          <w:rStyle w:val="BodyTextChar1"/>
          <w:rFonts w:cs="Georgia"/>
        </w:rPr>
        <w:softHyphen/>
        <w:t>го взаимодействия со сверстниками;</w:t>
      </w:r>
    </w:p>
    <w:p w:rsidR="00F44E79" w:rsidRDefault="00F44E79" w:rsidP="001C7BA4">
      <w:pPr>
        <w:pStyle w:val="BodyText"/>
        <w:numPr>
          <w:ilvl w:val="0"/>
          <w:numId w:val="69"/>
        </w:numPr>
        <w:tabs>
          <w:tab w:val="left" w:pos="207"/>
        </w:tabs>
        <w:ind w:left="240" w:hanging="240"/>
        <w:jc w:val="both"/>
        <w:rPr>
          <w:color w:val="auto"/>
          <w:sz w:val="24"/>
          <w:szCs w:val="24"/>
        </w:rPr>
      </w:pPr>
      <w:bookmarkStart w:id="1355" w:name="bookmark5895"/>
      <w:bookmarkEnd w:id="1355"/>
      <w:r>
        <w:rPr>
          <w:rStyle w:val="BodyTextChar1"/>
          <w:rFonts w:cs="Georgia"/>
        </w:rPr>
        <w:t>организацию основных видов деятельности обучающихся в процессе освоения ими образовательных программ, про</w:t>
      </w:r>
      <w:r>
        <w:rPr>
          <w:rStyle w:val="BodyTextChar1"/>
          <w:rFonts w:cs="Georgia"/>
        </w:rPr>
        <w:softHyphen/>
        <w:t>грамм логопедической помощи с учетом их возраста, потреб</w:t>
      </w:r>
      <w:r>
        <w:rPr>
          <w:rStyle w:val="BodyTextChar1"/>
          <w:rFonts w:cs="Georgia"/>
        </w:rPr>
        <w:softHyphen/>
        <w:t>ностей в коррекции/компенсации имеющихся нарушений и пропедевтике производных трудностей;</w:t>
      </w:r>
    </w:p>
    <w:p w:rsidR="00F44E79" w:rsidRDefault="00F44E79" w:rsidP="001C7BA4">
      <w:pPr>
        <w:pStyle w:val="BodyText"/>
        <w:numPr>
          <w:ilvl w:val="0"/>
          <w:numId w:val="69"/>
        </w:numPr>
        <w:tabs>
          <w:tab w:val="left" w:pos="207"/>
        </w:tabs>
        <w:ind w:left="240" w:hanging="240"/>
        <w:jc w:val="both"/>
        <w:rPr>
          <w:color w:val="auto"/>
          <w:sz w:val="24"/>
          <w:szCs w:val="24"/>
        </w:rPr>
      </w:pPr>
      <w:bookmarkStart w:id="1356" w:name="bookmark5896"/>
      <w:bookmarkEnd w:id="1356"/>
      <w:r>
        <w:rPr>
          <w:rStyle w:val="BodyTextChar1"/>
          <w:rFonts w:cs="Georgia"/>
        </w:rPr>
        <w:t>психологическую профилактику, направленную на сохране</w:t>
      </w:r>
      <w:r>
        <w:rPr>
          <w:rStyle w:val="BodyTextChar1"/>
          <w:rFonts w:cs="Georgia"/>
        </w:rPr>
        <w:softHyphen/>
        <w:t>ние, укрепление и развитие психологического здоровья обу</w:t>
      </w:r>
      <w:r>
        <w:rPr>
          <w:rStyle w:val="BodyTextChar1"/>
          <w:rFonts w:cs="Georgia"/>
        </w:rPr>
        <w:softHyphen/>
        <w:t>чающихся;</w:t>
      </w:r>
    </w:p>
    <w:p w:rsidR="00F44E79" w:rsidRDefault="00F44E79" w:rsidP="001C7BA4">
      <w:pPr>
        <w:pStyle w:val="BodyText"/>
        <w:numPr>
          <w:ilvl w:val="0"/>
          <w:numId w:val="69"/>
        </w:numPr>
        <w:tabs>
          <w:tab w:val="left" w:pos="207"/>
        </w:tabs>
        <w:ind w:left="240" w:hanging="240"/>
        <w:jc w:val="both"/>
        <w:rPr>
          <w:color w:val="auto"/>
          <w:sz w:val="24"/>
          <w:szCs w:val="24"/>
        </w:rPr>
      </w:pPr>
      <w:bookmarkStart w:id="1357" w:name="bookmark5897"/>
      <w:bookmarkEnd w:id="1357"/>
      <w:r>
        <w:rPr>
          <w:rStyle w:val="BodyTextChar1"/>
          <w:rFonts w:cs="Georgia"/>
        </w:rPr>
        <w:t>психопрофилактическую работу по сопровождению периода адаптации при переходе на уровень основного общего обра</w:t>
      </w:r>
      <w:r>
        <w:rPr>
          <w:rStyle w:val="BodyTextChar1"/>
          <w:rFonts w:cs="Georgia"/>
        </w:rPr>
        <w:softHyphen/>
        <w:t>зования;</w:t>
      </w:r>
    </w:p>
    <w:p w:rsidR="00F44E79" w:rsidRDefault="00F44E79" w:rsidP="001C7BA4">
      <w:pPr>
        <w:pStyle w:val="BodyText"/>
        <w:numPr>
          <w:ilvl w:val="0"/>
          <w:numId w:val="69"/>
        </w:numPr>
        <w:tabs>
          <w:tab w:val="left" w:pos="207"/>
        </w:tabs>
        <w:ind w:left="240" w:hanging="240"/>
        <w:jc w:val="both"/>
        <w:rPr>
          <w:color w:val="auto"/>
          <w:sz w:val="24"/>
          <w:szCs w:val="24"/>
        </w:rPr>
      </w:pPr>
      <w:bookmarkStart w:id="1358" w:name="bookmark5898"/>
      <w:bookmarkEnd w:id="1358"/>
      <w:r>
        <w:rPr>
          <w:rStyle w:val="BodyTextChar1"/>
          <w:rFonts w:cs="Georgia"/>
        </w:rPr>
        <w:t>психопрофилактическую работу при подготовке к прохожде</w:t>
      </w:r>
      <w:r>
        <w:rPr>
          <w:rStyle w:val="BodyTextChar1"/>
          <w:rFonts w:cs="Georgia"/>
        </w:rPr>
        <w:softHyphen/>
        <w:t>нию государственной итоговой аттестации;</w:t>
      </w:r>
    </w:p>
    <w:p w:rsidR="00F44E79" w:rsidRDefault="00F44E79" w:rsidP="001C7BA4">
      <w:pPr>
        <w:pStyle w:val="BodyText"/>
        <w:numPr>
          <w:ilvl w:val="0"/>
          <w:numId w:val="69"/>
        </w:numPr>
        <w:tabs>
          <w:tab w:val="left" w:pos="207"/>
        </w:tabs>
        <w:ind w:left="240" w:hanging="240"/>
        <w:jc w:val="both"/>
        <w:rPr>
          <w:color w:val="auto"/>
          <w:sz w:val="24"/>
          <w:szCs w:val="24"/>
        </w:rPr>
      </w:pPr>
      <w:bookmarkStart w:id="1359" w:name="bookmark5899"/>
      <w:bookmarkEnd w:id="1359"/>
      <w:r>
        <w:rPr>
          <w:rStyle w:val="BodyTextChar1"/>
          <w:rFonts w:cs="Georgia"/>
        </w:rPr>
        <w:t>развитие компетенций, необходимых для продолжения обра</w:t>
      </w:r>
      <w:r>
        <w:rPr>
          <w:rStyle w:val="BodyTextChar1"/>
          <w:rFonts w:cs="Georgia"/>
        </w:rPr>
        <w:softHyphen/>
        <w:t>зования и профессионального самоопределения;</w:t>
      </w:r>
    </w:p>
    <w:p w:rsidR="00F44E79" w:rsidRDefault="00F44E79" w:rsidP="001C7BA4">
      <w:pPr>
        <w:pStyle w:val="BodyText"/>
        <w:numPr>
          <w:ilvl w:val="0"/>
          <w:numId w:val="69"/>
        </w:numPr>
        <w:tabs>
          <w:tab w:val="left" w:pos="207"/>
        </w:tabs>
        <w:ind w:left="240" w:hanging="240"/>
        <w:jc w:val="both"/>
        <w:rPr>
          <w:color w:val="auto"/>
          <w:sz w:val="24"/>
          <w:szCs w:val="24"/>
        </w:rPr>
      </w:pPr>
      <w:bookmarkStart w:id="1360" w:name="bookmark5900"/>
      <w:bookmarkEnd w:id="1360"/>
      <w:r>
        <w:rPr>
          <w:rStyle w:val="BodyTextChar1"/>
          <w:rFonts w:cs="Georgia"/>
        </w:rPr>
        <w:t>совершенствование навыков получения и использования ин</w:t>
      </w:r>
      <w:r>
        <w:rPr>
          <w:rStyle w:val="BodyTextChar1"/>
          <w:rFonts w:cs="Georgia"/>
        </w:rPr>
        <w:softHyphen/>
        <w:t>формации (на основе ИКТ), способствующих повышению со</w:t>
      </w:r>
      <w:r>
        <w:rPr>
          <w:rStyle w:val="BodyTextChar1"/>
          <w:rFonts w:cs="Georgia"/>
        </w:rPr>
        <w:softHyphen/>
        <w:t>циальных компетенций и адаптации в реальных жизненных условиях;</w:t>
      </w:r>
    </w:p>
    <w:p w:rsidR="00F44E79" w:rsidRDefault="00F44E79" w:rsidP="001C7BA4">
      <w:pPr>
        <w:pStyle w:val="BodyText"/>
        <w:numPr>
          <w:ilvl w:val="0"/>
          <w:numId w:val="69"/>
        </w:numPr>
        <w:tabs>
          <w:tab w:val="left" w:pos="207"/>
        </w:tabs>
        <w:ind w:left="240" w:hanging="240"/>
        <w:jc w:val="both"/>
        <w:rPr>
          <w:color w:val="auto"/>
          <w:sz w:val="24"/>
          <w:szCs w:val="24"/>
        </w:rPr>
      </w:pPr>
      <w:bookmarkStart w:id="1361" w:name="bookmark5901"/>
      <w:bookmarkEnd w:id="1361"/>
      <w:r>
        <w:rPr>
          <w:rStyle w:val="BodyTextChar1"/>
          <w:rFonts w:cs="Georgia"/>
        </w:rPr>
        <w:t>социальную защиту ребенка в случаях неблагоприятных ус</w:t>
      </w:r>
      <w:r>
        <w:rPr>
          <w:rStyle w:val="BodyTextChar1"/>
          <w:rFonts w:cs="Georgia"/>
        </w:rPr>
        <w:softHyphen/>
        <w:t>ловий жизни при психотравмирующих обстоятельствах, в трудной жизненной ситуации.</w:t>
      </w:r>
    </w:p>
    <w:p w:rsidR="00F44E79" w:rsidRDefault="00F44E79">
      <w:pPr>
        <w:pStyle w:val="BodyText"/>
        <w:jc w:val="both"/>
        <w:rPr>
          <w:rFonts w:ascii="Courier New" w:hAnsi="Courier New" w:cs="Courier New"/>
          <w:color w:val="auto"/>
          <w:sz w:val="24"/>
          <w:szCs w:val="24"/>
        </w:rPr>
      </w:pPr>
      <w:r>
        <w:rPr>
          <w:rStyle w:val="BodyTextChar1"/>
          <w:rFonts w:cs="Georgia"/>
          <w:i/>
          <w:iCs/>
        </w:rPr>
        <w:t>Консультативная работа включает:</w:t>
      </w:r>
    </w:p>
    <w:p w:rsidR="00F44E79" w:rsidRDefault="00F44E79" w:rsidP="001C7BA4">
      <w:pPr>
        <w:pStyle w:val="BodyText"/>
        <w:numPr>
          <w:ilvl w:val="0"/>
          <w:numId w:val="69"/>
        </w:numPr>
        <w:tabs>
          <w:tab w:val="left" w:pos="207"/>
        </w:tabs>
        <w:ind w:left="240" w:hanging="240"/>
        <w:jc w:val="both"/>
        <w:rPr>
          <w:color w:val="auto"/>
          <w:sz w:val="24"/>
          <w:szCs w:val="24"/>
        </w:rPr>
      </w:pPr>
      <w:bookmarkStart w:id="1362" w:name="bookmark5902"/>
      <w:bookmarkEnd w:id="1362"/>
      <w:r>
        <w:rPr>
          <w:rStyle w:val="BodyTextChar1"/>
          <w:rFonts w:cs="Georgia"/>
        </w:rPr>
        <w:t>выработку совместных обоснованных рекомендаций, единых для всех участников образовательного процесса, по основ</w:t>
      </w:r>
      <w:r>
        <w:rPr>
          <w:rStyle w:val="BodyTextChar1"/>
          <w:rFonts w:cs="Georgia"/>
        </w:rPr>
        <w:softHyphen/>
        <w:t>ным направлениям работы с обучающимися с трудностями в обучении и социализации;</w:t>
      </w:r>
    </w:p>
    <w:p w:rsidR="00F44E79" w:rsidRDefault="00F44E79" w:rsidP="001C7BA4">
      <w:pPr>
        <w:pStyle w:val="BodyText"/>
        <w:numPr>
          <w:ilvl w:val="0"/>
          <w:numId w:val="69"/>
        </w:numPr>
        <w:tabs>
          <w:tab w:val="left" w:pos="207"/>
        </w:tabs>
        <w:ind w:left="240" w:hanging="240"/>
        <w:jc w:val="both"/>
        <w:rPr>
          <w:color w:val="auto"/>
          <w:sz w:val="24"/>
          <w:szCs w:val="24"/>
        </w:rPr>
      </w:pPr>
      <w:bookmarkStart w:id="1363" w:name="bookmark5903"/>
      <w:bookmarkEnd w:id="1363"/>
      <w:r>
        <w:rPr>
          <w:rStyle w:val="BodyTextChar1"/>
          <w:rFonts w:cs="Georgia"/>
        </w:rPr>
        <w:t>консультирование специалистами педагогов по выбору инди</w:t>
      </w:r>
      <w:r>
        <w:rPr>
          <w:rStyle w:val="BodyTextChar1"/>
          <w:rFonts w:cs="Georgia"/>
        </w:rPr>
        <w:softHyphen/>
        <w:t>видуально-ориентированных методов и приемов работы;</w:t>
      </w:r>
    </w:p>
    <w:p w:rsidR="00F44E79" w:rsidRDefault="00F44E79" w:rsidP="001C7BA4">
      <w:pPr>
        <w:pStyle w:val="BodyText"/>
        <w:numPr>
          <w:ilvl w:val="0"/>
          <w:numId w:val="69"/>
        </w:numPr>
        <w:tabs>
          <w:tab w:val="left" w:pos="207"/>
        </w:tabs>
        <w:ind w:left="240" w:hanging="240"/>
        <w:jc w:val="both"/>
        <w:rPr>
          <w:color w:val="auto"/>
          <w:sz w:val="24"/>
          <w:szCs w:val="24"/>
        </w:rPr>
      </w:pPr>
      <w:bookmarkStart w:id="1364" w:name="bookmark5904"/>
      <w:bookmarkEnd w:id="1364"/>
      <w:r>
        <w:rPr>
          <w:rStyle w:val="BodyTextChar1"/>
          <w:rFonts w:cs="Georgia"/>
        </w:rPr>
        <w:t>консультативную помощь семье в вопросах выбора стратегии воспитания и приемов коррекционно-развивающего обуче</w:t>
      </w:r>
      <w:r>
        <w:rPr>
          <w:rStyle w:val="BodyTextChar1"/>
          <w:rFonts w:cs="Georgia"/>
        </w:rPr>
        <w:softHyphen/>
        <w:t>ния, в решении актуальных трудностей обучающегося;</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65" w:name="bookmark5905"/>
      <w:bookmarkEnd w:id="1365"/>
      <w:r>
        <w:rPr>
          <w:rStyle w:val="BodyTextChar1"/>
          <w:rFonts w:cs="Georgia"/>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BodyTextChar1"/>
          <w:rFonts w:cs="Georgia"/>
        </w:rPr>
        <w:softHyphen/>
        <w:t>сиональными интересами, индивидуальными способностями и психофизиологическими особенностями.</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i/>
          <w:iCs/>
        </w:rPr>
        <w:t>Информационно-просветительская работа включает:</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66" w:name="bookmark5906"/>
      <w:bookmarkEnd w:id="1366"/>
      <w:r>
        <w:rPr>
          <w:rStyle w:val="BodyTextChar1"/>
          <w:rFonts w:cs="Georgia"/>
        </w:rPr>
        <w:t>информационную поддержку образовательной деятельности обучающихся, их родителей (законных представителей), пе</w:t>
      </w:r>
      <w:r>
        <w:rPr>
          <w:rStyle w:val="BodyTextChar1"/>
          <w:rFonts w:cs="Georgia"/>
        </w:rPr>
        <w:softHyphen/>
        <w:t>дагогических работников;</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67" w:name="bookmark5907"/>
      <w:bookmarkEnd w:id="1367"/>
      <w:r>
        <w:rPr>
          <w:rStyle w:val="BodyTextChar1"/>
          <w:rFonts w:cs="Georgia"/>
        </w:rPr>
        <w:t>различные формы просветительской деятельности (лекции, беседы, информационные стенды, печатные материалы, элек</w:t>
      </w:r>
      <w:r>
        <w:rPr>
          <w:rStyle w:val="BodyTextChar1"/>
          <w:rFonts w:cs="Georgia"/>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BodyTextChar1"/>
          <w:rFonts w:cs="Georgia"/>
        </w:rPr>
        <w:softHyphen/>
        <w:t>вательного процесса;</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68" w:name="bookmark5908"/>
      <w:bookmarkEnd w:id="1368"/>
      <w:r>
        <w:rPr>
          <w:rStyle w:val="BodyTextChar1"/>
          <w:rFonts w:cs="Georgia"/>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w:t>
      </w:r>
      <w:r>
        <w:rPr>
          <w:rStyle w:val="BodyTextChar1"/>
          <w:rFonts w:cs="Georgia"/>
        </w:rPr>
        <w:softHyphen/>
        <w:t>стей различных категорий обучающихся с трудностями в об</w:t>
      </w:r>
      <w:r>
        <w:rPr>
          <w:rStyle w:val="BodyTextChar1"/>
          <w:rFonts w:cs="Georgia"/>
        </w:rPr>
        <w:softHyphen/>
        <w:t>учении и социализации.</w:t>
      </w:r>
    </w:p>
    <w:p w:rsidR="00F44E79" w:rsidRDefault="00F44E79">
      <w:pPr>
        <w:pStyle w:val="BodyText"/>
        <w:spacing w:line="264" w:lineRule="auto"/>
        <w:jc w:val="both"/>
        <w:rPr>
          <w:rFonts w:ascii="Courier New" w:hAnsi="Courier New" w:cs="Courier New"/>
          <w:color w:val="auto"/>
          <w:sz w:val="24"/>
          <w:szCs w:val="24"/>
        </w:rPr>
      </w:pPr>
      <w:r>
        <w:rPr>
          <w:rStyle w:val="BodyTextChar1"/>
          <w:rFonts w:cs="Georgia"/>
        </w:rPr>
        <w:t>Перечень, содержание и план реализации коррекционно-раз</w:t>
      </w:r>
      <w:r>
        <w:rPr>
          <w:rStyle w:val="BodyTextChar1"/>
          <w:rFonts w:cs="Georgia"/>
        </w:rPr>
        <w:softHyphen/>
        <w:t>вивающих мероприятий определяются в соответствии со следу</w:t>
      </w:r>
      <w:r>
        <w:rPr>
          <w:rStyle w:val="BodyTextChar1"/>
          <w:rFonts w:cs="Georgia"/>
        </w:rPr>
        <w:softHyphen/>
        <w:t>ющими тематическими разделами:</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69" w:name="bookmark5909"/>
      <w:bookmarkEnd w:id="1369"/>
      <w:r>
        <w:rPr>
          <w:rStyle w:val="BodyTextChar1"/>
          <w:rFonts w:cs="Georgia"/>
        </w:rPr>
        <w:t>мероприятия, направленные на развитие и коррекцию эмо</w:t>
      </w:r>
      <w:r>
        <w:rPr>
          <w:rStyle w:val="BodyTextChar1"/>
          <w:rFonts w:cs="Georgia"/>
        </w:rPr>
        <w:softHyphen/>
        <w:t>циональной регуляции поведения и деятельности;</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70" w:name="bookmark5910"/>
      <w:bookmarkEnd w:id="1370"/>
      <w:r>
        <w:rPr>
          <w:rStyle w:val="BodyTextChar1"/>
          <w:rFonts w:cs="Georgia"/>
        </w:rPr>
        <w:t>мероприятия, направленные на профилактику и коррекцию отклоняющегося поведения, формирование социально при</w:t>
      </w:r>
      <w:r>
        <w:rPr>
          <w:rStyle w:val="BodyTextChar1"/>
          <w:rFonts w:cs="Georgia"/>
        </w:rPr>
        <w:softHyphen/>
        <w:t>емлемых моделей поведения в различных жизненных ситу</w:t>
      </w:r>
      <w:r>
        <w:rPr>
          <w:rStyle w:val="BodyTextChar1"/>
          <w:rFonts w:cs="Georgia"/>
        </w:rPr>
        <w:softHyphen/>
        <w:t>ациях, формирование устойчивой личностной позиции по отношению к неблагоприятному воздействию микросоциума;</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71" w:name="bookmark5911"/>
      <w:bookmarkEnd w:id="1371"/>
      <w:r>
        <w:rPr>
          <w:rStyle w:val="BodyTextChar1"/>
          <w:rFonts w:cs="Georgia"/>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BodyTextChar1"/>
          <w:rFonts w:cs="Georgia"/>
        </w:rPr>
        <w:softHyphen/>
        <w:t>тации в условиях реальной жизненной ситуации;</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72" w:name="bookmark5912"/>
      <w:bookmarkEnd w:id="1372"/>
      <w:r>
        <w:rPr>
          <w:rStyle w:val="BodyTextChar1"/>
          <w:rFonts w:cs="Georgia"/>
        </w:rPr>
        <w:t>мероприятия, направленные на развитие и коррекцию ком</w:t>
      </w:r>
      <w:r>
        <w:rPr>
          <w:rStyle w:val="BodyTextChar1"/>
          <w:rFonts w:cs="Georgia"/>
        </w:rPr>
        <w:softHyphen/>
        <w:t>муникативной сферы, развитие различных навыков комму</w:t>
      </w:r>
      <w:r>
        <w:rPr>
          <w:rStyle w:val="BodyTextChar1"/>
          <w:rFonts w:cs="Georgia"/>
        </w:rPr>
        <w:softHyphen/>
        <w:t>никации, способов конструктивного взаимодействия и со</w:t>
      </w:r>
      <w:r>
        <w:rPr>
          <w:rStyle w:val="BodyTextChar1"/>
          <w:rFonts w:cs="Georgia"/>
        </w:rPr>
        <w:softHyphen/>
        <w:t>трудничества;</w:t>
      </w:r>
    </w:p>
    <w:p w:rsidR="00F44E79" w:rsidRDefault="00F44E79" w:rsidP="001C7BA4">
      <w:pPr>
        <w:pStyle w:val="BodyText"/>
        <w:numPr>
          <w:ilvl w:val="0"/>
          <w:numId w:val="69"/>
        </w:numPr>
        <w:tabs>
          <w:tab w:val="left" w:pos="207"/>
        </w:tabs>
        <w:spacing w:line="264" w:lineRule="auto"/>
        <w:ind w:left="240" w:hanging="240"/>
        <w:jc w:val="both"/>
        <w:rPr>
          <w:color w:val="auto"/>
          <w:sz w:val="24"/>
          <w:szCs w:val="24"/>
        </w:rPr>
      </w:pPr>
      <w:bookmarkStart w:id="1373" w:name="bookmark5913"/>
      <w:bookmarkEnd w:id="1373"/>
      <w:r>
        <w:rPr>
          <w:rStyle w:val="BodyTextChar1"/>
          <w:rFonts w:cs="Georgia"/>
        </w:rPr>
        <w:t>мероприятия, направленные на развитие отдельных сторон познавательной сферы;</w:t>
      </w:r>
    </w:p>
    <w:p w:rsidR="00F44E79" w:rsidRDefault="00F44E79" w:rsidP="001C7BA4">
      <w:pPr>
        <w:pStyle w:val="BodyText"/>
        <w:numPr>
          <w:ilvl w:val="0"/>
          <w:numId w:val="69"/>
        </w:numPr>
        <w:tabs>
          <w:tab w:val="left" w:pos="207"/>
        </w:tabs>
        <w:spacing w:line="269" w:lineRule="auto"/>
        <w:ind w:left="240" w:hanging="240"/>
        <w:jc w:val="both"/>
        <w:rPr>
          <w:color w:val="auto"/>
          <w:sz w:val="24"/>
          <w:szCs w:val="24"/>
        </w:rPr>
      </w:pPr>
      <w:bookmarkStart w:id="1374" w:name="bookmark5914"/>
      <w:bookmarkEnd w:id="1374"/>
      <w:r>
        <w:rPr>
          <w:rStyle w:val="BodyTextChar1"/>
          <w:rFonts w:cs="Georgia"/>
        </w:rPr>
        <w:t>мероприятия, направленные на преодоление трудностей ре</w:t>
      </w:r>
      <w:r>
        <w:rPr>
          <w:rStyle w:val="BodyTextChar1"/>
          <w:rFonts w:cs="Georgia"/>
        </w:rPr>
        <w:softHyphen/>
        <w:t>чевого развития;</w:t>
      </w:r>
    </w:p>
    <w:p w:rsidR="00F44E79" w:rsidRDefault="00F44E79" w:rsidP="001C7BA4">
      <w:pPr>
        <w:pStyle w:val="BodyText"/>
        <w:numPr>
          <w:ilvl w:val="0"/>
          <w:numId w:val="69"/>
        </w:numPr>
        <w:tabs>
          <w:tab w:val="left" w:pos="207"/>
        </w:tabs>
        <w:spacing w:line="269" w:lineRule="auto"/>
        <w:ind w:left="240" w:hanging="240"/>
        <w:jc w:val="both"/>
        <w:rPr>
          <w:color w:val="auto"/>
          <w:sz w:val="24"/>
          <w:szCs w:val="24"/>
        </w:rPr>
      </w:pPr>
      <w:bookmarkStart w:id="1375" w:name="bookmark5915"/>
      <w:bookmarkEnd w:id="1375"/>
      <w:r>
        <w:rPr>
          <w:rStyle w:val="BodyTextChar1"/>
          <w:rFonts w:cs="Georgia"/>
        </w:rPr>
        <w:t>мероприятия, направленные на психологическую поддержку обучающихся с инвалидностью.</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 учебной внеурочной деятельности коррекционно-развива</w:t>
      </w:r>
      <w:r>
        <w:rPr>
          <w:rStyle w:val="BodyTextChar1"/>
          <w:rFonts w:cs="Georgia"/>
        </w:rPr>
        <w:softHyphen/>
        <w:t>ющие занятия со специалистами (учитель-логопед, педагог-пси</w:t>
      </w:r>
      <w:r>
        <w:rPr>
          <w:rStyle w:val="BodyTextChar1"/>
          <w:rFonts w:cs="Georgia"/>
        </w:rPr>
        <w:softHyphen/>
        <w:t>холог и др.) планируются по индивидуально-ориентированным коррекционно-развивающим программам.</w:t>
      </w:r>
    </w:p>
    <w:p w:rsidR="00F44E79" w:rsidRDefault="00F44E79">
      <w:pPr>
        <w:pStyle w:val="BodyText"/>
        <w:spacing w:after="140" w:line="269" w:lineRule="auto"/>
        <w:jc w:val="both"/>
        <w:rPr>
          <w:rFonts w:ascii="Courier New" w:hAnsi="Courier New" w:cs="Courier New"/>
          <w:color w:val="auto"/>
          <w:sz w:val="24"/>
          <w:szCs w:val="24"/>
        </w:rPr>
      </w:pPr>
      <w:r>
        <w:rPr>
          <w:rStyle w:val="BodyTextChar1"/>
          <w:rFonts w:cs="Georgia"/>
        </w:rPr>
        <w:t>Во внеучебной внеурочной деятельности коррекционно-раз</w:t>
      </w:r>
      <w:r>
        <w:rPr>
          <w:rStyle w:val="BodyTextChar1"/>
          <w:rFonts w:cs="Georgia"/>
        </w:rPr>
        <w:softHyphen/>
        <w:t>вивающая работа может осуществляться по программам до</w:t>
      </w:r>
      <w:r>
        <w:rPr>
          <w:rStyle w:val="BodyTextChar1"/>
          <w:rFonts w:cs="Georgia"/>
        </w:rPr>
        <w:softHyphen/>
        <w:t>полнительного образования разной направленности (художе</w:t>
      </w:r>
      <w:r>
        <w:rPr>
          <w:rStyle w:val="BodyTextChar1"/>
          <w:rFonts w:cs="Georgia"/>
        </w:rPr>
        <w:softHyphen/>
        <w:t>ственно-эстетическая, оздоровительная и др.), опосредованно стимулирующих преодоление трудностей в обучении, разви</w:t>
      </w:r>
      <w:r>
        <w:rPr>
          <w:rStyle w:val="BodyTextChar1"/>
          <w:rFonts w:cs="Georgia"/>
        </w:rPr>
        <w:softHyphen/>
        <w:t>тии и социальной адаптации.</w:t>
      </w:r>
    </w:p>
    <w:p w:rsidR="00F44E79" w:rsidRDefault="00F44E79" w:rsidP="001C7BA4">
      <w:pPr>
        <w:pStyle w:val="33"/>
        <w:keepNext/>
        <w:keepLines/>
        <w:numPr>
          <w:ilvl w:val="0"/>
          <w:numId w:val="71"/>
        </w:numPr>
        <w:tabs>
          <w:tab w:val="left" w:pos="654"/>
        </w:tabs>
        <w:spacing w:after="40"/>
        <w:jc w:val="both"/>
        <w:rPr>
          <w:b w:val="0"/>
          <w:bCs w:val="0"/>
          <w:color w:val="auto"/>
          <w:sz w:val="24"/>
          <w:szCs w:val="24"/>
        </w:rPr>
      </w:pPr>
      <w:bookmarkStart w:id="1376" w:name="bookmark5918"/>
      <w:bookmarkStart w:id="1377" w:name="bookmark5916"/>
      <w:bookmarkStart w:id="1378" w:name="bookmark5917"/>
      <w:bookmarkStart w:id="1379" w:name="bookmark5919"/>
      <w:bookmarkEnd w:id="1376"/>
      <w:r>
        <w:rPr>
          <w:rStyle w:val="32"/>
          <w:rFonts w:cs="Arial"/>
          <w:b/>
        </w:rPr>
        <w:t>Механизмы реализации программы</w:t>
      </w:r>
      <w:bookmarkEnd w:id="1377"/>
      <w:bookmarkEnd w:id="1378"/>
      <w:bookmarkEnd w:id="1379"/>
    </w:p>
    <w:p w:rsidR="00F44E79" w:rsidRDefault="00F44E79">
      <w:pPr>
        <w:pStyle w:val="BodyText"/>
        <w:jc w:val="both"/>
        <w:rPr>
          <w:rFonts w:ascii="Courier New" w:hAnsi="Courier New" w:cs="Courier New"/>
          <w:color w:val="auto"/>
          <w:sz w:val="24"/>
          <w:szCs w:val="24"/>
        </w:rPr>
      </w:pPr>
      <w:r>
        <w:rPr>
          <w:rStyle w:val="BodyTextChar1"/>
          <w:rFonts w:cs="Georgia"/>
        </w:rPr>
        <w:t>Для реализации требований к ПКР, обозначенных во ФГОС ООО, создана рабочая группа, в которую наряду с основными учителями  включены следующие специалисты: педагог-психолог, учитель-логопед, социаль</w:t>
      </w:r>
      <w:r>
        <w:rPr>
          <w:rStyle w:val="BodyTextChar1"/>
          <w:rFonts w:cs="Georgia"/>
        </w:rPr>
        <w:softHyphen/>
        <w:t>ный педагог.</w:t>
      </w:r>
    </w:p>
    <w:p w:rsidR="00F44E79" w:rsidRDefault="00F44E79">
      <w:pPr>
        <w:pStyle w:val="BodyText"/>
        <w:jc w:val="both"/>
        <w:rPr>
          <w:rFonts w:ascii="Courier New" w:hAnsi="Courier New" w:cs="Courier New"/>
          <w:color w:val="auto"/>
          <w:sz w:val="24"/>
          <w:szCs w:val="24"/>
        </w:rPr>
      </w:pPr>
      <w:r>
        <w:rPr>
          <w:rStyle w:val="BodyTextChar1"/>
          <w:rFonts w:cs="Georgia"/>
        </w:rPr>
        <w:t>ПКР готовится рабочей группой образова</w:t>
      </w:r>
      <w:r>
        <w:rPr>
          <w:rStyle w:val="BodyTextChar1"/>
          <w:rFonts w:cs="Georgia"/>
        </w:rPr>
        <w:softHyphen/>
        <w:t>тельной организации поэтапно. На подготовительном этапе определяется нормативно-правовое обеспечение коррекцион</w:t>
      </w:r>
      <w:r>
        <w:rPr>
          <w:rStyle w:val="BodyTextChar1"/>
          <w:rFonts w:cs="Georgia"/>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BodyTextChar1"/>
          <w:rFonts w:cs="Georgia"/>
        </w:rPr>
        <w:softHyphen/>
        <w:t>дущем уровне образования; создается (систематизируется, до</w:t>
      </w:r>
      <w:r>
        <w:rPr>
          <w:rStyle w:val="BodyTextChar1"/>
          <w:rFonts w:cs="Georgia"/>
        </w:rPr>
        <w:softHyphen/>
        <w:t>полняется) фонд методических рекомендаций.</w:t>
      </w:r>
    </w:p>
    <w:p w:rsidR="00F44E79" w:rsidRDefault="00F44E79">
      <w:pPr>
        <w:pStyle w:val="BodyText"/>
        <w:jc w:val="both"/>
        <w:rPr>
          <w:rFonts w:ascii="Courier New" w:hAnsi="Courier New" w:cs="Courier New"/>
          <w:color w:val="auto"/>
          <w:sz w:val="24"/>
          <w:szCs w:val="24"/>
        </w:rPr>
      </w:pPr>
      <w:r>
        <w:rPr>
          <w:rStyle w:val="BodyTextChar1"/>
          <w:rFonts w:cs="Georgia"/>
        </w:rPr>
        <w:t>На основном этапе разрабатываются общая стратегия обуче</w:t>
      </w:r>
      <w:r>
        <w:rPr>
          <w:rStyle w:val="BodyTextChar1"/>
          <w:rFonts w:cs="Georgia"/>
        </w:rPr>
        <w:softHyphen/>
        <w:t>ния и воспитания обучающихся, организация и механизм реа</w:t>
      </w:r>
      <w:r>
        <w:rPr>
          <w:rStyle w:val="BodyTextChar1"/>
          <w:rFonts w:cs="Georgia"/>
        </w:rPr>
        <w:softHyphen/>
        <w:t>лизации коррекционно-развивающей работы; раскрываются направления и ожидаемые результаты коррекционно-развива</w:t>
      </w:r>
      <w:r>
        <w:rPr>
          <w:rStyle w:val="BodyTextChar1"/>
          <w:rFonts w:cs="Georgia"/>
        </w:rPr>
        <w:softHyphen/>
        <w:t>ющей работы, описываются специальные требования к услови</w:t>
      </w:r>
      <w:r>
        <w:rPr>
          <w:rStyle w:val="BodyTextChar1"/>
          <w:rFonts w:cs="Georgia"/>
        </w:rPr>
        <w:softHyphen/>
        <w:t>ям реализации ПКР.</w:t>
      </w:r>
    </w:p>
    <w:p w:rsidR="00F44E79" w:rsidRDefault="00F44E79" w:rsidP="002B4EC1">
      <w:pPr>
        <w:pStyle w:val="BodyText"/>
        <w:spacing w:after="100"/>
        <w:jc w:val="both"/>
        <w:rPr>
          <w:rFonts w:ascii="Courier New" w:hAnsi="Courier New" w:cs="Courier New"/>
          <w:color w:val="auto"/>
          <w:sz w:val="24"/>
          <w:szCs w:val="24"/>
        </w:rPr>
      </w:pPr>
      <w:r>
        <w:rPr>
          <w:rStyle w:val="BodyTextChar1"/>
          <w:rFonts w:cs="Georgia"/>
        </w:rPr>
        <w:t>На заключительном этапе осуществляется внутренняя экс</w:t>
      </w:r>
      <w:r>
        <w:rPr>
          <w:rStyle w:val="BodyTextChar1"/>
          <w:rFonts w:cs="Georgia"/>
        </w:rPr>
        <w:softHyphen/>
        <w:t>пертиза программы, возможна ее доработка; проводится обсуж</w:t>
      </w:r>
      <w:r>
        <w:rPr>
          <w:rStyle w:val="BodyTextChar1"/>
          <w:rFonts w:cs="Georgia"/>
        </w:rPr>
        <w:softHyphen/>
        <w:t>дение хода реализации программы на школьных консилиумах,</w:t>
      </w:r>
      <w:r>
        <w:rPr>
          <w:rFonts w:ascii="Courier New" w:hAnsi="Courier New" w:cs="Courier New"/>
          <w:color w:val="auto"/>
          <w:sz w:val="24"/>
          <w:szCs w:val="24"/>
        </w:rPr>
        <w:t xml:space="preserve"> </w:t>
      </w:r>
      <w:r>
        <w:rPr>
          <w:rStyle w:val="BodyTextChar1"/>
          <w:rFonts w:cs="Georgia"/>
        </w:rPr>
        <w:t>методических объединениях групп педагогов и специалистов, работающих с обучающимися; принимается итоговое решение.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Для реализации ПКР в образовательной организации создана служба комплексного психолого-педагоги</w:t>
      </w:r>
      <w:r>
        <w:rPr>
          <w:rStyle w:val="BodyTextChar1"/>
          <w:rFonts w:cs="Georgia"/>
        </w:rPr>
        <w:softHyphen/>
        <w:t>ческого и социального сопровождения и поддержки обучаю</w:t>
      </w:r>
      <w:r>
        <w:rPr>
          <w:rStyle w:val="BodyTextChar1"/>
          <w:rFonts w:cs="Georgia"/>
        </w:rPr>
        <w:softHyphen/>
        <w:t>щихся.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Комплексное психолого-педагогическое и социальное сопро</w:t>
      </w:r>
      <w:r>
        <w:rPr>
          <w:rStyle w:val="BodyTextChar1"/>
          <w:rFonts w:cs="Georgia"/>
        </w:rPr>
        <w:softHyphen/>
        <w:t>вождение и поддержка обучающихся с трудностями в обучении и социализации обеспечиваются специалистами образователь</w:t>
      </w:r>
      <w:r>
        <w:rPr>
          <w:rStyle w:val="BodyTextChar1"/>
          <w:rFonts w:cs="Georgia"/>
        </w:rPr>
        <w:softHyphen/>
        <w:t>ной организации (педагогом-психологом, социальным педаго</w:t>
      </w:r>
      <w:r>
        <w:rPr>
          <w:rStyle w:val="BodyTextChar1"/>
          <w:rFonts w:cs="Georgia"/>
        </w:rPr>
        <w:softHyphen/>
        <w:t>гом, учителем-логопедом, реализуется преимущественно во внеуроч</w:t>
      </w:r>
      <w:r>
        <w:rPr>
          <w:rStyle w:val="BodyTextChar1"/>
          <w:rFonts w:cs="Georgia"/>
        </w:rPr>
        <w:softHyphen/>
        <w:t>ной деятельности.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Одним из условий комплексного сопровождения и поддерж</w:t>
      </w:r>
      <w:r>
        <w:rPr>
          <w:rStyle w:val="BodyTextChar1"/>
          <w:rFonts w:cs="Georgia"/>
        </w:rPr>
        <w:softHyphen/>
        <w:t>ки обучающихся является тесное взаимодействие специалистов при участии педагогов образовательной организации, предста</w:t>
      </w:r>
      <w:r>
        <w:rPr>
          <w:rStyle w:val="BodyTextChar1"/>
          <w:rFonts w:cs="Georgia"/>
        </w:rPr>
        <w:softHyphen/>
        <w:t>вителей администрации и родителей (законных представите</w:t>
      </w:r>
      <w:r>
        <w:rPr>
          <w:rStyle w:val="BodyTextChar1"/>
          <w:rFonts w:cs="Georgia"/>
        </w:rPr>
        <w:softHyphen/>
        <w:t>лей).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Взаимодействие специалистов общеобразовательной органи</w:t>
      </w:r>
      <w:r>
        <w:rPr>
          <w:rStyle w:val="BodyTextChar1"/>
          <w:rFonts w:cs="Georgia"/>
        </w:rPr>
        <w:softHyphen/>
        <w:t>зации обеспечивает системное сопровождение обучающихся специалистами различного профиля в образовательном про</w:t>
      </w:r>
      <w:r>
        <w:rPr>
          <w:rStyle w:val="BodyTextChar1"/>
          <w:rFonts w:cs="Georgia"/>
        </w:rPr>
        <w:softHyphen/>
        <w:t>цессе.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Наиболее распространенные и действенные формы организо</w:t>
      </w:r>
      <w:r>
        <w:rPr>
          <w:rStyle w:val="BodyTextChar1"/>
          <w:rFonts w:cs="Georgia"/>
        </w:rPr>
        <w:softHyphen/>
        <w:t>ванного взаимодействия специалистов — это консилиумы и службы сопровождения общеобразовательной организации, ко</w:t>
      </w:r>
      <w:r>
        <w:rPr>
          <w:rStyle w:val="BodyTextChar1"/>
          <w:rFonts w:cs="Georgia"/>
        </w:rPr>
        <w:softHyphen/>
        <w:t>торые предоставляют многопрофильную помощь обучающимся и их родителям (законным представителям) в решении вопро</w:t>
      </w:r>
      <w:r>
        <w:rPr>
          <w:rStyle w:val="BodyTextChar1"/>
          <w:rFonts w:cs="Georgia"/>
        </w:rPr>
        <w:softHyphen/>
        <w:t>сов, связанных с адаптацией, обучением, воспитанием, разви</w:t>
      </w:r>
      <w:r>
        <w:rPr>
          <w:rStyle w:val="BodyTextChar1"/>
          <w:rFonts w:cs="Georgia"/>
        </w:rPr>
        <w:softHyphen/>
        <w:t>тием, социализацией обучающихся с трудностями в обучении и социализации.</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w:t>
      </w:r>
      <w:r>
        <w:rPr>
          <w:rStyle w:val="BodyTextChar1"/>
          <w:rFonts w:cs="Georgia"/>
        </w:rPr>
        <w:softHyphen/>
        <w:t>мент работы которой разрабатывается образовательной органи</w:t>
      </w:r>
      <w:r>
        <w:rPr>
          <w:rStyle w:val="BodyTextChar1"/>
          <w:rFonts w:cs="Georgia"/>
        </w:rPr>
        <w:softHyphen/>
        <w:t>зацией самостоятельно и утверждается локальным актом.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Цель работы ППк: выявление индивидуальных образова</w:t>
      </w:r>
      <w:r>
        <w:rPr>
          <w:rStyle w:val="BodyTextChar1"/>
          <w:rFonts w:cs="Georgia"/>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BodyTextChar1"/>
          <w:rFonts w:cs="Georgia"/>
        </w:rPr>
        <w:softHyphen/>
        <w:t>намикой развития и успеваемости обучающихся, своевременно вносят коррективы в программу обучения и в рабочие коррек</w:t>
      </w:r>
      <w:r>
        <w:rPr>
          <w:rStyle w:val="BodyTextChar1"/>
          <w:rFonts w:cs="Georgia"/>
        </w:rPr>
        <w:softHyphen/>
        <w:t>ционно-развивающие программы; рассматривают спорные и конфликтные случаи, предлагают и осуществляют отбор необ</w:t>
      </w:r>
      <w:r>
        <w:rPr>
          <w:rStyle w:val="BodyTextChar1"/>
          <w:rFonts w:cs="Georgia"/>
        </w:rPr>
        <w:softHyphen/>
        <w:t>ходимых для обучающегося дополнительных дидактических материалов и учебных пособий.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Программа коррекционной работы на этапе основного обще</w:t>
      </w:r>
      <w:r>
        <w:rPr>
          <w:rStyle w:val="BodyTextChar1"/>
          <w:rFonts w:cs="Georgia"/>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BodyTextChar1"/>
          <w:rFonts w:cs="Georgia"/>
        </w:rPr>
        <w:softHyphen/>
        <w:t>ответствующих ресурсов).</w:t>
      </w:r>
    </w:p>
    <w:p w:rsidR="00F44E79" w:rsidRDefault="00F44E79" w:rsidP="001C7BA4">
      <w:pPr>
        <w:pStyle w:val="33"/>
        <w:keepNext/>
        <w:keepLines/>
        <w:numPr>
          <w:ilvl w:val="0"/>
          <w:numId w:val="72"/>
        </w:numPr>
        <w:tabs>
          <w:tab w:val="left" w:pos="663"/>
        </w:tabs>
        <w:spacing w:after="40"/>
        <w:jc w:val="both"/>
        <w:rPr>
          <w:b w:val="0"/>
          <w:bCs w:val="0"/>
          <w:color w:val="auto"/>
          <w:sz w:val="24"/>
          <w:szCs w:val="24"/>
        </w:rPr>
      </w:pPr>
      <w:bookmarkStart w:id="1380" w:name="bookmark5922"/>
      <w:bookmarkStart w:id="1381" w:name="bookmark5920"/>
      <w:bookmarkStart w:id="1382" w:name="bookmark5921"/>
      <w:bookmarkStart w:id="1383" w:name="bookmark5923"/>
      <w:bookmarkEnd w:id="1380"/>
      <w:r>
        <w:rPr>
          <w:rStyle w:val="32"/>
          <w:rFonts w:cs="Arial"/>
          <w:b/>
        </w:rPr>
        <w:t>Требования к условиям реализации программы</w:t>
      </w:r>
      <w:bookmarkEnd w:id="1381"/>
      <w:bookmarkEnd w:id="1382"/>
      <w:bookmarkEnd w:id="1383"/>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i/>
          <w:iCs/>
        </w:rPr>
        <w:t>Психолого-педагогическое обеспечение:</w:t>
      </w:r>
    </w:p>
    <w:p w:rsidR="00F44E79" w:rsidRDefault="00F44E79" w:rsidP="001C7BA4">
      <w:pPr>
        <w:pStyle w:val="BodyText"/>
        <w:numPr>
          <w:ilvl w:val="0"/>
          <w:numId w:val="73"/>
        </w:numPr>
        <w:tabs>
          <w:tab w:val="left" w:pos="327"/>
        </w:tabs>
        <w:spacing w:line="269" w:lineRule="auto"/>
        <w:ind w:left="240" w:hanging="240"/>
        <w:jc w:val="both"/>
        <w:rPr>
          <w:color w:val="auto"/>
          <w:sz w:val="24"/>
          <w:szCs w:val="24"/>
        </w:rPr>
      </w:pPr>
      <w:bookmarkStart w:id="1384" w:name="bookmark5924"/>
      <w:bookmarkEnd w:id="1384"/>
      <w:r>
        <w:rPr>
          <w:rStyle w:val="BodyTextChar1"/>
          <w:rFonts w:cs="Georgia"/>
        </w:rPr>
        <w:t>обеспечение дифференцированных условий (оптимальный режим учебных нагрузок);</w:t>
      </w:r>
    </w:p>
    <w:p w:rsidR="00F44E79" w:rsidRDefault="00F44E79" w:rsidP="001C7BA4">
      <w:pPr>
        <w:pStyle w:val="BodyText"/>
        <w:numPr>
          <w:ilvl w:val="0"/>
          <w:numId w:val="73"/>
        </w:numPr>
        <w:tabs>
          <w:tab w:val="left" w:pos="327"/>
        </w:tabs>
        <w:spacing w:line="269" w:lineRule="auto"/>
        <w:ind w:left="240" w:hanging="240"/>
        <w:jc w:val="both"/>
        <w:rPr>
          <w:color w:val="auto"/>
          <w:sz w:val="24"/>
          <w:szCs w:val="24"/>
        </w:rPr>
      </w:pPr>
      <w:bookmarkStart w:id="1385" w:name="bookmark5925"/>
      <w:bookmarkEnd w:id="1385"/>
      <w:r>
        <w:rPr>
          <w:rStyle w:val="BodyTextChar1"/>
          <w:rFonts w:cs="Georgia"/>
        </w:rPr>
        <w:t>обеспечение психолого-педагогических условий (коррекци</w:t>
      </w:r>
      <w:r>
        <w:rPr>
          <w:rStyle w:val="BodyTextChar1"/>
          <w:rFonts w:cs="Georgia"/>
        </w:rPr>
        <w:softHyphen/>
        <w:t>онно-развивающая направленность учебно-воспитательного процесса;</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—учет индивидуальных особенностей и особых образователь</w:t>
      </w:r>
      <w:r>
        <w:rPr>
          <w:rStyle w:val="BodyTextChar1"/>
          <w:rFonts w:cs="Georgia"/>
        </w:rPr>
        <w:softHyphen/>
        <w:t>ных, социально-коммуникативных потребностей обучаю</w:t>
      </w:r>
      <w:r>
        <w:rPr>
          <w:rStyle w:val="BodyTextChar1"/>
          <w:rFonts w:cs="Georgia"/>
        </w:rPr>
        <w:softHyphen/>
        <w:t>щихся;</w:t>
      </w:r>
    </w:p>
    <w:p w:rsidR="00F44E79" w:rsidRDefault="00F44E79" w:rsidP="001C7BA4">
      <w:pPr>
        <w:pStyle w:val="BodyText"/>
        <w:numPr>
          <w:ilvl w:val="0"/>
          <w:numId w:val="73"/>
        </w:numPr>
        <w:tabs>
          <w:tab w:val="left" w:pos="327"/>
        </w:tabs>
        <w:spacing w:line="269" w:lineRule="auto"/>
        <w:ind w:firstLine="0"/>
        <w:jc w:val="both"/>
        <w:rPr>
          <w:color w:val="auto"/>
          <w:sz w:val="24"/>
          <w:szCs w:val="24"/>
        </w:rPr>
      </w:pPr>
      <w:bookmarkStart w:id="1386" w:name="bookmark5926"/>
      <w:bookmarkEnd w:id="1386"/>
      <w:r>
        <w:rPr>
          <w:rStyle w:val="BodyTextChar1"/>
          <w:rFonts w:cs="Georgia"/>
        </w:rPr>
        <w:t>соблюдение комфортного психоэмоционального режима;</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—использование современных педагогических технологий, в том числе информационных, для оптимизации образователь</w:t>
      </w:r>
      <w:r>
        <w:rPr>
          <w:rStyle w:val="BodyTextChar1"/>
          <w:rFonts w:cs="Georgia"/>
        </w:rPr>
        <w:softHyphen/>
        <w:t>ного процесса, повышения его эффективности, доступности;</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—развитие коммуникативных компетенций, необходимых для жизни человека в обществе, на основе планомерного введе</w:t>
      </w:r>
      <w:r>
        <w:rPr>
          <w:rStyle w:val="BodyTextChar1"/>
          <w:rFonts w:cs="Georgia"/>
        </w:rPr>
        <w:softHyphen/>
        <w:t>ния в более сложную социальную среду, расширения повсед</w:t>
      </w:r>
      <w:r>
        <w:rPr>
          <w:rStyle w:val="BodyTextChar1"/>
          <w:rFonts w:cs="Georgia"/>
        </w:rPr>
        <w:softHyphen/>
        <w:t>невного жизненного опыта, социальных контактов с другими людьми;</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—обеспечение активного сотрудничества обучающихся в раз</w:t>
      </w:r>
      <w:r>
        <w:rPr>
          <w:rStyle w:val="BodyTextChar1"/>
          <w:rFonts w:cs="Georgia"/>
        </w:rPr>
        <w:softHyphen/>
        <w:t>ных видах деятельности, обогащение их социального опыта, активизация взаимодействия с разными партнерами по ком</w:t>
      </w:r>
      <w:r>
        <w:rPr>
          <w:rStyle w:val="BodyTextChar1"/>
          <w:rFonts w:cs="Georgia"/>
        </w:rPr>
        <w:softHyphen/>
        <w:t>муникации за счет расширения образовательного, социаль</w:t>
      </w:r>
      <w:r>
        <w:rPr>
          <w:rStyle w:val="BodyTextChar1"/>
          <w:rFonts w:cs="Georgia"/>
        </w:rPr>
        <w:softHyphen/>
        <w:t>ного, коммуникативного пространства;</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BodyTextChar1"/>
          <w:rFonts w:cs="Georgia"/>
        </w:rPr>
        <w:softHyphen/>
        <w:t>щихся);</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—использование специальных методов, приемов, средств обу</w:t>
      </w:r>
      <w:r>
        <w:rPr>
          <w:rStyle w:val="BodyTextChar1"/>
          <w:rFonts w:cs="Georgia"/>
        </w:rPr>
        <w:softHyphen/>
        <w:t>чения;</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—обеспечение участия всех обучающихся образовательной ор</w:t>
      </w:r>
      <w:r>
        <w:rPr>
          <w:rStyle w:val="BodyTextChar1"/>
          <w:rFonts w:cs="Georgia"/>
        </w:rPr>
        <w:softHyphen/>
        <w:t>ганизации в проведении воспитательных, культурно-развле</w:t>
      </w:r>
      <w:r>
        <w:rPr>
          <w:rStyle w:val="BodyTextChar1"/>
          <w:rFonts w:cs="Georgia"/>
        </w:rPr>
        <w:softHyphen/>
        <w:t>кательных, спортивно-оздоровительных и иных досуговых мероприятий;</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—обеспечение здоровьесберегающих условий (оздоровитель</w:t>
      </w:r>
      <w:r>
        <w:rPr>
          <w:rStyle w:val="BodyTextChar1"/>
          <w:rFonts w:cs="Georgia"/>
        </w:rPr>
        <w:softHyphen/>
        <w:t>ный и охранительный режим, укрепление физического и психического здоровья, профилактика физических, умствен</w:t>
      </w:r>
      <w:r>
        <w:rPr>
          <w:rStyle w:val="BodyTextChar1"/>
          <w:rFonts w:cs="Georgia"/>
        </w:rPr>
        <w:softHyphen/>
        <w:t>ных и психологических перегрузок обучающихся, соблюде</w:t>
      </w:r>
      <w:r>
        <w:rPr>
          <w:rStyle w:val="BodyTextChar1"/>
          <w:rFonts w:cs="Georgia"/>
        </w:rPr>
        <w:softHyphen/>
        <w:t>ние санитарно-гигиенических правил и норм).</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i/>
          <w:iCs/>
        </w:rPr>
        <w:t>Программно-методическое обеспечение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w:t>
      </w:r>
      <w:r>
        <w:rPr>
          <w:rStyle w:val="BodyTextChar1"/>
          <w:rFonts w:cs="Georgia"/>
        </w:rPr>
        <w:softHyphen/>
        <w:t>гностический и коррекционно-развивающий инструментарий, необходимый для осуществления профессиональной деятель</w:t>
      </w:r>
      <w:r>
        <w:rPr>
          <w:rStyle w:val="BodyTextChar1"/>
          <w:rFonts w:cs="Georgia"/>
        </w:rPr>
        <w:softHyphen/>
        <w:t>ности учителя, педагога-психолога, социального педагога, учи</w:t>
      </w:r>
      <w:r>
        <w:rPr>
          <w:rStyle w:val="BodyTextChar1"/>
          <w:rFonts w:cs="Georgia"/>
        </w:rPr>
        <w:softHyphen/>
        <w:t>теля-логопеда и др. При необходимости могут быть использо</w:t>
      </w:r>
      <w:r>
        <w:rPr>
          <w:rStyle w:val="BodyTextChar1"/>
          <w:rFonts w:cs="Georgia"/>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i/>
          <w:iCs/>
        </w:rPr>
        <w:t>Кадровое обеспечение</w:t>
      </w:r>
    </w:p>
    <w:p w:rsidR="00F44E79" w:rsidRDefault="00F44E79" w:rsidP="00C65EA7">
      <w:pPr>
        <w:pStyle w:val="BodyText"/>
        <w:spacing w:line="276" w:lineRule="auto"/>
        <w:jc w:val="both"/>
        <w:rPr>
          <w:rFonts w:ascii="Courier New" w:hAnsi="Courier New" w:cs="Courier New"/>
          <w:color w:val="auto"/>
          <w:sz w:val="24"/>
          <w:szCs w:val="24"/>
        </w:rPr>
      </w:pPr>
      <w:r>
        <w:rPr>
          <w:rStyle w:val="BodyTextChar1"/>
          <w:rFonts w:cs="Georgia"/>
        </w:rPr>
        <w:t>Важным моментом реализации программы коррекционной работы является кадровое обеспечение. Коррекционно-разви</w:t>
      </w:r>
      <w:r>
        <w:rPr>
          <w:rStyle w:val="BodyTextChar1"/>
          <w:rFonts w:cs="Georgia"/>
        </w:rPr>
        <w:softHyphen/>
        <w:t>вающая работа осуществлятся специалистами соот</w:t>
      </w:r>
      <w:r>
        <w:rPr>
          <w:rStyle w:val="BodyTextChar1"/>
          <w:rFonts w:cs="Georgia"/>
        </w:rPr>
        <w:softHyphen/>
        <w:t>ветствующей квалификации, имеющими специализированное образование, и педагогами, прошедшими обязательную курсо</w:t>
      </w:r>
      <w:r>
        <w:rPr>
          <w:rStyle w:val="BodyTextChar1"/>
          <w:rFonts w:cs="Georgia"/>
        </w:rPr>
        <w:softHyphen/>
        <w:t>вую или другие виды профессиональной подготовки.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Необходимо обеспечить на постоянной основе подготовку, переподготовку и повышение квалификации работников обра</w:t>
      </w:r>
      <w:r>
        <w:rPr>
          <w:rStyle w:val="BodyTextChar1"/>
          <w:rFonts w:cs="Georgia"/>
        </w:rPr>
        <w:softHyphen/>
        <w:t>зовательных организаций, занимающихся решением вопросов образования школьников с трудностями в обучении и социа</w:t>
      </w:r>
      <w:r>
        <w:rPr>
          <w:rStyle w:val="BodyTextChar1"/>
          <w:rFonts w:cs="Georgia"/>
        </w:rPr>
        <w:softHyphen/>
        <w:t>лизации. Педагогические работники образовательной органи</w:t>
      </w:r>
      <w:r>
        <w:rPr>
          <w:rStyle w:val="BodyTextChar1"/>
          <w:rFonts w:cs="Georgia"/>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BodyTextChar1"/>
          <w:rFonts w:cs="Georgia"/>
        </w:rPr>
        <w:softHyphen/>
        <w:t>ных образовательных и социально-коммуникативных потреб</w:t>
      </w:r>
      <w:r>
        <w:rPr>
          <w:rStyle w:val="BodyTextChar1"/>
          <w:rFonts w:cs="Georgia"/>
        </w:rPr>
        <w:softHyphen/>
        <w:t>ностях, о методиках и технологиях организации образователь</w:t>
      </w:r>
      <w:r>
        <w:rPr>
          <w:rStyle w:val="BodyTextChar1"/>
          <w:rFonts w:cs="Georgia"/>
        </w:rPr>
        <w:softHyphen/>
        <w:t>ного и воспитательного процесса.</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i/>
          <w:iCs/>
        </w:rPr>
        <w:t>Материально-техническое обеспечение</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Материально-техническое обеспечение заключается в созда</w:t>
      </w:r>
      <w:r>
        <w:rPr>
          <w:rStyle w:val="BodyTextChar1"/>
          <w:rFonts w:cs="Georgia"/>
        </w:rPr>
        <w:softHyphen/>
        <w:t>нии надлежащей материально-технической базы, позволяю</w:t>
      </w:r>
      <w:r>
        <w:rPr>
          <w:rStyle w:val="BodyTextChar1"/>
          <w:rFonts w:cs="Georgia"/>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BodyTextChar1"/>
          <w:rFonts w:cs="Georgia"/>
        </w:rPr>
        <w:softHyphen/>
        <w:t>ность для беспрепятственного доступа обучающихся с недо</w:t>
      </w:r>
      <w:r>
        <w:rPr>
          <w:rStyle w:val="BodyTextChar1"/>
          <w:rFonts w:cs="Georgia"/>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i/>
          <w:iCs/>
        </w:rPr>
        <w:t>Информационное обеспечение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Необходимым условием реализации ПКР является создание информационной образовательной среды и на этой основе раз</w:t>
      </w:r>
      <w:r>
        <w:rPr>
          <w:rStyle w:val="BodyTextChar1"/>
          <w:rFonts w:cs="Georgia"/>
        </w:rPr>
        <w:softHyphen/>
        <w:t>витие дистанционной формы обучения с использованием совре</w:t>
      </w:r>
      <w:r>
        <w:rPr>
          <w:rStyle w:val="BodyTextChar1"/>
          <w:rFonts w:cs="Georgia"/>
        </w:rPr>
        <w:softHyphen/>
        <w:t>менных информационно-коммуникационных технологий.</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Обязательным является создание системы широкого доступа обучающихся, родителей (законных представителей), педаго</w:t>
      </w:r>
      <w:r>
        <w:rPr>
          <w:rStyle w:val="BodyTextChar1"/>
          <w:rFonts w:cs="Georgia"/>
        </w:rPr>
        <w:softHyphen/>
        <w:t>гов к сетевым источникам информации, к информационно-ме</w:t>
      </w:r>
      <w:r>
        <w:rPr>
          <w:rStyle w:val="BodyTextChar1"/>
          <w:rFonts w:cs="Georgia"/>
        </w:rPr>
        <w:softHyphen/>
        <w:t>тодическим фондам, предполагающим наличие методических пособий и рекомендаций по всем направлениям и видам дея</w:t>
      </w:r>
      <w:r>
        <w:rPr>
          <w:rStyle w:val="BodyTextChar1"/>
          <w:rFonts w:cs="Georgia"/>
        </w:rPr>
        <w:softHyphen/>
        <w:t>тельности, наглядных пособий, мультимедийных, аудио- и ви</w:t>
      </w:r>
      <w:r>
        <w:rPr>
          <w:rStyle w:val="BodyTextChar1"/>
          <w:rFonts w:cs="Georgia"/>
        </w:rPr>
        <w:softHyphen/>
        <w:t>деоматериалов.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BodyTextChar1"/>
          <w:rFonts w:cs="Georgia"/>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BodyTextChar1"/>
          <w:rFonts w:cs="Georgia"/>
        </w:rPr>
        <w:softHyphen/>
        <w:t>ции на данном уровне общего образования;</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—обеспечивающей воспитание, обучение, социальную адапта</w:t>
      </w:r>
      <w:r>
        <w:rPr>
          <w:rStyle w:val="BodyTextChar1"/>
          <w:rFonts w:cs="Georgia"/>
        </w:rPr>
        <w:softHyphen/>
        <w:t>цию и интеграцию;</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—способствующей достижению целей основного общего обра</w:t>
      </w:r>
      <w:r>
        <w:rPr>
          <w:rStyle w:val="BodyTextChar1"/>
          <w:rFonts w:cs="Georgia"/>
        </w:rPr>
        <w:softHyphen/>
        <w:t>зования, обеспечивающей его качество, доступность и от</w:t>
      </w:r>
      <w:r>
        <w:rPr>
          <w:rStyle w:val="BodyTextChar1"/>
          <w:rFonts w:cs="Georgia"/>
        </w:rPr>
        <w:softHyphen/>
        <w:t>крытость для обучающихся, их родителей (законных пред</w:t>
      </w:r>
      <w:r>
        <w:rPr>
          <w:rStyle w:val="BodyTextChar1"/>
          <w:rFonts w:cs="Georgia"/>
        </w:rPr>
        <w:softHyphen/>
        <w:t>ставителей);</w:t>
      </w:r>
    </w:p>
    <w:p w:rsidR="00F44E79" w:rsidRDefault="00F44E79">
      <w:pPr>
        <w:pStyle w:val="BodyText"/>
        <w:spacing w:after="120" w:line="269" w:lineRule="auto"/>
        <w:ind w:left="240" w:hanging="240"/>
        <w:jc w:val="both"/>
        <w:rPr>
          <w:rFonts w:ascii="Courier New" w:hAnsi="Courier New" w:cs="Courier New"/>
          <w:color w:val="auto"/>
          <w:sz w:val="24"/>
          <w:szCs w:val="24"/>
        </w:rPr>
      </w:pPr>
      <w:r>
        <w:rPr>
          <w:rStyle w:val="BodyTextChar1"/>
          <w:rFonts w:cs="Georgia"/>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BodyTextChar1"/>
          <w:rFonts w:cs="Georgia"/>
        </w:rPr>
        <w:softHyphen/>
        <w:t>ными Стандартом.</w:t>
      </w:r>
    </w:p>
    <w:p w:rsidR="00F44E79" w:rsidRDefault="00F44E79" w:rsidP="001C7BA4">
      <w:pPr>
        <w:pStyle w:val="33"/>
        <w:keepNext/>
        <w:keepLines/>
        <w:numPr>
          <w:ilvl w:val="0"/>
          <w:numId w:val="72"/>
        </w:numPr>
        <w:tabs>
          <w:tab w:val="left" w:pos="658"/>
        </w:tabs>
        <w:spacing w:after="40"/>
        <w:jc w:val="both"/>
        <w:rPr>
          <w:b w:val="0"/>
          <w:bCs w:val="0"/>
          <w:color w:val="auto"/>
          <w:sz w:val="24"/>
          <w:szCs w:val="24"/>
        </w:rPr>
      </w:pPr>
      <w:bookmarkStart w:id="1387" w:name="bookmark5929"/>
      <w:bookmarkStart w:id="1388" w:name="bookmark5927"/>
      <w:bookmarkStart w:id="1389" w:name="bookmark5928"/>
      <w:bookmarkStart w:id="1390" w:name="bookmark5930"/>
      <w:bookmarkEnd w:id="1387"/>
      <w:r>
        <w:rPr>
          <w:rStyle w:val="32"/>
          <w:rFonts w:cs="Arial"/>
          <w:b/>
        </w:rPr>
        <w:t>Планируемые результаты коррекционной работы</w:t>
      </w:r>
      <w:bookmarkEnd w:id="1388"/>
      <w:bookmarkEnd w:id="1389"/>
      <w:bookmarkEnd w:id="1390"/>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Программа коррекционной работы предусматривает выпол</w:t>
      </w:r>
      <w:r>
        <w:rPr>
          <w:rStyle w:val="BodyTextChar1"/>
          <w:rFonts w:cs="Georgia"/>
        </w:rPr>
        <w:softHyphen/>
        <w:t>нение требований к результатам, определенным ФГОС ООО.</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Планируемые результаты ПКР имеют дифференцированный характер и могут определяться индивидуальными программа</w:t>
      </w:r>
      <w:r>
        <w:rPr>
          <w:rStyle w:val="BodyTextChar1"/>
          <w:rFonts w:cs="Georgia"/>
        </w:rPr>
        <w:softHyphen/>
        <w:t>ми развития обучающихся.</w:t>
      </w:r>
    </w:p>
    <w:p w:rsidR="00F44E79" w:rsidRDefault="00F44E79">
      <w:pPr>
        <w:pStyle w:val="BodyText"/>
        <w:spacing w:after="80" w:line="269" w:lineRule="auto"/>
        <w:jc w:val="both"/>
        <w:rPr>
          <w:rFonts w:ascii="Courier New" w:hAnsi="Courier New" w:cs="Courier New"/>
          <w:color w:val="auto"/>
          <w:sz w:val="24"/>
          <w:szCs w:val="24"/>
        </w:rPr>
      </w:pPr>
      <w:r>
        <w:rPr>
          <w:rStyle w:val="BodyTextChar1"/>
          <w:rFonts w:cs="Georgia"/>
        </w:rPr>
        <w:t>В зависимости от формы организации коррекционно-разви</w:t>
      </w:r>
      <w:r>
        <w:rPr>
          <w:rStyle w:val="BodyTextChar1"/>
          <w:rFonts w:cs="Georgia"/>
        </w:rPr>
        <w:softHyphen/>
        <w:t>вающей работы планируются разные группы результатов (лич</w:t>
      </w:r>
      <w:r>
        <w:rPr>
          <w:rStyle w:val="BodyTextChar1"/>
          <w:rFonts w:cs="Georgia"/>
        </w:rPr>
        <w:softHyphen/>
        <w:t>ностные, метапредметные, предметные). В урочной деятельно</w:t>
      </w:r>
      <w:r>
        <w:rPr>
          <w:rStyle w:val="BodyTextChar1"/>
          <w:rFonts w:cs="Georgia"/>
        </w:rPr>
        <w:softHyphen/>
        <w:t>сти отражаются предметные, метапредметные и личностные результаты. Во внеурочной — личностные и метапредметные результаты.</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Личностные результаты — индивидуальное продвижение обучающегося в личностном развитии (расширение круга соци</w:t>
      </w:r>
      <w:r>
        <w:rPr>
          <w:rStyle w:val="BodyTextChar1"/>
          <w:rFonts w:cs="Georgia"/>
        </w:rPr>
        <w:softHyphen/>
        <w:t>альных контактов, стремление к собственной результативности и др.).</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Метапредметные результаты — овладение общеучебными умениями с учетом индивидуальных особенностей; совершен</w:t>
      </w:r>
      <w:r>
        <w:rPr>
          <w:rStyle w:val="BodyTextChar1"/>
          <w:rFonts w:cs="Georgia"/>
        </w:rPr>
        <w:softHyphen/>
        <w:t>ствование умственных действий, направленных на анализ и управление своей деятельностью; сформированность коммуни</w:t>
      </w:r>
      <w:r>
        <w:rPr>
          <w:rStyle w:val="BodyTextChar1"/>
          <w:rFonts w:cs="Georgia"/>
        </w:rPr>
        <w:softHyphen/>
        <w:t>кативных действий, направленных на сотрудничество и кон</w:t>
      </w:r>
      <w:r>
        <w:rPr>
          <w:rStyle w:val="BodyTextChar1"/>
          <w:rFonts w:cs="Georgia"/>
        </w:rPr>
        <w:softHyphen/>
        <w:t>структивное общение.</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Предметные результаты (овладение содержанием ООП ООО, конкретных предметных областей; подпрограмм) определяют</w:t>
      </w:r>
      <w:r>
        <w:rPr>
          <w:rStyle w:val="BodyTextChar1"/>
          <w:rFonts w:cs="Georgia"/>
        </w:rPr>
        <w:softHyphen/>
        <w:t>ся совместно с учителем с учетом индивидуальных особенно</w:t>
      </w:r>
      <w:r>
        <w:rPr>
          <w:rStyle w:val="BodyTextChar1"/>
          <w:rFonts w:cs="Georgia"/>
        </w:rPr>
        <w:softHyphen/>
        <w:t>стей разных категорий школьников с трудностями в обучении и социализации.</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Достижения обучающихся рассматриваются с учетом их пре</w:t>
      </w:r>
      <w:r>
        <w:rPr>
          <w:rStyle w:val="BodyTextChar1"/>
          <w:rFonts w:cs="Georgia"/>
        </w:rPr>
        <w:softHyphen/>
        <w:t>дыдущих индивидуальных достижений. Это может быть учет собственных достижений обучащегося (на основе портфеля его достижений).</w:t>
      </w:r>
    </w:p>
    <w:p w:rsidR="00F44E79" w:rsidRDefault="00F44E79">
      <w:pPr>
        <w:pStyle w:val="BodyText"/>
        <w:spacing w:line="266" w:lineRule="auto"/>
        <w:jc w:val="both"/>
        <w:rPr>
          <w:rFonts w:ascii="Courier New" w:hAnsi="Courier New" w:cs="Courier New"/>
          <w:color w:val="auto"/>
          <w:sz w:val="24"/>
          <w:szCs w:val="24"/>
        </w:rPr>
        <w:sectPr w:rsidR="00F44E79">
          <w:headerReference w:type="even" r:id="rId827"/>
          <w:headerReference w:type="default" r:id="rId828"/>
          <w:footerReference w:type="even" r:id="rId829"/>
          <w:footerReference w:type="default" r:id="rId830"/>
          <w:footnotePr>
            <w:numFmt w:val="upperRoman"/>
          </w:footnotePr>
          <w:pgSz w:w="7824" w:h="12019"/>
          <w:pgMar w:top="551" w:right="702" w:bottom="981" w:left="710" w:header="0" w:footer="3" w:gutter="0"/>
          <w:cols w:space="720"/>
          <w:noEndnote/>
          <w:docGrid w:linePitch="360"/>
        </w:sectPr>
      </w:pPr>
      <w:r>
        <w:rPr>
          <w:rStyle w:val="BodyTextChar1"/>
          <w:rFonts w:cs="Georgia"/>
        </w:rPr>
        <w:t>Мониторинг освоения ПКР проводится на ППк в ходе анали</w:t>
      </w:r>
      <w:r>
        <w:rPr>
          <w:rStyle w:val="BodyTextChar1"/>
          <w:rFonts w:cs="Georgia"/>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BodyTextChar1"/>
          <w:rFonts w:cs="Georgia"/>
        </w:rPr>
        <w:softHyphen/>
        <w:t>тельная динамика, 1 балл — незначительная динамика, 0 бал</w:t>
      </w:r>
      <w:r>
        <w:rPr>
          <w:rStyle w:val="BodyTextChar1"/>
          <w:rFonts w:cs="Georgia"/>
        </w:rPr>
        <w:softHyphen/>
        <w:t>лов — отсутствие динамики.</w:t>
      </w:r>
    </w:p>
    <w:p w:rsidR="00F44E79" w:rsidRDefault="00F44E79" w:rsidP="001C7BA4">
      <w:pPr>
        <w:pStyle w:val="31"/>
        <w:numPr>
          <w:ilvl w:val="0"/>
          <w:numId w:val="74"/>
        </w:numPr>
        <w:pBdr>
          <w:bottom w:val="single" w:sz="4" w:space="0" w:color="auto"/>
        </w:pBdr>
        <w:tabs>
          <w:tab w:val="left" w:pos="308"/>
        </w:tabs>
        <w:spacing w:before="80" w:after="260" w:line="252" w:lineRule="auto"/>
        <w:rPr>
          <w:b w:val="0"/>
          <w:bCs w:val="0"/>
          <w:color w:val="auto"/>
          <w:sz w:val="24"/>
          <w:szCs w:val="24"/>
        </w:rPr>
      </w:pPr>
      <w:bookmarkStart w:id="1391" w:name="bookmark5931"/>
      <w:bookmarkEnd w:id="1391"/>
      <w:r>
        <w:rPr>
          <w:rStyle w:val="30"/>
          <w:rFonts w:cs="Arial"/>
          <w:b/>
        </w:rPr>
        <w:t>ОРГАНИЗАЦИОННЫЙ РАЗДЕЛ ПРОГРАММЫ ОСНОВНОГО ОБЩЕГО ОБРАЗОВАНИЯ</w:t>
      </w:r>
    </w:p>
    <w:p w:rsidR="00F44E79" w:rsidRDefault="00F44E79" w:rsidP="00C65EA7">
      <w:pPr>
        <w:pStyle w:val="22"/>
        <w:spacing w:after="0" w:line="216" w:lineRule="auto"/>
        <w:rPr>
          <w:rFonts w:ascii="Courier New" w:hAnsi="Courier New" w:cs="Courier New"/>
          <w:b w:val="0"/>
          <w:bCs w:val="0"/>
          <w:color w:val="auto"/>
          <w:w w:val="100"/>
          <w:sz w:val="24"/>
          <w:szCs w:val="24"/>
        </w:rPr>
      </w:pPr>
      <w:r>
        <w:rPr>
          <w:rStyle w:val="21"/>
          <w:rFonts w:cs="Tahoma"/>
          <w:b/>
        </w:rPr>
        <w:t>3.1.  УЧЕБНЫЙ ПЛАН ПРОГРАММЫОСНОВНОГО ОБЩЕГО ОБРАЗОВАНИЯ</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Учебный план МБОУ «Коротышская СОШ» обеспечивает реализацию требований ФГОС, определяет общие рамки отбора учебного материала, формирования перечня результатов обра</w:t>
      </w:r>
      <w:r>
        <w:rPr>
          <w:rStyle w:val="BodyTextChar1"/>
          <w:rFonts w:cs="Georgia"/>
        </w:rPr>
        <w:softHyphen/>
        <w:t>зования и организации образовательной деятельности.</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Учебный план:</w:t>
      </w:r>
    </w:p>
    <w:p w:rsidR="00F44E79" w:rsidRDefault="00F44E79">
      <w:pPr>
        <w:pStyle w:val="BodyText"/>
        <w:spacing w:line="240" w:lineRule="auto"/>
        <w:ind w:left="240" w:hanging="240"/>
        <w:jc w:val="both"/>
        <w:rPr>
          <w:rFonts w:ascii="Courier New" w:hAnsi="Courier New" w:cs="Courier New"/>
          <w:color w:val="auto"/>
          <w:sz w:val="24"/>
          <w:szCs w:val="24"/>
        </w:rPr>
      </w:pPr>
      <w:r>
        <w:rPr>
          <w:rStyle w:val="BodyTextChar1"/>
          <w:rFonts w:cs="Georgia"/>
        </w:rPr>
        <w:t>— фиксирует максимальный объем учебной нагрузки обучаю</w:t>
      </w:r>
      <w:r>
        <w:rPr>
          <w:rStyle w:val="BodyTextChar1"/>
          <w:rFonts w:cs="Georgia"/>
        </w:rPr>
        <w:softHyphen/>
        <w:t>щихся;</w:t>
      </w:r>
    </w:p>
    <w:p w:rsidR="00F44E79" w:rsidRDefault="00F44E79">
      <w:pPr>
        <w:pStyle w:val="BodyText"/>
        <w:spacing w:line="240" w:lineRule="auto"/>
        <w:ind w:left="240" w:hanging="240"/>
        <w:jc w:val="both"/>
        <w:rPr>
          <w:rFonts w:ascii="Courier New" w:hAnsi="Courier New" w:cs="Courier New"/>
          <w:color w:val="auto"/>
          <w:sz w:val="24"/>
          <w:szCs w:val="24"/>
        </w:rPr>
      </w:pPr>
      <w:r>
        <w:rPr>
          <w:rStyle w:val="BodyTextChar1"/>
          <w:rFonts w:cs="Georgia"/>
        </w:rPr>
        <w:t>—определяет (регламентирует) перечень учебных предметов, курсов и время, отводимое на их освоение и организацию;</w:t>
      </w:r>
    </w:p>
    <w:p w:rsidR="00F44E79" w:rsidRDefault="00F44E79">
      <w:pPr>
        <w:pStyle w:val="BodyText"/>
        <w:spacing w:line="240" w:lineRule="auto"/>
        <w:ind w:left="240" w:hanging="240"/>
        <w:jc w:val="both"/>
        <w:rPr>
          <w:rFonts w:ascii="Courier New" w:hAnsi="Courier New" w:cs="Courier New"/>
          <w:color w:val="auto"/>
          <w:sz w:val="24"/>
          <w:szCs w:val="24"/>
        </w:rPr>
      </w:pPr>
      <w:r>
        <w:rPr>
          <w:rStyle w:val="BodyTextChar1"/>
          <w:rFonts w:cs="Georgia"/>
        </w:rPr>
        <w:t>—распределяет учебные предметы, курсы, модули по классам и учебным годам.</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Учебный план обеспечивает преподавание и из</w:t>
      </w:r>
      <w:r>
        <w:rPr>
          <w:rStyle w:val="BodyTextChar1"/>
          <w:rFonts w:cs="Georgia"/>
        </w:rPr>
        <w:softHyphen/>
        <w:t>учение государственного языка Российской Федерации, а так</w:t>
      </w:r>
      <w:r>
        <w:rPr>
          <w:rStyle w:val="BodyTextChar1"/>
          <w:rFonts w:cs="Georgia"/>
        </w:rPr>
        <w:softHyphen/>
        <w:t>же возможность преподавания и изучения родного языка из числа языков народов РФ, в том числе русского языка как род</w:t>
      </w:r>
      <w:r>
        <w:rPr>
          <w:rStyle w:val="BodyTextChar1"/>
          <w:rFonts w:cs="Georgia"/>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BodyTextChar1"/>
          <w:rFonts w:cs="Georgia"/>
        </w:rPr>
        <w:softHyphen/>
        <w:t>дов Российской Федерации, возможность их изучения, а также устанавливает количество занятий.</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Вариативность содержания образовательных программ ос</w:t>
      </w:r>
      <w:r>
        <w:rPr>
          <w:rStyle w:val="BodyTextChar1"/>
          <w:rFonts w:cs="Georgia"/>
        </w:rPr>
        <w:softHyphen/>
        <w:t>новного общего образования реализуется через возможность формирования программ основного общего образования раз</w:t>
      </w:r>
      <w:r>
        <w:rPr>
          <w:rStyle w:val="BodyTextChar1"/>
          <w:rFonts w:cs="Georgia"/>
        </w:rPr>
        <w:softHyphen/>
        <w:t>личного уровня сложности и направленности с учетом образо</w:t>
      </w:r>
      <w:r>
        <w:rPr>
          <w:rStyle w:val="BodyTextChar1"/>
          <w:rFonts w:cs="Georgia"/>
        </w:rPr>
        <w:softHyphen/>
        <w:t>вательных потребностей и способностей обучающихся, вклю</w:t>
      </w:r>
      <w:r>
        <w:rPr>
          <w:rStyle w:val="BodyTextChar1"/>
          <w:rFonts w:cs="Georgia"/>
        </w:rPr>
        <w:softHyphen/>
        <w:t>чая одаренных детей и детей с ОВЗ.</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Учебный план состоит из двух частей: обязатель</w:t>
      </w:r>
      <w:r>
        <w:rPr>
          <w:rStyle w:val="BodyTextChar1"/>
          <w:rFonts w:cs="Georgia"/>
        </w:rPr>
        <w:softHyphen/>
        <w:t>ной части и части, формируемой участниками образовательных отношений.</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BodyTextChar1"/>
          <w:rFonts w:cs="Georgia"/>
        </w:rPr>
        <w:softHyphen/>
        <w:t>тельных организаций, реализующих образовательную про</w:t>
      </w:r>
      <w:r>
        <w:rPr>
          <w:rStyle w:val="BodyTextChar1"/>
          <w:rFonts w:cs="Georgia"/>
        </w:rPr>
        <w:softHyphen/>
        <w:t>грамму основного общего образования, и учебное время, отво</w:t>
      </w:r>
      <w:r>
        <w:rPr>
          <w:rStyle w:val="BodyTextChar1"/>
          <w:rFonts w:cs="Georgia"/>
        </w:rPr>
        <w:softHyphen/>
        <w:t>димое на их изучение по классам (годам) обучения.</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Часть учебного плана, формируемая участника</w:t>
      </w:r>
      <w:r>
        <w:rPr>
          <w:rStyle w:val="BodyTextChar1"/>
          <w:rFonts w:cs="Georgia"/>
        </w:rPr>
        <w:softHyphen/>
        <w:t>ми образовательных отношений, определяет время, отводимое на изучение учебных предметов, учебных курсов, учебных мо</w:t>
      </w:r>
      <w:r>
        <w:rPr>
          <w:rStyle w:val="BodyTextChar1"/>
          <w:rFonts w:cs="Georgia"/>
        </w:rPr>
        <w:softHyphen/>
        <w:t>дулей по выбору обучающихся, родителей (законных предста</w:t>
      </w:r>
      <w:r>
        <w:rPr>
          <w:rStyle w:val="BodyTextChar1"/>
          <w:rFonts w:cs="Georgia"/>
        </w:rPr>
        <w:softHyphen/>
        <w:t>вителей) несовершеннолетних обучающихся, в том числе преду</w:t>
      </w:r>
      <w:r>
        <w:rPr>
          <w:rStyle w:val="BodyTextChar1"/>
          <w:rFonts w:cs="Georgia"/>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BodyTextChar1"/>
          <w:rFonts w:cs="Georgia"/>
        </w:rPr>
        <w:softHyphen/>
        <w:t>вательные потребности обучающихся с ОВЗ.</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Время, отводимое на данную часть учебного пла</w:t>
      </w:r>
      <w:r>
        <w:rPr>
          <w:rStyle w:val="BodyTextChar1"/>
          <w:rFonts w:cs="Georgia"/>
        </w:rPr>
        <w:softHyphen/>
        <w:t>на, может быть использовано на:</w:t>
      </w:r>
    </w:p>
    <w:p w:rsidR="00F44E79" w:rsidRDefault="00F44E79">
      <w:pPr>
        <w:pStyle w:val="BodyText"/>
        <w:spacing w:line="240" w:lineRule="auto"/>
        <w:ind w:left="240" w:hanging="240"/>
        <w:jc w:val="both"/>
        <w:rPr>
          <w:rFonts w:ascii="Courier New" w:hAnsi="Courier New" w:cs="Courier New"/>
          <w:color w:val="auto"/>
          <w:sz w:val="24"/>
          <w:szCs w:val="24"/>
        </w:rPr>
      </w:pPr>
      <w:r>
        <w:rPr>
          <w:rStyle w:val="BodyTextChar1"/>
          <w:rFonts w:cs="Georgia"/>
        </w:rPr>
        <w:t>—увеличение учебных часов, предусмотренных на изучение отдельных учебных предметов обязательной части, в том числе на углубленном уровне;</w:t>
      </w:r>
    </w:p>
    <w:p w:rsidR="00F44E79" w:rsidRDefault="00F44E79">
      <w:pPr>
        <w:pStyle w:val="BodyText"/>
        <w:spacing w:line="240" w:lineRule="auto"/>
        <w:ind w:left="240" w:hanging="240"/>
        <w:jc w:val="both"/>
        <w:rPr>
          <w:rFonts w:ascii="Courier New" w:hAnsi="Courier New" w:cs="Courier New"/>
          <w:color w:val="auto"/>
          <w:sz w:val="24"/>
          <w:szCs w:val="24"/>
        </w:rPr>
      </w:pPr>
      <w:r>
        <w:rPr>
          <w:rStyle w:val="BodyTextChar1"/>
          <w:rFonts w:cs="Georgia"/>
        </w:rPr>
        <w:t>—введение специально разработанных учебных курсов, обеспе</w:t>
      </w:r>
      <w:r>
        <w:rPr>
          <w:rStyle w:val="BodyTextChar1"/>
          <w:rFonts w:cs="Georgia"/>
        </w:rPr>
        <w:softHyphen/>
        <w:t>чивающих интересы и потребности участников образователь</w:t>
      </w:r>
      <w:r>
        <w:rPr>
          <w:rStyle w:val="BodyTextChar1"/>
          <w:rFonts w:cs="Georgia"/>
        </w:rPr>
        <w:softHyphen/>
        <w:t>ных отношений, в том числе этнокультурные;</w:t>
      </w:r>
    </w:p>
    <w:p w:rsidR="00F44E79" w:rsidRDefault="00F44E79">
      <w:pPr>
        <w:pStyle w:val="BodyText"/>
        <w:spacing w:line="240" w:lineRule="auto"/>
        <w:ind w:left="240" w:hanging="240"/>
        <w:jc w:val="both"/>
        <w:rPr>
          <w:rFonts w:ascii="Courier New" w:hAnsi="Courier New" w:cs="Courier New"/>
          <w:color w:val="auto"/>
          <w:sz w:val="24"/>
          <w:szCs w:val="24"/>
        </w:rPr>
      </w:pPr>
      <w:r>
        <w:rPr>
          <w:rStyle w:val="BodyTextChar1"/>
          <w:rFonts w:cs="Georgia"/>
        </w:rPr>
        <w:t>—другие виды учебной, воспитательной, спортивной и иной деятельности обучающихся.</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BodyTextChar1"/>
          <w:rFonts w:cs="Georgia"/>
        </w:rPr>
        <w:softHyphen/>
        <w:t xml:space="preserve">лей, темп и формы образования). </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Режим работы МБОУ «Коротышская СОШ»- 5-дневная учебная неделя.</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Продолжительность учебного года основного общего образо</w:t>
      </w:r>
      <w:r>
        <w:rPr>
          <w:rStyle w:val="BodyTextChar1"/>
          <w:rFonts w:cs="Georgia"/>
        </w:rPr>
        <w:softHyphen/>
        <w:t xml:space="preserve">вания составляет 34 недели.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Продолжительность каникул в течение учебного года состав</w:t>
      </w:r>
      <w:r>
        <w:rPr>
          <w:rStyle w:val="BodyTextChar1"/>
          <w:rFonts w:cs="Georgia"/>
        </w:rPr>
        <w:softHyphen/>
        <w:t>ляет не менее 30 календарных дней, летом — не менее 8 недель.</w:t>
      </w:r>
    </w:p>
    <w:p w:rsidR="00F44E79" w:rsidRDefault="00F44E79">
      <w:pPr>
        <w:pStyle w:val="BodyText"/>
        <w:spacing w:line="240" w:lineRule="auto"/>
        <w:jc w:val="both"/>
        <w:rPr>
          <w:rFonts w:ascii="Courier New" w:hAnsi="Courier New" w:cs="Courier New"/>
          <w:color w:val="auto"/>
          <w:sz w:val="24"/>
          <w:szCs w:val="24"/>
        </w:rPr>
      </w:pPr>
      <w:r>
        <w:rPr>
          <w:rStyle w:val="BodyTextChar1"/>
          <w:rFonts w:cs="Georgia"/>
        </w:rPr>
        <w:t>Продолжительность урока в основной школе составляет 40</w:t>
      </w:r>
      <w:r>
        <w:rPr>
          <w:rStyle w:val="BodyTextChar1"/>
          <w:rFonts w:cs="Georgia"/>
        </w:rPr>
        <w:softHyphen/>
        <w:t xml:space="preserve"> минут. Для классов, в которых обучаются дети с ограничен</w:t>
      </w:r>
      <w:r>
        <w:rPr>
          <w:rStyle w:val="BodyTextChar1"/>
          <w:rFonts w:cs="Georgia"/>
        </w:rPr>
        <w:softHyphen/>
        <w:t>ными возможностями здоровья, — 40 минут. Во время занятий необходим перерыв для гимнастики не менее 2 минут.</w:t>
      </w:r>
    </w:p>
    <w:p w:rsidR="00F44E79" w:rsidRPr="0016276F" w:rsidRDefault="00F44E79" w:rsidP="0016276F">
      <w:pPr>
        <w:pStyle w:val="BodyText"/>
        <w:spacing w:after="200" w:line="240" w:lineRule="auto"/>
        <w:jc w:val="both"/>
        <w:rPr>
          <w:rStyle w:val="BodyTextChar1"/>
          <w:rFonts w:ascii="Courier New" w:hAnsi="Courier New" w:cs="Courier New"/>
          <w:color w:val="auto"/>
          <w:sz w:val="24"/>
          <w:szCs w:val="24"/>
        </w:rPr>
      </w:pPr>
      <w:r>
        <w:rPr>
          <w:rStyle w:val="BodyTextChar1"/>
          <w:rFonts w:cs="Georgia"/>
          <w:color w:val="000000"/>
        </w:rPr>
        <w:t>При реализации недельного учебного плана ко</w:t>
      </w:r>
      <w:r>
        <w:rPr>
          <w:rStyle w:val="BodyTextChar1"/>
          <w:rFonts w:cs="Georgia"/>
          <w:color w:val="000000"/>
        </w:rPr>
        <w:softHyphen/>
        <w:t>личество часов на физическую культуру составляет 2, третий час реализуется образовательной организацией за счет часов внеурочной деятельности и/или за счет посещения учащимися спортивных секций.</w:t>
      </w:r>
    </w:p>
    <w:p w:rsidR="00F44E79" w:rsidRDefault="00F44E79" w:rsidP="00D706B8">
      <w:pPr>
        <w:pStyle w:val="BodyText"/>
        <w:spacing w:line="240" w:lineRule="auto"/>
        <w:ind w:firstLine="0"/>
        <w:jc w:val="both"/>
        <w:rPr>
          <w:rFonts w:ascii="Courier New" w:hAnsi="Courier New" w:cs="Courier New"/>
          <w:color w:val="auto"/>
          <w:sz w:val="24"/>
          <w:szCs w:val="24"/>
        </w:rPr>
        <w:sectPr w:rsidR="00F44E79">
          <w:footnotePr>
            <w:numFmt w:val="upperRoman"/>
          </w:footnotePr>
          <w:pgSz w:w="7824" w:h="12019"/>
          <w:pgMar w:top="632" w:right="709" w:bottom="944" w:left="712" w:header="0" w:footer="3" w:gutter="0"/>
          <w:cols w:space="720"/>
          <w:noEndnote/>
          <w:docGrid w:linePitch="360"/>
        </w:sectPr>
      </w:pPr>
    </w:p>
    <w:p w:rsidR="00F44E79" w:rsidRDefault="00F44E79">
      <w:pPr>
        <w:spacing w:line="1" w:lineRule="exact"/>
        <w:rPr>
          <w:color w:val="auto"/>
        </w:rPr>
        <w:sectPr w:rsidR="00F44E79">
          <w:headerReference w:type="even" r:id="rId831"/>
          <w:headerReference w:type="default" r:id="rId832"/>
          <w:footerReference w:type="even" r:id="rId833"/>
          <w:footerReference w:type="default" r:id="rId834"/>
          <w:footnotePr>
            <w:numFmt w:val="upperRoman"/>
          </w:footnotePr>
          <w:pgSz w:w="12019" w:h="7824" w:orient="landscape"/>
          <w:pgMar w:top="433" w:right="735" w:bottom="413" w:left="682" w:header="0" w:footer="3" w:gutter="0"/>
          <w:cols w:space="720"/>
          <w:noEndnote/>
          <w:docGrid w:linePitch="360"/>
        </w:sectPr>
      </w:pPr>
    </w:p>
    <w:p w:rsidR="00F44E79" w:rsidRDefault="00F44E79" w:rsidP="00D706B8">
      <w:pPr>
        <w:pStyle w:val="BodyText"/>
        <w:spacing w:before="100" w:line="266" w:lineRule="auto"/>
        <w:ind w:firstLine="0"/>
        <w:jc w:val="both"/>
        <w:rPr>
          <w:rFonts w:ascii="Courier New" w:hAnsi="Courier New" w:cs="Courier New"/>
          <w:color w:val="auto"/>
          <w:sz w:val="24"/>
          <w:szCs w:val="24"/>
        </w:rPr>
      </w:pPr>
      <w:r>
        <w:rPr>
          <w:rStyle w:val="BodyTextChar1"/>
          <w:rFonts w:cs="Georgia"/>
        </w:rPr>
        <w:t>В учебном плане отражаются и конкретизируются основные показа</w:t>
      </w:r>
      <w:r>
        <w:rPr>
          <w:rStyle w:val="BodyTextChar1"/>
          <w:rFonts w:cs="Georgia"/>
        </w:rPr>
        <w:softHyphen/>
        <w:t>тели учебного плана:</w:t>
      </w:r>
    </w:p>
    <w:p w:rsidR="00F44E79" w:rsidRDefault="00F44E79" w:rsidP="001C7BA4">
      <w:pPr>
        <w:pStyle w:val="BodyText"/>
        <w:numPr>
          <w:ilvl w:val="0"/>
          <w:numId w:val="73"/>
        </w:numPr>
        <w:tabs>
          <w:tab w:val="left" w:pos="327"/>
        </w:tabs>
        <w:spacing w:line="266" w:lineRule="auto"/>
        <w:ind w:firstLine="0"/>
        <w:jc w:val="both"/>
        <w:rPr>
          <w:color w:val="auto"/>
          <w:sz w:val="24"/>
          <w:szCs w:val="24"/>
        </w:rPr>
      </w:pPr>
      <w:bookmarkStart w:id="1392" w:name="bookmark5932"/>
      <w:bookmarkEnd w:id="1392"/>
      <w:r>
        <w:rPr>
          <w:rStyle w:val="BodyTextChar1"/>
          <w:rFonts w:cs="Georgia"/>
        </w:rPr>
        <w:t>состав учебных предметов;</w:t>
      </w:r>
    </w:p>
    <w:p w:rsidR="00F44E79" w:rsidRDefault="00F44E79" w:rsidP="001C7BA4">
      <w:pPr>
        <w:pStyle w:val="BodyText"/>
        <w:numPr>
          <w:ilvl w:val="0"/>
          <w:numId w:val="73"/>
        </w:numPr>
        <w:tabs>
          <w:tab w:val="left" w:pos="327"/>
        </w:tabs>
        <w:spacing w:line="266" w:lineRule="auto"/>
        <w:ind w:left="240" w:hanging="240"/>
        <w:jc w:val="both"/>
        <w:rPr>
          <w:color w:val="auto"/>
          <w:sz w:val="24"/>
          <w:szCs w:val="24"/>
        </w:rPr>
      </w:pPr>
      <w:bookmarkStart w:id="1393" w:name="bookmark5933"/>
      <w:bookmarkEnd w:id="1393"/>
      <w:r>
        <w:rPr>
          <w:rStyle w:val="BodyTextChar1"/>
          <w:rFonts w:cs="Georgia"/>
        </w:rPr>
        <w:t>недельное распределение учебного времени, отводимого на освоение содержания образования по классам и учебным предметам;</w:t>
      </w:r>
    </w:p>
    <w:p w:rsidR="00F44E79" w:rsidRDefault="00F44E79" w:rsidP="001C7BA4">
      <w:pPr>
        <w:pStyle w:val="BodyText"/>
        <w:numPr>
          <w:ilvl w:val="0"/>
          <w:numId w:val="73"/>
        </w:numPr>
        <w:tabs>
          <w:tab w:val="left" w:pos="327"/>
        </w:tabs>
        <w:spacing w:line="266" w:lineRule="auto"/>
        <w:ind w:left="240" w:hanging="240"/>
        <w:jc w:val="both"/>
        <w:rPr>
          <w:color w:val="auto"/>
          <w:sz w:val="24"/>
          <w:szCs w:val="24"/>
        </w:rPr>
      </w:pPr>
      <w:bookmarkStart w:id="1394" w:name="bookmark5934"/>
      <w:bookmarkEnd w:id="1394"/>
      <w:r>
        <w:rPr>
          <w:rStyle w:val="BodyTextChar1"/>
          <w:rFonts w:cs="Georgia"/>
        </w:rPr>
        <w:t>максимально допустимая недельная нагрузка обучающихся и максимальная нагрузка с учетом деления классов на группы;</w:t>
      </w:r>
    </w:p>
    <w:p w:rsidR="00F44E79" w:rsidRDefault="00F44E79">
      <w:pPr>
        <w:pStyle w:val="BodyText"/>
        <w:spacing w:after="40" w:line="266" w:lineRule="auto"/>
        <w:ind w:firstLine="0"/>
        <w:jc w:val="both"/>
        <w:rPr>
          <w:rFonts w:ascii="Courier New" w:hAnsi="Courier New" w:cs="Courier New"/>
          <w:color w:val="auto"/>
          <w:sz w:val="24"/>
          <w:szCs w:val="24"/>
        </w:rPr>
      </w:pPr>
      <w:r>
        <w:rPr>
          <w:rStyle w:val="BodyTextChar1"/>
          <w:rFonts w:cs="Georgia"/>
        </w:rPr>
        <w:t>—план комплектования классов.</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Учебный план образовательной организации может также со</w:t>
      </w:r>
      <w:r>
        <w:rPr>
          <w:rStyle w:val="BodyTextChar1"/>
          <w:rFonts w:cs="Georgia"/>
        </w:rPr>
        <w:softHyphen/>
        <w:t>ставляться в расчете на весь учебный год или иной период об</w:t>
      </w:r>
      <w:r>
        <w:rPr>
          <w:rStyle w:val="BodyTextChar1"/>
          <w:rFonts w:cs="Georgia"/>
        </w:rPr>
        <w:softHyphen/>
        <w:t xml:space="preserve">учения, включая различные недельные учебные планы с учетом специфики календарного учебного графика образовательной организации. </w:t>
      </w:r>
    </w:p>
    <w:p w:rsidR="00F44E79" w:rsidRDefault="00F44E79">
      <w:pPr>
        <w:pStyle w:val="BodyText"/>
        <w:spacing w:after="140" w:line="266" w:lineRule="auto"/>
        <w:jc w:val="both"/>
        <w:rPr>
          <w:rStyle w:val="BodyTextChar1"/>
          <w:rFonts w:cs="Georgia"/>
        </w:rPr>
      </w:pPr>
      <w:r>
        <w:rPr>
          <w:rStyle w:val="BodyTextChar1"/>
          <w:rFonts w:cs="Georgia"/>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BodyTextChar1"/>
          <w:rFonts w:cs="Georgia"/>
        </w:rPr>
        <w:softHyphen/>
        <w:t>сов, 3,5 часа — для 9—11 классов. Образовательной организа</w:t>
      </w:r>
      <w:r>
        <w:rPr>
          <w:rStyle w:val="BodyTextChar1"/>
          <w:rFonts w:cs="Georgia"/>
        </w:rPr>
        <w:softHyphen/>
        <w:t>цией осуществляется координация и контроль объёма домаш</w:t>
      </w:r>
      <w:r>
        <w:rPr>
          <w:rStyle w:val="BodyTextChar1"/>
          <w:rFonts w:cs="Georgia"/>
        </w:rPr>
        <w:softHyphen/>
        <w:t>него задания учеников каждого класса по всем предметам в соответствии с санитарными нормами.</w:t>
      </w:r>
    </w:p>
    <w:p w:rsidR="00F44E79" w:rsidRPr="00E52EB9" w:rsidRDefault="00F44E79" w:rsidP="00E52EB9">
      <w:pPr>
        <w:suppressAutoHyphens/>
        <w:jc w:val="center"/>
        <w:textAlignment w:val="baseline"/>
        <w:rPr>
          <w:rFonts w:ascii="Times New Roman" w:hAnsi="Times New Roman" w:cs="Times New Roman"/>
          <w:b/>
          <w:kern w:val="2"/>
          <w:lang w:eastAsia="hi-IN" w:bidi="hi-IN"/>
        </w:rPr>
      </w:pPr>
      <w:r w:rsidRPr="00E52EB9">
        <w:rPr>
          <w:rFonts w:ascii="Times New Roman" w:hAnsi="Times New Roman" w:cs="Times New Roman"/>
          <w:b/>
          <w:kern w:val="2"/>
          <w:lang w:eastAsia="hi-IN" w:bidi="hi-IN"/>
        </w:rPr>
        <w:t>Пояснительная  записка</w:t>
      </w:r>
    </w:p>
    <w:p w:rsidR="00F44E79" w:rsidRPr="00E52EB9" w:rsidRDefault="00F44E79" w:rsidP="00E52EB9">
      <w:pPr>
        <w:suppressAutoHyphens/>
        <w:jc w:val="center"/>
        <w:textAlignment w:val="baseline"/>
        <w:rPr>
          <w:rFonts w:ascii="Times New Roman" w:hAnsi="Times New Roman" w:cs="Times New Roman"/>
          <w:b/>
          <w:kern w:val="2"/>
          <w:lang w:eastAsia="hi-IN" w:bidi="hi-IN"/>
        </w:rPr>
      </w:pPr>
      <w:r w:rsidRPr="00E52EB9">
        <w:rPr>
          <w:rFonts w:ascii="Times New Roman" w:hAnsi="Times New Roman" w:cs="Times New Roman"/>
          <w:b/>
          <w:kern w:val="2"/>
          <w:lang w:eastAsia="hi-IN" w:bidi="hi-IN"/>
        </w:rPr>
        <w:t>к учебному плану для 5-9 классов</w:t>
      </w:r>
    </w:p>
    <w:p w:rsidR="00F44E79" w:rsidRPr="00E52EB9" w:rsidRDefault="00F44E79" w:rsidP="00E52EB9">
      <w:pPr>
        <w:suppressAutoHyphens/>
        <w:jc w:val="center"/>
        <w:textAlignment w:val="baseline"/>
        <w:rPr>
          <w:rFonts w:ascii="Times New Roman" w:hAnsi="Times New Roman" w:cs="Times New Roman"/>
          <w:b/>
          <w:kern w:val="2"/>
          <w:lang w:eastAsia="hi-IN" w:bidi="hi-IN"/>
        </w:rPr>
      </w:pPr>
      <w:r w:rsidRPr="00E52EB9">
        <w:rPr>
          <w:rFonts w:ascii="Times New Roman" w:hAnsi="Times New Roman" w:cs="Times New Roman"/>
          <w:b/>
          <w:kern w:val="2"/>
          <w:lang w:eastAsia="hi-IN" w:bidi="hi-IN"/>
        </w:rPr>
        <w:t>МБОУ «Коротышская СОШ»</w:t>
      </w:r>
      <w:r w:rsidRPr="00E52EB9">
        <w:rPr>
          <w:rFonts w:ascii="Times New Roman" w:hAnsi="Times New Roman" w:cs="Times New Roman"/>
          <w:b/>
          <w:lang w:eastAsia="ar-SA"/>
        </w:rPr>
        <w:t xml:space="preserve"> (ФГОС ООО 2021)</w:t>
      </w:r>
    </w:p>
    <w:p w:rsidR="00F44E79" w:rsidRPr="00E52EB9" w:rsidRDefault="00F44E79" w:rsidP="00E52EB9">
      <w:pPr>
        <w:suppressAutoHyphens/>
        <w:jc w:val="center"/>
        <w:textAlignment w:val="baseline"/>
        <w:rPr>
          <w:rFonts w:ascii="Times New Roman" w:hAnsi="Times New Roman" w:cs="Times New Roman"/>
          <w:b/>
          <w:kern w:val="2"/>
          <w:lang w:eastAsia="hi-IN" w:bidi="hi-IN"/>
        </w:rPr>
      </w:pPr>
      <w:r w:rsidRPr="00E52EB9">
        <w:rPr>
          <w:rFonts w:ascii="Times New Roman" w:hAnsi="Times New Roman" w:cs="Times New Roman"/>
          <w:b/>
          <w:kern w:val="2"/>
          <w:lang w:eastAsia="hi-IN" w:bidi="hi-IN"/>
        </w:rPr>
        <w:t>на 2022 – 2023 учебный год.</w:t>
      </w:r>
    </w:p>
    <w:p w:rsidR="00F44E79" w:rsidRPr="00E52EB9" w:rsidRDefault="00F44E79" w:rsidP="00E52EB9">
      <w:pPr>
        <w:suppressAutoHyphens/>
        <w:jc w:val="both"/>
        <w:textAlignment w:val="baseline"/>
        <w:rPr>
          <w:rFonts w:ascii="Times New Roman" w:hAnsi="Times New Roman" w:cs="Times New Roman"/>
          <w:kern w:val="2"/>
          <w:lang w:eastAsia="hi-IN" w:bidi="hi-IN"/>
        </w:rPr>
      </w:pPr>
      <w:r w:rsidRPr="00E52EB9">
        <w:rPr>
          <w:rFonts w:ascii="Times New Roman" w:hAnsi="Times New Roman" w:cs="Times New Roman"/>
          <w:kern w:val="2"/>
          <w:lang w:eastAsia="hi-IN" w:bidi="hi-IN"/>
        </w:rPr>
        <w:t xml:space="preserve">            </w:t>
      </w:r>
    </w:p>
    <w:p w:rsidR="00F44E79" w:rsidRPr="00E52EB9" w:rsidRDefault="00F44E79" w:rsidP="00E52EB9">
      <w:pPr>
        <w:suppressAutoHyphens/>
        <w:jc w:val="both"/>
        <w:rPr>
          <w:rFonts w:ascii="Times New Roman" w:hAnsi="Times New Roman" w:cs="Times New Roman"/>
        </w:rPr>
      </w:pPr>
      <w:r w:rsidRPr="00E52EB9">
        <w:rPr>
          <w:rFonts w:ascii="Times New Roman" w:hAnsi="Times New Roman" w:cs="Times New Roman"/>
          <w:kern w:val="2"/>
          <w:lang w:eastAsia="hi-IN" w:bidi="hi-IN"/>
        </w:rPr>
        <w:t>Учебный план разработан на основании  Федерального  закона от 29.12.2012 №273-ФЗ (ред.от 03.08.2018 г.) «Об образовании в Российской Федерации»</w:t>
      </w:r>
      <w:r w:rsidRPr="00E52EB9">
        <w:rPr>
          <w:rFonts w:ascii="Times New Roman" w:hAnsi="Times New Roman" w:cs="Times New Roman"/>
          <w:lang w:eastAsia="ar-SA"/>
        </w:rPr>
        <w:t>; Приказа Минпросвещения России от 31.05.2021 г. № 287  «Об утверждении федерального государственного образовательного стандарта основного общего образования»; Приказа  Министерства просвещения Российской Федерации от 18.07.2022 г.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2021г. № 287»;   Примерной основной образовательной программы основного общего образования, утвержденной протоколом ФУМО от 18.03.2022 г. №1/22; Постановления Главного государственного санитарного врача Российской Федерации от 28.09.2020 г. № 28) «Об утверждении  СанПин 2.4.3648-20 «Санитарно-эпидемиологические требования к организации воспитания и обучения, отдыха и оздоровления детей и молодежи»; Постановления Главного государственного санитарного врача Российской Федерации от 30 июня 2020 г. №16  «Об утверждении СанПин 1.2.3685-21 «Санитарно-эпидемологические требования к устройству, содержанию и организации работы образовательных организаций и других объектов социальной инфаструктуры для детей и молодежи в условиях распространения новой коронавирусной инфекции (</w:t>
      </w:r>
      <w:r w:rsidRPr="00E52EB9">
        <w:rPr>
          <w:rFonts w:ascii="Times New Roman" w:hAnsi="Times New Roman" w:cs="Times New Roman"/>
          <w:lang w:val="en-US" w:eastAsia="ar-SA"/>
        </w:rPr>
        <w:t>Covid</w:t>
      </w:r>
      <w:r w:rsidRPr="00E52EB9">
        <w:rPr>
          <w:rFonts w:ascii="Times New Roman" w:hAnsi="Times New Roman" w:cs="Times New Roman"/>
          <w:lang w:eastAsia="ar-SA"/>
        </w:rPr>
        <w:t xml:space="preserve">-19); Постановления Главного государственного санитарного врача Российской Федерации от 28 января 2021 года №2  «Об утверждении СанПин 1.2.3685-21 «Гигиенические нормативы и требования к обеспечению безопасности и (или) безвредности для человека факторов среды обитания»; Приказа Департамента образования Орловской области от 24 февраля 2022 года № 201 «Об утверждении регионального плана-графика («дорожной карты») по введению и реализации обновленных федеральных государственных образовательных стандартов начального общего и основного общего образования в общеобразовательных организациях Орловской области»; Письма Департамента образования  Орловской области от 06.07.2022 г. № 4-1-1-1755 «Методические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Методических рекомендаций БУ ОО ДПО «Институт развития образования» « О разработке учебных планов образовательных организаций, реализующих образовательные программы начального общего и основного общего образования в условиях введения новых ФГОС начального общего и ФГОС основного общего образования»; Методических рекомендаций БУ ОО ДПО «Институт развития образования» по реализации учебных предметов, курсов, факультативов, внеурочной деятельности на уровнях начального, основного, среднего общего образования в образовательных организациях Орловской области в 2022-2023 учебном году; Примерного недельного учебного плана основного общего образования для 5-дневной учебной недели (без предметной области «Родной язык и родная литература»)  в соответствии с требованиями ФГОС основного общего образования, утвержденного приказом Министерства просвещения Российской Федерации от 31.05.2021 № 287; </w:t>
      </w:r>
      <w:r w:rsidRPr="00E52EB9">
        <w:rPr>
          <w:rFonts w:ascii="Times New Roman" w:hAnsi="Times New Roman" w:cs="Times New Roman"/>
          <w:kern w:val="2"/>
          <w:lang w:eastAsia="hi-IN" w:bidi="hi-IN"/>
        </w:rPr>
        <w:t>Решения педагогического совета школы от 31.08.2022 г. №1</w:t>
      </w:r>
      <w:r w:rsidRPr="00E52EB9">
        <w:rPr>
          <w:rFonts w:ascii="Times New Roman" w:hAnsi="Times New Roman" w:cs="Times New Roman"/>
          <w:lang w:eastAsia="ar-SA"/>
        </w:rPr>
        <w:t xml:space="preserve"> </w:t>
      </w:r>
    </w:p>
    <w:p w:rsidR="00F44E79" w:rsidRPr="00E52EB9" w:rsidRDefault="00F44E79" w:rsidP="00E52EB9">
      <w:pPr>
        <w:suppressAutoHyphens/>
        <w:jc w:val="both"/>
        <w:rPr>
          <w:rFonts w:ascii="Times New Roman" w:hAnsi="Times New Roman" w:cs="Times New Roman"/>
          <w:lang w:eastAsia="ar-SA"/>
        </w:rPr>
      </w:pPr>
      <w:r w:rsidRPr="00E52EB9">
        <w:rPr>
          <w:rFonts w:ascii="Times New Roman" w:hAnsi="Times New Roman" w:cs="Times New Roman"/>
          <w:lang w:eastAsia="ar-SA"/>
        </w:rPr>
        <w:t xml:space="preserve">Учебный план фиксирует максимальный объем учебной нагрузки обучающихся; определяет (регламентирует) перечень учебных предметов, курсов, модулей и время, отводимое на их освоение и организацию; распределяет учебные предметы, курсы, модули по классам и учебным годам. </w:t>
      </w:r>
    </w:p>
    <w:p w:rsidR="00F44E79" w:rsidRPr="00E52EB9" w:rsidRDefault="00F44E79" w:rsidP="00E52EB9">
      <w:pPr>
        <w:suppressAutoHyphens/>
        <w:jc w:val="both"/>
        <w:rPr>
          <w:rFonts w:ascii="Times New Roman" w:hAnsi="Times New Roman" w:cs="Times New Roman"/>
          <w:lang w:eastAsia="ar-SA"/>
        </w:rPr>
      </w:pPr>
      <w:r w:rsidRPr="00E52EB9">
        <w:rPr>
          <w:rFonts w:ascii="Times New Roman" w:hAnsi="Times New Roman" w:cs="Times New Roman"/>
          <w:lang w:eastAsia="ar-SA"/>
        </w:rPr>
        <w:t xml:space="preserve"> Учебный план состоит из 2-х частей:</w:t>
      </w:r>
    </w:p>
    <w:p w:rsidR="00F44E79" w:rsidRPr="00E52EB9" w:rsidRDefault="00F44E79" w:rsidP="00E52EB9">
      <w:pPr>
        <w:tabs>
          <w:tab w:val="left" w:pos="0"/>
        </w:tabs>
        <w:suppressAutoHyphens/>
        <w:ind w:left="432"/>
        <w:jc w:val="both"/>
        <w:rPr>
          <w:rFonts w:ascii="Times New Roman" w:hAnsi="Times New Roman" w:cs="Times New Roman"/>
          <w:lang w:eastAsia="ar-SA"/>
        </w:rPr>
      </w:pPr>
      <w:r w:rsidRPr="00E52EB9">
        <w:rPr>
          <w:rFonts w:ascii="Times New Roman" w:hAnsi="Times New Roman" w:cs="Times New Roman"/>
          <w:lang w:eastAsia="ar-SA"/>
        </w:rPr>
        <w:t>- обязательной части (70%);</w:t>
      </w:r>
    </w:p>
    <w:p w:rsidR="00F44E79" w:rsidRPr="00E52EB9" w:rsidRDefault="00F44E79" w:rsidP="00E52EB9">
      <w:pPr>
        <w:tabs>
          <w:tab w:val="left" w:pos="0"/>
        </w:tabs>
        <w:suppressAutoHyphens/>
        <w:ind w:left="432"/>
        <w:jc w:val="both"/>
        <w:rPr>
          <w:rFonts w:ascii="Times New Roman" w:hAnsi="Times New Roman" w:cs="Times New Roman"/>
          <w:lang w:eastAsia="ar-SA"/>
        </w:rPr>
      </w:pPr>
      <w:r w:rsidRPr="00E52EB9">
        <w:rPr>
          <w:rFonts w:ascii="Times New Roman" w:hAnsi="Times New Roman" w:cs="Times New Roman"/>
          <w:lang w:eastAsia="ar-SA"/>
        </w:rPr>
        <w:t>-  части, формируемой участниками образовательных отношений (30%).</w:t>
      </w:r>
    </w:p>
    <w:p w:rsidR="00F44E79" w:rsidRPr="00E52EB9" w:rsidRDefault="00F44E79" w:rsidP="00E52EB9">
      <w:pPr>
        <w:tabs>
          <w:tab w:val="left" w:pos="0"/>
        </w:tabs>
        <w:suppressAutoHyphens/>
        <w:jc w:val="both"/>
        <w:rPr>
          <w:rFonts w:ascii="Times New Roman" w:hAnsi="Times New Roman" w:cs="Times New Roman"/>
          <w:lang w:eastAsia="ar-SA"/>
        </w:rPr>
      </w:pPr>
      <w:r w:rsidRPr="00E52EB9">
        <w:rPr>
          <w:rFonts w:ascii="Times New Roman" w:hAnsi="Times New Roman" w:cs="Times New Roman"/>
          <w:lang w:eastAsia="ar-SA"/>
        </w:rPr>
        <w:t xml:space="preserve">Учебный предмет «Физическая культура» изучается в объеме 2-х часов в неделю в урочной форме и 1-го часа во внеурочной форме, руководствуясь требованиями СанПиН 1.2.3685-21 « Гигиенические нормативы и требования к обеспечению безопасности и (или) безвредности для человека факторов среды обитания». </w:t>
      </w:r>
    </w:p>
    <w:p w:rsidR="00F44E79" w:rsidRPr="00E52EB9" w:rsidRDefault="00F44E79" w:rsidP="00E52EB9">
      <w:pPr>
        <w:tabs>
          <w:tab w:val="left" w:pos="0"/>
        </w:tabs>
        <w:suppressAutoHyphens/>
        <w:jc w:val="both"/>
        <w:rPr>
          <w:rFonts w:ascii="Times New Roman" w:hAnsi="Times New Roman" w:cs="Times New Roman"/>
          <w:lang w:eastAsia="ar-SA"/>
        </w:rPr>
      </w:pPr>
      <w:r w:rsidRPr="00E52EB9">
        <w:rPr>
          <w:rFonts w:ascii="Times New Roman" w:hAnsi="Times New Roman" w:cs="Times New Roman"/>
          <w:lang w:eastAsia="ar-SA"/>
        </w:rPr>
        <w:t>Учебный план предусматривает освоение содержания обязательной предметной области «Основы духовно-нравственной культуры народов России» в курсе внеурочной деятельности. (Письмо Минобрнауки России № 08-761 от 25 мая 2015 года «Об изучении предметных областей «Основы религиозных культур и светской этики» и «Основы духовно-нравственной культуры народов России»)</w:t>
      </w:r>
    </w:p>
    <w:p w:rsidR="00F44E79" w:rsidRPr="00E52EB9" w:rsidRDefault="00F44E79" w:rsidP="00E52EB9">
      <w:pPr>
        <w:suppressAutoHyphens/>
        <w:jc w:val="both"/>
        <w:rPr>
          <w:rFonts w:ascii="Times New Roman" w:hAnsi="Times New Roman" w:cs="Times New Roman"/>
          <w:lang w:eastAsia="ar-SA"/>
        </w:rPr>
      </w:pPr>
      <w:r w:rsidRPr="00E52EB9">
        <w:rPr>
          <w:rFonts w:ascii="Times New Roman" w:hAnsi="Times New Roman" w:cs="Times New Roman"/>
          <w:lang w:eastAsia="ar-SA"/>
        </w:rPr>
        <w:t>В целях обеспечения индивидуальных потребностей обучающихся учебный план предусматривает время на введение учебных предметов, курсов, обеспечивающих различные интересы обучающихся.</w:t>
      </w:r>
    </w:p>
    <w:p w:rsidR="00F44E79" w:rsidRPr="00E52EB9" w:rsidRDefault="00F44E79" w:rsidP="00E52EB9">
      <w:pPr>
        <w:tabs>
          <w:tab w:val="left" w:pos="204"/>
        </w:tabs>
        <w:suppressAutoHyphens/>
        <w:jc w:val="both"/>
        <w:rPr>
          <w:rFonts w:ascii="Times New Roman" w:hAnsi="Times New Roman" w:cs="Times New Roman"/>
          <w:lang w:eastAsia="ar-SA"/>
        </w:rPr>
      </w:pPr>
      <w:r w:rsidRPr="00E52EB9">
        <w:rPr>
          <w:rFonts w:ascii="Times New Roman" w:hAnsi="Times New Roman" w:cs="Times New Roman"/>
          <w:lang w:eastAsia="ar-SA"/>
        </w:rPr>
        <w:t>Часть, формируемая участниками образовательных отношений, в учебном плане школы представлена:</w:t>
      </w:r>
    </w:p>
    <w:p w:rsidR="00F44E79" w:rsidRPr="00E52EB9" w:rsidRDefault="00F44E79" w:rsidP="00E52EB9">
      <w:pPr>
        <w:tabs>
          <w:tab w:val="left" w:pos="0"/>
        </w:tabs>
        <w:suppressAutoHyphens/>
        <w:jc w:val="both"/>
        <w:rPr>
          <w:rFonts w:ascii="Times New Roman" w:hAnsi="Times New Roman" w:cs="Times New Roman"/>
          <w:lang w:eastAsia="ar-SA"/>
        </w:rPr>
      </w:pPr>
      <w:r w:rsidRPr="00E52EB9">
        <w:rPr>
          <w:rFonts w:ascii="Times New Roman" w:hAnsi="Times New Roman" w:cs="Times New Roman"/>
          <w:lang w:eastAsia="ar-SA"/>
        </w:rPr>
        <w:t xml:space="preserve">       </w:t>
      </w:r>
    </w:p>
    <w:p w:rsidR="00F44E79" w:rsidRPr="00E52EB9" w:rsidRDefault="00F44E79" w:rsidP="001C7BA4">
      <w:pPr>
        <w:pStyle w:val="ListParagraph"/>
        <w:numPr>
          <w:ilvl w:val="0"/>
          <w:numId w:val="239"/>
        </w:numPr>
        <w:tabs>
          <w:tab w:val="left" w:pos="0"/>
        </w:tabs>
        <w:suppressAutoHyphens/>
        <w:spacing w:after="0" w:line="240" w:lineRule="auto"/>
        <w:jc w:val="both"/>
        <w:rPr>
          <w:rFonts w:ascii="Times New Roman" w:hAnsi="Times New Roman"/>
          <w:sz w:val="24"/>
          <w:szCs w:val="24"/>
          <w:lang w:eastAsia="ar-SA"/>
        </w:rPr>
      </w:pPr>
      <w:r w:rsidRPr="00E52EB9">
        <w:rPr>
          <w:rFonts w:ascii="Times New Roman" w:hAnsi="Times New Roman"/>
          <w:sz w:val="24"/>
          <w:szCs w:val="24"/>
          <w:lang w:eastAsia="ar-SA"/>
        </w:rPr>
        <w:t>Русский язык  (5 класс) – 1 час для развития орфографической грамотности, развития речи.</w:t>
      </w:r>
    </w:p>
    <w:p w:rsidR="00F44E79" w:rsidRPr="00E52EB9" w:rsidRDefault="00F44E79" w:rsidP="00E52EB9">
      <w:pPr>
        <w:pStyle w:val="ListParagraph"/>
        <w:ind w:left="0"/>
        <w:jc w:val="both"/>
        <w:rPr>
          <w:rFonts w:ascii="Times New Roman" w:hAnsi="Times New Roman"/>
          <w:sz w:val="24"/>
          <w:szCs w:val="24"/>
          <w:lang w:eastAsia="ar-SA"/>
        </w:rPr>
      </w:pPr>
    </w:p>
    <w:p w:rsidR="00F44E79" w:rsidRPr="00E52EB9" w:rsidRDefault="00F44E79" w:rsidP="001C7BA4">
      <w:pPr>
        <w:widowControl/>
        <w:numPr>
          <w:ilvl w:val="0"/>
          <w:numId w:val="239"/>
        </w:numPr>
        <w:tabs>
          <w:tab w:val="left" w:pos="204"/>
        </w:tabs>
        <w:suppressAutoHyphens/>
        <w:jc w:val="both"/>
        <w:rPr>
          <w:rFonts w:ascii="Times New Roman" w:hAnsi="Times New Roman" w:cs="Times New Roman"/>
          <w:lang w:eastAsia="ar-SA"/>
        </w:rPr>
      </w:pPr>
      <w:r w:rsidRPr="00E52EB9">
        <w:rPr>
          <w:rFonts w:ascii="Times New Roman" w:hAnsi="Times New Roman" w:cs="Times New Roman"/>
          <w:lang w:eastAsia="ar-SA"/>
        </w:rPr>
        <w:t xml:space="preserve">Информатика (5 класс) — 1 час с целью осуществления непрерывности образования; формирования ИКТ-компетентности обучающихся на уровне основного общего образования. (Программа по информатике к предметной линии учебников Л.Л.Босовой, М, БИНОМ.Лаборатория знаний, 2014г.) </w:t>
      </w:r>
    </w:p>
    <w:p w:rsidR="00F44E79" w:rsidRPr="00E52EB9" w:rsidRDefault="00F44E79" w:rsidP="00E52EB9">
      <w:pPr>
        <w:pStyle w:val="ListParagraph"/>
        <w:jc w:val="both"/>
        <w:rPr>
          <w:rFonts w:ascii="Times New Roman" w:hAnsi="Times New Roman"/>
          <w:sz w:val="24"/>
          <w:szCs w:val="24"/>
          <w:lang w:eastAsia="ar-SA"/>
        </w:rPr>
      </w:pPr>
    </w:p>
    <w:p w:rsidR="00F44E79" w:rsidRPr="00E52EB9" w:rsidRDefault="00F44E79" w:rsidP="001C7BA4">
      <w:pPr>
        <w:widowControl/>
        <w:numPr>
          <w:ilvl w:val="0"/>
          <w:numId w:val="239"/>
        </w:numPr>
        <w:tabs>
          <w:tab w:val="left" w:pos="204"/>
        </w:tabs>
        <w:suppressAutoHyphens/>
        <w:jc w:val="both"/>
        <w:rPr>
          <w:rFonts w:ascii="Times New Roman" w:hAnsi="Times New Roman" w:cs="Times New Roman"/>
          <w:lang w:eastAsia="ar-SA"/>
        </w:rPr>
      </w:pPr>
      <w:r w:rsidRPr="00E52EB9">
        <w:rPr>
          <w:rFonts w:ascii="Times New Roman" w:hAnsi="Times New Roman" w:cs="Times New Roman"/>
          <w:lang w:eastAsia="ar-SA"/>
        </w:rPr>
        <w:t>ОБЖ (5 класс) – 1 час с целью осуществления непрерывности образования; формирования практических навыков безопасности жизнедеятельности.</w:t>
      </w:r>
    </w:p>
    <w:p w:rsidR="00F44E79" w:rsidRPr="00E52EB9" w:rsidRDefault="00F44E79" w:rsidP="00E52EB9">
      <w:pPr>
        <w:tabs>
          <w:tab w:val="left" w:pos="0"/>
        </w:tabs>
        <w:suppressAutoHyphens/>
        <w:jc w:val="both"/>
        <w:rPr>
          <w:rFonts w:ascii="Times New Roman" w:hAnsi="Times New Roman" w:cs="Times New Roman"/>
          <w:lang w:eastAsia="ar-SA"/>
        </w:rPr>
      </w:pPr>
    </w:p>
    <w:p w:rsidR="00F44E79" w:rsidRPr="00E52EB9" w:rsidRDefault="00F44E79" w:rsidP="00E52EB9">
      <w:pPr>
        <w:suppressAutoHyphens/>
        <w:jc w:val="both"/>
        <w:rPr>
          <w:rFonts w:ascii="Times New Roman" w:hAnsi="Times New Roman" w:cs="Times New Roman"/>
          <w:lang w:eastAsia="ar-SA"/>
        </w:rPr>
      </w:pPr>
      <w:r w:rsidRPr="00E52EB9">
        <w:rPr>
          <w:rFonts w:ascii="Times New Roman" w:hAnsi="Times New Roman" w:cs="Times New Roman"/>
          <w:lang w:eastAsia="ar-SA"/>
        </w:rPr>
        <w:t>В соответствии с требованиями обновленных федеральных государственных образовательных стандартов основного общего образования достижение планируемых образовательных результатов возможно через урочную и внеурочную деятельность. Внеурочная деятельность является неотъемлемой частью образовательного процесса. В целях обеспечения индивидуальных потребностей обучающихся, с учетом образовательных потребностей и способностей обучающихся, включая одаренных детей, детей с ограниченными возможностями здоровья учебный план предусматривает время на введение внеурочной деятельности, обеспечивающей различные интересы обучающихся.</w:t>
      </w:r>
    </w:p>
    <w:p w:rsidR="00F44E79" w:rsidRPr="00E52EB9" w:rsidRDefault="00F44E79" w:rsidP="00E52EB9">
      <w:pPr>
        <w:tabs>
          <w:tab w:val="left" w:pos="204"/>
        </w:tabs>
        <w:suppressAutoHyphens/>
        <w:jc w:val="both"/>
        <w:rPr>
          <w:rFonts w:ascii="Times New Roman" w:hAnsi="Times New Roman" w:cs="Times New Roman"/>
          <w:lang w:eastAsia="ar-SA"/>
        </w:rPr>
      </w:pPr>
      <w:r w:rsidRPr="00E52EB9">
        <w:rPr>
          <w:rFonts w:ascii="Times New Roman" w:hAnsi="Times New Roman" w:cs="Times New Roman"/>
          <w:lang w:eastAsia="ar-SA"/>
        </w:rPr>
        <w:t>Внеурочная деятельность ведется в следующих направлениях: спортивно- оздоровительная деятельность, проектно-исследовательская деятельность, коммуникативная деятельность, художественно-эстетическая творческая деятельность, информационная культура, интеллектуальные марафоны, «Учение с увлечением!». 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организуется с воспитательной направленностью и соотносится с рабочей программой воспитания школы. С целью реализации принципа формирования единого образовательного пространства на всех уровнях образования и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предусматривается часть, рекомендуемая для всех обучающихся и вариативная часть.</w:t>
      </w:r>
    </w:p>
    <w:p w:rsidR="00F44E79" w:rsidRPr="00E52EB9" w:rsidRDefault="00F44E79" w:rsidP="00E52EB9">
      <w:pPr>
        <w:tabs>
          <w:tab w:val="left" w:pos="204"/>
        </w:tabs>
        <w:suppressAutoHyphens/>
        <w:jc w:val="both"/>
        <w:rPr>
          <w:rFonts w:ascii="Times New Roman" w:hAnsi="Times New Roman" w:cs="Times New Roman"/>
          <w:lang w:eastAsia="ar-SA"/>
        </w:rPr>
      </w:pPr>
      <w:r w:rsidRPr="00E52EB9">
        <w:rPr>
          <w:rFonts w:ascii="Times New Roman" w:hAnsi="Times New Roman" w:cs="Times New Roman"/>
          <w:lang w:eastAsia="ar-SA"/>
        </w:rPr>
        <w:t xml:space="preserve"> Освоение образовательной программы сопровождается промежуточной аттестацией обучающихся, которая проводится в следующих формах: тестирование, зачет, итоговые контрольные работы, итоговый опрос и другие. В 2022-2023 учебном году промежуточная аттестация проводится в конце учебного года по всем учебным предметам, внеурочной деятельности.  </w:t>
      </w:r>
    </w:p>
    <w:p w:rsidR="00F44E79" w:rsidRPr="00E52EB9" w:rsidRDefault="00F44E79" w:rsidP="00E52EB9">
      <w:pPr>
        <w:tabs>
          <w:tab w:val="left" w:pos="204"/>
        </w:tabs>
        <w:suppressAutoHyphens/>
        <w:jc w:val="both"/>
        <w:rPr>
          <w:rFonts w:ascii="Times New Roman" w:hAnsi="Times New Roman" w:cs="Times New Roman"/>
          <w:lang w:eastAsia="ar-SA"/>
        </w:rPr>
      </w:pPr>
      <w:r w:rsidRPr="00E52EB9">
        <w:rPr>
          <w:rFonts w:ascii="Times New Roman" w:hAnsi="Times New Roman" w:cs="Times New Roman"/>
          <w:lang w:eastAsia="ar-SA"/>
        </w:rPr>
        <w:t xml:space="preserve">  </w:t>
      </w:r>
    </w:p>
    <w:p w:rsidR="00F44E79" w:rsidRDefault="00F44E79" w:rsidP="004F2A97">
      <w:pPr>
        <w:tabs>
          <w:tab w:val="left" w:pos="8835"/>
        </w:tabs>
        <w:suppressAutoHyphens/>
        <w:jc w:val="both"/>
        <w:rPr>
          <w:rFonts w:ascii="Times New Roman" w:hAnsi="Times New Roman"/>
          <w:sz w:val="28"/>
          <w:szCs w:val="28"/>
          <w:lang w:eastAsia="ar-SA"/>
        </w:rPr>
      </w:pPr>
    </w:p>
    <w:p w:rsidR="00F44E79" w:rsidRPr="00E52EB9" w:rsidRDefault="00F44E79" w:rsidP="004F2A97">
      <w:pPr>
        <w:tabs>
          <w:tab w:val="left" w:pos="8835"/>
        </w:tabs>
        <w:suppressAutoHyphens/>
        <w:jc w:val="center"/>
        <w:rPr>
          <w:rFonts w:ascii="Times New Roman" w:hAnsi="Times New Roman" w:cs="Times New Roman"/>
          <w:b/>
          <w:lang w:eastAsia="ar-SA"/>
        </w:rPr>
      </w:pPr>
      <w:r w:rsidRPr="00E52EB9">
        <w:rPr>
          <w:rFonts w:ascii="Times New Roman" w:hAnsi="Times New Roman" w:cs="Times New Roman"/>
          <w:b/>
          <w:lang w:eastAsia="ar-SA"/>
        </w:rPr>
        <w:t>Основное общее образование</w:t>
      </w:r>
    </w:p>
    <w:p w:rsidR="00F44E79" w:rsidRPr="00E52EB9" w:rsidRDefault="00F44E79" w:rsidP="004F2A97">
      <w:pPr>
        <w:tabs>
          <w:tab w:val="left" w:pos="8835"/>
        </w:tabs>
        <w:suppressAutoHyphens/>
        <w:jc w:val="center"/>
        <w:rPr>
          <w:rFonts w:ascii="Times New Roman" w:hAnsi="Times New Roman" w:cs="Times New Roman"/>
          <w:b/>
          <w:lang w:eastAsia="ar-SA"/>
        </w:rPr>
      </w:pPr>
      <w:r w:rsidRPr="00E52EB9">
        <w:rPr>
          <w:rFonts w:ascii="Times New Roman" w:hAnsi="Times New Roman" w:cs="Times New Roman"/>
          <w:b/>
          <w:lang w:eastAsia="ar-SA"/>
        </w:rPr>
        <w:t>Учебный план для 5-9 классов</w:t>
      </w:r>
    </w:p>
    <w:p w:rsidR="00F44E79" w:rsidRPr="00E52EB9" w:rsidRDefault="00F44E79" w:rsidP="004F2A97">
      <w:pPr>
        <w:suppressAutoHyphens/>
        <w:jc w:val="center"/>
        <w:rPr>
          <w:rFonts w:ascii="Times New Roman" w:hAnsi="Times New Roman" w:cs="Times New Roman"/>
          <w:b/>
          <w:lang w:eastAsia="ar-SA"/>
        </w:rPr>
      </w:pPr>
      <w:r w:rsidRPr="00E52EB9">
        <w:rPr>
          <w:rFonts w:ascii="Times New Roman" w:hAnsi="Times New Roman" w:cs="Times New Roman"/>
          <w:b/>
          <w:lang w:eastAsia="ar-SA"/>
        </w:rPr>
        <w:t>МБОУ «Коротышская СОШ» на 2022 -2023 учебный год (ФГОС ООО 2021)</w:t>
      </w:r>
    </w:p>
    <w:p w:rsidR="00F44E79" w:rsidRPr="00E52EB9" w:rsidRDefault="00F44E79" w:rsidP="004F2A97">
      <w:pPr>
        <w:suppressAutoHyphens/>
        <w:jc w:val="center"/>
        <w:rPr>
          <w:rFonts w:ascii="Times New Roman" w:hAnsi="Times New Roman" w:cs="Times New Roman"/>
          <w:b/>
          <w:lang w:eastAsia="ar-SA"/>
        </w:rPr>
      </w:pPr>
      <w:r w:rsidRPr="00E52EB9">
        <w:rPr>
          <w:rFonts w:ascii="Times New Roman" w:hAnsi="Times New Roman" w:cs="Times New Roman"/>
          <w:b/>
          <w:lang w:eastAsia="ar-SA"/>
        </w:rPr>
        <w:t>с пятидневной учебной неделей (недельное планирование)</w:t>
      </w:r>
    </w:p>
    <w:p w:rsidR="00F44E79" w:rsidRDefault="00F44E79" w:rsidP="004F2A97">
      <w:pPr>
        <w:suppressAutoHyphens/>
        <w:jc w:val="center"/>
        <w:rPr>
          <w:rFonts w:ascii="Times New Roman" w:hAnsi="Times New Roman" w:cs="Calibri"/>
          <w:b/>
          <w:sz w:val="28"/>
          <w:szCs w:val="28"/>
          <w:lang w:eastAsia="ar-SA"/>
        </w:rPr>
      </w:pPr>
    </w:p>
    <w:tbl>
      <w:tblPr>
        <w:tblW w:w="9739" w:type="dxa"/>
        <w:tblInd w:w="151" w:type="dxa"/>
        <w:tblLook w:val="00A0"/>
      </w:tblPr>
      <w:tblGrid>
        <w:gridCol w:w="2150"/>
        <w:gridCol w:w="2768"/>
        <w:gridCol w:w="750"/>
        <w:gridCol w:w="702"/>
        <w:gridCol w:w="702"/>
        <w:gridCol w:w="839"/>
        <w:gridCol w:w="869"/>
        <w:gridCol w:w="959"/>
      </w:tblGrid>
      <w:tr w:rsidR="00F44E79" w:rsidRPr="00E52EB9" w:rsidTr="004F2A97">
        <w:trPr>
          <w:trHeight w:val="599"/>
        </w:trPr>
        <w:tc>
          <w:tcPr>
            <w:tcW w:w="20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Предметные области</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Учебные предметы</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6</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8</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9</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Всего</w:t>
            </w:r>
          </w:p>
        </w:tc>
      </w:tr>
      <w:tr w:rsidR="00F44E79" w:rsidRPr="00E52EB9" w:rsidTr="004F2A97">
        <w:trPr>
          <w:trHeight w:val="598"/>
        </w:trPr>
        <w:tc>
          <w:tcPr>
            <w:tcW w:w="20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5810" w:type="dxa"/>
            <w:gridSpan w:val="5"/>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b/>
                <w:lang w:eastAsia="ar-SA"/>
              </w:rPr>
            </w:pPr>
            <w:r w:rsidRPr="00E52EB9">
              <w:rPr>
                <w:rFonts w:ascii="Times New Roman" w:hAnsi="Times New Roman" w:cs="Times New Roman"/>
                <w:b/>
                <w:lang w:eastAsia="ar-SA"/>
              </w:rPr>
              <w:t>Обязательная часть</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962"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r>
      <w:tr w:rsidR="00F44E79" w:rsidRPr="00E52EB9" w:rsidTr="004F2A97">
        <w:trPr>
          <w:trHeight w:val="23"/>
        </w:trPr>
        <w:tc>
          <w:tcPr>
            <w:tcW w:w="2084" w:type="dxa"/>
            <w:vMerge w:val="restart"/>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Русский язык и литература</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Русский язык</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6</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21</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Литература</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13</w:t>
            </w:r>
          </w:p>
        </w:tc>
      </w:tr>
      <w:tr w:rsidR="00F44E79" w:rsidRPr="00E52EB9" w:rsidTr="004F2A97">
        <w:trPr>
          <w:trHeight w:val="23"/>
        </w:trPr>
        <w:tc>
          <w:tcPr>
            <w:tcW w:w="20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Иностранные языки</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Иностранный язык (немецкий язык, английский язык)</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15</w:t>
            </w:r>
          </w:p>
        </w:tc>
      </w:tr>
      <w:tr w:rsidR="00F44E79" w:rsidRPr="00E52EB9" w:rsidTr="004F2A97">
        <w:trPr>
          <w:trHeight w:val="23"/>
        </w:trPr>
        <w:tc>
          <w:tcPr>
            <w:tcW w:w="2084" w:type="dxa"/>
            <w:vMerge w:val="restart"/>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Математика и информатика</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Математика</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Алгебра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9</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Геометрия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6</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Вероятность и статистика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Информатика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r>
      <w:tr w:rsidR="00F44E79" w:rsidRPr="00E52EB9" w:rsidTr="004F2A97">
        <w:trPr>
          <w:trHeight w:val="801"/>
        </w:trPr>
        <w:tc>
          <w:tcPr>
            <w:tcW w:w="2084" w:type="dxa"/>
            <w:vMerge w:val="restart"/>
            <w:tcBorders>
              <w:top w:val="single" w:sz="2" w:space="0" w:color="000000"/>
              <w:lef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Общественно-научные предметы</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История</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801"/>
        </w:trPr>
        <w:tc>
          <w:tcPr>
            <w:tcW w:w="2084" w:type="dxa"/>
            <w:vMerge/>
            <w:tcBorders>
              <w:left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Обществознание</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География</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8</w:t>
            </w:r>
          </w:p>
        </w:tc>
      </w:tr>
      <w:tr w:rsidR="00F44E79" w:rsidRPr="00E52EB9" w:rsidTr="004F2A97">
        <w:trPr>
          <w:trHeight w:val="801"/>
        </w:trPr>
        <w:tc>
          <w:tcPr>
            <w:tcW w:w="2084" w:type="dxa"/>
            <w:vMerge w:val="restart"/>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Естественно-научные предметы</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Физика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Химия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Биология</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r>
      <w:tr w:rsidR="00F44E79" w:rsidRPr="00E52EB9" w:rsidTr="004F2A97">
        <w:trPr>
          <w:trHeight w:val="801"/>
        </w:trPr>
        <w:tc>
          <w:tcPr>
            <w:tcW w:w="2084" w:type="dxa"/>
            <w:vMerge w:val="restart"/>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Искусство</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Музыка</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r>
      <w:tr w:rsidR="00F44E79" w:rsidRPr="00E52EB9" w:rsidTr="004F2A97">
        <w:trPr>
          <w:trHeight w:val="801"/>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Изобразительное искусство</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Технология</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Технология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8</w:t>
            </w:r>
          </w:p>
        </w:tc>
      </w:tr>
      <w:tr w:rsidR="00F44E79" w:rsidRPr="00E52EB9" w:rsidTr="004F2A97">
        <w:trPr>
          <w:trHeight w:val="801"/>
        </w:trPr>
        <w:tc>
          <w:tcPr>
            <w:tcW w:w="2084" w:type="dxa"/>
            <w:vMerge w:val="restart"/>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Физическая культура и основы безопасности жизнедея-тельности</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Основы безопасности жизнедеятельности</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Физическая культура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Итого:</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26</w:t>
            </w:r>
          </w:p>
          <w:p w:rsidR="00F44E79" w:rsidRPr="00E52EB9" w:rsidRDefault="00F44E79" w:rsidP="004F2A97">
            <w:pPr>
              <w:suppressAutoHyphens/>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28</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30</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147</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653" w:type="dxa"/>
            <w:gridSpan w:val="7"/>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b/>
                <w:lang w:eastAsia="ar-SA"/>
              </w:rPr>
              <w:t>Часть, формируемая участниками образовательных отношений</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Русский язык</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Информатика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Основы безопасности жизнедеятельности</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Итого:</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Рекомендуемая недельная нагрузка (при 5-дневной неделе)</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29</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30</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157</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Максимально допустимая недельная нагрузка (при 5-дневной неделе)</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29</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30</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157</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653" w:type="dxa"/>
            <w:gridSpan w:val="7"/>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b/>
                <w:lang w:eastAsia="ar-SA"/>
              </w:rPr>
              <w:t>Внеурочная деятельность</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Направления</w:t>
            </w:r>
          </w:p>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внеурочной деятельности</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Название курса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Спортивно-оздоровитель-ная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«Волейбол»</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Проектно-исследовательская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«Мир профессий»</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Коммуникативная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«Азбука общения»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Художествен-но-эстетическая творческая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«Красота вокруг нас»</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Информацион-ная культура</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«Разговоры о важном»</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Интеллектуальные марафоны</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«Функциональная грамотность»</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«Учение с увлечением!»</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«Основы духовно-нравственной культуры народов России»</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Итого:</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r>
    </w:tbl>
    <w:p w:rsidR="00F44E79" w:rsidRDefault="00F44E79" w:rsidP="004F2A97">
      <w:pPr>
        <w:suppressAutoHyphens/>
        <w:rPr>
          <w:rFonts w:ascii="Times New Roman" w:hAnsi="Times New Roman" w:cs="Arial"/>
          <w:sz w:val="48"/>
          <w:szCs w:val="48"/>
          <w:lang w:eastAsia="ar-SA"/>
        </w:rPr>
      </w:pPr>
    </w:p>
    <w:p w:rsidR="00F44E79" w:rsidRDefault="00F44E79" w:rsidP="004F2A97">
      <w:pPr>
        <w:suppressAutoHyphens/>
        <w:rPr>
          <w:rFonts w:ascii="Times New Roman" w:hAnsi="Times New Roman" w:cs="Arial"/>
          <w:sz w:val="48"/>
          <w:szCs w:val="48"/>
          <w:lang w:eastAsia="ar-SA"/>
        </w:rPr>
      </w:pPr>
    </w:p>
    <w:tbl>
      <w:tblPr>
        <w:tblW w:w="1112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5"/>
        <w:gridCol w:w="6531"/>
        <w:gridCol w:w="3683"/>
      </w:tblGrid>
      <w:tr w:rsidR="00F44E79" w:rsidRPr="00E52EB9" w:rsidTr="00FE0535">
        <w:tc>
          <w:tcPr>
            <w:tcW w:w="915"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Класс</w:t>
            </w: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Учебный предмет\ Название курса внеурочной деятельности</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Форма промежуточной аттестации</w:t>
            </w:r>
          </w:p>
        </w:tc>
      </w:tr>
      <w:tr w:rsidR="00F44E79" w:rsidRPr="00E52EB9" w:rsidTr="00FE0535">
        <w:tc>
          <w:tcPr>
            <w:tcW w:w="915" w:type="dxa"/>
            <w:vMerge w:val="restart"/>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5</w:t>
            </w: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Русский язык</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Контрольный диктант</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Литература</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Иностранный язык (английский)</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Иностранный язык (немецкий)</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Математика</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Контрольная работа</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Информатика</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Контрольная работа</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История</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Контрольная работа</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География</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Биология</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Изобразительное искусство</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Итоговый рисунок</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Музыка</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Технология</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Физическая культура</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 сдача нормативов</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Основы безопасности жизнедеятельности</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«Волейбол»</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 соревнование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«Мир профессий»</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«Азбука общения»</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«Красота вокруг нас»</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«Разговоры о важном»</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«Функциональная грамотность»</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r w:rsidR="00F44E79" w:rsidRPr="00E52EB9" w:rsidTr="00FE0535">
        <w:tc>
          <w:tcPr>
            <w:tcW w:w="915" w:type="dxa"/>
            <w:vMerge/>
          </w:tcPr>
          <w:p w:rsidR="00F44E79" w:rsidRPr="00FE0535" w:rsidRDefault="00F44E79" w:rsidP="00FE0535">
            <w:pPr>
              <w:suppressAutoHyphens/>
              <w:rPr>
                <w:rFonts w:ascii="Times New Roman" w:hAnsi="Times New Roman" w:cs="Times New Roman"/>
                <w:lang w:eastAsia="ar-SA"/>
              </w:rPr>
            </w:pPr>
          </w:p>
        </w:tc>
        <w:tc>
          <w:tcPr>
            <w:tcW w:w="6531"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«Основы духовно-нравственной культуры народов России»</w:t>
            </w:r>
          </w:p>
        </w:tc>
        <w:tc>
          <w:tcPr>
            <w:tcW w:w="3683" w:type="dxa"/>
          </w:tcPr>
          <w:p w:rsidR="00F44E79" w:rsidRPr="00FE0535" w:rsidRDefault="00F44E79" w:rsidP="00FE0535">
            <w:pPr>
              <w:suppressAutoHyphens/>
              <w:rPr>
                <w:rFonts w:ascii="Times New Roman" w:hAnsi="Times New Roman" w:cs="Times New Roman"/>
                <w:lang w:eastAsia="ar-SA"/>
              </w:rPr>
            </w:pPr>
            <w:r w:rsidRPr="00FE0535">
              <w:rPr>
                <w:rFonts w:ascii="Times New Roman" w:hAnsi="Times New Roman" w:cs="Times New Roman"/>
                <w:lang w:eastAsia="ar-SA"/>
              </w:rPr>
              <w:t>тестирование</w:t>
            </w:r>
          </w:p>
        </w:tc>
      </w:tr>
    </w:tbl>
    <w:p w:rsidR="00F44E79" w:rsidRPr="00E52EB9" w:rsidRDefault="00F44E79" w:rsidP="004F2A97">
      <w:pPr>
        <w:suppressAutoHyphens/>
        <w:rPr>
          <w:rFonts w:ascii="Times New Roman" w:hAnsi="Times New Roman" w:cs="Times New Roman"/>
          <w:lang w:eastAsia="ar-SA"/>
        </w:rPr>
      </w:pPr>
    </w:p>
    <w:p w:rsidR="00F44E79" w:rsidRDefault="00F44E79" w:rsidP="004F2A97">
      <w:pPr>
        <w:suppressAutoHyphens/>
        <w:rPr>
          <w:rFonts w:ascii="Times New Roman" w:hAnsi="Times New Roman" w:cs="Arial"/>
          <w:sz w:val="48"/>
          <w:szCs w:val="48"/>
          <w:lang w:eastAsia="ar-SA"/>
        </w:rPr>
      </w:pPr>
    </w:p>
    <w:p w:rsidR="00F44E79" w:rsidRPr="00E52EB9" w:rsidRDefault="00F44E79" w:rsidP="004F2A97">
      <w:pPr>
        <w:tabs>
          <w:tab w:val="left" w:pos="8835"/>
        </w:tabs>
        <w:suppressAutoHyphens/>
        <w:jc w:val="center"/>
        <w:rPr>
          <w:rFonts w:ascii="Times New Roman" w:hAnsi="Times New Roman" w:cs="Times New Roman"/>
          <w:b/>
          <w:lang w:eastAsia="ar-SA"/>
        </w:rPr>
      </w:pPr>
      <w:r w:rsidRPr="00E52EB9">
        <w:rPr>
          <w:rFonts w:ascii="Times New Roman" w:hAnsi="Times New Roman" w:cs="Times New Roman"/>
          <w:b/>
          <w:lang w:eastAsia="ar-SA"/>
        </w:rPr>
        <w:t>Основное общее образование</w:t>
      </w:r>
    </w:p>
    <w:p w:rsidR="00F44E79" w:rsidRPr="00E52EB9" w:rsidRDefault="00F44E79" w:rsidP="004F2A97">
      <w:pPr>
        <w:tabs>
          <w:tab w:val="left" w:pos="8835"/>
        </w:tabs>
        <w:suppressAutoHyphens/>
        <w:jc w:val="center"/>
        <w:rPr>
          <w:rFonts w:ascii="Times New Roman" w:hAnsi="Times New Roman" w:cs="Times New Roman"/>
          <w:b/>
          <w:lang w:eastAsia="ar-SA"/>
        </w:rPr>
      </w:pPr>
      <w:r w:rsidRPr="00E52EB9">
        <w:rPr>
          <w:rFonts w:ascii="Times New Roman" w:hAnsi="Times New Roman" w:cs="Times New Roman"/>
          <w:b/>
          <w:lang w:eastAsia="ar-SA"/>
        </w:rPr>
        <w:t>Адаптированный учебный план для 5-9 классов</w:t>
      </w:r>
    </w:p>
    <w:p w:rsidR="00F44E79" w:rsidRPr="00E52EB9" w:rsidRDefault="00F44E79" w:rsidP="004F2A97">
      <w:pPr>
        <w:suppressAutoHyphens/>
        <w:jc w:val="center"/>
        <w:rPr>
          <w:rFonts w:ascii="Times New Roman" w:hAnsi="Times New Roman" w:cs="Times New Roman"/>
          <w:b/>
          <w:lang w:eastAsia="ar-SA"/>
        </w:rPr>
      </w:pPr>
      <w:r w:rsidRPr="00E52EB9">
        <w:rPr>
          <w:rFonts w:ascii="Times New Roman" w:hAnsi="Times New Roman" w:cs="Times New Roman"/>
          <w:b/>
          <w:lang w:eastAsia="ar-SA"/>
        </w:rPr>
        <w:t>МБОУ «Коротышская СОШ» на 2022 -2023 учебный год (ФГОС ООО 2021)</w:t>
      </w:r>
    </w:p>
    <w:p w:rsidR="00F44E79" w:rsidRPr="00E52EB9" w:rsidRDefault="00F44E79" w:rsidP="004F2A97">
      <w:pPr>
        <w:suppressAutoHyphens/>
        <w:jc w:val="center"/>
        <w:rPr>
          <w:rFonts w:ascii="Times New Roman" w:hAnsi="Times New Roman" w:cs="Times New Roman"/>
          <w:b/>
          <w:lang w:eastAsia="ar-SA"/>
        </w:rPr>
      </w:pPr>
      <w:r w:rsidRPr="00E52EB9">
        <w:rPr>
          <w:rFonts w:ascii="Times New Roman" w:hAnsi="Times New Roman" w:cs="Times New Roman"/>
          <w:b/>
          <w:lang w:eastAsia="ar-SA"/>
        </w:rPr>
        <w:t>с пятидневной учебной неделей (недельное планирование)</w:t>
      </w:r>
    </w:p>
    <w:p w:rsidR="00F44E79" w:rsidRDefault="00F44E79" w:rsidP="004F2A97">
      <w:pPr>
        <w:suppressAutoHyphens/>
        <w:jc w:val="center"/>
        <w:rPr>
          <w:rFonts w:ascii="Times New Roman" w:hAnsi="Times New Roman" w:cs="Calibri"/>
          <w:b/>
          <w:sz w:val="28"/>
          <w:szCs w:val="28"/>
          <w:lang w:eastAsia="ar-SA"/>
        </w:rPr>
      </w:pPr>
    </w:p>
    <w:tbl>
      <w:tblPr>
        <w:tblW w:w="9739" w:type="dxa"/>
        <w:tblInd w:w="151" w:type="dxa"/>
        <w:tblLook w:val="00A0"/>
      </w:tblPr>
      <w:tblGrid>
        <w:gridCol w:w="2150"/>
        <w:gridCol w:w="2768"/>
        <w:gridCol w:w="750"/>
        <w:gridCol w:w="702"/>
        <w:gridCol w:w="702"/>
        <w:gridCol w:w="839"/>
        <w:gridCol w:w="869"/>
        <w:gridCol w:w="959"/>
      </w:tblGrid>
      <w:tr w:rsidR="00F44E79" w:rsidRPr="00E52EB9" w:rsidTr="004F2A97">
        <w:trPr>
          <w:trHeight w:val="599"/>
        </w:trPr>
        <w:tc>
          <w:tcPr>
            <w:tcW w:w="20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Предметные области</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Учебные предметы</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6</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8</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9</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Всего</w:t>
            </w:r>
          </w:p>
        </w:tc>
      </w:tr>
      <w:tr w:rsidR="00F44E79" w:rsidRPr="00E52EB9" w:rsidTr="004F2A97">
        <w:trPr>
          <w:trHeight w:val="598"/>
        </w:trPr>
        <w:tc>
          <w:tcPr>
            <w:tcW w:w="20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5810" w:type="dxa"/>
            <w:gridSpan w:val="5"/>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b/>
                <w:lang w:eastAsia="ar-SA"/>
              </w:rPr>
            </w:pPr>
            <w:r w:rsidRPr="00E52EB9">
              <w:rPr>
                <w:rFonts w:ascii="Times New Roman" w:hAnsi="Times New Roman" w:cs="Times New Roman"/>
                <w:b/>
                <w:lang w:eastAsia="ar-SA"/>
              </w:rPr>
              <w:t>Обязательная часть</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962"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r>
      <w:tr w:rsidR="00F44E79" w:rsidRPr="00E52EB9" w:rsidTr="004F2A97">
        <w:trPr>
          <w:trHeight w:val="23"/>
        </w:trPr>
        <w:tc>
          <w:tcPr>
            <w:tcW w:w="2084" w:type="dxa"/>
            <w:vMerge w:val="restart"/>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Русский язык и литература</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Русский язык</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6</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21</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Литература</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13</w:t>
            </w:r>
          </w:p>
        </w:tc>
      </w:tr>
      <w:tr w:rsidR="00F44E79" w:rsidRPr="00E52EB9" w:rsidTr="004F2A97">
        <w:trPr>
          <w:trHeight w:val="23"/>
        </w:trPr>
        <w:tc>
          <w:tcPr>
            <w:tcW w:w="20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Иностранные языки</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Иностранный язык (немецкий язык, английский язык)</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15</w:t>
            </w:r>
          </w:p>
        </w:tc>
      </w:tr>
      <w:tr w:rsidR="00F44E79" w:rsidRPr="00E52EB9" w:rsidTr="004F2A97">
        <w:trPr>
          <w:trHeight w:val="23"/>
        </w:trPr>
        <w:tc>
          <w:tcPr>
            <w:tcW w:w="2084" w:type="dxa"/>
            <w:vMerge w:val="restart"/>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Математика и информатика</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Математика</w:t>
            </w:r>
          </w:p>
          <w:p w:rsidR="00F44E79" w:rsidRPr="00E52EB9" w:rsidRDefault="00F44E79" w:rsidP="004F2A97">
            <w:pPr>
              <w:suppressAutoHyphens/>
              <w:jc w:val="both"/>
              <w:rPr>
                <w:rFonts w:ascii="Times New Roman" w:hAnsi="Times New Roman" w:cs="Times New Roman"/>
                <w:lang w:eastAsia="ar-SA"/>
              </w:rPr>
            </w:pP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Алгебра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9</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Геометрия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6</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Вероятность и статистика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r>
      <w:tr w:rsidR="00F44E79" w:rsidRPr="00E52EB9" w:rsidTr="004F2A97">
        <w:trPr>
          <w:trHeight w:val="23"/>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Информатика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r>
      <w:tr w:rsidR="00F44E79" w:rsidRPr="00E52EB9" w:rsidTr="004F2A97">
        <w:trPr>
          <w:trHeight w:val="801"/>
        </w:trPr>
        <w:tc>
          <w:tcPr>
            <w:tcW w:w="2084" w:type="dxa"/>
            <w:vMerge w:val="restart"/>
            <w:tcBorders>
              <w:top w:val="single" w:sz="2" w:space="0" w:color="000000"/>
              <w:lef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Общественно-научные предметы</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История</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801"/>
        </w:trPr>
        <w:tc>
          <w:tcPr>
            <w:tcW w:w="2084" w:type="dxa"/>
            <w:vMerge/>
            <w:tcBorders>
              <w:left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Обществознание</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География</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8</w:t>
            </w:r>
          </w:p>
        </w:tc>
      </w:tr>
      <w:tr w:rsidR="00F44E79" w:rsidRPr="00E52EB9" w:rsidTr="004F2A97">
        <w:trPr>
          <w:trHeight w:val="801"/>
        </w:trPr>
        <w:tc>
          <w:tcPr>
            <w:tcW w:w="2084" w:type="dxa"/>
            <w:vMerge w:val="restart"/>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Естественно-научные предметы</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Физика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Химия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Биология</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r>
      <w:tr w:rsidR="00F44E79" w:rsidRPr="00E52EB9" w:rsidTr="004F2A97">
        <w:trPr>
          <w:trHeight w:val="801"/>
        </w:trPr>
        <w:tc>
          <w:tcPr>
            <w:tcW w:w="2084" w:type="dxa"/>
            <w:vMerge w:val="restart"/>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Искусство</w:t>
            </w: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Музыка</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4</w:t>
            </w:r>
          </w:p>
        </w:tc>
      </w:tr>
      <w:tr w:rsidR="00F44E79" w:rsidRPr="00E52EB9" w:rsidTr="004F2A97">
        <w:trPr>
          <w:trHeight w:val="801"/>
        </w:trPr>
        <w:tc>
          <w:tcPr>
            <w:tcW w:w="2084" w:type="dxa"/>
            <w:vMerge/>
            <w:tcBorders>
              <w:top w:val="single" w:sz="2" w:space="0" w:color="000000"/>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Изобразительное искусство</w:t>
            </w:r>
          </w:p>
        </w:tc>
        <w:tc>
          <w:tcPr>
            <w:tcW w:w="758"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70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1</w:t>
            </w:r>
          </w:p>
        </w:tc>
        <w:tc>
          <w:tcPr>
            <w:tcW w:w="849" w:type="dxa"/>
            <w:tcBorders>
              <w:top w:val="single" w:sz="2" w:space="0" w:color="000000"/>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Технология</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Технология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8</w:t>
            </w:r>
          </w:p>
        </w:tc>
      </w:tr>
      <w:tr w:rsidR="00F44E79" w:rsidRPr="00E52EB9" w:rsidTr="004F2A97">
        <w:trPr>
          <w:trHeight w:val="801"/>
        </w:trPr>
        <w:tc>
          <w:tcPr>
            <w:tcW w:w="2084" w:type="dxa"/>
            <w:vMerge w:val="restart"/>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Физическая культура и основы безопасности жизнедея-тельности</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Основы безопасности жизнедеятельности</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r>
      <w:tr w:rsidR="00F44E79" w:rsidRPr="00E52EB9" w:rsidTr="004F2A97">
        <w:trPr>
          <w:trHeight w:val="801"/>
        </w:trPr>
        <w:tc>
          <w:tcPr>
            <w:tcW w:w="2084" w:type="dxa"/>
            <w:vMerge/>
            <w:tcBorders>
              <w:left w:val="single" w:sz="2" w:space="0" w:color="000000"/>
              <w:bottom w:val="single" w:sz="2" w:space="0" w:color="000000"/>
            </w:tcBorders>
            <w:vAlign w:val="center"/>
          </w:tcPr>
          <w:p w:rsidR="00F44E79" w:rsidRPr="00E52EB9" w:rsidRDefault="00F44E79" w:rsidP="004F2A97">
            <w:pPr>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Физическая культура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Итого:</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val="en-US" w:eastAsia="ar-SA"/>
              </w:rPr>
            </w:pPr>
            <w:r w:rsidRPr="00E52EB9">
              <w:rPr>
                <w:rFonts w:ascii="Times New Roman" w:hAnsi="Times New Roman" w:cs="Times New Roman"/>
                <w:lang w:val="en-US" w:eastAsia="ar-SA"/>
              </w:rPr>
              <w:t>26</w:t>
            </w:r>
          </w:p>
          <w:p w:rsidR="00F44E79" w:rsidRPr="00E52EB9" w:rsidRDefault="00F44E79" w:rsidP="004F2A97">
            <w:pPr>
              <w:suppressAutoHyphens/>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28</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30</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31</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32</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147</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653" w:type="dxa"/>
            <w:gridSpan w:val="7"/>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b/>
                <w:lang w:eastAsia="ar-SA"/>
              </w:rPr>
              <w:t>Часть, формируемая участниками образовательных отношений</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Русский язык</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Информатика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801"/>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Основы безопасности жизнедеятельности</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Итого:</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10</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Рекомендуемая недельная нагрузка (при 5-дневной неделе)</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29</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30</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157</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Максимально допустимая недельная нагрузка (при 5-дневной неделе)</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29</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30</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32</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33</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157</w:t>
            </w:r>
          </w:p>
        </w:tc>
      </w:tr>
      <w:tr w:rsidR="00F44E79" w:rsidRPr="00E52EB9" w:rsidTr="004F2A97">
        <w:trPr>
          <w:trHeight w:val="327"/>
        </w:trPr>
        <w:tc>
          <w:tcPr>
            <w:tcW w:w="2084" w:type="dxa"/>
            <w:vMerge w:val="restart"/>
            <w:tcBorders>
              <w:lef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Коррекционно-развивающие занятия</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Занятие с логопедом</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2</w:t>
            </w:r>
          </w:p>
        </w:tc>
      </w:tr>
      <w:tr w:rsidR="00F44E79" w:rsidRPr="00E52EB9" w:rsidTr="004F2A97">
        <w:trPr>
          <w:trHeight w:val="327"/>
        </w:trPr>
        <w:tc>
          <w:tcPr>
            <w:tcW w:w="2084" w:type="dxa"/>
            <w:vMerge/>
            <w:tcBorders>
              <w:lef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Занятие с психологом</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3</w:t>
            </w:r>
          </w:p>
        </w:tc>
      </w:tr>
      <w:tr w:rsidR="00F44E79" w:rsidRPr="00E52EB9" w:rsidTr="004F2A97">
        <w:trPr>
          <w:trHeight w:val="327"/>
        </w:trPr>
        <w:tc>
          <w:tcPr>
            <w:tcW w:w="2084" w:type="dxa"/>
            <w:vMerge/>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Итого:</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5</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653" w:type="dxa"/>
            <w:gridSpan w:val="7"/>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b/>
                <w:lang w:eastAsia="ar-SA"/>
              </w:rPr>
              <w:t>Внеурочная деятельность</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Направления</w:t>
            </w:r>
          </w:p>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внеурочной деятельности</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Название курса</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Спортивно-оздоровитель-ная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«Волейбол»</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Проектно-исследовательская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«Мир профессий»</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Коммуникативная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«Азбука общения»</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Художествен-но-эстетическая творческая деятельность</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«Красота вокруг нас»</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Информацион-ная культура</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«Разговоры о важном»</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Интеллектуальные марафоны</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«Функциональная грамотность»</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«Учение с увлечением!»</w:t>
            </w: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«Основы духовно-нравственной культуры народов России»</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1</w:t>
            </w:r>
          </w:p>
        </w:tc>
      </w:tr>
      <w:tr w:rsidR="00F44E79" w:rsidRPr="00E52EB9" w:rsidTr="004F2A97">
        <w:trPr>
          <w:trHeight w:val="327"/>
        </w:trPr>
        <w:tc>
          <w:tcPr>
            <w:tcW w:w="20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p>
        </w:tc>
        <w:tc>
          <w:tcPr>
            <w:tcW w:w="2784"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Итого:</w:t>
            </w:r>
          </w:p>
        </w:tc>
        <w:tc>
          <w:tcPr>
            <w:tcW w:w="758"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70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49" w:type="dxa"/>
            <w:tcBorders>
              <w:left w:val="single" w:sz="2" w:space="0" w:color="000000"/>
              <w:bottom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881"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w:t>
            </w:r>
          </w:p>
        </w:tc>
        <w:tc>
          <w:tcPr>
            <w:tcW w:w="963" w:type="dxa"/>
            <w:tcBorders>
              <w:left w:val="single" w:sz="2" w:space="0" w:color="000000"/>
              <w:bottom w:val="single" w:sz="2" w:space="0" w:color="000000"/>
              <w:right w:val="single" w:sz="2" w:space="0" w:color="000000"/>
            </w:tcBorders>
            <w:shd w:val="clear" w:color="auto" w:fill="FFFFFF"/>
          </w:tcPr>
          <w:p w:rsidR="00F44E79" w:rsidRPr="00E52EB9" w:rsidRDefault="00F44E79" w:rsidP="004F2A97">
            <w:pPr>
              <w:suppressAutoHyphens/>
              <w:snapToGrid w:val="0"/>
              <w:jc w:val="both"/>
              <w:rPr>
                <w:rFonts w:ascii="Times New Roman" w:hAnsi="Times New Roman" w:cs="Times New Roman"/>
                <w:lang w:eastAsia="ar-SA"/>
              </w:rPr>
            </w:pPr>
            <w:r w:rsidRPr="00E52EB9">
              <w:rPr>
                <w:rFonts w:ascii="Times New Roman" w:hAnsi="Times New Roman" w:cs="Times New Roman"/>
                <w:lang w:eastAsia="ar-SA"/>
              </w:rPr>
              <w:t>7</w:t>
            </w:r>
          </w:p>
        </w:tc>
      </w:tr>
    </w:tbl>
    <w:p w:rsidR="00F44E79" w:rsidRDefault="00F44E79" w:rsidP="00E52EB9">
      <w:pPr>
        <w:pStyle w:val="BodyText"/>
        <w:spacing w:after="140" w:line="266" w:lineRule="auto"/>
        <w:ind w:firstLine="0"/>
        <w:jc w:val="both"/>
        <w:rPr>
          <w:rFonts w:ascii="Courier New" w:hAnsi="Courier New" w:cs="Courier New"/>
          <w:color w:val="auto"/>
          <w:sz w:val="24"/>
          <w:szCs w:val="24"/>
        </w:rPr>
      </w:pPr>
    </w:p>
    <w:p w:rsidR="00F44E79" w:rsidRDefault="00F44E79" w:rsidP="00D706B8">
      <w:pPr>
        <w:pStyle w:val="22"/>
        <w:tabs>
          <w:tab w:val="left" w:pos="533"/>
        </w:tabs>
        <w:spacing w:after="100"/>
        <w:jc w:val="both"/>
        <w:rPr>
          <w:b w:val="0"/>
          <w:bCs w:val="0"/>
          <w:color w:val="auto"/>
          <w:w w:val="100"/>
          <w:sz w:val="24"/>
          <w:szCs w:val="24"/>
        </w:rPr>
      </w:pPr>
      <w:bookmarkStart w:id="1395" w:name="bookmark5935"/>
      <w:bookmarkEnd w:id="1395"/>
      <w:r>
        <w:rPr>
          <w:rStyle w:val="21"/>
          <w:rFonts w:cs="Tahoma"/>
          <w:b/>
        </w:rPr>
        <w:t>3.2. ПЛАН ВНЕУРОЧНОЙ ДЕЯТЕЛЬНОСТИ</w:t>
      </w:r>
    </w:p>
    <w:p w:rsidR="00F44E79" w:rsidRDefault="00F44E79" w:rsidP="00D706B8">
      <w:pPr>
        <w:pStyle w:val="33"/>
        <w:keepNext/>
        <w:keepLines/>
        <w:tabs>
          <w:tab w:val="left" w:pos="639"/>
        </w:tabs>
        <w:spacing w:after="40"/>
        <w:jc w:val="both"/>
        <w:rPr>
          <w:b w:val="0"/>
          <w:bCs w:val="0"/>
          <w:color w:val="auto"/>
          <w:sz w:val="24"/>
          <w:szCs w:val="24"/>
        </w:rPr>
      </w:pPr>
      <w:bookmarkStart w:id="1396" w:name="bookmark5938"/>
      <w:bookmarkStart w:id="1397" w:name="bookmark5936"/>
      <w:bookmarkStart w:id="1398" w:name="bookmark5937"/>
      <w:bookmarkStart w:id="1399" w:name="bookmark5939"/>
      <w:bookmarkEnd w:id="1396"/>
      <w:r>
        <w:rPr>
          <w:rStyle w:val="32"/>
          <w:rFonts w:cs="Arial"/>
          <w:b/>
        </w:rPr>
        <w:t>3.2.1.Календарный учебный график</w:t>
      </w:r>
      <w:bookmarkEnd w:id="1397"/>
      <w:bookmarkEnd w:id="1398"/>
      <w:bookmarkEnd w:id="1399"/>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Календарный учебный график определяет пла</w:t>
      </w:r>
      <w:r>
        <w:rPr>
          <w:rStyle w:val="BodyTextChar1"/>
          <w:rFonts w:cs="Georgia"/>
        </w:rPr>
        <w:softHyphen/>
        <w:t xml:space="preserve">новые перерывы при получении основного общего образования для отдыха и иных социальных целей (далее — каникулы): </w:t>
      </w:r>
      <w:r>
        <w:rPr>
          <w:rStyle w:val="BodyTextChar1"/>
          <w:rFonts w:cs="Georgia"/>
          <w:color w:val="000000"/>
        </w:rPr>
        <w:t>даты начала и окончания учебного года; продолжительность учебного года;</w:t>
      </w:r>
    </w:p>
    <w:p w:rsidR="00F44E79" w:rsidRDefault="00F44E79">
      <w:pPr>
        <w:pStyle w:val="BodyText"/>
        <w:spacing w:after="40" w:line="276" w:lineRule="auto"/>
        <w:jc w:val="both"/>
        <w:rPr>
          <w:rFonts w:ascii="Courier New" w:hAnsi="Courier New" w:cs="Courier New"/>
          <w:color w:val="auto"/>
          <w:sz w:val="24"/>
          <w:szCs w:val="24"/>
        </w:rPr>
      </w:pPr>
      <w:r>
        <w:rPr>
          <w:rStyle w:val="BodyTextChar1"/>
          <w:rFonts w:cs="Georgia"/>
          <w:color w:val="000000"/>
        </w:rPr>
        <w:t>сроки и продолжительность каникул;</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color w:val="000000"/>
        </w:rPr>
        <w:t>сроки проведения промежуточной аттестации.</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color w:val="000000"/>
        </w:rPr>
        <w:t>Календарный учебный график разрабатывается образова</w:t>
      </w:r>
      <w:r>
        <w:rPr>
          <w:rStyle w:val="BodyTextChar1"/>
          <w:rFonts w:cs="Georgia"/>
          <w:color w:val="000000"/>
        </w:rPr>
        <w:softHyphen/>
        <w:t>тельной организацией в соответствии с требованиями к органи</w:t>
      </w:r>
      <w:r>
        <w:rPr>
          <w:rStyle w:val="BodyTextChar1"/>
          <w:rFonts w:cs="Georgia"/>
          <w:color w:val="000000"/>
        </w:rPr>
        <w:softHyphen/>
        <w:t>зации образовательного процесса, предусмотренными дейст</w:t>
      </w:r>
      <w:r>
        <w:rPr>
          <w:rStyle w:val="BodyTextChar1"/>
          <w:rFonts w:cs="Georgia"/>
          <w:color w:val="000000"/>
        </w:rPr>
        <w:softHyphen/>
        <w:t>вующими санитарными правилами и нормативами, а также с учетом мнений участников образовательных отношений, с уче</w:t>
      </w:r>
      <w:r>
        <w:rPr>
          <w:rStyle w:val="BodyTextChar1"/>
          <w:rFonts w:cs="Georgia"/>
          <w:color w:val="000000"/>
        </w:rPr>
        <w:softHyphen/>
        <w:t>том региональных и этнокультурных традиций.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color w:val="000000"/>
        </w:rPr>
        <w:t>При составлении календарного учебного графика учитыва</w:t>
      </w:r>
      <w:r>
        <w:rPr>
          <w:rStyle w:val="BodyTextChar1"/>
          <w:rFonts w:cs="Georgia"/>
          <w:color w:val="000000"/>
        </w:rPr>
        <w:softHyphen/>
        <w:t>ется   четвертная система организации учебного года.</w:t>
      </w:r>
    </w:p>
    <w:p w:rsidR="00F44E79" w:rsidRPr="00E52EB9" w:rsidRDefault="00F44E79" w:rsidP="00E52EB9">
      <w:pPr>
        <w:pStyle w:val="BodyText"/>
        <w:spacing w:after="400" w:line="276" w:lineRule="auto"/>
        <w:jc w:val="both"/>
        <w:rPr>
          <w:color w:val="000000"/>
        </w:rPr>
      </w:pPr>
      <w:r>
        <w:rPr>
          <w:rStyle w:val="BodyTextChar1"/>
          <w:rFonts w:cs="Georgia"/>
          <w:color w:val="000000"/>
        </w:rPr>
        <w:t>Календарный учебный график реализации обра</w:t>
      </w:r>
      <w:r>
        <w:rPr>
          <w:rStyle w:val="BodyTextChar1"/>
          <w:rFonts w:cs="Georgia"/>
          <w:color w:val="000000"/>
        </w:rPr>
        <w:softHyphen/>
        <w:t>зовательной программы составляется в соответствии с Феде</w:t>
      </w:r>
      <w:r>
        <w:rPr>
          <w:rStyle w:val="BodyTextChar1"/>
          <w:rFonts w:cs="Georgia"/>
          <w:color w:val="000000"/>
        </w:rPr>
        <w:softHyphen/>
        <w:t xml:space="preserve">ральным законом «Об образовании в Российской Федерации» (п. 10, ст. 2). </w:t>
      </w:r>
      <w:r w:rsidRPr="00E52EB9">
        <w:rPr>
          <w:rFonts w:ascii="Times New Roman" w:hAnsi="Times New Roman"/>
          <w:sz w:val="24"/>
          <w:szCs w:val="24"/>
        </w:rPr>
        <w:t xml:space="preserve">Календарный учебный график реализации образовательной программы составляется с учётом требований СанПиН и мнения участников образовательных отношений. </w:t>
      </w:r>
    </w:p>
    <w:p w:rsidR="00F44E79" w:rsidRPr="00E52EB9" w:rsidRDefault="00F44E79" w:rsidP="00E52EB9">
      <w:pPr>
        <w:suppressAutoHyphens/>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Календарный учебный график на 2022-2023 учебный год в МБОУ «Коротышская СОШ»</w:t>
      </w:r>
    </w:p>
    <w:p w:rsidR="00F44E79" w:rsidRPr="00E52EB9" w:rsidRDefault="00F44E79" w:rsidP="00E52EB9">
      <w:pPr>
        <w:suppressAutoHyphens/>
        <w:jc w:val="both"/>
        <w:rPr>
          <w:rFonts w:ascii="Times New Roman" w:hAnsi="Times New Roman" w:cs="Times New Roman"/>
          <w:kern w:val="2"/>
          <w:lang w:eastAsia="zh-CN" w:bidi="hi-IN"/>
        </w:rPr>
      </w:pPr>
    </w:p>
    <w:tbl>
      <w:tblPr>
        <w:tblW w:w="0" w:type="auto"/>
        <w:tblInd w:w="-624" w:type="dxa"/>
        <w:tblLayout w:type="fixed"/>
        <w:tblCellMar>
          <w:left w:w="10" w:type="dxa"/>
          <w:right w:w="10" w:type="dxa"/>
        </w:tblCellMar>
        <w:tblLook w:val="0000"/>
      </w:tblPr>
      <w:tblGrid>
        <w:gridCol w:w="1935"/>
        <w:gridCol w:w="2565"/>
        <w:gridCol w:w="3000"/>
        <w:gridCol w:w="3788"/>
      </w:tblGrid>
      <w:tr w:rsidR="00F44E79" w:rsidRPr="00E52EB9" w:rsidTr="000B0AE1">
        <w:trPr>
          <w:cantSplit/>
        </w:trPr>
        <w:tc>
          <w:tcPr>
            <w:tcW w:w="1935" w:type="dxa"/>
            <w:vMerge w:val="restart"/>
            <w:tcBorders>
              <w:top w:val="single" w:sz="4" w:space="0" w:color="000000"/>
              <w:lef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Нормативные условия</w:t>
            </w:r>
          </w:p>
        </w:tc>
        <w:tc>
          <w:tcPr>
            <w:tcW w:w="9353" w:type="dxa"/>
            <w:gridSpan w:val="3"/>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Уровень образования</w:t>
            </w:r>
          </w:p>
        </w:tc>
      </w:tr>
      <w:tr w:rsidR="00F44E79" w:rsidRPr="00E52EB9" w:rsidTr="000B0AE1">
        <w:trPr>
          <w:cantSplit/>
          <w:trHeight w:val="562"/>
        </w:trPr>
        <w:tc>
          <w:tcPr>
            <w:tcW w:w="1935" w:type="dxa"/>
            <w:vMerge/>
            <w:tcBorders>
              <w:top w:val="single" w:sz="4" w:space="0" w:color="000000"/>
              <w:left w:val="single" w:sz="4" w:space="0" w:color="000000"/>
            </w:tcBorders>
          </w:tcPr>
          <w:p w:rsidR="00F44E79" w:rsidRPr="00E52EB9" w:rsidRDefault="00F44E79" w:rsidP="00E52EB9">
            <w:pPr>
              <w:suppressAutoHyphens/>
              <w:snapToGrid w:val="0"/>
              <w:jc w:val="both"/>
              <w:rPr>
                <w:rFonts w:ascii="Times New Roman" w:eastAsia="SimSun" w:hAnsi="Times New Roman" w:cs="Times New Roman"/>
                <w:kern w:val="2"/>
                <w:lang w:val="en-US" w:eastAsia="zh-CN" w:bidi="hi-IN"/>
              </w:rPr>
            </w:pPr>
          </w:p>
        </w:tc>
        <w:tc>
          <w:tcPr>
            <w:tcW w:w="2565" w:type="dxa"/>
            <w:tcBorders>
              <w:top w:val="single" w:sz="4" w:space="0" w:color="000000"/>
              <w:lef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Начальное общее образование</w:t>
            </w:r>
          </w:p>
        </w:tc>
        <w:tc>
          <w:tcPr>
            <w:tcW w:w="3000" w:type="dxa"/>
            <w:tcBorders>
              <w:top w:val="single" w:sz="4" w:space="0" w:color="000000"/>
              <w:lef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Основное общее образование</w:t>
            </w:r>
          </w:p>
        </w:tc>
        <w:tc>
          <w:tcPr>
            <w:tcW w:w="3788" w:type="dxa"/>
            <w:tcBorders>
              <w:top w:val="single" w:sz="4" w:space="0" w:color="000000"/>
              <w:left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Среднее общее образование</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1.Количество классов-комплектов</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6</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w:t>
            </w:r>
          </w:p>
        </w:tc>
      </w:tr>
      <w:tr w:rsidR="00F44E79" w:rsidRPr="00E52EB9" w:rsidTr="000B0AE1">
        <w:tc>
          <w:tcPr>
            <w:tcW w:w="1935" w:type="dxa"/>
            <w:tcBorders>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2.Учебная неделя</w:t>
            </w:r>
          </w:p>
        </w:tc>
        <w:tc>
          <w:tcPr>
            <w:tcW w:w="2565" w:type="dxa"/>
            <w:tcBorders>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1- 4 классы - 5 дневная</w:t>
            </w:r>
          </w:p>
        </w:tc>
        <w:tc>
          <w:tcPr>
            <w:tcW w:w="3000" w:type="dxa"/>
            <w:tcBorders>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5-9 классы – 5 дневная</w:t>
            </w:r>
          </w:p>
        </w:tc>
        <w:tc>
          <w:tcPr>
            <w:tcW w:w="3788" w:type="dxa"/>
            <w:tcBorders>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10-11 классы - 5 дневная</w:t>
            </w:r>
          </w:p>
        </w:tc>
      </w:tr>
      <w:tr w:rsidR="00F44E79" w:rsidRPr="00E52EB9" w:rsidTr="000B0AE1">
        <w:tc>
          <w:tcPr>
            <w:tcW w:w="1935" w:type="dxa"/>
            <w:tcBorders>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3.Сменность занятий</w:t>
            </w:r>
          </w:p>
        </w:tc>
        <w:tc>
          <w:tcPr>
            <w:tcW w:w="2565" w:type="dxa"/>
            <w:tcBorders>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 смена</w:t>
            </w:r>
          </w:p>
        </w:tc>
        <w:tc>
          <w:tcPr>
            <w:tcW w:w="3000" w:type="dxa"/>
            <w:tcBorders>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 смена</w:t>
            </w:r>
          </w:p>
        </w:tc>
        <w:tc>
          <w:tcPr>
            <w:tcW w:w="3788" w:type="dxa"/>
            <w:tcBorders>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 смена</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4.Начало урока</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часов 15 минут</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часов 15 минут</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часов 15 минут</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5.Продолжи-тельность урока</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В 1 классе 1 полугодие - 35 минут, 2 полугодие - 40 минут.</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Во 2-4 классах - 40 минут</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5-9 классы по</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w:t>
            </w:r>
            <w:r w:rsidRPr="00E52EB9">
              <w:rPr>
                <w:rFonts w:ascii="Times New Roman" w:eastAsia="NSimSun" w:hAnsi="Times New Roman" w:cs="Times New Roman"/>
                <w:kern w:val="2"/>
                <w:lang w:eastAsia="zh-CN" w:bidi="hi-IN"/>
              </w:rPr>
              <w:t>40 минут</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10-11 классы</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по 40 минут</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6.Продолжи-тельность перемен</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 минут каждая перемена.</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Большие перемены:20 минут после 1-го урока, 30 минут после 4-го урока.</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 минут каждая перемена.</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Большие перемены:20 минут после 1-го урока, 30 минут после 4-го урока.</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 минут каждая перемена.</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Большие перемены:20 минут после 1-го урока, 30 минут после 4-го урока.</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7.Наполняемость классов</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11,2</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13,5</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1,5</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8.Начало дополнительного образования</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15.00</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15.00</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 xml:space="preserve">15.00 </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 xml:space="preserve">9.Начало учебного года  </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01 сентября 2022г.</w:t>
            </w:r>
          </w:p>
          <w:p w:rsidR="00F44E79" w:rsidRPr="00E52EB9" w:rsidRDefault="00F44E79" w:rsidP="00E52EB9">
            <w:pPr>
              <w:tabs>
                <w:tab w:val="left" w:pos="1395"/>
              </w:tabs>
              <w:suppressAutoHyphens/>
              <w:snapToGrid w:val="0"/>
              <w:jc w:val="both"/>
              <w:rPr>
                <w:rFonts w:ascii="Times New Roman" w:eastAsia="NSimSun" w:hAnsi="Times New Roman" w:cs="Times New Roman"/>
                <w:color w:val="111111"/>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color w:val="111111"/>
                <w:kern w:val="2"/>
                <w:lang w:eastAsia="zh-CN" w:bidi="hi-IN"/>
              </w:rPr>
            </w:pP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color w:val="111111"/>
                <w:kern w:val="2"/>
                <w:lang w:eastAsia="zh-CN" w:bidi="hi-IN"/>
              </w:rPr>
            </w:pP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01 сентября 2022г.</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01 сентября 2022г</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10.Продолжи-</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тельность учебного года</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w:t>
            </w:r>
            <w:r w:rsidRPr="00E52EB9">
              <w:rPr>
                <w:rFonts w:ascii="Times New Roman" w:eastAsia="NSimSun" w:hAnsi="Times New Roman" w:cs="Times New Roman"/>
                <w:kern w:val="2"/>
                <w:lang w:eastAsia="zh-CN" w:bidi="hi-IN"/>
              </w:rPr>
              <w:t>1 класс</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w:t>
            </w:r>
            <w:r w:rsidRPr="00E52EB9">
              <w:rPr>
                <w:rFonts w:ascii="Times New Roman" w:eastAsia="NSimSun" w:hAnsi="Times New Roman" w:cs="Times New Roman"/>
                <w:kern w:val="2"/>
                <w:lang w:eastAsia="zh-CN" w:bidi="hi-IN"/>
              </w:rPr>
              <w:t>33  недели 1 день.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166 дней</w:t>
            </w:r>
          </w:p>
          <w:p w:rsidR="00F44E79" w:rsidRPr="00E52EB9" w:rsidRDefault="00F44E79" w:rsidP="00E52EB9">
            <w:pPr>
              <w:tabs>
                <w:tab w:val="left" w:pos="1395"/>
              </w:tabs>
              <w:suppressAutoHyphens/>
              <w:snapToGrid w:val="0"/>
              <w:jc w:val="both"/>
              <w:rPr>
                <w:rFonts w:ascii="Times New Roman" w:eastAsia="NSimSun" w:hAnsi="Times New Roman" w:cs="Times New Roman"/>
                <w:b/>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2-4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34 недели 1 день</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171 день</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34 недели 1 день</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171 день</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(5-9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34 недели 1 день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 xml:space="preserve">171 день </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(10 -11классы)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11.Продолжи-тельность учебных четвертей</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1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w:t>
            </w:r>
            <w:r w:rsidRPr="00E52EB9">
              <w:rPr>
                <w:rFonts w:ascii="Times New Roman" w:eastAsia="NSimSun" w:hAnsi="Times New Roman" w:cs="Times New Roman"/>
                <w:kern w:val="2"/>
                <w:lang w:eastAsia="zh-CN" w:bidi="hi-IN"/>
              </w:rPr>
              <w:t>01.09.2022г-28.10.2022г.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2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07.11.2022г.-27.12.2022г.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7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37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3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1 класс</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09.01.2023г.-12.02.2023г.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20.02.2023-17.03.2023г.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2-4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09.01.2023г.-17.03.2023г.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9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47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4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27.03.2023г.-31.05.2023г.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 xml:space="preserve">9 недель </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45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1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01.09.2022г.-28.10.2022г.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2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07.11.2022г.-27.12.2022г.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7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37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3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09.01.2023г.-17.03.2023г.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9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47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4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27.03.2023г.-31.05.2023г.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 xml:space="preserve">9 недель </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45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(5-8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9 класс</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27.03.2023 г.-25.05.2023 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недель 1 день</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41 день</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1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hAnsi="Times New Roman" w:cs="Times New Roman"/>
                <w:kern w:val="2"/>
                <w:lang w:eastAsia="zh-CN" w:bidi="hi-IN"/>
              </w:rPr>
              <w:t xml:space="preserve"> </w:t>
            </w:r>
            <w:r w:rsidRPr="00E52EB9">
              <w:rPr>
                <w:rFonts w:ascii="Times New Roman" w:eastAsia="NSimSun" w:hAnsi="Times New Roman" w:cs="Times New Roman"/>
                <w:kern w:val="2"/>
                <w:lang w:eastAsia="zh-CN" w:bidi="hi-IN"/>
              </w:rPr>
              <w:t>01.09.2022г.-28.10.2022г.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2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07.11.2022г.-27.12.2022г.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7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37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3 четверть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09.01.2023г.-17.03.2023г.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9 недель 2 дня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47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4 четверт</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27.03.2023 г.-31.05.2023 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9 недель</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45 дней</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(10 класс)</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b/>
                <w:bCs/>
                <w:kern w:val="2"/>
                <w:lang w:eastAsia="zh-CN" w:bidi="hi-IN"/>
              </w:rPr>
              <w:t>11 класс</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27.03.2023 г.-25.05.2023 г.</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8 недель 1 день</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41 д</w:t>
            </w:r>
          </w:p>
        </w:tc>
      </w:tr>
      <w:tr w:rsidR="00F44E79" w:rsidRPr="00E52EB9" w:rsidTr="000B0AE1">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12.Формы организации учебного процесса</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Классно-урочная система. Внеурочная деятельность в 1-4 классах.</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Классно-урочная система. Внеурочная деятельность в 5-9 классах.</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Классно – урочная система. Внеурочная деятельность в 10-11 классах.</w:t>
            </w:r>
          </w:p>
        </w:tc>
      </w:tr>
      <w:tr w:rsidR="00F44E79" w:rsidRPr="00E52EB9" w:rsidTr="000B0AE1">
        <w:trPr>
          <w:trHeight w:val="690"/>
        </w:trPr>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13.Организация аттестации обучающихся</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В 1 классе безотметочное обучение. Во 2-4 классах отметочная система(текущие отметки, четвертные, годовые)</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В 5-9 классах отметки текущие, четвертные годовые. В 9 классе итоговая аттестация.</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В 10-11 классах. Отметки</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hAnsi="Times New Roman" w:cs="Times New Roman"/>
                <w:color w:val="111111"/>
                <w:kern w:val="2"/>
                <w:lang w:eastAsia="zh-CN" w:bidi="hi-IN"/>
              </w:rPr>
              <w:t xml:space="preserve"> </w:t>
            </w:r>
            <w:r w:rsidRPr="00E52EB9">
              <w:rPr>
                <w:rFonts w:ascii="Times New Roman" w:eastAsia="NSimSun" w:hAnsi="Times New Roman" w:cs="Times New Roman"/>
                <w:color w:val="111111"/>
                <w:kern w:val="2"/>
                <w:lang w:eastAsia="zh-CN" w:bidi="hi-IN"/>
              </w:rPr>
              <w:t>текущие, по полугодиям,годовые, итоговые (11 класс).</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В 11 классе итоговая аттестация.</w:t>
            </w:r>
          </w:p>
        </w:tc>
      </w:tr>
      <w:tr w:rsidR="00F44E79" w:rsidRPr="00E52EB9" w:rsidTr="000B0AE1">
        <w:trPr>
          <w:trHeight w:val="690"/>
        </w:trPr>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 xml:space="preserve">14.Проведение промежуточной аттестации </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10 апреля 2023 года – 19 мая 2023 года</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5-8 классы: 10 апреля 2023 года – 19 мая 2023 года</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9 класс: с 10 апреля 2023 года по 16 мая 2023 года</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10 класс: 10 апреля 2023 года – 19 мая 2023 года</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11 класс: с 10 апреля 2023 года по 16 мая 2023 года</w:t>
            </w:r>
          </w:p>
        </w:tc>
      </w:tr>
      <w:tr w:rsidR="00F44E79" w:rsidRPr="00E52EB9" w:rsidTr="000B0AE1">
        <w:trPr>
          <w:trHeight w:val="690"/>
        </w:trPr>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15.Каникулы</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Осенние каникулы: 9 дней.с 29.10.22г по 06.11.22г.(включит.) (1-4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Зимние каникулы: 12 дней. с 28.12.22г по 08.01.23г.(включит.) (1-4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Дополнительные каникулы для 1 класса: 7 дней. С 13.02.23г по 19.02.23г. Весенние каникулы: 9 дней. С 18.03.23г по 26.03.23г. (включит.)(1-4 классы).</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Летние каникулы: 92 дня. С 01.06.2023г. по 31.08.2023г.(включит.)(1-4 классы)</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Осенние каникулы: 9 дней.с 29.10.22г по 06.11.22г.(включит.) (5-9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Зимние каникулы: 12 дней. с 28.12.22г по 08.01.23г.(включит.)</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hAnsi="Times New Roman" w:cs="Times New Roman"/>
                <w:color w:val="111111"/>
                <w:kern w:val="2"/>
                <w:lang w:eastAsia="zh-CN" w:bidi="hi-IN"/>
              </w:rPr>
              <w:t xml:space="preserve"> </w:t>
            </w:r>
            <w:r w:rsidRPr="00E52EB9">
              <w:rPr>
                <w:rFonts w:ascii="Times New Roman" w:eastAsia="NSimSun" w:hAnsi="Times New Roman" w:cs="Times New Roman"/>
                <w:color w:val="111111"/>
                <w:kern w:val="2"/>
                <w:lang w:eastAsia="zh-CN" w:bidi="hi-IN"/>
              </w:rPr>
              <w:t>(5-9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Весенние каникулы: 9 дней. С 18.03.23г по 26.03.23г. (включит.)</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(5-9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Летние каникулы: 92 дня. С 01.06.2023г. по 31.08.2023г.(включит.)(5-8классы)</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Итоговая аттестация и летние каникулы для обучающихся 9 класса с 26.05.2023г. по 31.08.2023г. (включит.)</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Осенние каникулы: 9 дней.с 29.10.22г по 06.11.22г.(включит.)  (10-11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Зимние каникулы: 12 дней. с 28.12.22г по 08.01.23г.(включит.) (10-11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 xml:space="preserve">Весенние каникулы: 9 дней. </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С 16.03.23г по 26.03.23г. (включит.)</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(10 -11 классы)</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Летние каникулы: 92 дня. С 01.06.2023г. по 31.08.2023г.(включит.) (10 класс)</w:t>
            </w:r>
          </w:p>
          <w:p w:rsidR="00F44E79" w:rsidRPr="00E52EB9" w:rsidRDefault="00F44E79" w:rsidP="00E52EB9">
            <w:pPr>
              <w:tabs>
                <w:tab w:val="left" w:pos="1395"/>
              </w:tabs>
              <w:suppressAutoHyphens/>
              <w:snapToGrid w:val="0"/>
              <w:jc w:val="both"/>
              <w:rPr>
                <w:rFonts w:ascii="Times New Roman" w:eastAsia="NSimSun" w:hAnsi="Times New Roman" w:cs="Times New Roman"/>
                <w:color w:val="111111"/>
                <w:kern w:val="2"/>
                <w:lang w:eastAsia="zh-CN" w:bidi="hi-IN"/>
              </w:rPr>
            </w:pP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Итоговая аттестация и</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летние каникулы для</w:t>
            </w:r>
          </w:p>
          <w:p w:rsidR="00F44E79" w:rsidRPr="00E52EB9" w:rsidRDefault="00F44E79" w:rsidP="00E52EB9">
            <w:pPr>
              <w:tabs>
                <w:tab w:val="left" w:pos="1395"/>
              </w:tabs>
              <w:suppressAutoHyphens/>
              <w:snapToGrid w:val="0"/>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обучающихся 11 класса</w:t>
            </w:r>
          </w:p>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color w:val="111111"/>
                <w:kern w:val="2"/>
                <w:lang w:eastAsia="zh-CN" w:bidi="hi-IN"/>
              </w:rPr>
              <w:t>с 26.05.2023г. по 31.08.2023г.(включит.)</w:t>
            </w:r>
          </w:p>
        </w:tc>
      </w:tr>
      <w:tr w:rsidR="00F44E79" w:rsidRPr="00E52EB9" w:rsidTr="000B0AE1">
        <w:trPr>
          <w:trHeight w:val="690"/>
        </w:trPr>
        <w:tc>
          <w:tcPr>
            <w:tcW w:w="193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16.Проведение государственной итоговой аттестации</w:t>
            </w:r>
          </w:p>
        </w:tc>
        <w:tc>
          <w:tcPr>
            <w:tcW w:w="2565"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w:t>
            </w:r>
          </w:p>
        </w:tc>
        <w:tc>
          <w:tcPr>
            <w:tcW w:w="3000" w:type="dxa"/>
            <w:tcBorders>
              <w:top w:val="single" w:sz="4" w:space="0" w:color="000000"/>
              <w:left w:val="single" w:sz="4" w:space="0" w:color="000000"/>
              <w:bottom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 xml:space="preserve">Сроки проведения государственной итоговой аттестации обучающихся 9 класса устанавливаются Министерством просвещения  Российской Федерации </w:t>
            </w:r>
          </w:p>
        </w:tc>
        <w:tc>
          <w:tcPr>
            <w:tcW w:w="3788" w:type="dxa"/>
            <w:tcBorders>
              <w:top w:val="single" w:sz="4" w:space="0" w:color="000000"/>
              <w:left w:val="single" w:sz="4" w:space="0" w:color="000000"/>
              <w:bottom w:val="single" w:sz="4" w:space="0" w:color="000000"/>
              <w:right w:val="single" w:sz="4" w:space="0" w:color="000000"/>
            </w:tcBorders>
          </w:tcPr>
          <w:p w:rsidR="00F44E79" w:rsidRPr="00E52EB9" w:rsidRDefault="00F44E79" w:rsidP="00E52EB9">
            <w:pPr>
              <w:tabs>
                <w:tab w:val="left" w:pos="1395"/>
              </w:tabs>
              <w:suppressAutoHyphens/>
              <w:snapToGrid w:val="0"/>
              <w:spacing w:after="200"/>
              <w:contextualSpacing/>
              <w:jc w:val="both"/>
              <w:rPr>
                <w:rFonts w:ascii="Times New Roman" w:eastAsia="NSimSun" w:hAnsi="Times New Roman" w:cs="Times New Roman"/>
                <w:kern w:val="2"/>
                <w:lang w:eastAsia="zh-CN" w:bidi="hi-IN"/>
              </w:rPr>
            </w:pPr>
            <w:r w:rsidRPr="00E52EB9">
              <w:rPr>
                <w:rFonts w:ascii="Times New Roman" w:eastAsia="NSimSun" w:hAnsi="Times New Roman" w:cs="Times New Roman"/>
                <w:kern w:val="2"/>
                <w:lang w:eastAsia="zh-CN" w:bidi="hi-IN"/>
              </w:rPr>
              <w:t>Сроки проведения государственной итоговой аттестации обучающихся 11 класса устанавливаются Министерством просвещения Российской Федерации</w:t>
            </w:r>
          </w:p>
        </w:tc>
      </w:tr>
    </w:tbl>
    <w:p w:rsidR="00F44E79" w:rsidRDefault="00F44E79" w:rsidP="00E52EB9">
      <w:pPr>
        <w:pStyle w:val="BodyText"/>
        <w:spacing w:after="400" w:line="276" w:lineRule="auto"/>
        <w:ind w:firstLine="0"/>
        <w:jc w:val="both"/>
        <w:rPr>
          <w:rFonts w:ascii="Courier New" w:hAnsi="Courier New" w:cs="Courier New"/>
          <w:color w:val="auto"/>
          <w:sz w:val="24"/>
          <w:szCs w:val="24"/>
        </w:rPr>
      </w:pPr>
    </w:p>
    <w:p w:rsidR="00F44E79" w:rsidRDefault="00F44E79" w:rsidP="00195B0F">
      <w:pPr>
        <w:pStyle w:val="33"/>
        <w:keepNext/>
        <w:keepLines/>
        <w:tabs>
          <w:tab w:val="left" w:pos="639"/>
        </w:tabs>
        <w:spacing w:after="40" w:line="288" w:lineRule="auto"/>
        <w:jc w:val="both"/>
        <w:rPr>
          <w:b w:val="0"/>
          <w:bCs w:val="0"/>
          <w:color w:val="auto"/>
          <w:sz w:val="24"/>
          <w:szCs w:val="24"/>
        </w:rPr>
      </w:pPr>
      <w:bookmarkStart w:id="1400" w:name="bookmark5942"/>
      <w:bookmarkStart w:id="1401" w:name="bookmark5940"/>
      <w:bookmarkStart w:id="1402" w:name="bookmark5941"/>
      <w:bookmarkStart w:id="1403" w:name="bookmark5943"/>
      <w:bookmarkEnd w:id="1400"/>
      <w:r>
        <w:rPr>
          <w:rStyle w:val="32"/>
          <w:rFonts w:cs="Arial"/>
          <w:b/>
          <w:color w:val="000000"/>
        </w:rPr>
        <w:t>3.2.2. План внеурочной деятельности</w:t>
      </w:r>
      <w:bookmarkEnd w:id="1401"/>
      <w:bookmarkEnd w:id="1402"/>
      <w:bookmarkEnd w:id="1403"/>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color w:val="000000"/>
        </w:rPr>
        <w:t>Под внеурочной деятельностью следует понимать образова</w:t>
      </w:r>
      <w:r>
        <w:rPr>
          <w:rStyle w:val="BodyTextChar1"/>
          <w:rFonts w:cs="Georgia"/>
          <w:color w:val="000000"/>
        </w:rPr>
        <w:softHyphen/>
        <w:t>тельную деятельность, направленную на достижение плани</w:t>
      </w:r>
      <w:r>
        <w:rPr>
          <w:rStyle w:val="BodyTextChar1"/>
          <w:rFonts w:cs="Georgia"/>
          <w:color w:val="000000"/>
        </w:rPr>
        <w:softHyphen/>
        <w:t>руемых результатов освоения основной образовательной про</w:t>
      </w:r>
      <w:r>
        <w:rPr>
          <w:rStyle w:val="BodyTextChar1"/>
          <w:rFonts w:cs="Georgia"/>
          <w:color w:val="000000"/>
        </w:rPr>
        <w:softHyphen/>
        <w:t>граммы (личностных, метапредметных и предметных), осуществляемую в формах, отличных от урочной.</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color w:val="000000"/>
        </w:rPr>
        <w:t>Внеурочная деятельность является неотъемлемой и обяза</w:t>
      </w:r>
      <w:r>
        <w:rPr>
          <w:rStyle w:val="BodyTextChar1"/>
          <w:rFonts w:cs="Georgia"/>
          <w:color w:val="000000"/>
        </w:rPr>
        <w:softHyphen/>
        <w:t>тельной частью основной общеобразовательной программы.</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color w:val="000000"/>
        </w:rPr>
        <w:t>План внеурочной деятельности представляет собой описание целостной системы функционирования образовательной орга</w:t>
      </w:r>
      <w:r>
        <w:rPr>
          <w:rStyle w:val="BodyTextChar1"/>
          <w:rFonts w:cs="Georgia"/>
          <w:color w:val="000000"/>
        </w:rPr>
        <w:softHyphen/>
        <w:t>низации в сфере внеурочной деятельности и  включает в себя:</w:t>
      </w:r>
    </w:p>
    <w:p w:rsidR="00F44E79" w:rsidRDefault="00F44E79">
      <w:pPr>
        <w:pStyle w:val="BodyText"/>
        <w:spacing w:after="220" w:line="276" w:lineRule="auto"/>
        <w:ind w:left="240" w:hanging="240"/>
        <w:jc w:val="both"/>
        <w:rPr>
          <w:rFonts w:ascii="Courier New" w:hAnsi="Courier New" w:cs="Courier New"/>
          <w:color w:val="auto"/>
          <w:sz w:val="24"/>
          <w:szCs w:val="24"/>
        </w:rPr>
      </w:pPr>
      <w:r>
        <w:rPr>
          <w:rStyle w:val="BodyTextChar1"/>
          <w:rFonts w:ascii="Times New Roman" w:hAnsi="Times New Roman"/>
          <w:color w:val="000000"/>
          <w:sz w:val="17"/>
          <w:szCs w:val="17"/>
        </w:rPr>
        <w:t xml:space="preserve">■ </w:t>
      </w:r>
      <w:r>
        <w:rPr>
          <w:rStyle w:val="BodyTextChar1"/>
          <w:rFonts w:cs="Georgia"/>
          <w:color w:val="000000"/>
        </w:rPr>
        <w:t>внеурочную деятельность по учебным предметам образова</w:t>
      </w:r>
      <w:r>
        <w:rPr>
          <w:rStyle w:val="BodyTextChar1"/>
          <w:rFonts w:cs="Georgia"/>
          <w:color w:val="000000"/>
        </w:rPr>
        <w:softHyphen/>
        <w:t>тельной программы (учебные курсы, учебные модули по вы</w:t>
      </w:r>
      <w:r>
        <w:rPr>
          <w:rStyle w:val="BodyTextChar1"/>
          <w:rFonts w:cs="Georgia"/>
          <w:color w:val="000000"/>
        </w:rPr>
        <w:softHyphen/>
        <w:t>бору обучающихся, родителей (законных представителей) несовершеннолетних обучающихся, в том числе предусма</w:t>
      </w:r>
      <w:r>
        <w:rPr>
          <w:rStyle w:val="BodyTextChar1"/>
          <w:rFonts w:cs="Georgia"/>
          <w:color w:val="000000"/>
        </w:rPr>
        <w:softHyphen/>
        <w:t>тривающие углубленное изучение учебных предметов, с це</w:t>
      </w:r>
      <w:r>
        <w:rPr>
          <w:rStyle w:val="BodyTextChar1"/>
          <w:rFonts w:cs="Georgia"/>
          <w:color w:val="000000"/>
        </w:rPr>
        <w:softHyphen/>
        <w:t>лью удовлетворения различных интересов обучающихся, по</w:t>
      </w:r>
      <w:r>
        <w:rPr>
          <w:rStyle w:val="BodyTextChar1"/>
          <w:rFonts w:cs="Georgia"/>
          <w:color w:val="000000"/>
        </w:rPr>
        <w:softHyphen/>
        <w:t>требностей в физическом развитии и совершенствовании, а также учитывающие этнокультурные интересы, особые об</w:t>
      </w:r>
      <w:r>
        <w:rPr>
          <w:rStyle w:val="BodyTextChar1"/>
          <w:rFonts w:cs="Georgia"/>
          <w:color w:val="000000"/>
        </w:rPr>
        <w:softHyphen/>
        <w:t>разовательные потребности обучающихся с ОВЗ;</w:t>
      </w:r>
    </w:p>
    <w:p w:rsidR="00F44E79" w:rsidRDefault="00F44E79" w:rsidP="001C7BA4">
      <w:pPr>
        <w:pStyle w:val="BodyText"/>
        <w:numPr>
          <w:ilvl w:val="0"/>
          <w:numId w:val="75"/>
        </w:numPr>
        <w:tabs>
          <w:tab w:val="left" w:pos="207"/>
        </w:tabs>
        <w:spacing w:line="269" w:lineRule="auto"/>
        <w:ind w:left="240" w:hanging="240"/>
        <w:jc w:val="both"/>
        <w:rPr>
          <w:color w:val="auto"/>
          <w:sz w:val="24"/>
          <w:szCs w:val="24"/>
        </w:rPr>
      </w:pPr>
      <w:bookmarkStart w:id="1404" w:name="bookmark5944"/>
      <w:bookmarkEnd w:id="1404"/>
      <w:r>
        <w:rPr>
          <w:rStyle w:val="BodyTextChar1"/>
          <w:rFonts w:cs="Georgia"/>
        </w:rPr>
        <w:t>внеурочную деятельность по формированию функциональ</w:t>
      </w:r>
      <w:r>
        <w:rPr>
          <w:rStyle w:val="BodyTextChar1"/>
          <w:rFonts w:cs="Georgia"/>
        </w:rPr>
        <w:softHyphen/>
        <w:t>ной грамотности (читательской, математической, естествен</w:t>
      </w:r>
      <w:r>
        <w:rPr>
          <w:rStyle w:val="BodyTextChar1"/>
          <w:rFonts w:cs="Georgia"/>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BodyTextChar1"/>
          <w:rFonts w:cs="Georgia"/>
        </w:rPr>
        <w:softHyphen/>
        <w:t>ектной и исследовательской деятельности);</w:t>
      </w:r>
    </w:p>
    <w:p w:rsidR="00F44E79" w:rsidRDefault="00F44E79" w:rsidP="001C7BA4">
      <w:pPr>
        <w:pStyle w:val="BodyText"/>
        <w:numPr>
          <w:ilvl w:val="0"/>
          <w:numId w:val="75"/>
        </w:numPr>
        <w:tabs>
          <w:tab w:val="left" w:pos="207"/>
        </w:tabs>
        <w:spacing w:line="269" w:lineRule="auto"/>
        <w:ind w:left="240" w:hanging="240"/>
        <w:jc w:val="both"/>
        <w:rPr>
          <w:color w:val="auto"/>
          <w:sz w:val="24"/>
          <w:szCs w:val="24"/>
        </w:rPr>
      </w:pPr>
      <w:bookmarkStart w:id="1405" w:name="bookmark5945"/>
      <w:bookmarkEnd w:id="1405"/>
      <w:r>
        <w:rPr>
          <w:rStyle w:val="BodyTextChar1"/>
          <w:rFonts w:cs="Georgia"/>
        </w:rPr>
        <w:t>внеурочную деятельность по развитию личности, ее способ</w:t>
      </w:r>
      <w:r>
        <w:rPr>
          <w:rStyle w:val="BodyTextChar1"/>
          <w:rFonts w:cs="Georgia"/>
        </w:rPr>
        <w:softHyphen/>
        <w:t>ностей, удовлетворения образовательных потребностей и ин</w:t>
      </w:r>
      <w:r>
        <w:rPr>
          <w:rStyle w:val="BodyTextChar1"/>
          <w:rFonts w:cs="Georgia"/>
        </w:rPr>
        <w:softHyphen/>
        <w:t>тересов, самореализации обучающихся, в том числе одарен</w:t>
      </w:r>
      <w:r>
        <w:rPr>
          <w:rStyle w:val="BodyTextChar1"/>
          <w:rFonts w:cs="Georgia"/>
        </w:rPr>
        <w:softHyphen/>
        <w:t>ных, через организацию социальных практик (в том числе волонтёрство), включая общественно полезную деятель</w:t>
      </w:r>
      <w:r>
        <w:rPr>
          <w:rStyle w:val="BodyTextChar1"/>
          <w:rFonts w:cs="Georgia"/>
        </w:rPr>
        <w:softHyphen/>
        <w:t>ность, профессиональные пробы, развитие глобальных ком</w:t>
      </w:r>
      <w:r>
        <w:rPr>
          <w:rStyle w:val="BodyTextChar1"/>
          <w:rFonts w:cs="Georgia"/>
        </w:rPr>
        <w:softHyphen/>
        <w:t>петенций, формирование предпринимательских навыков, практическую подготовку, использование возможностей ор</w:t>
      </w:r>
      <w:r>
        <w:rPr>
          <w:rStyle w:val="BodyTextChar1"/>
          <w:rFonts w:cs="Georgia"/>
        </w:rPr>
        <w:softHyphen/>
        <w:t>ганизаций дополнительного образования, профессиональ</w:t>
      </w:r>
      <w:r>
        <w:rPr>
          <w:rStyle w:val="BodyTextChar1"/>
          <w:rFonts w:cs="Georgia"/>
        </w:rPr>
        <w:softHyphen/>
        <w:t>ных образовательных организаций и социальных партнеров в профессионально-производственном окружении;</w:t>
      </w:r>
    </w:p>
    <w:p w:rsidR="00F44E79" w:rsidRDefault="00F44E79" w:rsidP="001C7BA4">
      <w:pPr>
        <w:pStyle w:val="BodyText"/>
        <w:numPr>
          <w:ilvl w:val="0"/>
          <w:numId w:val="75"/>
        </w:numPr>
        <w:tabs>
          <w:tab w:val="left" w:pos="207"/>
        </w:tabs>
        <w:spacing w:line="269" w:lineRule="auto"/>
        <w:ind w:left="240" w:hanging="240"/>
        <w:jc w:val="both"/>
        <w:rPr>
          <w:color w:val="auto"/>
          <w:sz w:val="24"/>
          <w:szCs w:val="24"/>
        </w:rPr>
      </w:pPr>
      <w:bookmarkStart w:id="1406" w:name="bookmark5946"/>
      <w:bookmarkEnd w:id="1406"/>
      <w:r>
        <w:rPr>
          <w:rStyle w:val="BodyTextChar1"/>
          <w:rFonts w:cs="Georgia"/>
        </w:rPr>
        <w:t>внеурочную деятельность, направленную на реализацию ком</w:t>
      </w:r>
      <w:r>
        <w:rPr>
          <w:rStyle w:val="BodyTextChar1"/>
          <w:rFonts w:cs="Georgia"/>
        </w:rPr>
        <w:softHyphen/>
        <w:t>плекса воспитательных мероприятий на уровне образователь</w:t>
      </w:r>
      <w:r>
        <w:rPr>
          <w:rStyle w:val="BodyTextChar1"/>
          <w:rFonts w:cs="Georgia"/>
        </w:rPr>
        <w:softHyphen/>
        <w:t>ной организации, класса, занятия, в том числе в творческих объединениях по интересам, культурные и социальные прак</w:t>
      </w:r>
      <w:r>
        <w:rPr>
          <w:rStyle w:val="BodyTextChar1"/>
          <w:rFonts w:cs="Georgia"/>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44E79" w:rsidRDefault="00F44E79" w:rsidP="001C7BA4">
      <w:pPr>
        <w:pStyle w:val="BodyText"/>
        <w:numPr>
          <w:ilvl w:val="0"/>
          <w:numId w:val="75"/>
        </w:numPr>
        <w:tabs>
          <w:tab w:val="left" w:pos="207"/>
        </w:tabs>
        <w:spacing w:line="269" w:lineRule="auto"/>
        <w:ind w:left="240" w:hanging="240"/>
        <w:jc w:val="both"/>
        <w:rPr>
          <w:color w:val="auto"/>
          <w:sz w:val="24"/>
          <w:szCs w:val="24"/>
        </w:rPr>
      </w:pPr>
      <w:bookmarkStart w:id="1407" w:name="bookmark5947"/>
      <w:bookmarkEnd w:id="1407"/>
      <w:r>
        <w:rPr>
          <w:rStyle w:val="BodyTextChar1"/>
          <w:rFonts w:cs="Georgia"/>
        </w:rPr>
        <w:t>внеурочную деятельность по организации деятельности уче</w:t>
      </w:r>
      <w:r>
        <w:rPr>
          <w:rStyle w:val="BodyTextChar1"/>
          <w:rFonts w:cs="Georgia"/>
        </w:rPr>
        <w:softHyphen/>
        <w:t>нических сообществ (подростковых коллективов), в том чис</w:t>
      </w:r>
      <w:r>
        <w:rPr>
          <w:rStyle w:val="BodyTextChar1"/>
          <w:rFonts w:cs="Georgia"/>
        </w:rPr>
        <w:softHyphen/>
        <w:t>ле ученических классов, разновозрастных объединений по интересам, клубов; детских, подростковых и юношеских об</w:t>
      </w:r>
      <w:r>
        <w:rPr>
          <w:rStyle w:val="BodyTextChar1"/>
          <w:rFonts w:cs="Georgia"/>
        </w:rPr>
        <w:softHyphen/>
        <w:t>щественных объединений, организаций и т. д.;</w:t>
      </w:r>
    </w:p>
    <w:p w:rsidR="00F44E79" w:rsidRDefault="00F44E79" w:rsidP="001C7BA4">
      <w:pPr>
        <w:pStyle w:val="BodyText"/>
        <w:numPr>
          <w:ilvl w:val="0"/>
          <w:numId w:val="75"/>
        </w:numPr>
        <w:tabs>
          <w:tab w:val="left" w:pos="207"/>
        </w:tabs>
        <w:spacing w:line="269" w:lineRule="auto"/>
        <w:ind w:left="240" w:hanging="240"/>
        <w:jc w:val="both"/>
        <w:rPr>
          <w:color w:val="auto"/>
          <w:sz w:val="24"/>
          <w:szCs w:val="24"/>
        </w:rPr>
      </w:pPr>
      <w:bookmarkStart w:id="1408" w:name="bookmark5948"/>
      <w:bookmarkEnd w:id="1408"/>
      <w:r>
        <w:rPr>
          <w:rStyle w:val="BodyTextChar1"/>
          <w:rFonts w:cs="Georgia"/>
        </w:rPr>
        <w:t>внеурочную деятельность, направленную на организацион</w:t>
      </w:r>
      <w:r>
        <w:rPr>
          <w:rStyle w:val="BodyTextChar1"/>
          <w:rFonts w:cs="Georgia"/>
        </w:rPr>
        <w:softHyphen/>
        <w:t>ное обеспечение учебной деятельности (организационные со</w:t>
      </w:r>
      <w:r>
        <w:rPr>
          <w:rStyle w:val="BodyTextChar1"/>
          <w:rFonts w:cs="Georgia"/>
        </w:rPr>
        <w:softHyphen/>
        <w:t>брания, взаимодействие с родителями по обеспечению успеш</w:t>
      </w:r>
      <w:r>
        <w:rPr>
          <w:rStyle w:val="BodyTextChar1"/>
          <w:rFonts w:cs="Georgia"/>
        </w:rPr>
        <w:softHyphen/>
        <w:t>ной реализации образовательной программы и т. д.);</w:t>
      </w:r>
    </w:p>
    <w:p w:rsidR="00F44E79" w:rsidRDefault="00F44E79" w:rsidP="001C7BA4">
      <w:pPr>
        <w:pStyle w:val="BodyText"/>
        <w:numPr>
          <w:ilvl w:val="0"/>
          <w:numId w:val="75"/>
        </w:numPr>
        <w:tabs>
          <w:tab w:val="left" w:pos="207"/>
        </w:tabs>
        <w:spacing w:line="269" w:lineRule="auto"/>
        <w:ind w:left="240" w:hanging="240"/>
        <w:jc w:val="both"/>
        <w:rPr>
          <w:color w:val="auto"/>
          <w:sz w:val="24"/>
          <w:szCs w:val="24"/>
        </w:rPr>
      </w:pPr>
      <w:bookmarkStart w:id="1409" w:name="bookmark5949"/>
      <w:bookmarkEnd w:id="1409"/>
      <w:r>
        <w:rPr>
          <w:rStyle w:val="BodyTextChar1"/>
          <w:rFonts w:cs="Georgia"/>
        </w:rPr>
        <w:t>внеурочную деятельность, направленную на организацию пе</w:t>
      </w:r>
      <w:r>
        <w:rPr>
          <w:rStyle w:val="BodyTextChar1"/>
          <w:rFonts w:cs="Georgia"/>
        </w:rPr>
        <w:softHyphen/>
        <w:t>дагогической поддержки обучающихся (проектирование ин</w:t>
      </w:r>
      <w:r>
        <w:rPr>
          <w:rStyle w:val="BodyTextChar1"/>
          <w:rFonts w:cs="Georgia"/>
        </w:rPr>
        <w:softHyphen/>
        <w:t>дивидуальных образовательных маршрутов, работа тьюто</w:t>
      </w:r>
      <w:r>
        <w:rPr>
          <w:rStyle w:val="BodyTextChar1"/>
          <w:rFonts w:cs="Georgia"/>
        </w:rPr>
        <w:softHyphen/>
        <w:t>ров, педагогов-психологов);</w:t>
      </w:r>
    </w:p>
    <w:p w:rsidR="00F44E79" w:rsidRDefault="00F44E79" w:rsidP="001C7BA4">
      <w:pPr>
        <w:pStyle w:val="BodyText"/>
        <w:numPr>
          <w:ilvl w:val="0"/>
          <w:numId w:val="75"/>
        </w:numPr>
        <w:tabs>
          <w:tab w:val="left" w:pos="207"/>
        </w:tabs>
        <w:spacing w:line="269" w:lineRule="auto"/>
        <w:ind w:left="240" w:hanging="240"/>
        <w:jc w:val="both"/>
        <w:rPr>
          <w:color w:val="auto"/>
          <w:sz w:val="24"/>
          <w:szCs w:val="24"/>
        </w:rPr>
      </w:pPr>
      <w:bookmarkStart w:id="1410" w:name="bookmark5950"/>
      <w:bookmarkEnd w:id="1410"/>
      <w:r>
        <w:rPr>
          <w:rStyle w:val="BodyTextChar1"/>
          <w:rFonts w:cs="Georgia"/>
        </w:rPr>
        <w:t>внеурочную деятельность, направленную на обеспечение благополучия обучающихся в пространстве общеобразова</w:t>
      </w:r>
      <w:r>
        <w:rPr>
          <w:rStyle w:val="BodyTextChar1"/>
          <w:rFonts w:cs="Georgia"/>
        </w:rPr>
        <w:softHyphen/>
        <w:t>тельной школы (безопасности жизни и здоровья школьни</w:t>
      </w:r>
      <w:r>
        <w:rPr>
          <w:rStyle w:val="BodyTextChar1"/>
          <w:rFonts w:cs="Georgia"/>
        </w:rPr>
        <w:softHyphen/>
        <w:t>ков, безопасных межличностных отношений в учебных группах, профилактики неуспеваемости, профилактики раз</w:t>
      </w:r>
      <w:r>
        <w:rPr>
          <w:rStyle w:val="BodyTextChar1"/>
          <w:rFonts w:cs="Georgia"/>
        </w:rPr>
        <w:softHyphen/>
        <w:t>личных рисков, возникающих в процессе взаимодействия школьника с окружающей средой, социальной защиты уча</w:t>
      </w:r>
      <w:r>
        <w:rPr>
          <w:rStyle w:val="BodyTextChar1"/>
          <w:rFonts w:cs="Georgia"/>
        </w:rPr>
        <w:softHyphen/>
        <w:t>щихся).</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Для достижения целей и задач внеурочной деятельности ис</w:t>
      </w:r>
      <w:r>
        <w:rPr>
          <w:rStyle w:val="BodyTextChar1"/>
          <w:rFonts w:cs="Georgia"/>
        </w:rPr>
        <w:softHyphen/>
        <w:t>пользуется все многообразие доступных объектов отечествен</w:t>
      </w:r>
      <w:r>
        <w:rPr>
          <w:rStyle w:val="BodyTextChar1"/>
          <w:rFonts w:cs="Georgia"/>
        </w:rPr>
        <w:softHyphen/>
        <w:t>ной культуры, в том числе наследие отечественного кинемато</w:t>
      </w:r>
      <w:r>
        <w:rPr>
          <w:rStyle w:val="BodyTextChar1"/>
          <w:rFonts w:cs="Georgia"/>
        </w:rPr>
        <w:softHyphen/>
        <w:t>графа.</w:t>
      </w:r>
    </w:p>
    <w:p w:rsidR="00F44E79" w:rsidRDefault="00F44E79">
      <w:pPr>
        <w:pStyle w:val="BodyText"/>
        <w:spacing w:after="220" w:line="266" w:lineRule="auto"/>
        <w:jc w:val="both"/>
        <w:rPr>
          <w:rFonts w:ascii="Courier New" w:hAnsi="Courier New" w:cs="Courier New"/>
          <w:color w:val="auto"/>
          <w:sz w:val="24"/>
          <w:szCs w:val="24"/>
        </w:rPr>
      </w:pPr>
      <w:r>
        <w:rPr>
          <w:rStyle w:val="BodyTextChar1"/>
          <w:rFonts w:cs="Georgia"/>
        </w:rPr>
        <w:t>Наследие отечественного кинематографа может использо</w:t>
      </w:r>
      <w:r>
        <w:rPr>
          <w:rStyle w:val="BodyTextChar1"/>
          <w:rFonts w:cs="Georgia"/>
        </w:rPr>
        <w:softHyphen/>
        <w:t>ваться как в качестве дидактического материала при реализа</w:t>
      </w:r>
      <w:r>
        <w:rPr>
          <w:rStyle w:val="BodyTextChar1"/>
          <w:rFonts w:cs="Georgia"/>
        </w:rPr>
        <w:softHyphen/>
        <w:t>ции курсов внеурочной деятельности, так и быть основной для разработки курсов внеурочной деятельности, посвященной это</w:t>
      </w:r>
      <w:r>
        <w:rPr>
          <w:rStyle w:val="BodyTextChar1"/>
          <w:rFonts w:cs="Georgia"/>
        </w:rPr>
        <w:softHyphen/>
        <w:t>му виду отечественного искусства.</w:t>
      </w:r>
    </w:p>
    <w:p w:rsidR="00F44E79" w:rsidRDefault="00F44E79">
      <w:pPr>
        <w:pStyle w:val="BodyText"/>
        <w:jc w:val="both"/>
        <w:rPr>
          <w:rFonts w:ascii="Courier New" w:hAnsi="Courier New" w:cs="Courier New"/>
          <w:color w:val="auto"/>
          <w:sz w:val="24"/>
          <w:szCs w:val="24"/>
        </w:rPr>
      </w:pPr>
      <w:r>
        <w:rPr>
          <w:rStyle w:val="BodyTextChar1"/>
          <w:rFonts w:cs="Georgia"/>
        </w:rPr>
        <w:t>Содержание плана внеурочной деятельности. Количество ча</w:t>
      </w:r>
      <w:r>
        <w:rPr>
          <w:rStyle w:val="BodyTextChar1"/>
          <w:rFonts w:cs="Georgia"/>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F44E79" w:rsidRDefault="00F44E79">
      <w:pPr>
        <w:pStyle w:val="BodyText"/>
        <w:jc w:val="both"/>
        <w:rPr>
          <w:rFonts w:ascii="Courier New" w:hAnsi="Courier New" w:cs="Courier New"/>
          <w:color w:val="auto"/>
          <w:sz w:val="24"/>
          <w:szCs w:val="24"/>
        </w:rPr>
      </w:pPr>
      <w:r>
        <w:rPr>
          <w:rStyle w:val="BodyTextChar1"/>
          <w:rFonts w:cs="Georgia"/>
        </w:rPr>
        <w:t>Величина недельной образовательной нагрузки (количество занятий), реализуемой через внеурочную деятельность, опреде</w:t>
      </w:r>
      <w:r>
        <w:rPr>
          <w:rStyle w:val="BodyTextChar1"/>
          <w:rFonts w:cs="Georgia"/>
        </w:rPr>
        <w:softHyphen/>
        <w:t>ляется за пределами количества часов, отведенных на освоение обучающимися учебного плана, но не более 10 часов. Для не</w:t>
      </w:r>
      <w:r>
        <w:rPr>
          <w:rStyle w:val="BodyTextChar1"/>
          <w:rFonts w:cs="Georgia"/>
        </w:rPr>
        <w:softHyphen/>
        <w:t>допущения перегрузки обучающихся допускается перенос об</w:t>
      </w:r>
      <w:r>
        <w:rPr>
          <w:rStyle w:val="BodyTextChar1"/>
          <w:rFonts w:cs="Georgia"/>
        </w:rPr>
        <w:softHyphen/>
        <w:t>разовательной нагрузки, реализуемой через внеурочную дея</w:t>
      </w:r>
      <w:r>
        <w:rPr>
          <w:rStyle w:val="BodyTextChar1"/>
          <w:rFonts w:cs="Georgia"/>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BodyTextChar1"/>
          <w:rFonts w:cs="Georgia"/>
        </w:rPr>
        <w:softHyphen/>
        <w:t>ции или на базе загородных детских центров, в походах, поезд</w:t>
      </w:r>
      <w:r>
        <w:rPr>
          <w:rStyle w:val="BodyTextChar1"/>
          <w:rFonts w:cs="Georgia"/>
        </w:rPr>
        <w:softHyphen/>
        <w:t>ках и т. д.).</w:t>
      </w:r>
    </w:p>
    <w:p w:rsidR="00F44E79" w:rsidRDefault="00F44E79">
      <w:pPr>
        <w:pStyle w:val="BodyText"/>
        <w:jc w:val="both"/>
        <w:rPr>
          <w:rFonts w:ascii="Courier New" w:hAnsi="Courier New" w:cs="Courier New"/>
          <w:color w:val="auto"/>
          <w:sz w:val="24"/>
          <w:szCs w:val="24"/>
        </w:rPr>
      </w:pPr>
      <w:r>
        <w:rPr>
          <w:rStyle w:val="BodyTextChar1"/>
          <w:rFonts w:cs="Georgia"/>
        </w:rPr>
        <w:t>При этом расходы времени на отдельные направления плана внеурочной деятельности могут отличаться:</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—на внеурочную деятельность по учебным предметам (вклю</w:t>
      </w:r>
      <w:r>
        <w:rPr>
          <w:rStyle w:val="BodyTextChar1"/>
          <w:rFonts w:cs="Georgia"/>
        </w:rPr>
        <w:softHyphen/>
        <w:t>чая занятия физической культурой и углубленное изучение предметов) еженедельно — от 2 до 4 часов,</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—на внеурочную деятельность по формированию функцио</w:t>
      </w:r>
      <w:r>
        <w:rPr>
          <w:rStyle w:val="BodyTextChar1"/>
          <w:rFonts w:cs="Georgia"/>
        </w:rPr>
        <w:softHyphen/>
        <w:t>нальной грамотности — от 1 до 2 часов;</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—на внеурочную деятельность по развитию личности, ее спо</w:t>
      </w:r>
      <w:r>
        <w:rPr>
          <w:rStyle w:val="BodyTextChar1"/>
          <w:rFonts w:cs="Georgia"/>
        </w:rPr>
        <w:softHyphen/>
        <w:t>собностей, удовлетворения образовательных потребностей и интересов, самореализации обучающихся еженедельно от 1 до 2 часов;</w:t>
      </w:r>
    </w:p>
    <w:p w:rsidR="00F44E79" w:rsidRDefault="00F44E79">
      <w:pPr>
        <w:pStyle w:val="BodyText"/>
        <w:ind w:left="240" w:hanging="240"/>
        <w:jc w:val="both"/>
        <w:rPr>
          <w:rFonts w:ascii="Courier New" w:hAnsi="Courier New" w:cs="Courier New"/>
          <w:color w:val="auto"/>
          <w:sz w:val="24"/>
          <w:szCs w:val="24"/>
        </w:rPr>
      </w:pPr>
      <w:r>
        <w:rPr>
          <w:rStyle w:val="BodyTextChar1"/>
          <w:rFonts w:cs="Georgia"/>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BodyTextChar1"/>
          <w:rFonts w:cs="Georgia"/>
        </w:rPr>
        <w:softHyphen/>
        <w:t>тивных дел масштаба ученического коллектива или общеш</w:t>
      </w:r>
      <w:r>
        <w:rPr>
          <w:rStyle w:val="BodyTextChar1"/>
          <w:rFonts w:cs="Georgia"/>
        </w:rPr>
        <w:softHyphen/>
        <w:t>кольных мероприятий за 1-2 недели может быть использо</w:t>
      </w:r>
      <w:r>
        <w:rPr>
          <w:rStyle w:val="BodyTextChar1"/>
          <w:rFonts w:cs="Georgia"/>
        </w:rPr>
        <w:softHyphen/>
        <w:t>вано до 20 часов (бюджет времени, отведенного на реализацию плана внеурочной деятельности);</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 на организационное обеспечение учебной деятельности, осу</w:t>
      </w:r>
      <w:r>
        <w:rPr>
          <w:rStyle w:val="BodyTextChar1"/>
          <w:rFonts w:cs="Georgia"/>
        </w:rPr>
        <w:softHyphen/>
        <w:t>ществление педагогической поддержки социализации обуча</w:t>
      </w:r>
      <w:r>
        <w:rPr>
          <w:rStyle w:val="BodyTextChar1"/>
          <w:rFonts w:cs="Georgia"/>
        </w:rPr>
        <w:softHyphen/>
        <w:t>ющихся и обеспечение их благополучия еженедельно — от 2 до 3 часов.</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Общий объем внеурочной деятельности не должен превы</w:t>
      </w:r>
      <w:r>
        <w:rPr>
          <w:rStyle w:val="BodyTextChar1"/>
          <w:rFonts w:cs="Georgia"/>
        </w:rPr>
        <w:softHyphen/>
        <w:t>шать 10 часов в неделю.</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При реализации плана внеурочной деятельности должна быть предусмотрена вариативность содержания внеурочной де</w:t>
      </w:r>
      <w:r>
        <w:rPr>
          <w:rStyle w:val="BodyTextChar1"/>
          <w:rFonts w:cs="Georgia"/>
        </w:rPr>
        <w:softHyphen/>
        <w:t>ятельности с учетом образовательных потребностей и интере</w:t>
      </w:r>
      <w:r>
        <w:rPr>
          <w:rStyle w:val="BodyTextChar1"/>
          <w:rFonts w:cs="Georgia"/>
        </w:rPr>
        <w:softHyphen/>
        <w:t>сов обучающихся.</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 зависимости от задач на каждом этапе реализации при</w:t>
      </w:r>
      <w:r>
        <w:rPr>
          <w:rStyle w:val="BodyTextChar1"/>
          <w:rFonts w:cs="Georgia"/>
        </w:rPr>
        <w:softHyphen/>
        <w:t>мерной образовательной программы количество часов, отводи</w:t>
      </w:r>
      <w:r>
        <w:rPr>
          <w:rStyle w:val="BodyTextChar1"/>
          <w:rFonts w:cs="Georgia"/>
        </w:rPr>
        <w:softHyphen/>
        <w:t>мых на внеурочную деятельность, может изменяться. Так, на</w:t>
      </w:r>
      <w:r>
        <w:rPr>
          <w:rStyle w:val="BodyTextChar1"/>
          <w:rFonts w:cs="Georgia"/>
        </w:rPr>
        <w:softHyphen/>
        <w:t>пример, в 5 классе для обеспечения адаптации обучающихся к изменившейся образовательной ситуации может быть выде</w:t>
      </w:r>
      <w:r>
        <w:rPr>
          <w:rStyle w:val="BodyTextChar1"/>
          <w:rFonts w:cs="Georgia"/>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BodyTextChar1"/>
          <w:rFonts w:cs="Georgia"/>
        </w:rPr>
        <w:softHyphen/>
        <w:t>чаться в связи необходимостью преодоления противоречий и разрешения проблем, возникающих в том или ином учениче</w:t>
      </w:r>
      <w:r>
        <w:rPr>
          <w:rStyle w:val="BodyTextChar1"/>
          <w:rFonts w:cs="Georgia"/>
        </w:rPr>
        <w:softHyphen/>
        <w:t>ском коллективе.</w:t>
      </w:r>
    </w:p>
    <w:p w:rsidR="00F44E79" w:rsidRDefault="00F44E79">
      <w:pPr>
        <w:pStyle w:val="BodyText"/>
        <w:spacing w:line="269" w:lineRule="auto"/>
        <w:jc w:val="both"/>
        <w:rPr>
          <w:rFonts w:ascii="Courier New" w:hAnsi="Courier New" w:cs="Courier New"/>
          <w:color w:val="auto"/>
          <w:sz w:val="24"/>
          <w:szCs w:val="24"/>
        </w:rPr>
      </w:pPr>
      <w:r>
        <w:rPr>
          <w:rStyle w:val="BodyTextChar1"/>
          <w:rFonts w:cs="Georgia"/>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BodyTextChar1"/>
          <w:rFonts w:cs="Georgia"/>
        </w:rPr>
        <w:softHyphen/>
        <w:t>ваться различные модели примерного плана внеурочной дея</w:t>
      </w:r>
      <w:r>
        <w:rPr>
          <w:rStyle w:val="BodyTextChar1"/>
          <w:rFonts w:cs="Georgia"/>
        </w:rPr>
        <w:softHyphen/>
        <w:t>тельности:</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—модель плана с преобладанием учебно-познавательной дея</w:t>
      </w:r>
      <w:r>
        <w:rPr>
          <w:rStyle w:val="BodyTextChar1"/>
          <w:rFonts w:cs="Georgia"/>
        </w:rPr>
        <w:softHyphen/>
        <w:t>тельности, когда наибольшее внимание уделяется внеуроч</w:t>
      </w:r>
      <w:r>
        <w:rPr>
          <w:rStyle w:val="BodyTextChar1"/>
          <w:rFonts w:cs="Georgia"/>
        </w:rPr>
        <w:softHyphen/>
        <w:t>ной деятельности по учебным предметам и организационно</w:t>
      </w:r>
      <w:r>
        <w:rPr>
          <w:rStyle w:val="BodyTextChar1"/>
          <w:rFonts w:cs="Georgia"/>
        </w:rPr>
        <w:softHyphen/>
        <w:t>му обеспечению учебной деятельности;</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F44E79" w:rsidRDefault="00F44E79">
      <w:pPr>
        <w:pStyle w:val="BodyText"/>
        <w:spacing w:line="269" w:lineRule="auto"/>
        <w:ind w:left="240" w:hanging="240"/>
        <w:jc w:val="both"/>
        <w:rPr>
          <w:rFonts w:ascii="Courier New" w:hAnsi="Courier New" w:cs="Courier New"/>
          <w:color w:val="auto"/>
          <w:sz w:val="24"/>
          <w:szCs w:val="24"/>
        </w:rPr>
      </w:pPr>
      <w:r>
        <w:rPr>
          <w:rStyle w:val="BodyTextChar1"/>
          <w:rFonts w:cs="Georgia"/>
        </w:rPr>
        <w:t>—модель плана с преобладанием деятельности ученических со</w:t>
      </w:r>
      <w:r>
        <w:rPr>
          <w:rStyle w:val="BodyTextChar1"/>
          <w:rFonts w:cs="Georgia"/>
        </w:rPr>
        <w:softHyphen/>
        <w:t>обществ и воспитательных мероприятий.</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Организация жизни ученических сообществ является важ</w:t>
      </w:r>
      <w:r>
        <w:rPr>
          <w:rStyle w:val="BodyTextChar1"/>
          <w:rFonts w:cs="Georgia"/>
        </w:rPr>
        <w:softHyphen/>
        <w:t>ной составляющей внеурочной деятельности, направлена на формирование у школьников российской гражданской иден</w:t>
      </w:r>
      <w:r>
        <w:rPr>
          <w:rStyle w:val="BodyTextChar1"/>
          <w:rFonts w:cs="Georgia"/>
        </w:rPr>
        <w:softHyphen/>
        <w:t>тичности и таких компетенций, как:</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 компетенции конструктивного, успешного и ответственного поведения в обществе с учетом правовых норм, установлен</w:t>
      </w:r>
      <w:r>
        <w:rPr>
          <w:rStyle w:val="BodyTextChar1"/>
          <w:rFonts w:cs="Georgia"/>
        </w:rPr>
        <w:softHyphen/>
        <w:t>ных российским законодательством;</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—социальная самоидентификация обучающихся посредством личностно значимой и общественно приемлемой деятельно</w:t>
      </w:r>
      <w:r>
        <w:rPr>
          <w:rStyle w:val="BodyTextChar1"/>
          <w:rFonts w:cs="Georgia"/>
        </w:rPr>
        <w:softHyphen/>
        <w:t>сти, приобретение знаний о социальных ролях человека;</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—компетенции в сфере общественной самоорганизации, уча</w:t>
      </w:r>
      <w:r>
        <w:rPr>
          <w:rStyle w:val="BodyTextChar1"/>
          <w:rFonts w:cs="Georgia"/>
        </w:rPr>
        <w:softHyphen/>
        <w:t>стия в общественно значимой совместной деятельности.</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—Организация жизни ученических сообществ может происхо</w:t>
      </w:r>
      <w:r>
        <w:rPr>
          <w:rStyle w:val="BodyTextChar1"/>
          <w:rFonts w:cs="Georgia"/>
        </w:rPr>
        <w:softHyphen/>
        <w:t>дить:</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BodyTextChar1"/>
          <w:rFonts w:cs="Georgia"/>
        </w:rPr>
        <w:softHyphen/>
        <w:t>делами;</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—через приобщение обучающихся к общественной деятельно</w:t>
      </w:r>
      <w:r>
        <w:rPr>
          <w:rStyle w:val="BodyTextChar1"/>
          <w:rFonts w:cs="Georgia"/>
        </w:rPr>
        <w:softHyphen/>
        <w:t>сти и школьным традициям, участие обучающихся в дея</w:t>
      </w:r>
      <w:r>
        <w:rPr>
          <w:rStyle w:val="BodyTextChar1"/>
          <w:rFonts w:cs="Georgia"/>
        </w:rPr>
        <w:softHyphen/>
        <w:t>тельности производственных, творческих объединений, бла</w:t>
      </w:r>
      <w:r>
        <w:rPr>
          <w:rStyle w:val="BodyTextChar1"/>
          <w:rFonts w:cs="Georgia"/>
        </w:rPr>
        <w:softHyphen/>
        <w:t>готворительных организаций;</w:t>
      </w:r>
    </w:p>
    <w:p w:rsidR="00F44E79" w:rsidRDefault="00F44E79">
      <w:pPr>
        <w:pStyle w:val="BodyText"/>
        <w:spacing w:line="266" w:lineRule="auto"/>
        <w:ind w:left="240" w:hanging="240"/>
        <w:jc w:val="both"/>
        <w:rPr>
          <w:rFonts w:ascii="Courier New" w:hAnsi="Courier New" w:cs="Courier New"/>
          <w:color w:val="auto"/>
          <w:sz w:val="24"/>
          <w:szCs w:val="24"/>
        </w:rPr>
      </w:pPr>
      <w:r>
        <w:rPr>
          <w:rStyle w:val="BodyTextChar1"/>
          <w:rFonts w:cs="Georgia"/>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BodyTextChar1"/>
          <w:rFonts w:cs="Georgia"/>
        </w:rPr>
        <w:softHyphen/>
        <w:t>ными организациями и объединениями.</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Формы реализации внеурочной деятельности образователь</w:t>
      </w:r>
      <w:r>
        <w:rPr>
          <w:rStyle w:val="BodyTextChar1"/>
          <w:rFonts w:cs="Georgia"/>
        </w:rPr>
        <w:softHyphen/>
        <w:t>ная организация определяет самостоятельно.</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Формы внеурочной деятельности должны предусматривать активность и самостоятельность обучающихся, сочетать инди</w:t>
      </w:r>
      <w:r>
        <w:rPr>
          <w:rStyle w:val="BodyTextChar1"/>
          <w:rFonts w:cs="Georgia"/>
        </w:rPr>
        <w:softHyphen/>
        <w:t>видуальную и групповую работу; обеспечивать гибкий режим занятий (продолжительность, последовательность), перемен</w:t>
      </w:r>
      <w:r>
        <w:rPr>
          <w:rStyle w:val="BodyTextChar1"/>
          <w:rFonts w:cs="Georgia"/>
        </w:rPr>
        <w:softHyphen/>
        <w:t>ный состав обучающихся, проектную и исследовательскую де</w:t>
      </w:r>
      <w:r>
        <w:rPr>
          <w:rStyle w:val="BodyTextChar1"/>
          <w:rFonts w:cs="Georgia"/>
        </w:rPr>
        <w:softHyphen/>
        <w:t>ятельность (в том числе экспедиции, практики), экскурсии (в музеи, парки, на предприятия и др.), походы, деловые игры и пр.</w:t>
      </w:r>
    </w:p>
    <w:p w:rsidR="00F44E79" w:rsidRDefault="00F44E79">
      <w:pPr>
        <w:pStyle w:val="BodyText"/>
        <w:spacing w:line="266" w:lineRule="auto"/>
        <w:jc w:val="both"/>
        <w:rPr>
          <w:rFonts w:ascii="Courier New" w:hAnsi="Courier New" w:cs="Courier New"/>
          <w:color w:val="auto"/>
          <w:sz w:val="24"/>
          <w:szCs w:val="24"/>
        </w:rPr>
      </w:pPr>
      <w:r>
        <w:rPr>
          <w:rStyle w:val="BodyTextChar1"/>
          <w:rFonts w:cs="Georgia"/>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BodyTextChar1"/>
          <w:rFonts w:cs="Georgia"/>
        </w:rPr>
        <w:softHyphen/>
        <w:t>ня образования.</w:t>
      </w:r>
    </w:p>
    <w:p w:rsidR="00F44E79" w:rsidRDefault="00F44E79">
      <w:pPr>
        <w:pStyle w:val="BodyText"/>
        <w:spacing w:after="140" w:line="266" w:lineRule="auto"/>
        <w:jc w:val="both"/>
        <w:rPr>
          <w:rFonts w:ascii="Courier New" w:hAnsi="Courier New" w:cs="Courier New"/>
          <w:color w:val="auto"/>
          <w:sz w:val="24"/>
          <w:szCs w:val="24"/>
        </w:rPr>
      </w:pPr>
      <w:r>
        <w:rPr>
          <w:rStyle w:val="BodyTextChar1"/>
          <w:rFonts w:cs="Georgia"/>
        </w:rPr>
        <w:t>В целях реализации плана внеурочной деятельности образо</w:t>
      </w:r>
      <w:r>
        <w:rPr>
          <w:rStyle w:val="BodyTextChar1"/>
          <w:rFonts w:cs="Georgia"/>
        </w:rPr>
        <w:softHyphen/>
        <w:t>вательной организацией может предусматриваться использова</w:t>
      </w:r>
      <w:r>
        <w:rPr>
          <w:rStyle w:val="BodyTextChar1"/>
          <w:rFonts w:cs="Georgia"/>
        </w:rPr>
        <w:softHyphen/>
        <w:t>ние ресурсов других организаций (в том числе в сетевой фор</w:t>
      </w:r>
      <w:r>
        <w:rPr>
          <w:rStyle w:val="BodyTextChar1"/>
          <w:rFonts w:cs="Georgia"/>
        </w:rPr>
        <w:softHyphen/>
        <w:t>ме), включая организации дополнительного образования, профессиональные образовательные организации, образова</w:t>
      </w:r>
      <w:r>
        <w:rPr>
          <w:rStyle w:val="BodyTextChar1"/>
          <w:rFonts w:cs="Georgia"/>
        </w:rPr>
        <w:softHyphen/>
        <w:t>тельные организации высшего образования, научные организа</w:t>
      </w:r>
      <w:r>
        <w:rPr>
          <w:rStyle w:val="BodyTextChar1"/>
          <w:rFonts w:cs="Georgia"/>
        </w:rPr>
        <w:softHyphen/>
        <w:t>ции, организации культуры, физкультурно-спортивные и иные организации, обладающие необходимыми ресурсами.</w:t>
      </w:r>
    </w:p>
    <w:p w:rsidR="00F44E79" w:rsidRDefault="00F44E79" w:rsidP="00195B0F">
      <w:pPr>
        <w:pStyle w:val="22"/>
        <w:tabs>
          <w:tab w:val="left" w:pos="466"/>
        </w:tabs>
        <w:spacing w:after="100"/>
        <w:jc w:val="both"/>
        <w:rPr>
          <w:b w:val="0"/>
          <w:bCs w:val="0"/>
          <w:color w:val="auto"/>
          <w:w w:val="100"/>
          <w:sz w:val="24"/>
          <w:szCs w:val="24"/>
        </w:rPr>
      </w:pPr>
      <w:bookmarkStart w:id="1411" w:name="bookmark5951"/>
      <w:bookmarkEnd w:id="1411"/>
      <w:r>
        <w:rPr>
          <w:rStyle w:val="21"/>
          <w:rFonts w:cs="Tahoma"/>
          <w:b/>
        </w:rPr>
        <w:t>3.3. КАЛЕНДАРНЫЙ ПЛАН ВОСПИТАТЕЛЬНОЙ РАБОТЫ</w:t>
      </w:r>
    </w:p>
    <w:p w:rsidR="00F44E79" w:rsidRDefault="00F44E79">
      <w:pPr>
        <w:pStyle w:val="33"/>
        <w:keepNext/>
        <w:keepLines/>
        <w:spacing w:after="40" w:line="283" w:lineRule="auto"/>
        <w:jc w:val="both"/>
        <w:rPr>
          <w:rFonts w:ascii="Courier New" w:hAnsi="Courier New" w:cs="Courier New"/>
          <w:b w:val="0"/>
          <w:bCs w:val="0"/>
          <w:color w:val="auto"/>
          <w:sz w:val="24"/>
          <w:szCs w:val="24"/>
        </w:rPr>
      </w:pPr>
      <w:bookmarkStart w:id="1412" w:name="bookmark5952"/>
      <w:bookmarkStart w:id="1413" w:name="bookmark5953"/>
      <w:bookmarkStart w:id="1414" w:name="bookmark5954"/>
      <w:r>
        <w:rPr>
          <w:rStyle w:val="32"/>
          <w:rFonts w:cs="Arial"/>
          <w:b/>
        </w:rPr>
        <w:t>Пояснительная записка</w:t>
      </w:r>
      <w:bookmarkEnd w:id="1412"/>
      <w:bookmarkEnd w:id="1413"/>
      <w:bookmarkEnd w:id="1414"/>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BodyTextChar1"/>
          <w:rFonts w:cs="Georgia"/>
        </w:rPr>
        <w:softHyphen/>
        <w:t>ному году и уровню образования.</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Календарный план разрабатывается в соответствии с моду</w:t>
      </w:r>
      <w:r>
        <w:rPr>
          <w:rStyle w:val="BodyTextChar1"/>
          <w:rFonts w:cs="Georgia"/>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BodyTextChar1"/>
          <w:rFonts w:cs="Georgia"/>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Участие школьников во всех делах, событиях, мероприятиях календарного плана основывается на принципах добровольно</w:t>
      </w:r>
      <w:r>
        <w:rPr>
          <w:rStyle w:val="BodyTextChar1"/>
          <w:rFonts w:cs="Georgia"/>
        </w:rPr>
        <w:softHyphen/>
        <w:t>сти, взаимодействия обучающихся разных классов и паралле</w:t>
      </w:r>
      <w:r>
        <w:rPr>
          <w:rStyle w:val="BodyTextChar1"/>
          <w:rFonts w:cs="Georgia"/>
        </w:rPr>
        <w:softHyphen/>
        <w:t>лей, совместной со взрослыми посильной ответственности за их планирование, подготовку, проведение и анализ.</w:t>
      </w:r>
    </w:p>
    <w:p w:rsidR="00F44E79" w:rsidRDefault="00F44E79">
      <w:pPr>
        <w:pStyle w:val="BodyText"/>
        <w:spacing w:line="276" w:lineRule="auto"/>
        <w:jc w:val="both"/>
        <w:rPr>
          <w:rFonts w:ascii="Courier New" w:hAnsi="Courier New" w:cs="Courier New"/>
          <w:color w:val="auto"/>
          <w:sz w:val="24"/>
          <w:szCs w:val="24"/>
        </w:rPr>
      </w:pPr>
      <w:r>
        <w:rPr>
          <w:rStyle w:val="BodyTextChar1"/>
          <w:rFonts w:cs="Georgia"/>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BodyTextChar1"/>
          <w:rFonts w:cs="Georgia"/>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44E79" w:rsidRPr="000B0AE1" w:rsidRDefault="00F44E79" w:rsidP="000B0AE1">
      <w:pPr>
        <w:pStyle w:val="BodyText"/>
        <w:spacing w:line="276" w:lineRule="auto"/>
        <w:jc w:val="both"/>
        <w:rPr>
          <w:rStyle w:val="Heading9Char"/>
          <w:rFonts w:ascii="Courier New" w:hAnsi="Courier New" w:cs="Courier New"/>
          <w:i w:val="0"/>
          <w:color w:val="auto"/>
          <w:w w:val="100"/>
          <w:sz w:val="24"/>
          <w:szCs w:val="24"/>
          <w:lang w:val="ru-RU" w:eastAsia="ru-RU"/>
        </w:rPr>
      </w:pPr>
      <w:r>
        <w:rPr>
          <w:rStyle w:val="BodyTextChar1"/>
          <w:rFonts w:cs="Georgia"/>
        </w:rPr>
        <w:t>При формировании календарного плана воспитательной ра</w:t>
      </w:r>
      <w:r>
        <w:rPr>
          <w:rStyle w:val="BodyTextChar1"/>
          <w:rFonts w:cs="Georgia"/>
        </w:rPr>
        <w:softHyphen/>
        <w:t>боты образовательная организация вправе включать в него мероприятия, рекомендованные федеральными и региональ</w:t>
      </w:r>
      <w:r>
        <w:rPr>
          <w:rStyle w:val="BodyTextChar1"/>
          <w:rFonts w:cs="Georgia"/>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BodyTextChar1"/>
          <w:rFonts w:cs="Georgia"/>
        </w:rPr>
        <w:softHyphen/>
        <w:t>сударственным и национальным праздникам Российской Фе</w:t>
      </w:r>
      <w:r>
        <w:rPr>
          <w:rStyle w:val="BodyTextChar1"/>
          <w:rFonts w:cs="Georgia"/>
        </w:rPr>
        <w:softHyphen/>
        <w:t xml:space="preserve">дерации, памятным датам и событиям российской истории и культуры, а </w:t>
      </w:r>
      <w:r w:rsidRPr="000B0AE1">
        <w:rPr>
          <w:rStyle w:val="BodyTextChar1"/>
          <w:rFonts w:ascii="Times New Roman" w:hAnsi="Times New Roman"/>
          <w:sz w:val="24"/>
          <w:szCs w:val="24"/>
        </w:rPr>
        <w:t>также перечня всероссийских мероприятий, реа</w:t>
      </w:r>
      <w:r w:rsidRPr="000B0AE1">
        <w:rPr>
          <w:rStyle w:val="BodyTextChar1"/>
          <w:rFonts w:ascii="Times New Roman" w:hAnsi="Times New Roman"/>
          <w:sz w:val="24"/>
          <w:szCs w:val="24"/>
        </w:rPr>
        <w:softHyphen/>
        <w:t>лизуемых детскими и молодежными общественными объеди</w:t>
      </w:r>
      <w:r w:rsidRPr="000B0AE1">
        <w:rPr>
          <w:rStyle w:val="BodyTextChar1"/>
          <w:rFonts w:ascii="Times New Roman" w:hAnsi="Times New Roman"/>
          <w:sz w:val="24"/>
          <w:szCs w:val="24"/>
        </w:rPr>
        <w:softHyphen/>
        <w:t>нениями.</w:t>
      </w:r>
      <w:r>
        <w:rPr>
          <w:rStyle w:val="BodyTextChar1"/>
          <w:rFonts w:ascii="Times New Roman" w:hAnsi="Times New Roman"/>
          <w:sz w:val="24"/>
          <w:szCs w:val="24"/>
        </w:rPr>
        <w:t xml:space="preserve"> </w:t>
      </w:r>
      <w:r w:rsidRPr="000B0AE1">
        <w:rPr>
          <w:rStyle w:val="Heading9Char"/>
          <w:rFonts w:ascii="Times New Roman" w:hAnsi="Times New Roman"/>
          <w:iCs/>
          <w:sz w:val="24"/>
          <w:szCs w:val="24"/>
          <w:lang w:val="ru-RU"/>
        </w:rPr>
        <w:t>Календарный план может корректироваться в течение учеб</w:t>
      </w:r>
      <w:r w:rsidRPr="000B0AE1">
        <w:rPr>
          <w:rStyle w:val="Heading9Char"/>
          <w:rFonts w:ascii="Times New Roman" w:hAnsi="Times New Roman"/>
          <w:iCs/>
          <w:sz w:val="24"/>
          <w:szCs w:val="24"/>
          <w:lang w:val="ru-RU"/>
        </w:rPr>
        <w:softHyphen/>
        <w:t>ного года в связи с происходящими в работе школы изменени</w:t>
      </w:r>
      <w:r w:rsidRPr="000B0AE1">
        <w:rPr>
          <w:rStyle w:val="Heading9Char"/>
          <w:rFonts w:ascii="Times New Roman" w:hAnsi="Times New Roman"/>
          <w:iCs/>
          <w:sz w:val="24"/>
          <w:szCs w:val="24"/>
          <w:lang w:val="ru-RU"/>
        </w:rPr>
        <w:softHyphen/>
        <w:t>ями: организационными, кадровыми, финансовыми и т.п.</w:t>
      </w:r>
      <w:r w:rsidRPr="000B0AE1">
        <w:rPr>
          <w:rFonts w:ascii="Times New Roman" w:hAnsi="Times New Roman"/>
          <w:color w:val="auto"/>
          <w:sz w:val="24"/>
          <w:szCs w:val="24"/>
        </w:rPr>
        <w:t xml:space="preserve"> </w:t>
      </w:r>
      <w:r w:rsidRPr="000B0AE1">
        <w:rPr>
          <w:rStyle w:val="Heading9Char"/>
          <w:rFonts w:ascii="Times New Roman" w:hAnsi="Times New Roman"/>
          <w:iCs/>
          <w:sz w:val="24"/>
          <w:szCs w:val="24"/>
          <w:lang w:val="ru-RU"/>
        </w:rPr>
        <w:t>организации.</w:t>
      </w:r>
      <w:r w:rsidRPr="000B0AE1">
        <w:rPr>
          <w:rStyle w:val="Heading9Char"/>
          <w:rFonts w:ascii="Times New Roman" w:hAnsi="Times New Roman"/>
          <w:iCs/>
          <w:lang w:val="ru-RU"/>
        </w:rPr>
        <w:t xml:space="preserve"> </w:t>
      </w:r>
    </w:p>
    <w:p w:rsidR="00F44E79" w:rsidRPr="003B49F1" w:rsidRDefault="00F44E79" w:rsidP="000B0AE1">
      <w:pPr>
        <w:spacing w:after="150" w:line="360" w:lineRule="auto"/>
        <w:jc w:val="center"/>
        <w:rPr>
          <w:i/>
          <w:szCs w:val="20"/>
        </w:rPr>
      </w:pPr>
      <w:r w:rsidRPr="003B49F1">
        <w:rPr>
          <w:rFonts w:cs="Times New Roman"/>
          <w:b/>
          <w:i/>
          <w:szCs w:val="20"/>
        </w:rPr>
        <w:t>Календарный план воспитательной работы</w:t>
      </w:r>
    </w:p>
    <w:p w:rsidR="00F44E79" w:rsidRPr="003B49F1" w:rsidRDefault="00F44E79" w:rsidP="000B0AE1">
      <w:pPr>
        <w:spacing w:after="150" w:line="360" w:lineRule="auto"/>
        <w:jc w:val="center"/>
        <w:rPr>
          <w:rFonts w:cs="Times New Roman"/>
          <w:b/>
          <w:i/>
          <w:szCs w:val="20"/>
        </w:rPr>
      </w:pPr>
      <w:r w:rsidRPr="003B49F1">
        <w:rPr>
          <w:rFonts w:cs="Times New Roman"/>
          <w:b/>
          <w:i/>
          <w:szCs w:val="20"/>
        </w:rPr>
        <w:t>МБОУ «Коротышская СОШ»</w:t>
      </w:r>
    </w:p>
    <w:p w:rsidR="00F44E79" w:rsidRPr="003B49F1" w:rsidRDefault="00F44E79" w:rsidP="000B0AE1">
      <w:pPr>
        <w:spacing w:after="150" w:line="360" w:lineRule="auto"/>
        <w:jc w:val="center"/>
        <w:rPr>
          <w:rFonts w:cs="Times New Roman"/>
          <w:b/>
          <w:i/>
          <w:szCs w:val="20"/>
        </w:rPr>
      </w:pPr>
      <w:r w:rsidRPr="003B49F1">
        <w:rPr>
          <w:rFonts w:cs="Times New Roman"/>
          <w:b/>
          <w:i/>
          <w:szCs w:val="20"/>
        </w:rPr>
        <w:t>на 2022– 2023учебный год</w:t>
      </w:r>
    </w:p>
    <w:p w:rsidR="00F44E79" w:rsidRPr="003B49F1" w:rsidRDefault="00F44E79" w:rsidP="000B0AE1">
      <w:pPr>
        <w:rPr>
          <w:rFonts w:cs="Times New Roman"/>
          <w:szCs w:val="20"/>
        </w:rPr>
      </w:pPr>
      <w:r w:rsidRPr="003B49F1">
        <w:rPr>
          <w:rFonts w:cs="Times New Roman"/>
          <w:b/>
          <w:szCs w:val="20"/>
        </w:rPr>
        <w:t>2022 год</w:t>
      </w:r>
      <w:r w:rsidRPr="003B49F1">
        <w:rPr>
          <w:rFonts w:cs="Times New Roman"/>
          <w:szCs w:val="20"/>
        </w:rPr>
        <w:t xml:space="preserve"> – Год народного искусства и нематериального культурного наследия России;</w:t>
      </w:r>
    </w:p>
    <w:p w:rsidR="00F44E79" w:rsidRPr="003B49F1" w:rsidRDefault="00F44E79" w:rsidP="000B0AE1">
      <w:pPr>
        <w:rPr>
          <w:rFonts w:cs="Times New Roman"/>
          <w:szCs w:val="20"/>
        </w:rPr>
      </w:pPr>
      <w:r w:rsidRPr="003B49F1">
        <w:rPr>
          <w:rFonts w:cs="Times New Roman"/>
          <w:b/>
          <w:szCs w:val="20"/>
        </w:rPr>
        <w:t>2022 год</w:t>
      </w:r>
      <w:r w:rsidRPr="003B49F1">
        <w:rPr>
          <w:rFonts w:cs="Times New Roman"/>
          <w:szCs w:val="20"/>
        </w:rPr>
        <w:t xml:space="preserve"> – 350 лет со дня рождения Петра </w:t>
      </w:r>
      <w:r w:rsidRPr="003B49F1">
        <w:rPr>
          <w:rFonts w:cs="Times New Roman"/>
          <w:szCs w:val="20"/>
          <w:lang w:val="en-US"/>
        </w:rPr>
        <w:t>I</w:t>
      </w:r>
      <w:r w:rsidRPr="003B49F1">
        <w:rPr>
          <w:rFonts w:cs="Times New Roman"/>
          <w:szCs w:val="20"/>
        </w:rPr>
        <w:t>;</w:t>
      </w:r>
    </w:p>
    <w:p w:rsidR="00F44E79" w:rsidRPr="003B49F1" w:rsidRDefault="00F44E79" w:rsidP="000B0AE1">
      <w:pPr>
        <w:rPr>
          <w:rFonts w:cs="Times New Roman"/>
          <w:szCs w:val="20"/>
        </w:rPr>
      </w:pPr>
      <w:r w:rsidRPr="003B49F1">
        <w:rPr>
          <w:rFonts w:cs="Times New Roman"/>
          <w:b/>
          <w:szCs w:val="20"/>
        </w:rPr>
        <w:t>2023 год</w:t>
      </w:r>
      <w:r w:rsidRPr="003B49F1">
        <w:rPr>
          <w:rFonts w:cs="Times New Roman"/>
          <w:szCs w:val="20"/>
        </w:rPr>
        <w:t xml:space="preserve"> – Год педагога наставника.</w:t>
      </w:r>
    </w:p>
    <w:p w:rsidR="00F44E79" w:rsidRPr="003B49F1" w:rsidRDefault="00F44E79" w:rsidP="000B0AE1">
      <w:pPr>
        <w:rPr>
          <w:rFonts w:cs="Times New Roman"/>
          <w:szCs w:val="20"/>
        </w:rPr>
      </w:pPr>
    </w:p>
    <w:p w:rsidR="00F44E79" w:rsidRPr="003B49F1" w:rsidRDefault="00F44E79" w:rsidP="000B0AE1">
      <w:pPr>
        <w:jc w:val="center"/>
        <w:rPr>
          <w:rFonts w:cs="Times New Roman"/>
          <w:b/>
          <w:szCs w:val="20"/>
        </w:rPr>
      </w:pPr>
      <w:r w:rsidRPr="003B49F1">
        <w:rPr>
          <w:rFonts w:cs="Times New Roman"/>
          <w:b/>
          <w:szCs w:val="20"/>
        </w:rPr>
        <w:t>Модуль «Ключевые общешкольные дела»</w:t>
      </w:r>
    </w:p>
    <w:p w:rsidR="00F44E79" w:rsidRPr="005C6A38" w:rsidRDefault="00F44E79" w:rsidP="000B0AE1">
      <w:pPr>
        <w:jc w:val="center"/>
        <w:rPr>
          <w:rFonts w:cs="Times New Roman"/>
          <w:b/>
          <w:sz w:val="28"/>
          <w:szCs w:val="28"/>
        </w:rPr>
      </w:pP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1559"/>
        <w:gridCol w:w="2534"/>
        <w:gridCol w:w="5263"/>
      </w:tblGrid>
      <w:tr w:rsidR="00F44E79" w:rsidRPr="003B49F1" w:rsidTr="00FE0535">
        <w:tc>
          <w:tcPr>
            <w:tcW w:w="5240"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559"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34"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63"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14596" w:type="dxa"/>
            <w:gridSpan w:val="4"/>
          </w:tcPr>
          <w:p w:rsidR="00F44E79" w:rsidRPr="00FE0535" w:rsidRDefault="00F44E79" w:rsidP="00FE0535">
            <w:pPr>
              <w:jc w:val="center"/>
              <w:rPr>
                <w:rFonts w:ascii="Calibri" w:hAnsi="Calibri" w:cs="Calibri"/>
              </w:rPr>
            </w:pPr>
            <w:r w:rsidRPr="00FE0535">
              <w:rPr>
                <w:rFonts w:ascii="Calibri" w:hAnsi="Calibri" w:cs="Calibri"/>
              </w:rPr>
              <w:t>Акции и церемонии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Церемония поднятия государственного флага под государственный гимн</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каждый учебный понедельник </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Церемония спуска государственного флага под государственный гимн</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каждая учебная пятница </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14596" w:type="dxa"/>
            <w:gridSpan w:val="4"/>
          </w:tcPr>
          <w:p w:rsidR="00F44E79" w:rsidRPr="00FE0535" w:rsidRDefault="00F44E79" w:rsidP="00FE0535">
            <w:pPr>
              <w:jc w:val="center"/>
              <w:rPr>
                <w:rFonts w:ascii="Calibri" w:hAnsi="Calibri" w:cs="Calibri"/>
              </w:rPr>
            </w:pPr>
            <w:r w:rsidRPr="00FE0535">
              <w:rPr>
                <w:rFonts w:ascii="Calibri" w:hAnsi="Calibri" w:cs="Calibri"/>
              </w:rPr>
              <w:t>Праздники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знаний</w:t>
            </w:r>
          </w:p>
          <w:p w:rsidR="00F44E79" w:rsidRPr="00FE0535" w:rsidRDefault="00F44E79" w:rsidP="000B0AE1">
            <w:pPr>
              <w:rPr>
                <w:rFonts w:ascii="Calibri" w:hAnsi="Calibri" w:cs="Calibri"/>
              </w:rPr>
            </w:pP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1 сентября</w:t>
            </w:r>
          </w:p>
          <w:p w:rsidR="00F44E79" w:rsidRPr="00FE0535" w:rsidRDefault="00F44E79" w:rsidP="000B0AE1">
            <w:pPr>
              <w:rPr>
                <w:rFonts w:ascii="Calibri" w:hAnsi="Calibri" w:cs="Calibri"/>
              </w:rPr>
            </w:pP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Международный день пожилых людей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30 сентября </w:t>
            </w:r>
          </w:p>
          <w:p w:rsidR="00F44E79" w:rsidRPr="00FE0535" w:rsidRDefault="00F44E79" w:rsidP="000B0AE1">
            <w:pPr>
              <w:rPr>
                <w:rFonts w:ascii="Calibri" w:hAnsi="Calibri" w:cs="Calibri"/>
              </w:rPr>
            </w:pPr>
            <w:r w:rsidRPr="00FE0535">
              <w:rPr>
                <w:rFonts w:ascii="Calibri" w:hAnsi="Calibri" w:cs="Calibri"/>
              </w:rPr>
              <w:t>(1 сентября)</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учителя</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5 октября</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отца в России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17 октября</w:t>
            </w:r>
          </w:p>
          <w:p w:rsidR="00F44E79" w:rsidRPr="00FE0535" w:rsidRDefault="00F44E79" w:rsidP="000B0AE1">
            <w:pPr>
              <w:rPr>
                <w:rFonts w:ascii="Calibri" w:hAnsi="Calibri" w:cs="Calibri"/>
              </w:rPr>
            </w:pPr>
            <w:r w:rsidRPr="00FE0535">
              <w:rPr>
                <w:rFonts w:ascii="Calibri" w:hAnsi="Calibri" w:cs="Calibri"/>
              </w:rPr>
              <w:t>(16 октября)</w:t>
            </w:r>
          </w:p>
          <w:p w:rsidR="00F44E79" w:rsidRPr="00FE0535" w:rsidRDefault="00F44E79" w:rsidP="000B0AE1">
            <w:pPr>
              <w:rPr>
                <w:rFonts w:ascii="Calibri" w:hAnsi="Calibri" w:cs="Calibri"/>
              </w:rPr>
            </w:pP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матери в России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28 октября</w:t>
            </w:r>
          </w:p>
          <w:p w:rsidR="00F44E79" w:rsidRPr="00FE0535" w:rsidRDefault="00F44E79" w:rsidP="000B0AE1">
            <w:pPr>
              <w:rPr>
                <w:rFonts w:ascii="Calibri" w:hAnsi="Calibri" w:cs="Calibri"/>
              </w:rPr>
            </w:pPr>
            <w:r w:rsidRPr="00FE0535">
              <w:rPr>
                <w:rFonts w:ascii="Calibri" w:hAnsi="Calibri" w:cs="Calibri"/>
              </w:rPr>
              <w:t>(27 ноября)</w:t>
            </w:r>
          </w:p>
          <w:p w:rsidR="00F44E79" w:rsidRPr="00FE0535" w:rsidRDefault="00F44E79" w:rsidP="000B0AE1">
            <w:pPr>
              <w:rPr>
                <w:rFonts w:ascii="Calibri" w:hAnsi="Calibri" w:cs="Calibri"/>
              </w:rPr>
            </w:pPr>
          </w:p>
          <w:p w:rsidR="00F44E79" w:rsidRPr="00FE0535" w:rsidRDefault="00F44E79" w:rsidP="000B0AE1">
            <w:pPr>
              <w:rPr>
                <w:rFonts w:ascii="Calibri" w:hAnsi="Calibri" w:cs="Calibri"/>
              </w:rPr>
            </w:pP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Новогодняя елка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декабрь</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Защитника Отечества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22 февраля</w:t>
            </w:r>
          </w:p>
          <w:p w:rsidR="00F44E79" w:rsidRPr="00FE0535" w:rsidRDefault="00F44E79" w:rsidP="000B0AE1">
            <w:pPr>
              <w:rPr>
                <w:rFonts w:ascii="Calibri" w:hAnsi="Calibri" w:cs="Calibri"/>
              </w:rPr>
            </w:pPr>
            <w:r w:rsidRPr="00FE0535">
              <w:rPr>
                <w:rFonts w:ascii="Calibri" w:hAnsi="Calibri" w:cs="Calibri"/>
              </w:rPr>
              <w:t xml:space="preserve">(23 февраля) </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Масленица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20-26 февраля</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Международный женский день</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7 марта</w:t>
            </w:r>
          </w:p>
          <w:p w:rsidR="00F44E79" w:rsidRPr="00FE0535" w:rsidRDefault="00F44E79" w:rsidP="000B0AE1">
            <w:pPr>
              <w:rPr>
                <w:rFonts w:ascii="Calibri" w:hAnsi="Calibri" w:cs="Calibri"/>
              </w:rPr>
            </w:pPr>
            <w:r w:rsidRPr="00FE0535">
              <w:rPr>
                <w:rFonts w:ascii="Calibri" w:hAnsi="Calibri" w:cs="Calibri"/>
              </w:rPr>
              <w:t>(8 марта)</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День Победы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9 мая </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Последний звонок</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май</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Выпускной</w:t>
            </w:r>
          </w:p>
        </w:tc>
        <w:tc>
          <w:tcPr>
            <w:tcW w:w="1559" w:type="dxa"/>
          </w:tcPr>
          <w:p w:rsidR="00F44E79" w:rsidRPr="00FE0535" w:rsidRDefault="00F44E79" w:rsidP="000B0AE1">
            <w:pPr>
              <w:rPr>
                <w:rFonts w:ascii="Calibri" w:hAnsi="Calibri" w:cs="Calibri"/>
              </w:rPr>
            </w:pPr>
            <w:r w:rsidRPr="00FE0535">
              <w:rPr>
                <w:rFonts w:ascii="Calibri" w:hAnsi="Calibri" w:cs="Calibri"/>
              </w:rPr>
              <w:t>9, 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июнь</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14596" w:type="dxa"/>
            <w:gridSpan w:val="4"/>
          </w:tcPr>
          <w:p w:rsidR="00F44E79" w:rsidRPr="00FE0535" w:rsidRDefault="00F44E79" w:rsidP="00FE0535">
            <w:pPr>
              <w:jc w:val="center"/>
              <w:rPr>
                <w:rFonts w:ascii="Calibri" w:hAnsi="Calibri" w:cs="Calibri"/>
              </w:rPr>
            </w:pPr>
            <w:r w:rsidRPr="00FE0535">
              <w:rPr>
                <w:rFonts w:ascii="Calibri" w:hAnsi="Calibri" w:cs="Calibri"/>
              </w:rPr>
              <w:t>Классные часы к памятным датам</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солидарности в борьбе с терроризмом</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3 сентября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День окончания Второй мировой войны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3 сентября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210 лет со дня Бородинского сражения</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7 сентября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Международный день распространения грамотности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8 сентября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165 лет со дня рождения русского учёного, писателя Константина Эдуардовича Циалковского (1857-1935)</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8 сентября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Международный день музыки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1 октября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Международный день школьных библиотек</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25 октября</w:t>
            </w:r>
          </w:p>
          <w:p w:rsidR="00F44E79" w:rsidRPr="00FE0535" w:rsidRDefault="00F44E79" w:rsidP="000B0AE1">
            <w:pPr>
              <w:rPr>
                <w:rFonts w:ascii="Calibri" w:hAnsi="Calibri" w:cs="Calibri"/>
              </w:rPr>
            </w:pP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памяти жертв политических репрессий</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октябрь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народного единства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4 ноября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День памяти погибших при исполнении служебных обязанностей сотрудников органов внутренних дел России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8 ноября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Государственного герба Российской Федерации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8 ноября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начала Нюрнбернского процесса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20 ноября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неизвестного солдата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3 декабря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Международный день инвалидов</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3 декабря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добровольца (волонтера) в России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5 декабря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Международный день художника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8 декабря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героев  Отечества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9 декабря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rPr>
          <w:trHeight w:val="562"/>
        </w:trPr>
        <w:tc>
          <w:tcPr>
            <w:tcW w:w="5240" w:type="dxa"/>
          </w:tcPr>
          <w:p w:rsidR="00F44E79" w:rsidRPr="00FE0535" w:rsidRDefault="00F44E79" w:rsidP="000B0AE1">
            <w:pPr>
              <w:rPr>
                <w:rFonts w:ascii="Calibri" w:hAnsi="Calibri" w:cs="Calibri"/>
              </w:rPr>
            </w:pPr>
            <w:r w:rsidRPr="00FE0535">
              <w:rPr>
                <w:rFonts w:ascii="Calibri" w:hAnsi="Calibri" w:cs="Calibri"/>
              </w:rPr>
              <w:t>День Конституции Российской Федерации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12 декабря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российского студенчества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25 января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полного освобождения  Ленинграда от фашисткой блокады</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27 января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освобождения Красной армией крупнейшего «лагеря смерти» Аушвиц-Биркенау (Освенцима) – День памяти жертв Холокоста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27 января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80 лет со дня победы Вооруженных сил СССР над армией гитлеровской Германии в 1943 году в Сталинградской битве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2 февраля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российской науки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8 февраля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памяти о россиянах, исполнявших служебный долг за пределами Отечества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15 февраля</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Международный день родного языка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21 февраля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200 лет со дня рождения Константина Дмитриевича Ушинского</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3  марта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День воссоединения Крыма с Россией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18   марта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Всемирный день театра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27   марта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космонавтики, 65 лет со дня запуска СССР первого искусственного спутника Земли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12 апреля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памяти о геноциде советского народа нацистами и их пособниками в годы Великой Отечественной войны</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19 апреля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Всемирный день Земли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22 апреля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День детских общественных организаций России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19 мая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День славянской письменности и культуры </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24 мая </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14596" w:type="dxa"/>
            <w:gridSpan w:val="4"/>
          </w:tcPr>
          <w:p w:rsidR="00F44E79" w:rsidRPr="00FE0535" w:rsidRDefault="00F44E79" w:rsidP="00FE0535">
            <w:pPr>
              <w:jc w:val="center"/>
              <w:rPr>
                <w:rFonts w:ascii="Calibri" w:hAnsi="Calibri" w:cs="Calibri"/>
              </w:rPr>
            </w:pPr>
            <w:r w:rsidRPr="00FE0535">
              <w:rPr>
                <w:rFonts w:ascii="Calibri" w:hAnsi="Calibri" w:cs="Calibri"/>
              </w:rPr>
              <w:t>Тематические недели, декады, месячники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Неделя безопасности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 март</w:t>
            </w:r>
          </w:p>
        </w:tc>
        <w:tc>
          <w:tcPr>
            <w:tcW w:w="5263" w:type="dxa"/>
          </w:tcPr>
          <w:p w:rsidR="00F44E79" w:rsidRPr="00FE0535" w:rsidRDefault="00F44E79" w:rsidP="000B0AE1">
            <w:pPr>
              <w:rPr>
                <w:rFonts w:ascii="Calibri" w:hAnsi="Calibri" w:cs="Calibri"/>
              </w:rPr>
            </w:pPr>
            <w:r w:rsidRPr="00FE0535">
              <w:rPr>
                <w:rFonts w:ascii="Calibri" w:hAnsi="Calibri" w:cs="Calibri"/>
              </w:rPr>
              <w:t>Преподаватель-организатор ОБЖ Болычева М.А.,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Неделя безопасного поведения в сети Интернет (мониторинг соц.сетей 1 раз вмесяц)</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Ежемесячно </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Месячник пожарной безопасности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октябрь</w:t>
            </w:r>
          </w:p>
        </w:tc>
        <w:tc>
          <w:tcPr>
            <w:tcW w:w="5263" w:type="dxa"/>
          </w:tcPr>
          <w:p w:rsidR="00F44E79" w:rsidRPr="00FE0535" w:rsidRDefault="00F44E79" w:rsidP="000B0AE1">
            <w:pPr>
              <w:rPr>
                <w:rFonts w:ascii="Calibri" w:hAnsi="Calibri" w:cs="Calibri"/>
              </w:rPr>
            </w:pPr>
            <w:r w:rsidRPr="00FE0535">
              <w:rPr>
                <w:rFonts w:ascii="Calibri" w:hAnsi="Calibri" w:cs="Calibri"/>
              </w:rPr>
              <w:t>Преподаватель-организатор ОБЖ Болычева М.А.,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Международные дни наблюдения птиц</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октябрь</w:t>
            </w:r>
          </w:p>
        </w:tc>
        <w:tc>
          <w:tcPr>
            <w:tcW w:w="5263" w:type="dxa"/>
          </w:tcPr>
          <w:p w:rsidR="00F44E79" w:rsidRPr="00FE0535" w:rsidRDefault="00F44E79" w:rsidP="000B0AE1">
            <w:pPr>
              <w:rPr>
                <w:rFonts w:ascii="Calibri" w:hAnsi="Calibri" w:cs="Calibri"/>
              </w:rPr>
            </w:pPr>
            <w:r w:rsidRPr="00FE0535">
              <w:rPr>
                <w:rFonts w:ascii="Calibri" w:hAnsi="Calibri" w:cs="Calibri"/>
              </w:rPr>
              <w:t>Учитель биологии Бурцева Г.А.,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Дни правовых знаний</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ноябрь</w:t>
            </w:r>
          </w:p>
        </w:tc>
        <w:tc>
          <w:tcPr>
            <w:tcW w:w="5263" w:type="dxa"/>
          </w:tcPr>
          <w:p w:rsidR="00F44E79" w:rsidRPr="00FE0535" w:rsidRDefault="00F44E79" w:rsidP="000B0AE1">
            <w:pPr>
              <w:rPr>
                <w:rFonts w:ascii="Calibri" w:hAnsi="Calibri" w:cs="Calibri"/>
              </w:rPr>
            </w:pPr>
            <w:r w:rsidRPr="00FE0535">
              <w:rPr>
                <w:rFonts w:ascii="Calibri" w:hAnsi="Calibri" w:cs="Calibri"/>
              </w:rPr>
              <w:t>Учитель истории Кобылкина Т.И.,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Экологический месячник</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63" w:type="dxa"/>
          </w:tcPr>
          <w:p w:rsidR="00F44E79" w:rsidRPr="00FE0535" w:rsidRDefault="00F44E79" w:rsidP="000B0AE1">
            <w:pPr>
              <w:rPr>
                <w:rFonts w:ascii="Calibri" w:hAnsi="Calibri" w:cs="Calibri"/>
              </w:rPr>
            </w:pPr>
            <w:r w:rsidRPr="00FE0535">
              <w:rPr>
                <w:rFonts w:ascii="Calibri" w:hAnsi="Calibri" w:cs="Calibri"/>
              </w:rPr>
              <w:t>Учитель биологии Бурцева Г.А., классные руководители</w:t>
            </w:r>
          </w:p>
        </w:tc>
      </w:tr>
      <w:tr w:rsidR="00F44E79" w:rsidRPr="003B49F1" w:rsidTr="00FE0535">
        <w:tc>
          <w:tcPr>
            <w:tcW w:w="14596" w:type="dxa"/>
            <w:gridSpan w:val="4"/>
          </w:tcPr>
          <w:p w:rsidR="00F44E79" w:rsidRPr="00FE0535" w:rsidRDefault="00F44E79" w:rsidP="00FE0535">
            <w:pPr>
              <w:jc w:val="center"/>
              <w:rPr>
                <w:rFonts w:ascii="Calibri" w:hAnsi="Calibri" w:cs="Calibri"/>
              </w:rPr>
            </w:pPr>
            <w:r w:rsidRPr="00FE0535">
              <w:rPr>
                <w:rFonts w:ascii="Calibri" w:hAnsi="Calibri" w:cs="Calibri"/>
              </w:rPr>
              <w:t>Концерты</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Концерт к дню учителя</w:t>
            </w:r>
          </w:p>
          <w:p w:rsidR="00F44E79" w:rsidRPr="00FE0535" w:rsidRDefault="00F44E79" w:rsidP="000B0AE1">
            <w:pPr>
              <w:rPr>
                <w:rFonts w:ascii="Calibri" w:hAnsi="Calibri" w:cs="Calibri"/>
              </w:rPr>
            </w:pPr>
            <w:r w:rsidRPr="00FE0535">
              <w:rPr>
                <w:rFonts w:ascii="Calibri" w:hAnsi="Calibri" w:cs="Calibri"/>
              </w:rPr>
              <w:t>(юбилей школы)</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октябрь</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Концерт к  8 марта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март</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Концерт к 9 мая</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Pr>
          <w:p w:rsidR="00F44E79" w:rsidRPr="00FE0535" w:rsidRDefault="00F44E79" w:rsidP="000B0AE1">
            <w:pPr>
              <w:rPr>
                <w:rFonts w:ascii="Calibri" w:hAnsi="Calibri" w:cs="Calibri"/>
              </w:rPr>
            </w:pPr>
            <w:r w:rsidRPr="00FE0535">
              <w:rPr>
                <w:rFonts w:ascii="Calibri" w:hAnsi="Calibri" w:cs="Calibri"/>
              </w:rPr>
              <w:t>май</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14596" w:type="dxa"/>
            <w:gridSpan w:val="4"/>
          </w:tcPr>
          <w:p w:rsidR="00F44E79" w:rsidRPr="00FE0535" w:rsidRDefault="00F44E79" w:rsidP="00FE0535">
            <w:pPr>
              <w:jc w:val="center"/>
              <w:rPr>
                <w:rFonts w:ascii="Calibri" w:hAnsi="Calibri" w:cs="Calibri"/>
              </w:rPr>
            </w:pPr>
            <w:r w:rsidRPr="00FE0535">
              <w:rPr>
                <w:rFonts w:ascii="Calibri" w:hAnsi="Calibri" w:cs="Calibri"/>
              </w:rPr>
              <w:t>Конкурсы</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Конкурс цветочных композиций и поделок из природного материала к Дню учителя</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октябрь</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Конкурс рисунков  к Дню учителя</w:t>
            </w:r>
          </w:p>
        </w:tc>
        <w:tc>
          <w:tcPr>
            <w:tcW w:w="1559" w:type="dxa"/>
          </w:tcPr>
          <w:p w:rsidR="00F44E79" w:rsidRPr="00FE0535" w:rsidRDefault="00F44E79" w:rsidP="000B0AE1">
            <w:pPr>
              <w:rPr>
                <w:rFonts w:ascii="Calibri" w:hAnsi="Calibri" w:cs="Calibri"/>
              </w:rPr>
            </w:pPr>
            <w:r w:rsidRPr="00FE0535">
              <w:rPr>
                <w:rFonts w:ascii="Calibri" w:hAnsi="Calibri" w:cs="Calibri"/>
              </w:rPr>
              <w:t>5-7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октябрь</w:t>
            </w:r>
          </w:p>
        </w:tc>
        <w:tc>
          <w:tcPr>
            <w:tcW w:w="5263" w:type="dxa"/>
          </w:tcPr>
          <w:p w:rsidR="00F44E79" w:rsidRPr="00FE0535" w:rsidRDefault="00F44E79" w:rsidP="000B0AE1">
            <w:pPr>
              <w:rPr>
                <w:rFonts w:ascii="Calibri" w:hAnsi="Calibri" w:cs="Calibri"/>
              </w:rPr>
            </w:pPr>
            <w:r w:rsidRPr="00FE0535">
              <w:rPr>
                <w:rFonts w:ascii="Calibri" w:hAnsi="Calibri" w:cs="Calibri"/>
              </w:rPr>
              <w:t>Учитель ИЗО,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Конкурс плакатов к Новому году</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декабрь</w:t>
            </w:r>
          </w:p>
        </w:tc>
        <w:tc>
          <w:tcPr>
            <w:tcW w:w="5263" w:type="dxa"/>
          </w:tcPr>
          <w:p w:rsidR="00F44E79" w:rsidRPr="00FE0535" w:rsidRDefault="00F44E79" w:rsidP="000B0AE1">
            <w:pPr>
              <w:rPr>
                <w:rFonts w:ascii="Calibri" w:hAnsi="Calibri" w:cs="Calibri"/>
              </w:rPr>
            </w:pPr>
            <w:r w:rsidRPr="00FE0535">
              <w:rPr>
                <w:rFonts w:ascii="Calibri" w:hAnsi="Calibri" w:cs="Calibri"/>
              </w:rPr>
              <w:t xml:space="preserve">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Конкурс на лучшее оформление кабинетов к Новому году</w:t>
            </w:r>
          </w:p>
        </w:tc>
        <w:tc>
          <w:tcPr>
            <w:tcW w:w="1559" w:type="dxa"/>
          </w:tcPr>
          <w:p w:rsidR="00F44E79" w:rsidRPr="00FE0535" w:rsidRDefault="00F44E79" w:rsidP="000B0AE1">
            <w:pPr>
              <w:rPr>
                <w:rFonts w:ascii="Calibri" w:hAnsi="Calibri" w:cs="Calibri"/>
              </w:rPr>
            </w:pPr>
            <w:r w:rsidRPr="00FE0535">
              <w:rPr>
                <w:rFonts w:ascii="Calibri" w:hAnsi="Calibri" w:cs="Calibri"/>
              </w:rPr>
              <w:t>5-9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декабрь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Смотр талантов</w:t>
            </w:r>
          </w:p>
        </w:tc>
        <w:tc>
          <w:tcPr>
            <w:tcW w:w="1559" w:type="dxa"/>
          </w:tcPr>
          <w:p w:rsidR="00F44E79" w:rsidRPr="00FE0535" w:rsidRDefault="00F44E79" w:rsidP="000B0AE1">
            <w:pPr>
              <w:rPr>
                <w:rFonts w:ascii="Calibri" w:hAnsi="Calibri" w:cs="Calibri"/>
              </w:rPr>
            </w:pPr>
            <w:r w:rsidRPr="00FE0535">
              <w:rPr>
                <w:rFonts w:ascii="Calibri" w:hAnsi="Calibri" w:cs="Calibri"/>
              </w:rPr>
              <w:t>5-9 класс</w:t>
            </w:r>
          </w:p>
        </w:tc>
        <w:tc>
          <w:tcPr>
            <w:tcW w:w="2534" w:type="dxa"/>
          </w:tcPr>
          <w:p w:rsidR="00F44E79" w:rsidRPr="00FE0535" w:rsidRDefault="00F44E79" w:rsidP="000B0AE1">
            <w:pPr>
              <w:rPr>
                <w:rFonts w:ascii="Calibri" w:hAnsi="Calibri" w:cs="Calibri"/>
              </w:rPr>
            </w:pPr>
            <w:r w:rsidRPr="00FE0535">
              <w:rPr>
                <w:rFonts w:ascii="Calibri" w:hAnsi="Calibri" w:cs="Calibri"/>
              </w:rPr>
              <w:t>Февраль,</w:t>
            </w:r>
          </w:p>
          <w:p w:rsidR="00F44E79" w:rsidRPr="00FE0535" w:rsidRDefault="00F44E79" w:rsidP="000B0AE1">
            <w:pPr>
              <w:rPr>
                <w:rFonts w:ascii="Calibri" w:hAnsi="Calibri" w:cs="Calibri"/>
              </w:rPr>
            </w:pPr>
            <w:r w:rsidRPr="00FE0535">
              <w:rPr>
                <w:rFonts w:ascii="Calibri" w:hAnsi="Calibri" w:cs="Calibri"/>
              </w:rPr>
              <w:t>март</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Конкурс «Самый классный класс»</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Зам.директора по ВР</w:t>
            </w:r>
          </w:p>
          <w:p w:rsidR="00F44E79" w:rsidRPr="00FE0535" w:rsidRDefault="00F44E79" w:rsidP="000B0AE1">
            <w:pPr>
              <w:rPr>
                <w:rFonts w:ascii="Calibri" w:hAnsi="Calibri" w:cs="Calibri"/>
              </w:rPr>
            </w:pPr>
            <w:r w:rsidRPr="00FE0535">
              <w:rPr>
                <w:rFonts w:ascii="Calibri" w:hAnsi="Calibri" w:cs="Calibri"/>
              </w:rPr>
              <w:t>Сажина С.А., классные руководители</w:t>
            </w:r>
          </w:p>
        </w:tc>
      </w:tr>
      <w:tr w:rsidR="00F44E79" w:rsidRPr="003B49F1" w:rsidTr="00FE0535">
        <w:tc>
          <w:tcPr>
            <w:tcW w:w="14596" w:type="dxa"/>
            <w:gridSpan w:val="4"/>
          </w:tcPr>
          <w:p w:rsidR="00F44E79" w:rsidRPr="00FE0535" w:rsidRDefault="00F44E79" w:rsidP="00FE0535">
            <w:pPr>
              <w:jc w:val="center"/>
              <w:rPr>
                <w:rFonts w:ascii="Calibri" w:hAnsi="Calibri" w:cs="Calibri"/>
              </w:rPr>
            </w:pPr>
            <w:r w:rsidRPr="00FE0535">
              <w:rPr>
                <w:rFonts w:ascii="Calibri" w:hAnsi="Calibri" w:cs="Calibri"/>
              </w:rPr>
              <w:t>Спортивные соревнования</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Дни здоровья</w:t>
            </w:r>
          </w:p>
        </w:tc>
        <w:tc>
          <w:tcPr>
            <w:tcW w:w="1559" w:type="dxa"/>
          </w:tcPr>
          <w:p w:rsidR="00F44E79" w:rsidRPr="00FE0535" w:rsidRDefault="00F44E79" w:rsidP="000B0AE1">
            <w:pPr>
              <w:rPr>
                <w:rFonts w:ascii="Calibri" w:hAnsi="Calibri" w:cs="Calibri"/>
              </w:rPr>
            </w:pPr>
            <w:r w:rsidRPr="00FE0535">
              <w:rPr>
                <w:rFonts w:ascii="Calibri" w:hAnsi="Calibri" w:cs="Calibri"/>
              </w:rPr>
              <w:t>5-9 класс</w:t>
            </w:r>
          </w:p>
        </w:tc>
        <w:tc>
          <w:tcPr>
            <w:tcW w:w="2534" w:type="dxa"/>
          </w:tcPr>
          <w:p w:rsidR="00F44E79" w:rsidRPr="00FE0535" w:rsidRDefault="00F44E79" w:rsidP="000B0AE1">
            <w:pPr>
              <w:rPr>
                <w:rFonts w:ascii="Calibri" w:hAnsi="Calibri" w:cs="Calibri"/>
              </w:rPr>
            </w:pPr>
            <w:r w:rsidRPr="00FE0535">
              <w:rPr>
                <w:rFonts w:ascii="Calibri" w:hAnsi="Calibri" w:cs="Calibri"/>
              </w:rPr>
              <w:t>1 раз в четверть</w:t>
            </w:r>
          </w:p>
        </w:tc>
        <w:tc>
          <w:tcPr>
            <w:tcW w:w="5263" w:type="dxa"/>
          </w:tcPr>
          <w:p w:rsidR="00F44E79" w:rsidRPr="00FE0535" w:rsidRDefault="00F44E79" w:rsidP="000B0AE1">
            <w:pPr>
              <w:rPr>
                <w:rFonts w:ascii="Calibri" w:hAnsi="Calibri" w:cs="Calibri"/>
              </w:rPr>
            </w:pPr>
            <w:r w:rsidRPr="00FE0535">
              <w:rPr>
                <w:rFonts w:ascii="Calibri" w:hAnsi="Calibri" w:cs="Calibri"/>
              </w:rPr>
              <w:t>учителя физкультуры, 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 xml:space="preserve">Дни здорового образа жизни </w:t>
            </w:r>
          </w:p>
        </w:tc>
        <w:tc>
          <w:tcPr>
            <w:tcW w:w="1559" w:type="dxa"/>
          </w:tcPr>
          <w:p w:rsidR="00F44E79" w:rsidRPr="00FE0535" w:rsidRDefault="00F44E79" w:rsidP="000B0AE1">
            <w:pPr>
              <w:rPr>
                <w:rFonts w:ascii="Calibri" w:hAnsi="Calibri" w:cs="Calibri"/>
              </w:rPr>
            </w:pPr>
            <w:r w:rsidRPr="00FE0535">
              <w:rPr>
                <w:rFonts w:ascii="Calibri" w:hAnsi="Calibri" w:cs="Calibri"/>
              </w:rPr>
              <w:t>5-9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декабрь, апрель</w:t>
            </w:r>
          </w:p>
        </w:tc>
        <w:tc>
          <w:tcPr>
            <w:tcW w:w="5263" w:type="dxa"/>
          </w:tcPr>
          <w:p w:rsidR="00F44E79" w:rsidRPr="00FE0535" w:rsidRDefault="00F44E79" w:rsidP="000B0AE1">
            <w:pPr>
              <w:rPr>
                <w:rFonts w:ascii="Calibri" w:hAnsi="Calibri" w:cs="Calibri"/>
              </w:rPr>
            </w:pPr>
            <w:r w:rsidRPr="00FE0535">
              <w:rPr>
                <w:rFonts w:ascii="Calibri" w:hAnsi="Calibri" w:cs="Calibri"/>
              </w:rPr>
              <w:t>учителя предметники</w:t>
            </w:r>
          </w:p>
        </w:tc>
      </w:tr>
    </w:tbl>
    <w:p w:rsidR="00F44E79" w:rsidRPr="003B49F1" w:rsidRDefault="00F44E79" w:rsidP="000B0AE1">
      <w:pPr>
        <w:jc w:val="center"/>
        <w:rPr>
          <w:rFonts w:cs="Times New Roman"/>
          <w:szCs w:val="20"/>
        </w:rPr>
      </w:pPr>
    </w:p>
    <w:p w:rsidR="00F44E79" w:rsidRPr="003B49F1" w:rsidRDefault="00F44E79" w:rsidP="000B0AE1">
      <w:pPr>
        <w:jc w:val="center"/>
        <w:rPr>
          <w:rFonts w:cs="Times New Roman"/>
          <w:b/>
          <w:szCs w:val="20"/>
        </w:rPr>
      </w:pPr>
    </w:p>
    <w:p w:rsidR="00F44E79" w:rsidRPr="003B49F1" w:rsidRDefault="00F44E79" w:rsidP="000B0AE1">
      <w:pPr>
        <w:jc w:val="center"/>
        <w:rPr>
          <w:rFonts w:cs="Times New Roman"/>
          <w:b/>
          <w:szCs w:val="20"/>
        </w:rPr>
      </w:pPr>
    </w:p>
    <w:p w:rsidR="00F44E79" w:rsidRPr="003B49F1" w:rsidRDefault="00F44E79" w:rsidP="000B0AE1">
      <w:pPr>
        <w:jc w:val="center"/>
        <w:rPr>
          <w:rFonts w:cs="Times New Roman"/>
          <w:b/>
          <w:szCs w:val="20"/>
        </w:rPr>
      </w:pPr>
      <w:r w:rsidRPr="003B49F1">
        <w:rPr>
          <w:rFonts w:cs="Times New Roman"/>
          <w:b/>
          <w:szCs w:val="20"/>
        </w:rPr>
        <w:t>Модуль «Классное руководство»</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1559"/>
        <w:gridCol w:w="2534"/>
        <w:gridCol w:w="5263"/>
      </w:tblGrid>
      <w:tr w:rsidR="00F44E79" w:rsidRPr="003B49F1" w:rsidTr="00FE0535">
        <w:tc>
          <w:tcPr>
            <w:tcW w:w="5240"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559"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34"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63"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Знакомство с классами</w:t>
            </w:r>
          </w:p>
        </w:tc>
        <w:tc>
          <w:tcPr>
            <w:tcW w:w="1559" w:type="dxa"/>
          </w:tcPr>
          <w:p w:rsidR="00F44E79" w:rsidRPr="00FE0535" w:rsidRDefault="00F44E79" w:rsidP="000B0AE1">
            <w:pPr>
              <w:rPr>
                <w:rFonts w:ascii="Calibri" w:hAnsi="Calibri" w:cs="Calibri"/>
              </w:rPr>
            </w:pPr>
            <w:r w:rsidRPr="00FE0535">
              <w:rPr>
                <w:rFonts w:ascii="Calibri" w:hAnsi="Calibri" w:cs="Calibri"/>
              </w:rPr>
              <w:t>5 класс</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Составление социальных паспортов</w:t>
            </w:r>
          </w:p>
        </w:tc>
        <w:tc>
          <w:tcPr>
            <w:tcW w:w="1559" w:type="dxa"/>
          </w:tcPr>
          <w:p w:rsidR="00F44E79" w:rsidRPr="00FE0535" w:rsidRDefault="00F44E79" w:rsidP="000B0AE1">
            <w:pPr>
              <w:rPr>
                <w:rFonts w:ascii="Calibri" w:hAnsi="Calibri" w:cs="Calibri"/>
              </w:rPr>
            </w:pPr>
            <w:r w:rsidRPr="00FE0535">
              <w:rPr>
                <w:rFonts w:ascii="Calibri" w:hAnsi="Calibri" w:cs="Calibri"/>
              </w:rPr>
              <w:t>5 класс</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Общешкольный классный час «Разговор о главном»</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каждый учебный понедельник 1 урок</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Работа с государственными символами России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Инструктажи по безопасности жизнедеятельности</w:t>
            </w:r>
          </w:p>
        </w:tc>
        <w:tc>
          <w:tcPr>
            <w:tcW w:w="1559" w:type="dxa"/>
          </w:tcPr>
          <w:p w:rsidR="00F44E79" w:rsidRPr="00FE0535" w:rsidRDefault="00F44E79" w:rsidP="000B0AE1">
            <w:pPr>
              <w:rPr>
                <w:rFonts w:ascii="Calibri" w:hAnsi="Calibri" w:cs="Calibri"/>
              </w:rPr>
            </w:pPr>
            <w:r w:rsidRPr="00FE0535">
              <w:rPr>
                <w:rFonts w:ascii="Calibri" w:hAnsi="Calibri" w:cs="Calibri"/>
              </w:rPr>
              <w:t>1-11класс</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Родительское собрание с родителями пятиклассников</w:t>
            </w:r>
          </w:p>
        </w:tc>
        <w:tc>
          <w:tcPr>
            <w:tcW w:w="1559" w:type="dxa"/>
          </w:tcPr>
          <w:p w:rsidR="00F44E79" w:rsidRPr="00FE0535" w:rsidRDefault="00F44E79" w:rsidP="000B0AE1">
            <w:pPr>
              <w:rPr>
                <w:rFonts w:ascii="Calibri" w:hAnsi="Calibri" w:cs="Calibri"/>
              </w:rPr>
            </w:pPr>
            <w:r w:rsidRPr="00FE0535">
              <w:rPr>
                <w:rFonts w:ascii="Calibri" w:hAnsi="Calibri" w:cs="Calibri"/>
              </w:rPr>
              <w:t>5 класс</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Организация участия класса в общешкольных ключевых делах</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Индивидуальная работа с обучающимися</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Работа с учителями -предметниками, работающими в классе</w:t>
            </w:r>
          </w:p>
        </w:tc>
        <w:tc>
          <w:tcPr>
            <w:tcW w:w="1559" w:type="dxa"/>
          </w:tcPr>
          <w:p w:rsidR="00F44E79" w:rsidRPr="00FE0535" w:rsidRDefault="00F44E79" w:rsidP="000B0AE1">
            <w:pPr>
              <w:rPr>
                <w:rFonts w:ascii="Calibri" w:hAnsi="Calibri" w:cs="Calibri"/>
              </w:rPr>
            </w:pPr>
            <w:r w:rsidRPr="00FE0535">
              <w:rPr>
                <w:rFonts w:ascii="Calibri" w:hAnsi="Calibri" w:cs="Calibri"/>
              </w:rPr>
              <w:t>1-11класс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Работа с родителями или законными представителями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Родительские собрания</w:t>
            </w:r>
          </w:p>
        </w:tc>
        <w:tc>
          <w:tcPr>
            <w:tcW w:w="1559" w:type="dxa"/>
          </w:tcPr>
          <w:p w:rsidR="00F44E79" w:rsidRPr="00FE0535" w:rsidRDefault="00F44E79" w:rsidP="000B0AE1">
            <w:pPr>
              <w:rPr>
                <w:rFonts w:ascii="Calibri" w:hAnsi="Calibri" w:cs="Calibri"/>
              </w:rPr>
            </w:pPr>
            <w:r w:rsidRPr="00FE0535">
              <w:rPr>
                <w:rFonts w:ascii="Calibri" w:hAnsi="Calibri" w:cs="Calibri"/>
              </w:rPr>
              <w:t>1-11класс</w:t>
            </w:r>
          </w:p>
        </w:tc>
        <w:tc>
          <w:tcPr>
            <w:tcW w:w="2534" w:type="dxa"/>
          </w:tcPr>
          <w:p w:rsidR="00F44E79" w:rsidRPr="00FE0535" w:rsidRDefault="00F44E79" w:rsidP="000B0AE1">
            <w:pPr>
              <w:rPr>
                <w:rFonts w:ascii="Calibri" w:hAnsi="Calibri" w:cs="Calibri"/>
              </w:rPr>
            </w:pPr>
            <w:r w:rsidRPr="00FE0535">
              <w:rPr>
                <w:rFonts w:ascii="Calibri" w:hAnsi="Calibri" w:cs="Calibri"/>
              </w:rPr>
              <w:t>1 раз в четверть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Организация участия в детских объединениях ( РДШ, Большая перемена).</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bl>
    <w:p w:rsidR="00F44E79" w:rsidRPr="003B49F1" w:rsidRDefault="00F44E79" w:rsidP="000B0AE1">
      <w:pPr>
        <w:rPr>
          <w:rFonts w:cs="Times New Roman"/>
          <w:szCs w:val="20"/>
        </w:rPr>
      </w:pPr>
    </w:p>
    <w:p w:rsidR="00F44E79" w:rsidRPr="003B49F1" w:rsidRDefault="00F44E79" w:rsidP="000B0AE1">
      <w:pPr>
        <w:rPr>
          <w:rFonts w:cs="Times New Roman"/>
          <w:b/>
          <w:szCs w:val="20"/>
        </w:rPr>
      </w:pPr>
    </w:p>
    <w:p w:rsidR="00F44E79" w:rsidRPr="003B49F1" w:rsidRDefault="00F44E79" w:rsidP="000B0AE1">
      <w:pPr>
        <w:jc w:val="center"/>
        <w:rPr>
          <w:rFonts w:cs="Times New Roman"/>
          <w:b/>
          <w:szCs w:val="20"/>
        </w:rPr>
      </w:pPr>
      <w:r w:rsidRPr="003B49F1">
        <w:rPr>
          <w:rFonts w:cs="Times New Roman"/>
          <w:b/>
          <w:szCs w:val="20"/>
        </w:rPr>
        <w:t>Модуль «Внеурочная деятельность»</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1559"/>
        <w:gridCol w:w="2534"/>
        <w:gridCol w:w="5263"/>
      </w:tblGrid>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b/>
              </w:rPr>
            </w:pPr>
            <w:r w:rsidRPr="00FE0535">
              <w:rPr>
                <w:rFonts w:ascii="Calibri" w:hAnsi="Calibri" w:cs="Calibri"/>
                <w:b/>
              </w:rPr>
              <w:t>Мероприятия</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b/>
              </w:rPr>
            </w:pPr>
            <w:r w:rsidRPr="00FE0535">
              <w:rPr>
                <w:rFonts w:ascii="Calibri" w:hAnsi="Calibri" w:cs="Calibri"/>
                <w:b/>
              </w:rPr>
              <w:t>Участники</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b/>
              </w:rPr>
            </w:pPr>
            <w:r w:rsidRPr="00FE0535">
              <w:rPr>
                <w:rFonts w:ascii="Calibri" w:hAnsi="Calibri" w:cs="Calibri"/>
                <w:b/>
              </w:rPr>
              <w:t>Ориентировочное время проведения</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b/>
              </w:rPr>
            </w:pPr>
            <w:r w:rsidRPr="00FE0535">
              <w:rPr>
                <w:rFonts w:ascii="Calibri" w:hAnsi="Calibri" w:cs="Calibri"/>
                <w:b/>
              </w:rPr>
              <w:t>Ответственные</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Духовно-нравственное</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«Духовное наследие Орловского края»</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6,7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highlight w:val="yellow"/>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«Семья и семейные ценности»</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8а,8б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highlight w:val="yellow"/>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«ОДНКНР»</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9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highlight w:val="yellow"/>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«Я в современном мире»</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10,11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highlight w:val="yellow"/>
              </w:rPr>
            </w:pPr>
            <w:r w:rsidRPr="00FE0535">
              <w:rPr>
                <w:rFonts w:ascii="Calibri" w:hAnsi="Calibri" w:cs="Calibri"/>
              </w:rPr>
              <w:t>Зеленская О.В.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Общекультурное</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6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Садовая Т.Б.</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7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Берестян А.Ф.</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8а,8б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Селищева О.А./Марушко И.В.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9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Суслова Т.Н.</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10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Болычева М.А.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11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Бурцева Г.А.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«МХК»</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10,11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Петрушина Н.В.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Общеинтеллектуальное</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«ОБЖ»</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6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Болычева М.А.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«Финансовая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7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Селищева О.А.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«Экология человека»</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8 а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Бурцева Г.А.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Секреты орфографии»</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8 б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Стефеева Л.А.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«Информационная безопасность»/ «Географическ»ий мир</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9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Марушко И.В./Болычева М.А.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«Финансовая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10,11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Селищева О.А.</w:t>
            </w:r>
          </w:p>
          <w:p w:rsidR="00F44E79" w:rsidRPr="00FE0535" w:rsidRDefault="00F44E79" w:rsidP="00FE0535">
            <w:pPr>
              <w:spacing w:line="360" w:lineRule="auto"/>
              <w:jc w:val="center"/>
              <w:rPr>
                <w:rFonts w:ascii="Calibri" w:hAnsi="Calibri" w:cs="Calibri"/>
              </w:rPr>
            </w:pP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Спортивно-оздоровительное</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«Если хочешь быть здоров»</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2-3классы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Агарков Е.Ю.</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«Народные игры»</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4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Сухотерина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«Волейбол»</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5-9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6</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Агарков Е.Ю.</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«Информационная безопасность»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10,11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Марушко И.В.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Социальное</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«Я в мире профессий»</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6,8а,8б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3</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«ОБЖ»</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7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Болычева М.А.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«Профессиональное самоопределение подростков»</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9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«Мир профессий»</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10,11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Бурцева Г.А.</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Проектно-исследовательская</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«Финансовая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Зенова Ж.В.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«Финансовая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Кошелева Г.А.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«Финансовая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3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Лютова Л.М.</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«Финансовая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4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Сухотерина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«Мир профессий»</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5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Ревякина О.В.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Коммуникативная</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«Здоровое питание»</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Зенова Ж.В.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Кошелева Г.А.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«Формула здорового питания»</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3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Лютова Л.М.</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4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Сухотерина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«Азбука общения»</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5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Ревякина О.В.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Художественно-эстетическая творческая</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«Радужная палитра»</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«Весёлый художник»</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«Юный художник»</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3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Зеленская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«Творческая мастерская»</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4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Петрушина Н.В.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«Красота вокруг нас»</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5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Ревякина О.В.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Информационная культура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Зенова Ж.В.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Кошелева Г.А.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3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Лютова Л.М.</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4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Сухотерина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5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Ревякина О.В.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Интеллектуальные марафоны</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«Функциональная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Зенова Ж.В.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«Функциональная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Кошелева Г.А.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«Функциональная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3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Лютова Л.М.</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«Функциональная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4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Сухотерина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«Функциональная грамотность»</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5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Ревякина О.В.</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Ученье с увлечением</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«Азбука информатики»</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Марушко И.В.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«Информатика и информационные технологии в современном мире»</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2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Марушко И.В.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«Информатика и информационные технологии в современном мире»</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3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Марушко И.В.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«Информатика и информационные технологии в современном мире»</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4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Марушко И.В.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ОДНКНР</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5 класс</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jc w:val="center"/>
              <w:rPr>
                <w:rFonts w:ascii="Calibri" w:hAnsi="Calibri" w:cs="Calibri"/>
              </w:rPr>
            </w:pPr>
            <w:r w:rsidRPr="00FE0535">
              <w:rPr>
                <w:rFonts w:ascii="Calibri" w:hAnsi="Calibri" w:cs="Calibri"/>
              </w:rPr>
              <w:t>1</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spacing w:line="360" w:lineRule="auto"/>
              <w:rPr>
                <w:rFonts w:ascii="Calibri" w:hAnsi="Calibri" w:cs="Calibri"/>
              </w:rPr>
            </w:pPr>
            <w:r w:rsidRPr="00FE0535">
              <w:rPr>
                <w:rFonts w:ascii="Calibri" w:hAnsi="Calibri" w:cs="Calibri"/>
              </w:rPr>
              <w:t>Зеленская О.В.</w:t>
            </w:r>
          </w:p>
        </w:tc>
      </w:tr>
    </w:tbl>
    <w:p w:rsidR="00F44E79" w:rsidRPr="003B49F1" w:rsidRDefault="00F44E79" w:rsidP="000B0AE1">
      <w:pPr>
        <w:jc w:val="center"/>
        <w:rPr>
          <w:rFonts w:cs="Times New Roman"/>
          <w:b/>
          <w:szCs w:val="20"/>
          <w:lang w:val="en-US"/>
        </w:rPr>
      </w:pPr>
      <w:r w:rsidRPr="003B49F1">
        <w:rPr>
          <w:rFonts w:cs="Times New Roman"/>
          <w:b/>
          <w:szCs w:val="20"/>
        </w:rPr>
        <w:t>Модуль «Школьный урок»</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1559"/>
        <w:gridCol w:w="2534"/>
        <w:gridCol w:w="5263"/>
      </w:tblGrid>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Планирование воспитательного компонента урока</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классные руководители, учителя-предметники</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Руководство исследовательской и проектной деятельностью учащихся</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1-11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классные руководители, учителя-предметники</w:t>
            </w:r>
          </w:p>
        </w:tc>
      </w:tr>
      <w:tr w:rsidR="00F44E79" w:rsidRPr="003B49F1" w:rsidTr="00FE0535">
        <w:tc>
          <w:tcPr>
            <w:tcW w:w="14596" w:type="dxa"/>
            <w:gridSpan w:val="4"/>
            <w:tcBorders>
              <w:top w:val="single" w:sz="4" w:space="0" w:color="000000"/>
              <w:left w:val="single" w:sz="4" w:space="0" w:color="000000"/>
              <w:bottom w:val="single" w:sz="4" w:space="0" w:color="000000"/>
              <w:right w:val="single" w:sz="4" w:space="0" w:color="000000"/>
            </w:tcBorders>
          </w:tcPr>
          <w:p w:rsidR="00F44E79" w:rsidRPr="00FE0535" w:rsidRDefault="00F44E79" w:rsidP="00FE0535">
            <w:pPr>
              <w:jc w:val="center"/>
              <w:rPr>
                <w:rFonts w:ascii="Calibri" w:hAnsi="Calibri" w:cs="Calibri"/>
              </w:rPr>
            </w:pPr>
            <w:r w:rsidRPr="00FE0535">
              <w:rPr>
                <w:rFonts w:ascii="Calibri" w:hAnsi="Calibri" w:cs="Calibri"/>
              </w:rPr>
              <w:t>Предметные декады</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МО начальных классов</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1-4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12.12.22-23.12.22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Сухотерина О.В.</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МО естественно-математического цикла</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5-11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21.11.22-02.12.22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Бурцева Г.А.</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МО гуманитарного цикла</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5-11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06.02.22-07.02.22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Берестян А.Ф.</w:t>
            </w:r>
          </w:p>
        </w:tc>
      </w:tr>
      <w:tr w:rsidR="00F44E79" w:rsidRPr="003B49F1" w:rsidTr="00FE0535">
        <w:tc>
          <w:tcPr>
            <w:tcW w:w="5240"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МО технологии, ИЗО, музыки, физической культуры, ОБЖ</w:t>
            </w:r>
          </w:p>
        </w:tc>
        <w:tc>
          <w:tcPr>
            <w:tcW w:w="1559"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5-11 классы</w:t>
            </w:r>
          </w:p>
        </w:tc>
        <w:tc>
          <w:tcPr>
            <w:tcW w:w="2534"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13.03.22-24.03.22</w:t>
            </w:r>
          </w:p>
        </w:tc>
        <w:tc>
          <w:tcPr>
            <w:tcW w:w="5263" w:type="dxa"/>
            <w:tcBorders>
              <w:top w:val="single" w:sz="4" w:space="0" w:color="000000"/>
              <w:left w:val="single" w:sz="4" w:space="0" w:color="000000"/>
              <w:bottom w:val="single" w:sz="4" w:space="0" w:color="000000"/>
              <w:right w:val="single" w:sz="4" w:space="0" w:color="000000"/>
            </w:tcBorders>
          </w:tcPr>
          <w:p w:rsidR="00F44E79" w:rsidRPr="00FE0535" w:rsidRDefault="00F44E79" w:rsidP="000B0AE1">
            <w:pPr>
              <w:rPr>
                <w:rFonts w:ascii="Calibri" w:hAnsi="Calibri" w:cs="Calibri"/>
              </w:rPr>
            </w:pPr>
            <w:r w:rsidRPr="00FE0535">
              <w:rPr>
                <w:rFonts w:ascii="Calibri" w:hAnsi="Calibri" w:cs="Calibri"/>
              </w:rPr>
              <w:t>Зенова Ж.В.</w:t>
            </w:r>
          </w:p>
        </w:tc>
      </w:tr>
    </w:tbl>
    <w:p w:rsidR="00F44E79" w:rsidRPr="003B49F1" w:rsidRDefault="00F44E79" w:rsidP="000B0AE1">
      <w:pPr>
        <w:jc w:val="center"/>
        <w:rPr>
          <w:rFonts w:cs="Times New Roman"/>
          <w:b/>
          <w:szCs w:val="20"/>
        </w:rPr>
      </w:pPr>
    </w:p>
    <w:p w:rsidR="00F44E79" w:rsidRPr="003B49F1" w:rsidRDefault="00F44E79" w:rsidP="000B0AE1">
      <w:pPr>
        <w:jc w:val="center"/>
        <w:rPr>
          <w:rFonts w:cs="Times New Roman"/>
          <w:b/>
          <w:szCs w:val="20"/>
        </w:rPr>
      </w:pPr>
    </w:p>
    <w:p w:rsidR="00F44E79" w:rsidRPr="003B49F1" w:rsidRDefault="00F44E79" w:rsidP="000B0AE1">
      <w:pPr>
        <w:jc w:val="center"/>
        <w:rPr>
          <w:rFonts w:cs="Times New Roman"/>
          <w:b/>
          <w:szCs w:val="20"/>
        </w:rPr>
      </w:pPr>
      <w:r w:rsidRPr="003B49F1">
        <w:rPr>
          <w:rFonts w:cs="Times New Roman"/>
          <w:b/>
          <w:szCs w:val="20"/>
        </w:rPr>
        <w:t>Модуль «Самоуправление»</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1559"/>
        <w:gridCol w:w="2534"/>
        <w:gridCol w:w="5263"/>
      </w:tblGrid>
      <w:tr w:rsidR="00F44E79" w:rsidRPr="003B49F1" w:rsidTr="00FE0535">
        <w:tc>
          <w:tcPr>
            <w:tcW w:w="5240"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559"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34"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63"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Выборы в  совет класса, распределение обязанностей</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Работа в соответствии с обязанностями</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Классное собрание</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1 раз в месяц</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Отчет перед классом о проделанной работе</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конец уч. года</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bl>
    <w:p w:rsidR="00F44E79" w:rsidRPr="003B49F1" w:rsidRDefault="00F44E79" w:rsidP="000B0AE1">
      <w:pPr>
        <w:rPr>
          <w:rFonts w:cs="Times New Roman"/>
          <w:szCs w:val="20"/>
        </w:rPr>
      </w:pPr>
    </w:p>
    <w:p w:rsidR="00F44E79" w:rsidRPr="003B49F1" w:rsidRDefault="00F44E79" w:rsidP="000B0AE1">
      <w:pPr>
        <w:jc w:val="center"/>
        <w:rPr>
          <w:rFonts w:cs="Times New Roman"/>
          <w:b/>
          <w:szCs w:val="20"/>
        </w:rPr>
      </w:pPr>
      <w:r w:rsidRPr="003B49F1">
        <w:rPr>
          <w:rFonts w:cs="Times New Roman"/>
          <w:b/>
          <w:szCs w:val="20"/>
        </w:rPr>
        <w:t>Модуль «Профориентация»</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1559"/>
        <w:gridCol w:w="2552"/>
        <w:gridCol w:w="5245"/>
      </w:tblGrid>
      <w:tr w:rsidR="00F44E79" w:rsidRPr="003B49F1" w:rsidTr="00FE0535">
        <w:tc>
          <w:tcPr>
            <w:tcW w:w="5240"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559"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52"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45"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Циклы профориентационных часов общения</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Участие в реализации Всероссийского проекта «Открытые уроки»</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FE0535">
            <w:pPr>
              <w:spacing w:after="200" w:line="276" w:lineRule="auto"/>
              <w:contextualSpacing/>
              <w:rPr>
                <w:rFonts w:ascii="Calibri" w:hAnsi="Calibri" w:cs="Calibri"/>
              </w:rPr>
            </w:pPr>
            <w:r w:rsidRPr="00FE0535">
              <w:rPr>
                <w:rFonts w:ascii="Calibri" w:hAnsi="Calibri" w:cs="Calibri"/>
              </w:rPr>
              <w:t>Участие учащихся в российском тестировании функциональной грамотности по модели PISA</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highlight w:val="yellow"/>
              </w:rPr>
            </w:pPr>
            <w:r w:rsidRPr="00FE0535">
              <w:rPr>
                <w:rFonts w:ascii="Calibri" w:hAnsi="Calibri" w:cs="Calibri"/>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 учителя-предметники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Участие в проектной деятельности</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учителя-предметники</w:t>
            </w:r>
          </w:p>
        </w:tc>
      </w:tr>
      <w:tr w:rsidR="00F44E79" w:rsidRPr="003B49F1" w:rsidTr="00FE0535">
        <w:tc>
          <w:tcPr>
            <w:tcW w:w="5240" w:type="dxa"/>
          </w:tcPr>
          <w:p w:rsidR="00F44E79" w:rsidRPr="00FE0535" w:rsidRDefault="00F44E79" w:rsidP="00FE0535">
            <w:pPr>
              <w:spacing w:after="200" w:line="276" w:lineRule="auto"/>
              <w:contextualSpacing/>
              <w:rPr>
                <w:rFonts w:ascii="Calibri" w:hAnsi="Calibri" w:cs="Calibri"/>
              </w:rPr>
            </w:pPr>
            <w:r w:rsidRPr="00FE0535">
              <w:rPr>
                <w:rFonts w:ascii="Calibri" w:hAnsi="Calibri" w:cs="Calibri"/>
              </w:rPr>
              <w:t>Проведение диагностики по профориентации по методике Е.А.Климова;</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по требованию</w:t>
            </w:r>
          </w:p>
        </w:tc>
        <w:tc>
          <w:tcPr>
            <w:tcW w:w="5245" w:type="dxa"/>
          </w:tcPr>
          <w:p w:rsidR="00F44E79" w:rsidRPr="00FE0535" w:rsidRDefault="00F44E79" w:rsidP="000B0AE1">
            <w:pPr>
              <w:rPr>
                <w:rFonts w:ascii="Calibri" w:hAnsi="Calibri" w:cs="Calibri"/>
              </w:rPr>
            </w:pPr>
            <w:r w:rsidRPr="00FE0535">
              <w:rPr>
                <w:rFonts w:ascii="Calibri" w:hAnsi="Calibri" w:cs="Calibri"/>
              </w:rPr>
              <w:t>педагог-психолог</w:t>
            </w:r>
          </w:p>
        </w:tc>
      </w:tr>
      <w:tr w:rsidR="00F44E79" w:rsidRPr="003B49F1" w:rsidTr="00FE0535">
        <w:tc>
          <w:tcPr>
            <w:tcW w:w="5240" w:type="dxa"/>
          </w:tcPr>
          <w:p w:rsidR="00F44E79" w:rsidRPr="00FE0535" w:rsidRDefault="00F44E79" w:rsidP="00FE0535">
            <w:pPr>
              <w:spacing w:after="200" w:line="276" w:lineRule="auto"/>
              <w:contextualSpacing/>
              <w:rPr>
                <w:rFonts w:ascii="Calibri" w:hAnsi="Calibri" w:cs="Calibri"/>
              </w:rPr>
            </w:pPr>
            <w:r w:rsidRPr="00FE0535">
              <w:rPr>
                <w:rFonts w:ascii="Calibri" w:hAnsi="Calibri" w:cs="Calibri"/>
              </w:rPr>
              <w:t>Ведение портфолио личных достижений обучающихся;</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240" w:type="dxa"/>
          </w:tcPr>
          <w:p w:rsidR="00F44E79" w:rsidRPr="00FE0535" w:rsidRDefault="00F44E79" w:rsidP="000B0AE1">
            <w:pPr>
              <w:rPr>
                <w:rFonts w:ascii="Calibri" w:hAnsi="Calibri" w:cs="Calibri"/>
              </w:rPr>
            </w:pPr>
            <w:r w:rsidRPr="00FE0535">
              <w:rPr>
                <w:rFonts w:ascii="Calibri" w:hAnsi="Calibri" w:cs="Calibri"/>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559"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по требованию</w:t>
            </w:r>
          </w:p>
        </w:tc>
        <w:tc>
          <w:tcPr>
            <w:tcW w:w="5245" w:type="dxa"/>
          </w:tcPr>
          <w:p w:rsidR="00F44E79" w:rsidRPr="00FE0535" w:rsidRDefault="00F44E79" w:rsidP="000B0AE1">
            <w:pPr>
              <w:rPr>
                <w:rFonts w:ascii="Calibri" w:hAnsi="Calibri" w:cs="Calibri"/>
              </w:rPr>
            </w:pPr>
            <w:r w:rsidRPr="00FE0535">
              <w:rPr>
                <w:rFonts w:ascii="Calibri" w:hAnsi="Calibri" w:cs="Calibri"/>
              </w:rPr>
              <w:t>педагог-психолог</w:t>
            </w:r>
          </w:p>
        </w:tc>
      </w:tr>
      <w:tr w:rsidR="00F44E79" w:rsidRPr="003B49F1" w:rsidTr="00FE0535">
        <w:tc>
          <w:tcPr>
            <w:tcW w:w="5240" w:type="dxa"/>
          </w:tcPr>
          <w:p w:rsidR="00F44E79" w:rsidRPr="00FE0535" w:rsidRDefault="00F44E79" w:rsidP="00FE0535">
            <w:pPr>
              <w:spacing w:after="200" w:line="276" w:lineRule="auto"/>
              <w:contextualSpacing/>
              <w:rPr>
                <w:rFonts w:ascii="Calibri" w:hAnsi="Calibri" w:cs="Calibri"/>
              </w:rPr>
            </w:pPr>
            <w:r w:rsidRPr="00FE0535">
              <w:rPr>
                <w:rFonts w:ascii="Calibri" w:hAnsi="Calibri" w:cs="Calibri"/>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1559"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учителя-предметники, педагоги ДО, преподаватели ТР</w:t>
            </w:r>
          </w:p>
        </w:tc>
      </w:tr>
    </w:tbl>
    <w:p w:rsidR="00F44E79" w:rsidRPr="003B49F1" w:rsidRDefault="00F44E79" w:rsidP="000B0AE1">
      <w:pPr>
        <w:rPr>
          <w:rFonts w:cs="Times New Roman"/>
          <w:szCs w:val="20"/>
        </w:rPr>
      </w:pPr>
    </w:p>
    <w:p w:rsidR="00F44E79" w:rsidRPr="003B49F1" w:rsidRDefault="00F44E79" w:rsidP="000B0AE1">
      <w:pPr>
        <w:jc w:val="center"/>
        <w:rPr>
          <w:rFonts w:cs="Times New Roman"/>
          <w:b/>
          <w:szCs w:val="20"/>
        </w:rPr>
      </w:pPr>
      <w:r w:rsidRPr="003B49F1">
        <w:rPr>
          <w:rFonts w:cs="Times New Roman"/>
          <w:b/>
          <w:szCs w:val="20"/>
        </w:rPr>
        <w:t>Модуль «Работа с родителями»</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8"/>
        <w:gridCol w:w="1701"/>
        <w:gridCol w:w="2534"/>
        <w:gridCol w:w="5263"/>
      </w:tblGrid>
      <w:tr w:rsidR="00F44E79" w:rsidRPr="003B49F1" w:rsidTr="00FE0535">
        <w:tc>
          <w:tcPr>
            <w:tcW w:w="5098"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701"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34"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63"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Общешкольные родительские собрания</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 xml:space="preserve">2 раза в год </w:t>
            </w:r>
          </w:p>
        </w:tc>
        <w:tc>
          <w:tcPr>
            <w:tcW w:w="5263" w:type="dxa"/>
          </w:tcPr>
          <w:p w:rsidR="00F44E79" w:rsidRPr="00FE0535" w:rsidRDefault="00F44E79" w:rsidP="000B0AE1">
            <w:pPr>
              <w:rPr>
                <w:rFonts w:ascii="Calibri" w:hAnsi="Calibri" w:cs="Calibri"/>
                <w:highlight w:val="yellow"/>
              </w:rPr>
            </w:pPr>
            <w:r w:rsidRPr="00FE0535">
              <w:rPr>
                <w:rFonts w:ascii="Calibri" w:hAnsi="Calibri" w:cs="Calibri"/>
              </w:rPr>
              <w:t>Воронина О.С- заместитель директора по УР; 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 xml:space="preserve">Классные родительские собрания </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 по графику</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 xml:space="preserve">Родительский всеобуч </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в течение года, по графику</w:t>
            </w:r>
          </w:p>
        </w:tc>
        <w:tc>
          <w:tcPr>
            <w:tcW w:w="5263" w:type="dxa"/>
          </w:tcPr>
          <w:p w:rsidR="00F44E79" w:rsidRPr="00FE0535" w:rsidRDefault="00F44E79" w:rsidP="000B0AE1">
            <w:pPr>
              <w:rPr>
                <w:rFonts w:ascii="Calibri" w:hAnsi="Calibri" w:cs="Calibri"/>
              </w:rPr>
            </w:pPr>
            <w:r w:rsidRPr="00FE0535">
              <w:rPr>
                <w:rFonts w:ascii="Calibri" w:hAnsi="Calibri" w:cs="Calibri"/>
              </w:rPr>
              <w:t>педагог-психолог</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Создание общешкольного родительского комитета, Совета школы, планирование их работы</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63" w:type="dxa"/>
          </w:tcPr>
          <w:p w:rsidR="00F44E79" w:rsidRPr="00FE0535" w:rsidRDefault="00F44E79" w:rsidP="000B0AE1">
            <w:pPr>
              <w:rPr>
                <w:rFonts w:ascii="Calibri" w:hAnsi="Calibri" w:cs="Calibri"/>
              </w:rPr>
            </w:pPr>
            <w:r w:rsidRPr="00FE0535">
              <w:rPr>
                <w:rFonts w:ascii="Calibri" w:hAnsi="Calibri" w:cs="Calibri"/>
              </w:rPr>
              <w:t>Воронина О.С- заместитель директора по УР</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Информационное оповещение через школьный сайт</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по необходимости</w:t>
            </w:r>
          </w:p>
        </w:tc>
        <w:tc>
          <w:tcPr>
            <w:tcW w:w="5263" w:type="dxa"/>
          </w:tcPr>
          <w:p w:rsidR="00F44E79" w:rsidRPr="00FE0535" w:rsidRDefault="00F44E79" w:rsidP="000B0AE1">
            <w:pPr>
              <w:rPr>
                <w:rFonts w:ascii="Calibri" w:hAnsi="Calibri" w:cs="Calibri"/>
              </w:rPr>
            </w:pPr>
            <w:r w:rsidRPr="00FE0535">
              <w:rPr>
                <w:rFonts w:ascii="Calibri" w:hAnsi="Calibri" w:cs="Calibri"/>
              </w:rPr>
              <w:t>Марушко И.В</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Индивидуальные консультации по вопросам воспитания детей</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по требованию</w:t>
            </w:r>
          </w:p>
        </w:tc>
        <w:tc>
          <w:tcPr>
            <w:tcW w:w="5263" w:type="dxa"/>
          </w:tcPr>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Селищева О.А.</w:t>
            </w:r>
          </w:p>
          <w:p w:rsidR="00F44E79" w:rsidRPr="00FE0535" w:rsidRDefault="00F44E79" w:rsidP="000B0AE1">
            <w:pPr>
              <w:rPr>
                <w:rFonts w:ascii="Calibri" w:hAnsi="Calibri" w:cs="Calibri"/>
              </w:rPr>
            </w:pPr>
            <w:r w:rsidRPr="00FE0535">
              <w:rPr>
                <w:rFonts w:ascii="Calibri" w:hAnsi="Calibri" w:cs="Calibri"/>
              </w:rPr>
              <w:t>Берестян А.Ф.</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Посещение семей с целью проверки соблюдения детьми режима дня, выявления «неблагополучных семей» (составление актов обследования)</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по необходимости</w:t>
            </w:r>
          </w:p>
        </w:tc>
        <w:tc>
          <w:tcPr>
            <w:tcW w:w="5263" w:type="dxa"/>
          </w:tcPr>
          <w:p w:rsidR="00F44E79" w:rsidRPr="00FE0535" w:rsidRDefault="00F44E79" w:rsidP="000B0AE1">
            <w:pPr>
              <w:rPr>
                <w:rFonts w:ascii="Calibri" w:hAnsi="Calibri" w:cs="Calibri"/>
              </w:rPr>
            </w:pPr>
            <w:r w:rsidRPr="00FE0535">
              <w:rPr>
                <w:rFonts w:ascii="Calibri" w:hAnsi="Calibri" w:cs="Calibri"/>
              </w:rPr>
              <w:t>Селищева О.А.; Сажина С.А.;</w:t>
            </w:r>
          </w:p>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Работа Совета профилактики</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1 раз в четверть</w:t>
            </w:r>
          </w:p>
        </w:tc>
        <w:tc>
          <w:tcPr>
            <w:tcW w:w="5263" w:type="dxa"/>
          </w:tcPr>
          <w:p w:rsidR="00F44E79" w:rsidRPr="00FE0535" w:rsidRDefault="00F44E79" w:rsidP="000B0AE1">
            <w:pPr>
              <w:rPr>
                <w:rFonts w:ascii="Calibri" w:hAnsi="Calibri" w:cs="Calibri"/>
              </w:rPr>
            </w:pPr>
            <w:r w:rsidRPr="00FE0535">
              <w:rPr>
                <w:rFonts w:ascii="Calibri" w:hAnsi="Calibri" w:cs="Calibri"/>
              </w:rPr>
              <w:t>Сажина С.А.</w:t>
            </w:r>
          </w:p>
          <w:p w:rsidR="00F44E79" w:rsidRPr="00FE0535" w:rsidRDefault="00F44E79" w:rsidP="000B0AE1">
            <w:pPr>
              <w:rPr>
                <w:rFonts w:ascii="Calibri" w:hAnsi="Calibri" w:cs="Calibri"/>
              </w:rPr>
            </w:pPr>
            <w:r w:rsidRPr="00FE0535">
              <w:rPr>
                <w:rFonts w:ascii="Calibri" w:hAnsi="Calibri" w:cs="Calibri"/>
              </w:rPr>
              <w:t>Селищева О.А.</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Участие родителей в проведении общешкольных, классных мероприятий</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по плану</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 родительский комитет</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Организация совместного посещения музеев, выставок, поездок в театр, экскурсий</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34" w:type="dxa"/>
          </w:tcPr>
          <w:p w:rsidR="00F44E79" w:rsidRPr="00FE0535" w:rsidRDefault="00F44E79" w:rsidP="000B0AE1">
            <w:pPr>
              <w:rPr>
                <w:rFonts w:ascii="Calibri" w:hAnsi="Calibri" w:cs="Calibri"/>
              </w:rPr>
            </w:pPr>
            <w:r w:rsidRPr="00FE0535">
              <w:rPr>
                <w:rFonts w:ascii="Calibri" w:hAnsi="Calibri" w:cs="Calibri"/>
              </w:rPr>
              <w:t>по плану</w:t>
            </w:r>
          </w:p>
        </w:tc>
        <w:tc>
          <w:tcPr>
            <w:tcW w:w="5263"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bl>
    <w:p w:rsidR="00F44E79" w:rsidRPr="003B49F1" w:rsidRDefault="00F44E79" w:rsidP="000B0AE1">
      <w:pPr>
        <w:rPr>
          <w:rFonts w:cs="Times New Roman"/>
          <w:szCs w:val="20"/>
        </w:rPr>
      </w:pPr>
    </w:p>
    <w:p w:rsidR="00F44E79" w:rsidRPr="003B49F1" w:rsidRDefault="00F44E79" w:rsidP="000B0AE1">
      <w:pPr>
        <w:jc w:val="center"/>
        <w:rPr>
          <w:rFonts w:cs="Times New Roman"/>
          <w:b/>
          <w:szCs w:val="20"/>
        </w:rPr>
      </w:pPr>
      <w:r w:rsidRPr="003B49F1">
        <w:rPr>
          <w:rFonts w:cs="Times New Roman"/>
          <w:b/>
          <w:szCs w:val="20"/>
        </w:rPr>
        <w:t>Модуль «Организация предметно-эстетической среды»</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8"/>
        <w:gridCol w:w="1701"/>
        <w:gridCol w:w="2552"/>
        <w:gridCol w:w="5245"/>
      </w:tblGrid>
      <w:tr w:rsidR="00F44E79" w:rsidRPr="003B49F1" w:rsidTr="00FE0535">
        <w:tc>
          <w:tcPr>
            <w:tcW w:w="5098"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701"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52"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45"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Выставки рисунков, фотографий, творческих работ, посвященных событиям и памятным датам</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Учитель ИЗО, библиотекарь, 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Оформление классных уголков</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сентябрь</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Уход в кабинетах за растениями</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Оформление стендов, кабинетов, рекреаций и т.д. к праздникам</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kern w:val="2"/>
              </w:rPr>
              <w:t>Озеленение пришкольной территории, участие в посадке школьного сада.</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май-сентябрь</w:t>
            </w:r>
          </w:p>
        </w:tc>
        <w:tc>
          <w:tcPr>
            <w:tcW w:w="5245" w:type="dxa"/>
          </w:tcPr>
          <w:p w:rsidR="00F44E79" w:rsidRPr="00FE0535" w:rsidRDefault="00F44E79" w:rsidP="000B0AE1">
            <w:pPr>
              <w:rPr>
                <w:rFonts w:ascii="Calibri" w:hAnsi="Calibri" w:cs="Calibri"/>
              </w:rPr>
            </w:pPr>
            <w:r w:rsidRPr="00FE0535">
              <w:rPr>
                <w:rFonts w:ascii="Calibri" w:hAnsi="Calibri" w:cs="Calibri"/>
              </w:rPr>
              <w:t>Учитель технологии, классные руководители</w:t>
            </w:r>
          </w:p>
        </w:tc>
      </w:tr>
    </w:tbl>
    <w:p w:rsidR="00F44E79" w:rsidRPr="003B49F1" w:rsidRDefault="00F44E79" w:rsidP="000B0AE1">
      <w:pPr>
        <w:jc w:val="center"/>
        <w:rPr>
          <w:rFonts w:cs="Times New Roman"/>
          <w:szCs w:val="20"/>
        </w:rPr>
      </w:pPr>
    </w:p>
    <w:p w:rsidR="00F44E79" w:rsidRPr="003B49F1" w:rsidRDefault="00F44E79" w:rsidP="000B0AE1">
      <w:pPr>
        <w:jc w:val="center"/>
        <w:rPr>
          <w:rFonts w:cs="Times New Roman"/>
          <w:b/>
          <w:szCs w:val="20"/>
        </w:rPr>
      </w:pPr>
      <w:r w:rsidRPr="003B49F1">
        <w:rPr>
          <w:rFonts w:cs="Times New Roman"/>
          <w:b/>
          <w:szCs w:val="20"/>
        </w:rPr>
        <w:t>Модуль «Волонтерство»</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8"/>
        <w:gridCol w:w="1701"/>
        <w:gridCol w:w="2552"/>
        <w:gridCol w:w="5245"/>
      </w:tblGrid>
      <w:tr w:rsidR="00F44E79" w:rsidRPr="003B49F1" w:rsidTr="00FE0535">
        <w:tc>
          <w:tcPr>
            <w:tcW w:w="5098"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701"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52"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45"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Патриотические акции в помощь ветеранам и пожилым людям  «Окна Победы»,  «Цветы ветеранам», «Дорогие, мои, старики!», «Новогодний подарок – одиноким людям», «Ветеран живёт рядом»</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 xml:space="preserve">Сажина С.А.; классные руководители </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Экологические акции «Сохрани дерево», «Помоги птицам», «Бумаге – вторую  жизнь» «Живи, Земля!»</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bl>
    <w:p w:rsidR="00F44E79" w:rsidRPr="003B49F1" w:rsidRDefault="00F44E79" w:rsidP="000B0AE1">
      <w:pPr>
        <w:rPr>
          <w:rFonts w:cs="Times New Roman"/>
          <w:szCs w:val="20"/>
        </w:rPr>
      </w:pPr>
    </w:p>
    <w:p w:rsidR="00F44E79" w:rsidRPr="003B49F1" w:rsidRDefault="00F44E79" w:rsidP="000B0AE1">
      <w:pPr>
        <w:jc w:val="center"/>
        <w:rPr>
          <w:rFonts w:cs="Times New Roman"/>
          <w:b/>
          <w:szCs w:val="20"/>
        </w:rPr>
      </w:pPr>
      <w:r w:rsidRPr="003B49F1">
        <w:rPr>
          <w:rFonts w:cs="Times New Roman"/>
          <w:b/>
          <w:szCs w:val="20"/>
        </w:rPr>
        <w:t>Модуль «Поликультурное воспитание»</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8"/>
        <w:gridCol w:w="1701"/>
        <w:gridCol w:w="2552"/>
        <w:gridCol w:w="5245"/>
      </w:tblGrid>
      <w:tr w:rsidR="00F44E79" w:rsidRPr="003B49F1" w:rsidTr="00FE0535">
        <w:tc>
          <w:tcPr>
            <w:tcW w:w="5098"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701"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52"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45"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Цикл классных часов, бесед, библиотечных уроков: «Многообразие культурных традиций», «Все мы разные, но мы вместе», «Что такое толерантность» и пр.</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Библиотекарь, 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День толерантности «Все мы разные, но мы вместе»</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ноябрь</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 Сажина С.А.</w:t>
            </w:r>
          </w:p>
        </w:tc>
      </w:tr>
    </w:tbl>
    <w:p w:rsidR="00F44E79" w:rsidRPr="003B49F1" w:rsidRDefault="00F44E79" w:rsidP="000B0AE1">
      <w:pPr>
        <w:jc w:val="center"/>
        <w:rPr>
          <w:rFonts w:cs="Times New Roman"/>
          <w:b/>
          <w:szCs w:val="20"/>
        </w:rPr>
      </w:pPr>
      <w:r w:rsidRPr="003B49F1">
        <w:rPr>
          <w:rFonts w:cs="Times New Roman"/>
          <w:b/>
          <w:szCs w:val="20"/>
        </w:rPr>
        <w:t>Модуль «Гражданско-патриотическое воспитание»</w:t>
      </w:r>
    </w:p>
    <w:tbl>
      <w:tblPr>
        <w:tblW w:w="14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8"/>
        <w:gridCol w:w="1701"/>
        <w:gridCol w:w="2552"/>
        <w:gridCol w:w="5245"/>
      </w:tblGrid>
      <w:tr w:rsidR="00F44E79" w:rsidRPr="003B49F1" w:rsidTr="00FE0535">
        <w:tc>
          <w:tcPr>
            <w:tcW w:w="5098" w:type="dxa"/>
          </w:tcPr>
          <w:p w:rsidR="00F44E79" w:rsidRPr="00FE0535" w:rsidRDefault="00F44E79" w:rsidP="000B0AE1">
            <w:pPr>
              <w:rPr>
                <w:rFonts w:ascii="Calibri" w:hAnsi="Calibri" w:cs="Calibri"/>
                <w:b/>
              </w:rPr>
            </w:pPr>
            <w:r w:rsidRPr="00FE0535">
              <w:rPr>
                <w:rFonts w:ascii="Calibri" w:hAnsi="Calibri" w:cs="Calibri"/>
                <w:b/>
              </w:rPr>
              <w:t>Мероприятия</w:t>
            </w:r>
          </w:p>
        </w:tc>
        <w:tc>
          <w:tcPr>
            <w:tcW w:w="1701" w:type="dxa"/>
          </w:tcPr>
          <w:p w:rsidR="00F44E79" w:rsidRPr="00FE0535" w:rsidRDefault="00F44E79" w:rsidP="000B0AE1">
            <w:pPr>
              <w:rPr>
                <w:rFonts w:ascii="Calibri" w:hAnsi="Calibri" w:cs="Calibri"/>
                <w:b/>
              </w:rPr>
            </w:pPr>
            <w:r w:rsidRPr="00FE0535">
              <w:rPr>
                <w:rFonts w:ascii="Calibri" w:hAnsi="Calibri" w:cs="Calibri"/>
                <w:b/>
              </w:rPr>
              <w:t>Участники</w:t>
            </w:r>
          </w:p>
        </w:tc>
        <w:tc>
          <w:tcPr>
            <w:tcW w:w="2552" w:type="dxa"/>
          </w:tcPr>
          <w:p w:rsidR="00F44E79" w:rsidRPr="00FE0535" w:rsidRDefault="00F44E79" w:rsidP="000B0AE1">
            <w:pPr>
              <w:rPr>
                <w:rFonts w:ascii="Calibri" w:hAnsi="Calibri" w:cs="Calibri"/>
                <w:b/>
              </w:rPr>
            </w:pPr>
            <w:r w:rsidRPr="00FE0535">
              <w:rPr>
                <w:rFonts w:ascii="Calibri" w:hAnsi="Calibri" w:cs="Calibri"/>
                <w:b/>
              </w:rPr>
              <w:t>Ориентировочное время проведения</w:t>
            </w:r>
          </w:p>
        </w:tc>
        <w:tc>
          <w:tcPr>
            <w:tcW w:w="5245" w:type="dxa"/>
          </w:tcPr>
          <w:p w:rsidR="00F44E79" w:rsidRPr="00FE0535" w:rsidRDefault="00F44E79" w:rsidP="000B0AE1">
            <w:pPr>
              <w:rPr>
                <w:rFonts w:ascii="Calibri" w:hAnsi="Calibri" w:cs="Calibri"/>
                <w:b/>
              </w:rPr>
            </w:pPr>
            <w:r w:rsidRPr="00FE0535">
              <w:rPr>
                <w:rFonts w:ascii="Calibri" w:hAnsi="Calibri" w:cs="Calibri"/>
                <w:b/>
              </w:rPr>
              <w:t>Ответственные</w:t>
            </w:r>
          </w:p>
        </w:tc>
      </w:tr>
      <w:tr w:rsidR="00F44E79" w:rsidRPr="003B49F1" w:rsidTr="00FE0535">
        <w:tc>
          <w:tcPr>
            <w:tcW w:w="5098" w:type="dxa"/>
          </w:tcPr>
          <w:p w:rsidR="00F44E79" w:rsidRPr="00FE0535" w:rsidRDefault="00F44E79" w:rsidP="00FE0535">
            <w:pPr>
              <w:autoSpaceDE w:val="0"/>
              <w:autoSpaceDN w:val="0"/>
              <w:adjustRightInd w:val="0"/>
              <w:contextualSpacing/>
              <w:rPr>
                <w:rFonts w:ascii="Calibri" w:hAnsi="Calibri" w:cs="Calibri"/>
              </w:rPr>
            </w:pPr>
            <w:r w:rsidRPr="00FE0535">
              <w:rPr>
                <w:rFonts w:ascii="Calibri" w:hAnsi="Calibri" w:cs="Calibri"/>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 Сажина С.А.</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Мероприятия по тематике текущих исторических событий</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Кобылкина Т.И. учитель истории, 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Уроки мужества к памятным датам</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по  плану</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FE0535">
            <w:pPr>
              <w:autoSpaceDE w:val="0"/>
              <w:autoSpaceDN w:val="0"/>
              <w:adjustRightInd w:val="0"/>
              <w:contextualSpacing/>
              <w:rPr>
                <w:rFonts w:ascii="Calibri" w:hAnsi="Calibri" w:cs="Calibri"/>
              </w:rPr>
            </w:pPr>
            <w:r w:rsidRPr="00FE0535">
              <w:rPr>
                <w:rFonts w:ascii="Calibri" w:hAnsi="Calibri" w:cs="Calibri"/>
              </w:rPr>
              <w:t xml:space="preserve">Классные часы и беседы на патриотические и историко-краеведческие темы </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FE0535">
            <w:pPr>
              <w:autoSpaceDE w:val="0"/>
              <w:autoSpaceDN w:val="0"/>
              <w:adjustRightInd w:val="0"/>
              <w:contextualSpacing/>
              <w:rPr>
                <w:rFonts w:ascii="Calibri" w:hAnsi="Calibri" w:cs="Calibri"/>
              </w:rPr>
            </w:pPr>
            <w:r w:rsidRPr="00FE0535">
              <w:rPr>
                <w:rFonts w:ascii="Calibri" w:hAnsi="Calibri" w:cs="Calibri"/>
              </w:rPr>
              <w:t>Конкурс проектов «Моя родословная»</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январь</w:t>
            </w:r>
          </w:p>
        </w:tc>
        <w:tc>
          <w:tcPr>
            <w:tcW w:w="5245" w:type="dxa"/>
          </w:tcPr>
          <w:p w:rsidR="00F44E79" w:rsidRPr="00FE0535" w:rsidRDefault="00F44E79" w:rsidP="000B0AE1">
            <w:pPr>
              <w:rPr>
                <w:rFonts w:ascii="Calibri" w:hAnsi="Calibri" w:cs="Calibri"/>
              </w:rPr>
            </w:pPr>
            <w:r w:rsidRPr="00FE0535">
              <w:rPr>
                <w:rFonts w:ascii="Calibri" w:hAnsi="Calibri" w:cs="Calibri"/>
              </w:rPr>
              <w:t>Сажина С.А.; классные руководители</w:t>
            </w:r>
          </w:p>
        </w:tc>
      </w:tr>
      <w:tr w:rsidR="00F44E79" w:rsidRPr="003B49F1" w:rsidTr="00FE0535">
        <w:tc>
          <w:tcPr>
            <w:tcW w:w="5098" w:type="dxa"/>
          </w:tcPr>
          <w:p w:rsidR="00F44E79" w:rsidRPr="00FE0535" w:rsidRDefault="00F44E79" w:rsidP="000B0AE1">
            <w:pPr>
              <w:rPr>
                <w:rFonts w:ascii="Calibri" w:hAnsi="Calibri" w:cs="Calibri"/>
              </w:rPr>
            </w:pPr>
            <w:r w:rsidRPr="00FE0535">
              <w:rPr>
                <w:rFonts w:ascii="Calibri" w:hAnsi="Calibri" w:cs="Calibri"/>
              </w:rPr>
              <w:t>Единый классный час, посвященный Конвенции о правах ребенка</w:t>
            </w:r>
          </w:p>
        </w:tc>
        <w:tc>
          <w:tcPr>
            <w:tcW w:w="1701" w:type="dxa"/>
          </w:tcPr>
          <w:p w:rsidR="00F44E79" w:rsidRPr="00FE0535" w:rsidRDefault="00F44E79" w:rsidP="000B0AE1">
            <w:pPr>
              <w:rPr>
                <w:rFonts w:ascii="Calibri" w:hAnsi="Calibri" w:cs="Calibri"/>
              </w:rPr>
            </w:pPr>
            <w:r w:rsidRPr="00FE0535">
              <w:rPr>
                <w:rFonts w:ascii="Calibri" w:hAnsi="Calibri" w:cs="Calibri"/>
              </w:rPr>
              <w:t>1-11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ноябрь</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w:t>
            </w:r>
          </w:p>
        </w:tc>
      </w:tr>
      <w:tr w:rsidR="00F44E79" w:rsidRPr="003B49F1" w:rsidTr="00FE0535">
        <w:tc>
          <w:tcPr>
            <w:tcW w:w="5098" w:type="dxa"/>
          </w:tcPr>
          <w:p w:rsidR="00F44E79" w:rsidRPr="00FE0535" w:rsidRDefault="00F44E79" w:rsidP="00FE0535">
            <w:pPr>
              <w:autoSpaceDE w:val="0"/>
              <w:autoSpaceDN w:val="0"/>
              <w:adjustRightInd w:val="0"/>
              <w:contextualSpacing/>
              <w:rPr>
                <w:rFonts w:ascii="Calibri" w:hAnsi="Calibri" w:cs="Calibri"/>
              </w:rPr>
            </w:pPr>
            <w:r w:rsidRPr="00FE0535">
              <w:rPr>
                <w:rFonts w:ascii="Calibri" w:hAnsi="Calibri" w:cs="Calibri"/>
              </w:rPr>
              <w:t>Военно -спортивные эстафеты</w:t>
            </w:r>
          </w:p>
          <w:p w:rsidR="00F44E79" w:rsidRPr="00FE0535" w:rsidRDefault="00F44E79" w:rsidP="000B0AE1">
            <w:pPr>
              <w:rPr>
                <w:rFonts w:ascii="Calibri" w:hAnsi="Calibri" w:cs="Calibri"/>
              </w:rPr>
            </w:pPr>
          </w:p>
        </w:tc>
        <w:tc>
          <w:tcPr>
            <w:tcW w:w="1701" w:type="dxa"/>
          </w:tcPr>
          <w:p w:rsidR="00F44E79" w:rsidRPr="00FE0535" w:rsidRDefault="00F44E79" w:rsidP="000B0AE1">
            <w:pPr>
              <w:rPr>
                <w:rFonts w:ascii="Calibri" w:hAnsi="Calibri" w:cs="Calibri"/>
              </w:rPr>
            </w:pPr>
            <w:r w:rsidRPr="00FE0535">
              <w:rPr>
                <w:rFonts w:ascii="Calibri" w:hAnsi="Calibri" w:cs="Calibri"/>
              </w:rPr>
              <w:t>5-11 класс</w:t>
            </w:r>
          </w:p>
        </w:tc>
        <w:tc>
          <w:tcPr>
            <w:tcW w:w="2552" w:type="dxa"/>
          </w:tcPr>
          <w:p w:rsidR="00F44E79" w:rsidRPr="00FE0535" w:rsidRDefault="00F44E79" w:rsidP="000B0AE1">
            <w:pPr>
              <w:rPr>
                <w:rFonts w:ascii="Calibri" w:hAnsi="Calibri" w:cs="Calibri"/>
              </w:rPr>
            </w:pPr>
            <w:r w:rsidRPr="00FE0535">
              <w:rPr>
                <w:rFonts w:ascii="Calibri" w:hAnsi="Calibri" w:cs="Calibri"/>
              </w:rPr>
              <w:t>в течение года</w:t>
            </w:r>
          </w:p>
        </w:tc>
        <w:tc>
          <w:tcPr>
            <w:tcW w:w="5245" w:type="dxa"/>
          </w:tcPr>
          <w:p w:rsidR="00F44E79" w:rsidRPr="00FE0535" w:rsidRDefault="00F44E79" w:rsidP="000B0AE1">
            <w:pPr>
              <w:rPr>
                <w:rFonts w:ascii="Calibri" w:hAnsi="Calibri" w:cs="Calibri"/>
              </w:rPr>
            </w:pPr>
            <w:r w:rsidRPr="00FE0535">
              <w:rPr>
                <w:rFonts w:ascii="Calibri" w:hAnsi="Calibri" w:cs="Calibri"/>
              </w:rPr>
              <w:t>классные руководители, учителя физкультуры</w:t>
            </w:r>
          </w:p>
        </w:tc>
      </w:tr>
    </w:tbl>
    <w:p w:rsidR="00F44E79" w:rsidRPr="003B49F1" w:rsidRDefault="00F44E79" w:rsidP="000B0AE1">
      <w:pPr>
        <w:spacing w:after="150" w:line="360" w:lineRule="auto"/>
        <w:rPr>
          <w:rFonts w:cs="Times New Roman"/>
          <w:szCs w:val="20"/>
        </w:rPr>
      </w:pPr>
    </w:p>
    <w:p w:rsidR="00F44E79" w:rsidRPr="003B49F1" w:rsidRDefault="00F44E79" w:rsidP="000B0AE1">
      <w:pPr>
        <w:rPr>
          <w:rFonts w:cs="Times New Roman"/>
          <w:szCs w:val="20"/>
        </w:rPr>
      </w:pPr>
    </w:p>
    <w:p w:rsidR="00F44E79" w:rsidRDefault="00F44E79" w:rsidP="000B0AE1">
      <w:pPr>
        <w:pStyle w:val="BodyText"/>
        <w:spacing w:line="276" w:lineRule="auto"/>
        <w:ind w:firstLine="0"/>
        <w:jc w:val="both"/>
        <w:rPr>
          <w:rFonts w:ascii="Courier New" w:hAnsi="Courier New" w:cs="Courier New"/>
          <w:color w:val="auto"/>
          <w:sz w:val="24"/>
          <w:szCs w:val="24"/>
        </w:rPr>
        <w:sectPr w:rsidR="00F44E79">
          <w:headerReference w:type="even" r:id="rId835"/>
          <w:headerReference w:type="default" r:id="rId836"/>
          <w:footerReference w:type="even" r:id="rId837"/>
          <w:footerReference w:type="default" r:id="rId838"/>
          <w:footnotePr>
            <w:numFmt w:val="upperRoman"/>
          </w:footnotePr>
          <w:pgSz w:w="7824" w:h="12019"/>
          <w:pgMar w:top="620" w:right="711" w:bottom="970" w:left="715" w:header="0" w:footer="3" w:gutter="0"/>
          <w:cols w:space="720"/>
          <w:noEndnote/>
          <w:docGrid w:linePitch="360"/>
        </w:sectPr>
      </w:pPr>
      <w:r>
        <w:rPr>
          <w:rFonts w:ascii="SchoolBookSanPin" w:hAnsi="SchoolBookSanPin" w:cs="SchoolBookSanPin"/>
          <w:color w:val="000000"/>
          <w:sz w:val="20"/>
          <w:szCs w:val="20"/>
        </w:rPr>
        <w:t>3</w:t>
      </w:r>
    </w:p>
    <w:p w:rsidR="00F44E79" w:rsidRDefault="00F44E79">
      <w:pPr>
        <w:pStyle w:val="ac"/>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b"/>
          <w:rFonts w:ascii="Tahoma" w:hAnsi="Tahoma" w:cs="Tahoma"/>
          <w:bCs w:val="0"/>
          <w:iCs w:val="0"/>
          <w:sz w:val="15"/>
          <w:szCs w:val="15"/>
        </w:rPr>
        <w:t>1150 Примерная основная образовательная программа основного общего образования</w:t>
      </w:r>
    </w:p>
    <w:p w:rsidR="00F44E79" w:rsidRPr="000B0AE1" w:rsidRDefault="00F44E79" w:rsidP="000B0AE1">
      <w:pPr>
        <w:spacing w:line="1" w:lineRule="exact"/>
        <w:rPr>
          <w:color w:val="auto"/>
        </w:rPr>
      </w:pPr>
      <w:r>
        <w:rPr>
          <w:rStyle w:val="21"/>
          <w:rFonts w:cs="Tahoma"/>
          <w:b w:val="0"/>
          <w:szCs w:val="20"/>
        </w:rPr>
        <w:t>ПРОГРАММЫ ОСНОВНОГО ОБЩЕГО ОБРАЗОВАНИЯ</w:t>
      </w:r>
    </w:p>
    <w:p w:rsidR="00F44E79" w:rsidRPr="000B0AE1" w:rsidRDefault="00F44E79" w:rsidP="000B0AE1">
      <w:pPr>
        <w:pStyle w:val="22"/>
        <w:jc w:val="both"/>
        <w:rPr>
          <w:rFonts w:ascii="Times New Roman" w:hAnsi="Times New Roman"/>
          <w:b w:val="0"/>
          <w:bCs w:val="0"/>
          <w:color w:val="auto"/>
          <w:w w:val="100"/>
          <w:sz w:val="24"/>
          <w:szCs w:val="24"/>
        </w:rPr>
      </w:pPr>
      <w:r w:rsidRPr="000B0AE1">
        <w:rPr>
          <w:rStyle w:val="21"/>
          <w:rFonts w:ascii="Times New Roman" w:hAnsi="Times New Roman"/>
          <w:b/>
          <w:sz w:val="24"/>
          <w:szCs w:val="24"/>
        </w:rPr>
        <w:t>3.4.ХАРАКТЕРИСТИКА УСЛОВИЙ РЕАЛИЗАЦИИ ПРОГРАММЫ ОСНОВНОГО ОБЩЕГО ОБРАЗОВАНИЯ В СООТВЕТСТВИИ С ТРЕБОВАНИЯМИ ФГОС ООО</w:t>
      </w:r>
    </w:p>
    <w:p w:rsidR="00F44E79" w:rsidRPr="000B0AE1" w:rsidRDefault="00F44E79" w:rsidP="000B0AE1">
      <w:pPr>
        <w:pStyle w:val="BodyText"/>
        <w:spacing w:line="276" w:lineRule="auto"/>
        <w:jc w:val="both"/>
        <w:rPr>
          <w:rFonts w:ascii="Times New Roman" w:hAnsi="Times New Roman"/>
          <w:color w:val="auto"/>
          <w:sz w:val="24"/>
          <w:szCs w:val="24"/>
        </w:rPr>
      </w:pPr>
      <w:r w:rsidRPr="000B0AE1">
        <w:rPr>
          <w:rStyle w:val="BodyTextChar1"/>
          <w:rFonts w:ascii="Times New Roman" w:hAnsi="Times New Roman"/>
          <w:sz w:val="24"/>
          <w:szCs w:val="24"/>
        </w:rPr>
        <w:t>Система условий реализации программы основного общего образования, созданная в образовательной организации соот</w:t>
      </w:r>
      <w:r w:rsidRPr="000B0AE1">
        <w:rPr>
          <w:rStyle w:val="BodyTextChar1"/>
          <w:rFonts w:ascii="Times New Roman" w:hAnsi="Times New Roman"/>
          <w:sz w:val="24"/>
          <w:szCs w:val="24"/>
        </w:rPr>
        <w:softHyphen/>
        <w:t>ветствует требованиям ФГОС ООО и направлена на:</w:t>
      </w:r>
    </w:p>
    <w:p w:rsidR="00F44E79" w:rsidRPr="000B0AE1" w:rsidRDefault="00F44E79" w:rsidP="001C7BA4">
      <w:pPr>
        <w:pStyle w:val="BodyText"/>
        <w:numPr>
          <w:ilvl w:val="0"/>
          <w:numId w:val="76"/>
        </w:numPr>
        <w:tabs>
          <w:tab w:val="left" w:pos="207"/>
        </w:tabs>
        <w:spacing w:line="300" w:lineRule="auto"/>
        <w:ind w:left="240" w:hanging="240"/>
        <w:jc w:val="both"/>
        <w:rPr>
          <w:rFonts w:ascii="Times New Roman" w:hAnsi="Times New Roman"/>
          <w:color w:val="auto"/>
          <w:sz w:val="24"/>
          <w:szCs w:val="24"/>
        </w:rPr>
      </w:pPr>
      <w:bookmarkStart w:id="1415" w:name="bookmark5956"/>
      <w:bookmarkEnd w:id="1415"/>
      <w:r w:rsidRPr="000B0AE1">
        <w:rPr>
          <w:rStyle w:val="BodyTextChar1"/>
          <w:rFonts w:ascii="Times New Roman" w:hAnsi="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44E79" w:rsidRPr="000B0AE1" w:rsidRDefault="00F44E79" w:rsidP="001C7BA4">
      <w:pPr>
        <w:pStyle w:val="BodyText"/>
        <w:numPr>
          <w:ilvl w:val="0"/>
          <w:numId w:val="76"/>
        </w:numPr>
        <w:tabs>
          <w:tab w:val="left" w:pos="207"/>
        </w:tabs>
        <w:spacing w:line="283" w:lineRule="auto"/>
        <w:ind w:left="240" w:hanging="240"/>
        <w:jc w:val="both"/>
        <w:rPr>
          <w:rFonts w:ascii="Times New Roman" w:hAnsi="Times New Roman"/>
          <w:color w:val="auto"/>
          <w:sz w:val="24"/>
          <w:szCs w:val="24"/>
        </w:rPr>
      </w:pPr>
      <w:bookmarkStart w:id="1416" w:name="bookmark5957"/>
      <w:bookmarkEnd w:id="1416"/>
      <w:r w:rsidRPr="000B0AE1">
        <w:rPr>
          <w:rStyle w:val="BodyTextChar1"/>
          <w:rFonts w:ascii="Times New Roman" w:hAnsi="Times New Roman"/>
          <w:sz w:val="24"/>
          <w:szCs w:val="24"/>
        </w:rPr>
        <w:t>развитие личности, ее способностей, удовлетворения обра</w:t>
      </w:r>
      <w:r w:rsidRPr="000B0AE1">
        <w:rPr>
          <w:rStyle w:val="BodyTextChar1"/>
          <w:rFonts w:ascii="Times New Roman" w:hAnsi="Times New Roman"/>
          <w:sz w:val="24"/>
          <w:szCs w:val="24"/>
        </w:rPr>
        <w:softHyphen/>
        <w:t>зовательных потребностей и интересов, самореализации об</w:t>
      </w:r>
      <w:r w:rsidRPr="000B0AE1">
        <w:rPr>
          <w:rStyle w:val="BodyTextChar1"/>
          <w:rFonts w:ascii="Times New Roman" w:hAnsi="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0B0AE1">
        <w:rPr>
          <w:rStyle w:val="BodyTextChar1"/>
          <w:rFonts w:ascii="Times New Roman" w:hAnsi="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0B0AE1">
        <w:rPr>
          <w:rStyle w:val="BodyTextChar1"/>
          <w:rFonts w:ascii="Times New Roman" w:hAnsi="Times New Roman"/>
          <w:sz w:val="24"/>
          <w:szCs w:val="24"/>
        </w:rPr>
        <w:softHyphen/>
        <w:t>альных партнеров в профессионально-производственном окружении;</w:t>
      </w:r>
    </w:p>
    <w:p w:rsidR="00F44E79" w:rsidRPr="000B0AE1" w:rsidRDefault="00F44E79" w:rsidP="001C7BA4">
      <w:pPr>
        <w:pStyle w:val="BodyText"/>
        <w:numPr>
          <w:ilvl w:val="0"/>
          <w:numId w:val="76"/>
        </w:numPr>
        <w:tabs>
          <w:tab w:val="left" w:pos="207"/>
        </w:tabs>
        <w:spacing w:line="286" w:lineRule="auto"/>
        <w:ind w:left="240" w:hanging="240"/>
        <w:jc w:val="both"/>
        <w:rPr>
          <w:rFonts w:ascii="Times New Roman" w:hAnsi="Times New Roman"/>
          <w:color w:val="auto"/>
          <w:sz w:val="24"/>
          <w:szCs w:val="24"/>
        </w:rPr>
      </w:pPr>
      <w:bookmarkStart w:id="1417" w:name="bookmark5958"/>
      <w:bookmarkEnd w:id="1417"/>
      <w:r w:rsidRPr="000B0AE1">
        <w:rPr>
          <w:rStyle w:val="BodyTextChar1"/>
          <w:rFonts w:ascii="Times New Roman" w:hAnsi="Times New Roman"/>
          <w:sz w:val="24"/>
          <w:szCs w:val="24"/>
        </w:rPr>
        <w:t>формирование функциональной грамотности обучающихся (способности решать учебные задачи и жизненные проблем</w:t>
      </w:r>
      <w:r w:rsidRPr="000B0AE1">
        <w:rPr>
          <w:rStyle w:val="BodyTextChar1"/>
          <w:rFonts w:ascii="Times New Roman" w:hAnsi="Times New Roman"/>
          <w:sz w:val="24"/>
          <w:szCs w:val="24"/>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0B0AE1">
        <w:rPr>
          <w:rStyle w:val="BodyTextChar1"/>
          <w:rFonts w:ascii="Times New Roman" w:hAnsi="Times New Roman"/>
          <w:sz w:val="24"/>
          <w:szCs w:val="24"/>
        </w:rPr>
        <w:softHyphen/>
        <w:t>ставляющими основу дальнейшего успешного образования и ориентации в мире профессий;</w:t>
      </w:r>
    </w:p>
    <w:p w:rsidR="00F44E79" w:rsidRPr="000B0AE1" w:rsidRDefault="00F44E79" w:rsidP="001C7BA4">
      <w:pPr>
        <w:pStyle w:val="BodyText"/>
        <w:numPr>
          <w:ilvl w:val="0"/>
          <w:numId w:val="76"/>
        </w:numPr>
        <w:tabs>
          <w:tab w:val="left" w:pos="207"/>
        </w:tabs>
        <w:spacing w:line="293" w:lineRule="auto"/>
        <w:ind w:left="240" w:hanging="240"/>
        <w:jc w:val="both"/>
        <w:rPr>
          <w:rFonts w:ascii="Times New Roman" w:hAnsi="Times New Roman"/>
          <w:color w:val="auto"/>
          <w:sz w:val="24"/>
          <w:szCs w:val="24"/>
        </w:rPr>
      </w:pPr>
      <w:bookmarkStart w:id="1418" w:name="bookmark5959"/>
      <w:bookmarkEnd w:id="1418"/>
      <w:r w:rsidRPr="000B0AE1">
        <w:rPr>
          <w:rStyle w:val="BodyTextChar1"/>
          <w:rFonts w:ascii="Times New Roman" w:hAnsi="Times New Roman"/>
          <w:sz w:val="24"/>
          <w:szCs w:val="24"/>
        </w:rPr>
        <w:t>формирование социокультурных и духовно-нравственных ценностей обучающихся, основ их гражданственности, рос</w:t>
      </w:r>
      <w:r w:rsidRPr="000B0AE1">
        <w:rPr>
          <w:rStyle w:val="BodyTextChar1"/>
          <w:rFonts w:ascii="Times New Roman" w:hAnsi="Times New Roman"/>
          <w:sz w:val="24"/>
          <w:szCs w:val="24"/>
        </w:rPr>
        <w:softHyphen/>
        <w:t>сийской гражданской идентичности и социально-профессио</w:t>
      </w:r>
      <w:r w:rsidRPr="000B0AE1">
        <w:rPr>
          <w:rStyle w:val="BodyTextChar1"/>
          <w:rFonts w:ascii="Times New Roman" w:hAnsi="Times New Roman"/>
          <w:sz w:val="24"/>
          <w:szCs w:val="24"/>
        </w:rPr>
        <w:softHyphen/>
        <w:t>нальных ориентаций;</w:t>
      </w:r>
    </w:p>
    <w:p w:rsidR="00F44E79" w:rsidRPr="000B0AE1" w:rsidRDefault="00F44E79" w:rsidP="001C7BA4">
      <w:pPr>
        <w:pStyle w:val="BodyText"/>
        <w:numPr>
          <w:ilvl w:val="0"/>
          <w:numId w:val="76"/>
        </w:numPr>
        <w:tabs>
          <w:tab w:val="left" w:pos="207"/>
        </w:tabs>
        <w:spacing w:line="293" w:lineRule="auto"/>
        <w:ind w:left="240" w:hanging="240"/>
        <w:jc w:val="both"/>
        <w:rPr>
          <w:rFonts w:ascii="Times New Roman" w:hAnsi="Times New Roman"/>
          <w:color w:val="auto"/>
          <w:sz w:val="24"/>
          <w:szCs w:val="24"/>
        </w:rPr>
      </w:pPr>
      <w:bookmarkStart w:id="1419" w:name="bookmark5960"/>
      <w:bookmarkEnd w:id="1419"/>
      <w:r w:rsidRPr="000B0AE1">
        <w:rPr>
          <w:rStyle w:val="BodyTextChar1"/>
          <w:rFonts w:ascii="Times New Roman" w:hAnsi="Times New Roman"/>
          <w:sz w:val="24"/>
          <w:szCs w:val="24"/>
        </w:rPr>
        <w:t>индивидуализацию процесса образования посредством про</w:t>
      </w:r>
      <w:r w:rsidRPr="000B0AE1">
        <w:rPr>
          <w:rStyle w:val="BodyTextChar1"/>
          <w:rFonts w:ascii="Times New Roman" w:hAnsi="Times New Roman"/>
          <w:sz w:val="24"/>
          <w:szCs w:val="24"/>
        </w:rPr>
        <w:softHyphen/>
        <w:t>ектирования и реализации индивидуальных учебных пла</w:t>
      </w:r>
      <w:r w:rsidRPr="000B0AE1">
        <w:rPr>
          <w:rStyle w:val="BodyTextChar1"/>
          <w:rFonts w:ascii="Times New Roman" w:hAnsi="Times New Roman"/>
          <w:sz w:val="24"/>
          <w:szCs w:val="24"/>
        </w:rPr>
        <w:softHyphen/>
        <w:t>нов, обеспечения эффективной самостоятельной работы обу</w:t>
      </w:r>
      <w:r w:rsidRPr="000B0AE1">
        <w:rPr>
          <w:rStyle w:val="BodyTextChar1"/>
          <w:rFonts w:ascii="Times New Roman" w:hAnsi="Times New Roman"/>
          <w:sz w:val="24"/>
          <w:szCs w:val="24"/>
        </w:rPr>
        <w:softHyphen/>
        <w:t>чающихся при поддержке педагогических работников;</w:t>
      </w:r>
    </w:p>
    <w:p w:rsidR="00F44E79" w:rsidRPr="000B0AE1" w:rsidRDefault="00F44E79" w:rsidP="001C7BA4">
      <w:pPr>
        <w:pStyle w:val="BodyText"/>
        <w:numPr>
          <w:ilvl w:val="0"/>
          <w:numId w:val="76"/>
        </w:numPr>
        <w:tabs>
          <w:tab w:val="left" w:pos="207"/>
        </w:tabs>
        <w:spacing w:line="290" w:lineRule="auto"/>
        <w:ind w:left="240" w:hanging="240"/>
        <w:jc w:val="both"/>
        <w:rPr>
          <w:rFonts w:ascii="Times New Roman" w:hAnsi="Times New Roman"/>
          <w:color w:val="auto"/>
          <w:sz w:val="24"/>
          <w:szCs w:val="24"/>
        </w:rPr>
      </w:pPr>
      <w:bookmarkStart w:id="1420" w:name="bookmark5961"/>
      <w:bookmarkEnd w:id="1420"/>
      <w:r w:rsidRPr="000B0AE1">
        <w:rPr>
          <w:rStyle w:val="BodyTextChar1"/>
          <w:rFonts w:ascii="Times New Roman" w:hAnsi="Times New Roman"/>
          <w:sz w:val="24"/>
          <w:szCs w:val="24"/>
        </w:rPr>
        <w:t>участие обучающихся, родителей (законных представителей) несовершеннолетних обучающихся и педагогических работ</w:t>
      </w:r>
      <w:r w:rsidRPr="000B0AE1">
        <w:rPr>
          <w:rStyle w:val="BodyTextChar1"/>
          <w:rFonts w:ascii="Times New Roman" w:hAnsi="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44E79" w:rsidRPr="000B0AE1" w:rsidRDefault="00F44E79" w:rsidP="001C7BA4">
      <w:pPr>
        <w:pStyle w:val="BodyText"/>
        <w:numPr>
          <w:ilvl w:val="0"/>
          <w:numId w:val="76"/>
        </w:numPr>
        <w:tabs>
          <w:tab w:val="left" w:pos="207"/>
        </w:tabs>
        <w:spacing w:line="314" w:lineRule="auto"/>
        <w:ind w:left="240" w:hanging="240"/>
        <w:jc w:val="both"/>
        <w:rPr>
          <w:rFonts w:ascii="Times New Roman" w:hAnsi="Times New Roman"/>
          <w:color w:val="auto"/>
          <w:sz w:val="24"/>
          <w:szCs w:val="24"/>
        </w:rPr>
      </w:pPr>
      <w:bookmarkStart w:id="1421" w:name="bookmark5962"/>
      <w:bookmarkEnd w:id="1421"/>
      <w:r w:rsidRPr="000B0AE1">
        <w:rPr>
          <w:rStyle w:val="BodyTextChar1"/>
          <w:rFonts w:ascii="Times New Roman" w:hAnsi="Times New Roman"/>
          <w:sz w:val="24"/>
          <w:szCs w:val="24"/>
        </w:rPr>
        <w:t>включение обучающихся в процессы преобразования внеш</w:t>
      </w:r>
      <w:r w:rsidRPr="000B0AE1">
        <w:rPr>
          <w:rStyle w:val="BodyTextChar1"/>
          <w:rFonts w:ascii="Times New Roman" w:hAnsi="Times New Roman"/>
          <w:sz w:val="24"/>
          <w:szCs w:val="24"/>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0B0AE1">
        <w:rPr>
          <w:rStyle w:val="BodyTextChar1"/>
          <w:rFonts w:ascii="Times New Roman" w:hAnsi="Times New Roman"/>
          <w:sz w:val="24"/>
          <w:szCs w:val="24"/>
        </w:rPr>
        <w:softHyphen/>
        <w:t>ализации социальных проектов и программ, в том числе в качестве волонтеров;</w:t>
      </w:r>
    </w:p>
    <w:p w:rsidR="00F44E79" w:rsidRPr="000B0AE1" w:rsidRDefault="00F44E79" w:rsidP="001C7BA4">
      <w:pPr>
        <w:pStyle w:val="BodyText"/>
        <w:numPr>
          <w:ilvl w:val="0"/>
          <w:numId w:val="76"/>
        </w:numPr>
        <w:tabs>
          <w:tab w:val="left" w:pos="207"/>
        </w:tabs>
        <w:spacing w:line="286" w:lineRule="auto"/>
        <w:ind w:left="240" w:hanging="240"/>
        <w:jc w:val="both"/>
        <w:rPr>
          <w:rFonts w:ascii="Times New Roman" w:hAnsi="Times New Roman"/>
          <w:color w:val="auto"/>
          <w:sz w:val="24"/>
          <w:szCs w:val="24"/>
        </w:rPr>
      </w:pPr>
      <w:bookmarkStart w:id="1422" w:name="bookmark5963"/>
      <w:bookmarkEnd w:id="1422"/>
      <w:r w:rsidRPr="000B0AE1">
        <w:rPr>
          <w:rStyle w:val="BodyTextChar1"/>
          <w:rFonts w:ascii="Times New Roman" w:hAnsi="Times New Roman"/>
          <w:sz w:val="24"/>
          <w:szCs w:val="24"/>
        </w:rPr>
        <w:t>формирование у обучающихся опыта самостоятельной обра</w:t>
      </w:r>
      <w:r w:rsidRPr="000B0AE1">
        <w:rPr>
          <w:rStyle w:val="BodyTextChar1"/>
          <w:rFonts w:ascii="Times New Roman" w:hAnsi="Times New Roman"/>
          <w:sz w:val="24"/>
          <w:szCs w:val="24"/>
        </w:rPr>
        <w:softHyphen/>
        <w:t>зовательной, общественной, проектной, учебно-исследова</w:t>
      </w:r>
      <w:r w:rsidRPr="000B0AE1">
        <w:rPr>
          <w:rStyle w:val="BodyTextChar1"/>
          <w:rFonts w:ascii="Times New Roman" w:hAnsi="Times New Roman"/>
          <w:sz w:val="24"/>
          <w:szCs w:val="24"/>
        </w:rPr>
        <w:softHyphen/>
        <w:t>тельской, спортивно-оздоровительной и творческой деятель</w:t>
      </w:r>
      <w:r w:rsidRPr="000B0AE1">
        <w:rPr>
          <w:rStyle w:val="BodyTextChar1"/>
          <w:rFonts w:ascii="Times New Roman" w:hAnsi="Times New Roman"/>
          <w:sz w:val="24"/>
          <w:szCs w:val="24"/>
        </w:rPr>
        <w:softHyphen/>
        <w:t>ности;</w:t>
      </w:r>
    </w:p>
    <w:p w:rsidR="00F44E79" w:rsidRPr="000B0AE1" w:rsidRDefault="00F44E79" w:rsidP="001C7BA4">
      <w:pPr>
        <w:pStyle w:val="BodyText"/>
        <w:numPr>
          <w:ilvl w:val="0"/>
          <w:numId w:val="76"/>
        </w:numPr>
        <w:tabs>
          <w:tab w:val="left" w:pos="207"/>
        </w:tabs>
        <w:spacing w:line="293" w:lineRule="auto"/>
        <w:ind w:left="240" w:hanging="240"/>
        <w:jc w:val="both"/>
        <w:rPr>
          <w:rFonts w:ascii="Times New Roman" w:hAnsi="Times New Roman"/>
          <w:color w:val="auto"/>
          <w:sz w:val="24"/>
          <w:szCs w:val="24"/>
        </w:rPr>
      </w:pPr>
      <w:bookmarkStart w:id="1423" w:name="bookmark5964"/>
      <w:bookmarkEnd w:id="1423"/>
      <w:r w:rsidRPr="000B0AE1">
        <w:rPr>
          <w:rStyle w:val="BodyTextChar1"/>
          <w:rFonts w:ascii="Times New Roman" w:hAnsi="Times New Roman"/>
          <w:sz w:val="24"/>
          <w:szCs w:val="24"/>
        </w:rPr>
        <w:t>формирование у обучающихся экологической грамотности, навыков здорового и безопасного для человека и окружаю</w:t>
      </w:r>
      <w:r w:rsidRPr="000B0AE1">
        <w:rPr>
          <w:rStyle w:val="BodyTextChar1"/>
          <w:rFonts w:ascii="Times New Roman" w:hAnsi="Times New Roman"/>
          <w:sz w:val="24"/>
          <w:szCs w:val="24"/>
        </w:rPr>
        <w:softHyphen/>
        <w:t>щей его среды образа жизни;</w:t>
      </w:r>
    </w:p>
    <w:p w:rsidR="00F44E79" w:rsidRPr="000B0AE1" w:rsidRDefault="00F44E79" w:rsidP="001C7BA4">
      <w:pPr>
        <w:pStyle w:val="BodyText"/>
        <w:numPr>
          <w:ilvl w:val="0"/>
          <w:numId w:val="76"/>
        </w:numPr>
        <w:tabs>
          <w:tab w:val="left" w:pos="207"/>
        </w:tabs>
        <w:spacing w:line="286" w:lineRule="auto"/>
        <w:ind w:left="240" w:hanging="240"/>
        <w:jc w:val="both"/>
        <w:rPr>
          <w:rFonts w:ascii="Times New Roman" w:hAnsi="Times New Roman"/>
          <w:color w:val="auto"/>
          <w:sz w:val="24"/>
          <w:szCs w:val="24"/>
        </w:rPr>
      </w:pPr>
      <w:bookmarkStart w:id="1424" w:name="bookmark5965"/>
      <w:bookmarkEnd w:id="1424"/>
      <w:r w:rsidRPr="000B0AE1">
        <w:rPr>
          <w:rStyle w:val="BodyTextChar1"/>
          <w:rFonts w:ascii="Times New Roman" w:hAnsi="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0B0AE1">
        <w:rPr>
          <w:rStyle w:val="BodyTextChar1"/>
          <w:rFonts w:ascii="Times New Roman" w:hAnsi="Times New Roman"/>
          <w:sz w:val="24"/>
          <w:szCs w:val="24"/>
        </w:rPr>
        <w:softHyphen/>
        <w:t>ставничества;</w:t>
      </w:r>
    </w:p>
    <w:p w:rsidR="00F44E79" w:rsidRPr="000B0AE1"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425" w:name="bookmark5966"/>
      <w:bookmarkEnd w:id="1425"/>
      <w:r w:rsidRPr="000B0AE1">
        <w:rPr>
          <w:rStyle w:val="BodyTextChar1"/>
          <w:rFonts w:ascii="Times New Roman" w:hAnsi="Times New Roman"/>
          <w:sz w:val="24"/>
          <w:szCs w:val="24"/>
        </w:rPr>
        <w:t>обновление содержания программы основного общего обра</w:t>
      </w:r>
      <w:r w:rsidRPr="000B0AE1">
        <w:rPr>
          <w:rStyle w:val="BodyTextChar1"/>
          <w:rFonts w:ascii="Times New Roman" w:hAnsi="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0B0AE1">
        <w:rPr>
          <w:rStyle w:val="BodyTextChar1"/>
          <w:rFonts w:ascii="Times New Roman" w:hAnsi="Times New Roman"/>
          <w:sz w:val="24"/>
          <w:szCs w:val="24"/>
        </w:rPr>
        <w:softHyphen/>
        <w:t>ющихся, родителей (законных представителей) несовершен</w:t>
      </w:r>
      <w:r w:rsidRPr="000B0AE1">
        <w:rPr>
          <w:rStyle w:val="BodyTextChar1"/>
          <w:rFonts w:ascii="Times New Roman" w:hAnsi="Times New Roman"/>
          <w:sz w:val="24"/>
          <w:szCs w:val="24"/>
        </w:rPr>
        <w:softHyphen/>
        <w:t>нолетних обучающихся с учетом национальных и культур</w:t>
      </w:r>
      <w:r w:rsidRPr="000B0AE1">
        <w:rPr>
          <w:rStyle w:val="BodyTextChar1"/>
          <w:rFonts w:ascii="Times New Roman" w:hAnsi="Times New Roman"/>
          <w:sz w:val="24"/>
          <w:szCs w:val="24"/>
        </w:rPr>
        <w:softHyphen/>
        <w:t>ных особенностей субъекта Российской Федерации;</w:t>
      </w:r>
    </w:p>
    <w:p w:rsidR="00F44E79" w:rsidRPr="000B0AE1" w:rsidRDefault="00F44E79" w:rsidP="001C7BA4">
      <w:pPr>
        <w:pStyle w:val="BodyText"/>
        <w:numPr>
          <w:ilvl w:val="0"/>
          <w:numId w:val="76"/>
        </w:numPr>
        <w:tabs>
          <w:tab w:val="left" w:pos="207"/>
        </w:tabs>
        <w:spacing w:line="286" w:lineRule="auto"/>
        <w:ind w:left="240" w:hanging="240"/>
        <w:jc w:val="both"/>
        <w:rPr>
          <w:rFonts w:ascii="Times New Roman" w:hAnsi="Times New Roman"/>
          <w:color w:val="auto"/>
          <w:sz w:val="24"/>
          <w:szCs w:val="24"/>
        </w:rPr>
      </w:pPr>
      <w:bookmarkStart w:id="1426" w:name="bookmark5967"/>
      <w:bookmarkEnd w:id="1426"/>
      <w:r w:rsidRPr="000B0AE1">
        <w:rPr>
          <w:rStyle w:val="BodyTextChar1"/>
          <w:rFonts w:ascii="Times New Roman" w:hAnsi="Times New Roman"/>
          <w:sz w:val="24"/>
          <w:szCs w:val="24"/>
        </w:rPr>
        <w:t>эффективное использования профессионального и творческо</w:t>
      </w:r>
      <w:r w:rsidRPr="000B0AE1">
        <w:rPr>
          <w:rStyle w:val="BodyTextChar1"/>
          <w:rFonts w:ascii="Times New Roman" w:hAnsi="Times New Roman"/>
          <w:sz w:val="24"/>
          <w:szCs w:val="24"/>
        </w:rPr>
        <w:softHyphen/>
        <w:t>го потенциала педагогических и руководящих работников Организации, повышения их профессиональной, коммуни</w:t>
      </w:r>
      <w:r w:rsidRPr="000B0AE1">
        <w:rPr>
          <w:rStyle w:val="BodyTextChar1"/>
          <w:rFonts w:ascii="Times New Roman" w:hAnsi="Times New Roman"/>
          <w:sz w:val="24"/>
          <w:szCs w:val="24"/>
        </w:rPr>
        <w:softHyphen/>
        <w:t>кативной, информационной и правовой компетентности;</w:t>
      </w:r>
    </w:p>
    <w:p w:rsidR="00F44E79" w:rsidRPr="000B0AE1" w:rsidRDefault="00F44E79" w:rsidP="001C7BA4">
      <w:pPr>
        <w:pStyle w:val="BodyText"/>
        <w:numPr>
          <w:ilvl w:val="0"/>
          <w:numId w:val="76"/>
        </w:numPr>
        <w:tabs>
          <w:tab w:val="left" w:pos="207"/>
        </w:tabs>
        <w:spacing w:line="293" w:lineRule="auto"/>
        <w:ind w:left="240" w:hanging="240"/>
        <w:jc w:val="both"/>
        <w:rPr>
          <w:rFonts w:ascii="Times New Roman" w:hAnsi="Times New Roman"/>
          <w:color w:val="auto"/>
          <w:sz w:val="24"/>
          <w:szCs w:val="24"/>
        </w:rPr>
      </w:pPr>
      <w:bookmarkStart w:id="1427" w:name="bookmark5968"/>
      <w:bookmarkEnd w:id="1427"/>
      <w:r w:rsidRPr="000B0AE1">
        <w:rPr>
          <w:rStyle w:val="BodyTextChar1"/>
          <w:rFonts w:ascii="Times New Roman" w:hAnsi="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bookmarkStart w:id="1428" w:name="bookmark5969"/>
      <w:bookmarkEnd w:id="1428"/>
    </w:p>
    <w:p w:rsidR="00F44E79" w:rsidRPr="000B0AE1" w:rsidRDefault="00F44E79" w:rsidP="000B0AE1">
      <w:pPr>
        <w:spacing w:after="239" w:line="1" w:lineRule="exact"/>
        <w:jc w:val="both"/>
        <w:rPr>
          <w:rFonts w:ascii="Times New Roman" w:hAnsi="Times New Roman" w:cs="Times New Roman"/>
          <w:color w:val="auto"/>
        </w:rPr>
      </w:pPr>
      <w:bookmarkStart w:id="1429" w:name="bookmark5970"/>
      <w:bookmarkEnd w:id="1429"/>
    </w:p>
    <w:p w:rsidR="00F44E79" w:rsidRPr="005D74FA" w:rsidRDefault="00F44E79" w:rsidP="005D74FA">
      <w:pPr>
        <w:pStyle w:val="33"/>
        <w:keepNext/>
        <w:keepLines/>
        <w:spacing w:after="60"/>
        <w:jc w:val="both"/>
        <w:rPr>
          <w:rFonts w:ascii="Times New Roman" w:hAnsi="Times New Roman"/>
          <w:b w:val="0"/>
          <w:bCs w:val="0"/>
          <w:color w:val="auto"/>
          <w:sz w:val="24"/>
          <w:szCs w:val="24"/>
        </w:rPr>
      </w:pPr>
      <w:bookmarkStart w:id="1430" w:name="bookmark5971"/>
      <w:bookmarkStart w:id="1431" w:name="bookmark5972"/>
      <w:bookmarkStart w:id="1432" w:name="bookmark5973"/>
      <w:r w:rsidRPr="005D74FA">
        <w:rPr>
          <w:rStyle w:val="32"/>
          <w:rFonts w:ascii="Times New Roman" w:hAnsi="Times New Roman"/>
          <w:b/>
          <w:sz w:val="24"/>
          <w:szCs w:val="24"/>
        </w:rPr>
        <w:t>3.4.1. Описание кадровых условий реализации основной образовательной программы основного общего образования</w:t>
      </w:r>
      <w:bookmarkEnd w:id="1430"/>
      <w:bookmarkEnd w:id="1431"/>
      <w:bookmarkEnd w:id="1432"/>
    </w:p>
    <w:p w:rsidR="00F44E79" w:rsidRPr="005D74FA" w:rsidRDefault="00F44E79" w:rsidP="005D74FA">
      <w:pPr>
        <w:pStyle w:val="BodyText"/>
        <w:spacing w:line="276" w:lineRule="auto"/>
        <w:jc w:val="both"/>
        <w:rPr>
          <w:rFonts w:ascii="Times New Roman" w:hAnsi="Times New Roman"/>
          <w:color w:val="auto"/>
          <w:sz w:val="24"/>
          <w:szCs w:val="24"/>
        </w:rPr>
      </w:pPr>
      <w:r w:rsidRPr="005D74FA">
        <w:rPr>
          <w:rStyle w:val="BodyTextChar1"/>
          <w:rFonts w:ascii="Times New Roman" w:hAnsi="Times New Roman"/>
          <w:sz w:val="24"/>
          <w:szCs w:val="24"/>
        </w:rPr>
        <w:t>Для обеспечения реализации программы основного общего образования образовательная организация укомплектована ка</w:t>
      </w:r>
      <w:r w:rsidRPr="005D74FA">
        <w:rPr>
          <w:rStyle w:val="BodyTextChar1"/>
          <w:rFonts w:ascii="Times New Roman" w:hAnsi="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5D74FA">
        <w:rPr>
          <w:rStyle w:val="BodyTextChar1"/>
          <w:rFonts w:ascii="Times New Roman" w:hAnsi="Times New Roman"/>
          <w:sz w:val="24"/>
          <w:szCs w:val="24"/>
        </w:rPr>
        <w:softHyphen/>
        <w:t>ной деятельности.</w:t>
      </w:r>
    </w:p>
    <w:p w:rsidR="00F44E79" w:rsidRPr="005D74FA" w:rsidRDefault="00F44E79" w:rsidP="005D74FA">
      <w:pPr>
        <w:pStyle w:val="BodyText"/>
        <w:spacing w:line="276" w:lineRule="auto"/>
        <w:jc w:val="both"/>
        <w:rPr>
          <w:rFonts w:ascii="Times New Roman" w:hAnsi="Times New Roman"/>
          <w:color w:val="auto"/>
          <w:sz w:val="24"/>
          <w:szCs w:val="24"/>
        </w:rPr>
      </w:pPr>
      <w:r w:rsidRPr="005D74FA">
        <w:rPr>
          <w:rStyle w:val="BodyTextChar1"/>
          <w:rFonts w:ascii="Times New Roman" w:hAnsi="Times New Roman"/>
          <w:sz w:val="24"/>
          <w:szCs w:val="24"/>
        </w:rPr>
        <w:t>Обеспеченность кадровыми условиями включает в себя:</w:t>
      </w:r>
    </w:p>
    <w:p w:rsidR="00F44E79" w:rsidRPr="005D74FA" w:rsidRDefault="00F44E79" w:rsidP="001C7BA4">
      <w:pPr>
        <w:pStyle w:val="BodyText"/>
        <w:numPr>
          <w:ilvl w:val="0"/>
          <w:numId w:val="76"/>
        </w:numPr>
        <w:tabs>
          <w:tab w:val="left" w:pos="207"/>
        </w:tabs>
        <w:spacing w:line="314" w:lineRule="auto"/>
        <w:ind w:left="240" w:hanging="240"/>
        <w:jc w:val="both"/>
        <w:rPr>
          <w:rFonts w:ascii="Times New Roman" w:hAnsi="Times New Roman"/>
          <w:color w:val="auto"/>
          <w:sz w:val="24"/>
          <w:szCs w:val="24"/>
        </w:rPr>
      </w:pPr>
      <w:bookmarkStart w:id="1433" w:name="bookmark5974"/>
      <w:bookmarkEnd w:id="1433"/>
      <w:r w:rsidRPr="005D74FA">
        <w:rPr>
          <w:rStyle w:val="BodyTextChar1"/>
          <w:rFonts w:ascii="Times New Roman" w:hAnsi="Times New Roman"/>
          <w:sz w:val="24"/>
          <w:szCs w:val="24"/>
        </w:rPr>
        <w:t>укомплектованность образовательной организации педагоги</w:t>
      </w:r>
      <w:r w:rsidRPr="005D74FA">
        <w:rPr>
          <w:rStyle w:val="BodyTextChar1"/>
          <w:rFonts w:ascii="Times New Roman" w:hAnsi="Times New Roman"/>
          <w:sz w:val="24"/>
          <w:szCs w:val="24"/>
        </w:rPr>
        <w:softHyphen/>
        <w:t>ческими, руководящими и иными работниками;</w:t>
      </w:r>
    </w:p>
    <w:p w:rsidR="00F44E79" w:rsidRPr="005D74FA" w:rsidRDefault="00F44E79" w:rsidP="001C7BA4">
      <w:pPr>
        <w:pStyle w:val="BodyText"/>
        <w:numPr>
          <w:ilvl w:val="0"/>
          <w:numId w:val="76"/>
        </w:numPr>
        <w:tabs>
          <w:tab w:val="left" w:pos="207"/>
        </w:tabs>
        <w:spacing w:line="293" w:lineRule="auto"/>
        <w:ind w:left="240" w:hanging="240"/>
        <w:jc w:val="both"/>
        <w:rPr>
          <w:rFonts w:ascii="Times New Roman" w:hAnsi="Times New Roman"/>
          <w:color w:val="auto"/>
          <w:sz w:val="24"/>
          <w:szCs w:val="24"/>
        </w:rPr>
      </w:pPr>
      <w:bookmarkStart w:id="1434" w:name="bookmark5975"/>
      <w:bookmarkEnd w:id="1434"/>
      <w:r w:rsidRPr="005D74FA">
        <w:rPr>
          <w:rStyle w:val="BodyTextChar1"/>
          <w:rFonts w:ascii="Times New Roman" w:hAnsi="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44E79" w:rsidRPr="005D74FA" w:rsidRDefault="00F44E79" w:rsidP="001C7BA4">
      <w:pPr>
        <w:pStyle w:val="BodyText"/>
        <w:numPr>
          <w:ilvl w:val="0"/>
          <w:numId w:val="76"/>
        </w:numPr>
        <w:tabs>
          <w:tab w:val="left" w:pos="207"/>
        </w:tabs>
        <w:spacing w:line="300" w:lineRule="auto"/>
        <w:ind w:left="240" w:hanging="240"/>
        <w:jc w:val="both"/>
        <w:rPr>
          <w:rFonts w:ascii="Times New Roman" w:hAnsi="Times New Roman"/>
          <w:color w:val="auto"/>
          <w:sz w:val="24"/>
          <w:szCs w:val="24"/>
        </w:rPr>
      </w:pPr>
      <w:bookmarkStart w:id="1435" w:name="bookmark5976"/>
      <w:bookmarkEnd w:id="1435"/>
      <w:r w:rsidRPr="005D74FA">
        <w:rPr>
          <w:rStyle w:val="BodyTextChar1"/>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w:t>
      </w:r>
      <w:r w:rsidRPr="005D74FA">
        <w:rPr>
          <w:rStyle w:val="BodyTextChar1"/>
          <w:rFonts w:ascii="Times New Roman" w:hAnsi="Times New Roman"/>
          <w:sz w:val="24"/>
          <w:szCs w:val="24"/>
        </w:rPr>
        <w:softHyphen/>
        <w:t>разовательную программу основного общего образования.</w:t>
      </w:r>
    </w:p>
    <w:p w:rsidR="00F44E79" w:rsidRPr="005D74FA" w:rsidRDefault="00F44E79" w:rsidP="005D74FA">
      <w:pPr>
        <w:pStyle w:val="BodyText"/>
        <w:spacing w:line="276" w:lineRule="auto"/>
        <w:jc w:val="both"/>
        <w:rPr>
          <w:rFonts w:ascii="Times New Roman" w:hAnsi="Times New Roman"/>
          <w:color w:val="auto"/>
          <w:sz w:val="24"/>
          <w:szCs w:val="24"/>
        </w:rPr>
      </w:pPr>
      <w:r w:rsidRPr="005D74FA">
        <w:rPr>
          <w:rStyle w:val="BodyTextChar1"/>
          <w:rFonts w:ascii="Times New Roman" w:hAnsi="Times New Roman"/>
          <w:sz w:val="24"/>
          <w:szCs w:val="24"/>
        </w:rPr>
        <w:t>Укомплектованность образовательной организации педаго</w:t>
      </w:r>
      <w:r w:rsidRPr="005D74FA">
        <w:rPr>
          <w:rStyle w:val="BodyTextChar1"/>
          <w:rFonts w:ascii="Times New Roman" w:hAnsi="Times New Roman"/>
          <w:sz w:val="24"/>
          <w:szCs w:val="24"/>
        </w:rPr>
        <w:softHyphen/>
        <w:t>гическими, руководящими и иными работниками характеризуется замещением 100% вакансий, имеющихся в соответ</w:t>
      </w:r>
      <w:r w:rsidRPr="005D74FA">
        <w:rPr>
          <w:rStyle w:val="BodyTextChar1"/>
          <w:rFonts w:ascii="Times New Roman" w:hAnsi="Times New Roman"/>
          <w:sz w:val="24"/>
          <w:szCs w:val="24"/>
        </w:rPr>
        <w:softHyphen/>
        <w:t>ствии с утвержденным штатным расписанием.</w:t>
      </w:r>
    </w:p>
    <w:p w:rsidR="00F44E79" w:rsidRPr="005D74FA" w:rsidRDefault="00F44E79" w:rsidP="005D74FA">
      <w:pPr>
        <w:pStyle w:val="BodyText"/>
        <w:spacing w:line="276" w:lineRule="auto"/>
        <w:jc w:val="both"/>
        <w:rPr>
          <w:rFonts w:ascii="Times New Roman" w:hAnsi="Times New Roman"/>
          <w:color w:val="auto"/>
          <w:sz w:val="24"/>
          <w:szCs w:val="24"/>
        </w:rPr>
      </w:pPr>
      <w:r w:rsidRPr="005D74FA">
        <w:rPr>
          <w:rStyle w:val="BodyTextChar1"/>
          <w:rFonts w:ascii="Times New Roman" w:hAnsi="Times New Roman"/>
          <w:sz w:val="24"/>
          <w:szCs w:val="24"/>
        </w:rPr>
        <w:t>Уровень квалификации педагогических и иных работников образовательной организации, участвующих в реализации ос</w:t>
      </w:r>
      <w:r w:rsidRPr="005D74FA">
        <w:rPr>
          <w:rStyle w:val="BodyTextChar1"/>
          <w:rFonts w:ascii="Times New Roman" w:hAnsi="Times New Roman"/>
          <w:sz w:val="24"/>
          <w:szCs w:val="24"/>
        </w:rPr>
        <w:softHyphen/>
        <w:t>новной образовательной программы и создании условий для ее разработки и реализации характеризуется наличием докумен</w:t>
      </w:r>
      <w:r w:rsidRPr="005D74FA">
        <w:rPr>
          <w:rStyle w:val="BodyTextChar1"/>
          <w:rFonts w:ascii="Times New Roman" w:hAnsi="Times New Roman"/>
          <w:sz w:val="24"/>
          <w:szCs w:val="24"/>
        </w:rPr>
        <w:softHyphen/>
        <w:t>тов о присвоении квалификации, соответствующей должност</w:t>
      </w:r>
      <w:r w:rsidRPr="005D74FA">
        <w:rPr>
          <w:rStyle w:val="BodyTextChar1"/>
          <w:rFonts w:ascii="Times New Roman" w:hAnsi="Times New Roman"/>
          <w:sz w:val="24"/>
          <w:szCs w:val="24"/>
        </w:rPr>
        <w:softHyphen/>
        <w:t>ным обязанностям работника.</w:t>
      </w:r>
    </w:p>
    <w:p w:rsidR="00F44E79" w:rsidRPr="005D74FA" w:rsidRDefault="00F44E79" w:rsidP="005D74FA">
      <w:pPr>
        <w:pStyle w:val="BodyText"/>
        <w:spacing w:line="269" w:lineRule="auto"/>
        <w:jc w:val="both"/>
        <w:rPr>
          <w:rFonts w:ascii="Times New Roman" w:hAnsi="Times New Roman"/>
          <w:color w:val="auto"/>
          <w:sz w:val="24"/>
          <w:szCs w:val="24"/>
        </w:rPr>
      </w:pPr>
      <w:r w:rsidRPr="005D74FA">
        <w:rPr>
          <w:rStyle w:val="BodyTextChar1"/>
          <w:rFonts w:ascii="Times New Roman" w:hAnsi="Times New Roman"/>
          <w:sz w:val="24"/>
          <w:szCs w:val="24"/>
        </w:rPr>
        <w:t>Основой для разработки должностных инструкций, содержа</w:t>
      </w:r>
      <w:r w:rsidRPr="005D74FA">
        <w:rPr>
          <w:rStyle w:val="BodyTextChar1"/>
          <w:rFonts w:ascii="Times New Roman" w:hAnsi="Times New Roman"/>
          <w:sz w:val="24"/>
          <w:szCs w:val="24"/>
        </w:rPr>
        <w:softHyphen/>
        <w:t>щих конкретный перечень должностных обязанностей работ</w:t>
      </w:r>
      <w:r w:rsidRPr="005D74FA">
        <w:rPr>
          <w:rStyle w:val="BodyTextChar1"/>
          <w:rFonts w:ascii="Times New Roman" w:hAnsi="Times New Roman"/>
          <w:sz w:val="24"/>
          <w:szCs w:val="24"/>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5D74FA">
        <w:rPr>
          <w:rStyle w:val="BodyTextChar1"/>
          <w:rFonts w:ascii="Times New Roman" w:hAnsi="Times New Roman"/>
          <w:sz w:val="24"/>
          <w:szCs w:val="24"/>
        </w:rPr>
        <w:softHyphen/>
        <w:t>рактеристики, отвечающие квалификационным требованиям, указанным в квалификационных справочниках и (или) про</w:t>
      </w:r>
      <w:r w:rsidRPr="005D74FA">
        <w:rPr>
          <w:rStyle w:val="BodyTextChar1"/>
          <w:rFonts w:ascii="Times New Roman" w:hAnsi="Times New Roman"/>
          <w:sz w:val="24"/>
          <w:szCs w:val="24"/>
        </w:rPr>
        <w:softHyphen/>
        <w:t>фессиональных стандартах (при наличии).</w:t>
      </w:r>
    </w:p>
    <w:p w:rsidR="00F44E79" w:rsidRPr="005D74FA" w:rsidRDefault="00F44E79" w:rsidP="005D74FA">
      <w:pPr>
        <w:pStyle w:val="BodyText"/>
        <w:spacing w:line="269" w:lineRule="auto"/>
        <w:jc w:val="both"/>
        <w:rPr>
          <w:rFonts w:ascii="Times New Roman" w:hAnsi="Times New Roman"/>
          <w:color w:val="auto"/>
          <w:sz w:val="24"/>
          <w:szCs w:val="24"/>
        </w:rPr>
      </w:pPr>
      <w:r w:rsidRPr="005D74FA">
        <w:rPr>
          <w:rStyle w:val="BodyTextChar1"/>
          <w:rFonts w:ascii="Times New Roman" w:hAnsi="Times New Roman"/>
          <w:sz w:val="24"/>
          <w:szCs w:val="24"/>
        </w:rPr>
        <w:t>В основу должностных обязанностей могут быть положены представленные в профессиональном стандарте «Педагог (педа</w:t>
      </w:r>
      <w:r w:rsidRPr="005D74FA">
        <w:rPr>
          <w:rStyle w:val="BodyTextChar1"/>
          <w:rFonts w:ascii="Times New Roman" w:hAnsi="Times New Roman"/>
          <w:sz w:val="24"/>
          <w:szCs w:val="24"/>
        </w:rPr>
        <w:softHyphen/>
        <w:t>гогическая деятельность в сфере дошкольного, начального об</w:t>
      </w:r>
      <w:r w:rsidRPr="005D74FA">
        <w:rPr>
          <w:rStyle w:val="BodyTextChar1"/>
          <w:rFonts w:ascii="Times New Roman" w:hAnsi="Times New Roman"/>
          <w:sz w:val="24"/>
          <w:szCs w:val="24"/>
        </w:rPr>
        <w:softHyphen/>
        <w:t>щего, основного общего, среднего общего образования) (воспи</w:t>
      </w:r>
      <w:r w:rsidRPr="005D74FA">
        <w:rPr>
          <w:rStyle w:val="BodyTextChar1"/>
          <w:rFonts w:ascii="Times New Roman" w:hAnsi="Times New Roman"/>
          <w:sz w:val="24"/>
          <w:szCs w:val="24"/>
        </w:rPr>
        <w:softHyphen/>
        <w:t>татель, учитель)» обобщенные трудовые функции, которые могут быть поручены работнику, занимающему данную долж</w:t>
      </w:r>
      <w:r w:rsidRPr="005D74FA">
        <w:rPr>
          <w:rStyle w:val="BodyTextChar1"/>
          <w:rFonts w:ascii="Times New Roman" w:hAnsi="Times New Roman"/>
          <w:sz w:val="24"/>
          <w:szCs w:val="24"/>
        </w:rPr>
        <w:softHyphen/>
        <w:t>ность.</w:t>
      </w:r>
    </w:p>
    <w:p w:rsidR="00F44E79" w:rsidRPr="005D74FA" w:rsidRDefault="00F44E79" w:rsidP="005D74FA">
      <w:pPr>
        <w:pStyle w:val="BodyText"/>
        <w:spacing w:line="269" w:lineRule="auto"/>
        <w:jc w:val="both"/>
        <w:rPr>
          <w:rFonts w:ascii="Times New Roman" w:hAnsi="Times New Roman"/>
          <w:color w:val="auto"/>
          <w:sz w:val="24"/>
          <w:szCs w:val="24"/>
        </w:rPr>
      </w:pPr>
      <w:r w:rsidRPr="005D74FA">
        <w:rPr>
          <w:rStyle w:val="BodyTextChar1"/>
          <w:rFonts w:ascii="Times New Roman" w:hAnsi="Times New Roman"/>
          <w:sz w:val="24"/>
          <w:szCs w:val="24"/>
        </w:rPr>
        <w:t>Уровень квалификации педагогических и иных работников образовательной организации, участвующих в реализации ос</w:t>
      </w:r>
      <w:r w:rsidRPr="005D74FA">
        <w:rPr>
          <w:rStyle w:val="BodyTextChar1"/>
          <w:rFonts w:ascii="Times New Roman" w:hAnsi="Times New Roman"/>
          <w:sz w:val="24"/>
          <w:szCs w:val="24"/>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F44E79" w:rsidRPr="005D74FA" w:rsidRDefault="00F44E79" w:rsidP="005D74FA">
      <w:pPr>
        <w:pStyle w:val="BodyText"/>
        <w:spacing w:line="269" w:lineRule="auto"/>
        <w:jc w:val="both"/>
        <w:rPr>
          <w:rFonts w:ascii="Times New Roman" w:hAnsi="Times New Roman"/>
          <w:color w:val="auto"/>
          <w:sz w:val="24"/>
          <w:szCs w:val="24"/>
        </w:rPr>
      </w:pPr>
      <w:r w:rsidRPr="005D74FA">
        <w:rPr>
          <w:rStyle w:val="BodyTextChar1"/>
          <w:rFonts w:ascii="Times New Roman" w:hAnsi="Times New Roman"/>
          <w:sz w:val="24"/>
          <w:szCs w:val="24"/>
        </w:rPr>
        <w:t>Аттестация педагогических работников в соответствии с Фе</w:t>
      </w:r>
      <w:r w:rsidRPr="005D74FA">
        <w:rPr>
          <w:rStyle w:val="BodyTextChar1"/>
          <w:rFonts w:ascii="Times New Roman" w:hAnsi="Times New Roman"/>
          <w:sz w:val="24"/>
          <w:szCs w:val="24"/>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5D74FA">
        <w:rPr>
          <w:rStyle w:val="BodyTextChar1"/>
          <w:rFonts w:ascii="Times New Roman" w:hAnsi="Times New Roman"/>
          <w:sz w:val="24"/>
          <w:szCs w:val="24"/>
        </w:rPr>
        <w:softHyphen/>
        <w:t>ной деятельности, с учетом желания педагогических работни</w:t>
      </w:r>
      <w:r w:rsidRPr="005D74FA">
        <w:rPr>
          <w:rStyle w:val="BodyTextChar1"/>
          <w:rFonts w:ascii="Times New Roman" w:hAnsi="Times New Roman"/>
          <w:sz w:val="24"/>
          <w:szCs w:val="24"/>
        </w:rPr>
        <w:softHyphen/>
        <w:t>ков в целях установления квалификационной категории. Про</w:t>
      </w:r>
      <w:r w:rsidRPr="005D74FA">
        <w:rPr>
          <w:rStyle w:val="BodyTextChar1"/>
          <w:rFonts w:ascii="Times New Roman" w:hAnsi="Times New Roman"/>
          <w:sz w:val="24"/>
          <w:szCs w:val="24"/>
        </w:rPr>
        <w:softHyphen/>
        <w:t>ведение аттестации педагогических работников в целях подтверждения их соответствия занимаемым должностям осу</w:t>
      </w:r>
      <w:r w:rsidRPr="005D74FA">
        <w:rPr>
          <w:rStyle w:val="BodyTextChar1"/>
          <w:rFonts w:ascii="Times New Roman" w:hAnsi="Times New Roman"/>
          <w:sz w:val="24"/>
          <w:szCs w:val="24"/>
        </w:rPr>
        <w:softHyphen/>
        <w:t>ществляться не реже одного раза в пять лет на основе оценки их профессиональной деятельности аттестационными комисси</w:t>
      </w:r>
      <w:r w:rsidRPr="005D74FA">
        <w:rPr>
          <w:rStyle w:val="BodyTextChar1"/>
          <w:rFonts w:ascii="Times New Roman" w:hAnsi="Times New Roman"/>
          <w:sz w:val="24"/>
          <w:szCs w:val="24"/>
        </w:rPr>
        <w:softHyphen/>
        <w:t>ями, самостоятельно формируемыми образовательной органи</w:t>
      </w:r>
      <w:r w:rsidRPr="005D74FA">
        <w:rPr>
          <w:rStyle w:val="BodyTextChar1"/>
          <w:rFonts w:ascii="Times New Roman" w:hAnsi="Times New Roman"/>
          <w:sz w:val="24"/>
          <w:szCs w:val="24"/>
        </w:rPr>
        <w:softHyphen/>
        <w:t>зацией.</w:t>
      </w:r>
    </w:p>
    <w:p w:rsidR="00F44E79" w:rsidRPr="005D74FA" w:rsidRDefault="00F44E79" w:rsidP="005D74FA">
      <w:pPr>
        <w:pStyle w:val="BodyText"/>
        <w:spacing w:line="269" w:lineRule="auto"/>
        <w:jc w:val="both"/>
        <w:rPr>
          <w:rFonts w:ascii="Times New Roman" w:hAnsi="Times New Roman"/>
          <w:color w:val="auto"/>
          <w:sz w:val="24"/>
          <w:szCs w:val="24"/>
        </w:rPr>
      </w:pPr>
      <w:r w:rsidRPr="005D74FA">
        <w:rPr>
          <w:rStyle w:val="BodyTextChar1"/>
          <w:rFonts w:ascii="Times New Roman" w:hAnsi="Times New Roman"/>
          <w:sz w:val="24"/>
          <w:szCs w:val="24"/>
        </w:rPr>
        <w:t>Проведение аттестации в целях установления квалифика</w:t>
      </w:r>
      <w:r w:rsidRPr="005D74FA">
        <w:rPr>
          <w:rStyle w:val="BodyTextChar1"/>
          <w:rFonts w:ascii="Times New Roman" w:hAnsi="Times New Roman"/>
          <w:sz w:val="24"/>
          <w:szCs w:val="24"/>
        </w:rPr>
        <w:softHyphen/>
        <w:t>ционной категории педагогических работников осуществляет</w:t>
      </w:r>
      <w:r w:rsidRPr="005D74FA">
        <w:rPr>
          <w:rStyle w:val="BodyTextChar1"/>
          <w:rFonts w:ascii="Times New Roman" w:hAnsi="Times New Roman"/>
          <w:sz w:val="24"/>
          <w:szCs w:val="24"/>
        </w:rPr>
        <w:softHyphen/>
        <w:t>ся аттестационными комиссиями, формируемыми федераль</w:t>
      </w:r>
      <w:r w:rsidRPr="005D74FA">
        <w:rPr>
          <w:rStyle w:val="BodyTextChar1"/>
          <w:rFonts w:ascii="Times New Roman" w:hAnsi="Times New Roman"/>
          <w:sz w:val="24"/>
          <w:szCs w:val="24"/>
        </w:rPr>
        <w:softHyphen/>
        <w:t>ными органами исполнительной власти, в ведении которых эти организации находятся. Проведение аттестации в отноше</w:t>
      </w:r>
      <w:r w:rsidRPr="005D74FA">
        <w:rPr>
          <w:rStyle w:val="BodyTextChar1"/>
          <w:rFonts w:ascii="Times New Roman" w:hAnsi="Times New Roman"/>
          <w:sz w:val="24"/>
          <w:szCs w:val="24"/>
        </w:rPr>
        <w:softHyphen/>
        <w:t>нии педагогических работников образовательных организа</w:t>
      </w:r>
      <w:r w:rsidRPr="005D74FA">
        <w:rPr>
          <w:rStyle w:val="BodyTextChar1"/>
          <w:rFonts w:ascii="Times New Roman" w:hAnsi="Times New Roman"/>
          <w:sz w:val="24"/>
          <w:szCs w:val="24"/>
        </w:rPr>
        <w:softHyphen/>
        <w:t>ций, находящихся в ведении субъекта Российской Федера</w:t>
      </w:r>
      <w:r w:rsidRPr="005D74FA">
        <w:rPr>
          <w:rStyle w:val="BodyTextChar1"/>
          <w:rFonts w:ascii="Times New Roman" w:hAnsi="Times New Roman"/>
          <w:sz w:val="24"/>
          <w:szCs w:val="24"/>
        </w:rPr>
        <w:softHyphen/>
        <w:t>ции, муниципальных и частных организаций, осуществляется аттестационными комиссиями, формируемыми уполномочен</w:t>
      </w:r>
      <w:r w:rsidRPr="005D74FA">
        <w:rPr>
          <w:rStyle w:val="BodyTextChar1"/>
          <w:rFonts w:ascii="Times New Roman" w:hAnsi="Times New Roman"/>
          <w:sz w:val="24"/>
          <w:szCs w:val="24"/>
        </w:rPr>
        <w:softHyphen/>
        <w:t>ными органами государственной власти субъектов Российской Федерации.</w:t>
      </w:r>
    </w:p>
    <w:p w:rsidR="00F44E79" w:rsidRPr="005D74FA" w:rsidRDefault="00F44E79" w:rsidP="005D74FA">
      <w:pPr>
        <w:pStyle w:val="BodyText"/>
        <w:spacing w:after="140" w:line="269" w:lineRule="auto"/>
        <w:jc w:val="both"/>
        <w:rPr>
          <w:rStyle w:val="BodyTextChar1"/>
          <w:rFonts w:ascii="Times New Roman" w:hAnsi="Times New Roman"/>
          <w:sz w:val="24"/>
          <w:szCs w:val="24"/>
        </w:rPr>
      </w:pPr>
      <w:r w:rsidRPr="005D74FA">
        <w:rPr>
          <w:rStyle w:val="BodyTextChar1"/>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w:t>
      </w:r>
      <w:r w:rsidRPr="005D74FA">
        <w:rPr>
          <w:rStyle w:val="BodyTextChar1"/>
          <w:rFonts w:ascii="Times New Roman" w:hAnsi="Times New Roman"/>
          <w:sz w:val="24"/>
          <w:szCs w:val="24"/>
        </w:rPr>
        <w:softHyphen/>
        <w:t>ной программы и создании условий для ее разработк</w:t>
      </w:r>
    </w:p>
    <w:tbl>
      <w:tblPr>
        <w:tblW w:w="6350" w:type="dxa"/>
        <w:tblInd w:w="113" w:type="dxa"/>
        <w:tblLayout w:type="fixed"/>
        <w:tblCellMar>
          <w:left w:w="0" w:type="dxa"/>
          <w:right w:w="0" w:type="dxa"/>
        </w:tblCellMar>
        <w:tblLook w:val="0000"/>
      </w:tblPr>
      <w:tblGrid>
        <w:gridCol w:w="1701"/>
        <w:gridCol w:w="1701"/>
        <w:gridCol w:w="1474"/>
        <w:gridCol w:w="1474"/>
      </w:tblGrid>
      <w:tr w:rsidR="00F44E79" w:rsidRPr="00056962" w:rsidTr="00FD491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056962" w:rsidRDefault="00F44E79" w:rsidP="00FD4913">
            <w:pPr>
              <w:pStyle w:val="table-head"/>
              <w:rPr>
                <w:rFonts w:ascii="Times New Roman" w:hAnsi="Times New Roman" w:cs="Times New Roman"/>
                <w:sz w:val="20"/>
                <w:szCs w:val="20"/>
              </w:rPr>
            </w:pPr>
            <w:r w:rsidRPr="00056962">
              <w:rPr>
                <w:rFonts w:ascii="Times New Roman" w:hAnsi="Times New Roman" w:cs="Times New Roman"/>
                <w:sz w:val="20"/>
                <w:szCs w:val="20"/>
              </w:rPr>
              <w:t xml:space="preserve">Категория </w:t>
            </w:r>
            <w:r w:rsidRPr="00056962">
              <w:rPr>
                <w:rFonts w:ascii="Times New Roman" w:hAnsi="Times New Roman" w:cs="Times New Roman"/>
                <w:sz w:val="20"/>
                <w:szCs w:val="20"/>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056962" w:rsidRDefault="00F44E79" w:rsidP="00FD4913">
            <w:pPr>
              <w:pStyle w:val="table-head"/>
              <w:rPr>
                <w:rFonts w:ascii="Times New Roman" w:hAnsi="Times New Roman" w:cs="Times New Roman"/>
                <w:sz w:val="20"/>
                <w:szCs w:val="20"/>
              </w:rPr>
            </w:pPr>
            <w:r w:rsidRPr="00056962">
              <w:rPr>
                <w:rFonts w:ascii="Times New Roman" w:hAnsi="Times New Roman" w:cs="Times New Roman"/>
                <w:sz w:val="20"/>
                <w:szCs w:val="20"/>
              </w:rPr>
              <w:t xml:space="preserve">Подтверждение уровня </w:t>
            </w:r>
            <w:r w:rsidRPr="00056962">
              <w:rPr>
                <w:rFonts w:ascii="Times New Roman" w:hAnsi="Times New Roman" w:cs="Times New Roman"/>
                <w:sz w:val="20"/>
                <w:szCs w:val="20"/>
              </w:rPr>
              <w:br/>
              <w:t xml:space="preserve">квалификации документами об образовании (профессиональной </w:t>
            </w:r>
            <w:r w:rsidRPr="00056962">
              <w:rPr>
                <w:rFonts w:ascii="Times New Roman" w:hAnsi="Times New Roman" w:cs="Times New Roman"/>
                <w:sz w:val="20"/>
                <w:szCs w:val="20"/>
              </w:rPr>
              <w:br/>
              <w:t xml:space="preserve">переподготовке) </w:t>
            </w:r>
            <w:r w:rsidRPr="00056962">
              <w:rPr>
                <w:rFonts w:ascii="Times New Roman" w:hAnsi="Times New Roman" w:cs="Times New Roman"/>
                <w:sz w:val="20"/>
                <w:szCs w:val="20"/>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056962" w:rsidRDefault="00F44E79" w:rsidP="00FD4913">
            <w:pPr>
              <w:pStyle w:val="table-head"/>
              <w:rPr>
                <w:rFonts w:ascii="Times New Roman" w:hAnsi="Times New Roman" w:cs="Times New Roman"/>
                <w:sz w:val="20"/>
                <w:szCs w:val="20"/>
              </w:rPr>
            </w:pPr>
            <w:r w:rsidRPr="00056962">
              <w:rPr>
                <w:rFonts w:ascii="Times New Roman" w:hAnsi="Times New Roman" w:cs="Times New Roman"/>
                <w:sz w:val="20"/>
                <w:szCs w:val="20"/>
              </w:rPr>
              <w:t>Подтверждение уровня квалификации результатами аттестации</w:t>
            </w:r>
          </w:p>
        </w:tc>
      </w:tr>
      <w:tr w:rsidR="00F44E79" w:rsidRPr="00056962" w:rsidTr="00FD491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4E79" w:rsidRPr="00056962" w:rsidRDefault="00F44E79" w:rsidP="00FD4913">
            <w:pPr>
              <w:pStyle w:val="table-head"/>
              <w:spacing w:after="0"/>
              <w:rPr>
                <w:rFonts w:ascii="Times New Roman" w:hAnsi="Times New Roman" w:cs="Times New Roman"/>
                <w:sz w:val="20"/>
                <w:szCs w:val="20"/>
              </w:rPr>
            </w:pPr>
            <w:r w:rsidRPr="00056962">
              <w:rPr>
                <w:rFonts w:ascii="Times New Roman" w:hAnsi="Times New Roman" w:cs="Times New Roman"/>
                <w:sz w:val="20"/>
                <w:szCs w:val="20"/>
              </w:rPr>
              <w:t xml:space="preserve">на соответствие </w:t>
            </w:r>
            <w:r w:rsidRPr="00056962">
              <w:rPr>
                <w:rFonts w:ascii="Times New Roman" w:hAnsi="Times New Roman" w:cs="Times New Roman"/>
                <w:sz w:val="20"/>
                <w:szCs w:val="20"/>
              </w:rPr>
              <w:br/>
              <w:t>занимаемой должности</w:t>
            </w:r>
          </w:p>
          <w:p w:rsidR="00F44E79" w:rsidRPr="00056962" w:rsidRDefault="00F44E79" w:rsidP="00FD4913">
            <w:pPr>
              <w:pStyle w:val="table-head"/>
              <w:spacing w:after="0"/>
              <w:rPr>
                <w:rFonts w:ascii="Times New Roman" w:hAnsi="Times New Roman" w:cs="Times New Roman"/>
                <w:sz w:val="20"/>
                <w:szCs w:val="20"/>
              </w:rPr>
            </w:pPr>
            <w:r w:rsidRPr="00056962">
              <w:rPr>
                <w:rFonts w:ascii="Times New Roman" w:hAnsi="Times New Roman" w:cs="Times New Roman"/>
                <w:sz w:val="20"/>
                <w:szCs w:val="20"/>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table-head"/>
              <w:spacing w:after="0"/>
              <w:rPr>
                <w:rFonts w:ascii="Times New Roman" w:hAnsi="Times New Roman" w:cs="Times New Roman"/>
                <w:sz w:val="20"/>
                <w:szCs w:val="20"/>
              </w:rPr>
            </w:pPr>
            <w:r w:rsidRPr="00056962">
              <w:rPr>
                <w:rFonts w:ascii="Times New Roman" w:hAnsi="Times New Roman" w:cs="Times New Roman"/>
                <w:sz w:val="20"/>
                <w:szCs w:val="20"/>
              </w:rPr>
              <w:t>квалификационная категория</w:t>
            </w:r>
          </w:p>
          <w:p w:rsidR="00F44E79" w:rsidRPr="00056962" w:rsidRDefault="00F44E79" w:rsidP="00FD4913">
            <w:pPr>
              <w:pStyle w:val="table-head"/>
              <w:spacing w:after="0"/>
              <w:rPr>
                <w:rFonts w:ascii="Times New Roman" w:hAnsi="Times New Roman" w:cs="Times New Roman"/>
                <w:sz w:val="20"/>
                <w:szCs w:val="20"/>
              </w:rPr>
            </w:pPr>
            <w:r w:rsidRPr="00056962">
              <w:rPr>
                <w:rFonts w:ascii="Times New Roman" w:hAnsi="Times New Roman" w:cs="Times New Roman"/>
                <w:sz w:val="20"/>
                <w:szCs w:val="20"/>
              </w:rPr>
              <w:t>(%)</w:t>
            </w:r>
          </w:p>
        </w:tc>
      </w:tr>
      <w:tr w:rsidR="00F44E79" w:rsidRPr="00056962" w:rsidTr="00FD491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Педагогические работники</w:t>
            </w:r>
          </w:p>
          <w:p w:rsidR="00F44E79" w:rsidRPr="00E5323B" w:rsidRDefault="00F44E79" w:rsidP="004220CE">
            <w:pPr>
              <w:pStyle w:val="table-body0mm"/>
              <w:rPr>
                <w:rFonts w:ascii="Calibri" w:hAnsi="Calibri" w:cs="Times New Roman"/>
                <w:sz w:val="20"/>
                <w:szCs w:val="20"/>
              </w:rPr>
            </w:pPr>
            <w:r>
              <w:rPr>
                <w:rFonts w:ascii="SchoolBookSanPin Cyr Cyr" w:hAnsi="SchoolBookSanPin Cyr Cyr" w:cs="Times New Roman"/>
                <w:sz w:val="20"/>
                <w:szCs w:val="20"/>
              </w:rPr>
              <w:t>Педагогические работники</w:t>
            </w:r>
          </w:p>
          <w:p w:rsidR="00F44E79" w:rsidRPr="00E5323B" w:rsidRDefault="00F44E79" w:rsidP="004220CE">
            <w:pPr>
              <w:pStyle w:val="table-body0mm"/>
              <w:rPr>
                <w:rFonts w:ascii="Calibri" w:hAnsi="Calibri" w:cs="Times New Roman"/>
                <w:sz w:val="20"/>
                <w:szCs w:val="20"/>
              </w:rPr>
            </w:pPr>
          </w:p>
          <w:p w:rsidR="00F44E79" w:rsidRPr="00E5323B" w:rsidRDefault="00F44E79" w:rsidP="004220CE">
            <w:pPr>
              <w:pStyle w:val="table-body0mm"/>
              <w:rPr>
                <w:rFonts w:ascii="Calibri" w:hAnsi="Calibri" w:cs="Times New Roman"/>
                <w:sz w:val="20"/>
                <w:szCs w:val="20"/>
              </w:rPr>
            </w:pPr>
          </w:p>
          <w:p w:rsidR="00F44E79" w:rsidRPr="00056962" w:rsidRDefault="00F44E79" w:rsidP="004220CE">
            <w:pPr>
              <w:pStyle w:val="table-body0mm"/>
              <w:rPr>
                <w:rFonts w:cs="Times New Roman"/>
                <w:sz w:val="20"/>
                <w:szCs w:val="20"/>
              </w:rPr>
            </w:pPr>
            <w:r w:rsidRPr="00056962">
              <w:rPr>
                <w:rFonts w:ascii="SchoolBookSanPin Cyr Cyr" w:hAnsi="SchoolBookSanPin Cyr Cyr" w:cs="Times New Roman"/>
                <w:sz w:val="20"/>
                <w:szCs w:val="20"/>
              </w:rPr>
              <w:t>1.Зенова Ж.В. (учит</w:t>
            </w:r>
            <w:r>
              <w:rPr>
                <w:rFonts w:ascii="SchoolBookSanPin Cyr Cyr" w:hAnsi="SchoolBookSanPin Cyr Cyr" w:cs="Times New Roman"/>
                <w:sz w:val="20"/>
                <w:szCs w:val="20"/>
              </w:rPr>
              <w:t>ель музыки</w:t>
            </w:r>
            <w:r w:rsidRPr="00056962">
              <w:rPr>
                <w:rFonts w:ascii="SchoolBookSanPin Cyr Cyr" w:hAnsi="SchoolBookSanPin Cyr Cyr" w:cs="Times New Roman"/>
                <w:sz w:val="20"/>
                <w:szCs w:val="20"/>
              </w:rPr>
              <w:t>. Педагогический стаж-18 лет)</w:t>
            </w: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Default="00F44E79" w:rsidP="004220CE">
            <w:pPr>
              <w:pStyle w:val="table-body0mm"/>
              <w:rPr>
                <w:rFonts w:ascii="Calibri" w:hAnsi="Calibri" w:cs="Times New Roman"/>
                <w:sz w:val="20"/>
                <w:szCs w:val="20"/>
              </w:rPr>
            </w:pPr>
          </w:p>
          <w:p w:rsidR="00F44E79" w:rsidRPr="00E5323B" w:rsidRDefault="00F44E79" w:rsidP="004220CE">
            <w:pPr>
              <w:pStyle w:val="table-body0mm"/>
              <w:rPr>
                <w:rFonts w:ascii="Calibri" w:hAnsi="Calibri"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r>
              <w:rPr>
                <w:rFonts w:ascii="SchoolBookSanPin Cyr Cyr" w:hAnsi="SchoolBookSanPin Cyr Cyr" w:cs="Times New Roman"/>
                <w:sz w:val="20"/>
                <w:szCs w:val="20"/>
              </w:rPr>
              <w:t>2.Зеленская О.В.</w:t>
            </w:r>
          </w:p>
          <w:p w:rsidR="00F44E79" w:rsidRPr="00056962" w:rsidRDefault="00F44E79" w:rsidP="004220CE">
            <w:pPr>
              <w:pStyle w:val="table-body0mm"/>
              <w:rPr>
                <w:rFonts w:cs="Times New Roman"/>
                <w:sz w:val="20"/>
                <w:szCs w:val="20"/>
              </w:rPr>
            </w:pPr>
            <w:r>
              <w:rPr>
                <w:rFonts w:ascii="SchoolBookSanPin Cyr Cyr" w:hAnsi="SchoolBookSanPin Cyr Cyr" w:cs="Times New Roman"/>
                <w:sz w:val="20"/>
                <w:szCs w:val="20"/>
              </w:rPr>
              <w:t>(учитель технологии</w:t>
            </w:r>
            <w:r w:rsidRPr="00056962">
              <w:rPr>
                <w:rFonts w:ascii="SchoolBookSanPin Cyr Cyr" w:hAnsi="SchoolBookSanPin Cyr Cyr" w:cs="Times New Roman"/>
                <w:sz w:val="20"/>
                <w:szCs w:val="20"/>
              </w:rPr>
              <w:t>. Педагогический стаж-</w:t>
            </w:r>
            <w:r w:rsidRPr="005D74FA">
              <w:rPr>
                <w:rFonts w:ascii="SchoolBookSanPin Cyr Cyr" w:hAnsi="SchoolBookSanPin Cyr Cyr" w:cs="Times New Roman"/>
                <w:b/>
                <w:sz w:val="20"/>
                <w:szCs w:val="20"/>
              </w:rPr>
              <w:t>39 лет)</w:t>
            </w: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E5323B" w:rsidRDefault="00F44E79" w:rsidP="004220CE">
            <w:pPr>
              <w:pStyle w:val="table-body0mm"/>
              <w:rPr>
                <w:rFonts w:ascii="Calibri" w:hAnsi="Calibri" w:cs="Times New Roman"/>
                <w:sz w:val="20"/>
                <w:szCs w:val="20"/>
              </w:rPr>
            </w:pPr>
          </w:p>
          <w:p w:rsidR="00F44E79" w:rsidRPr="00E5323B" w:rsidRDefault="00F44E79" w:rsidP="004220CE">
            <w:pPr>
              <w:pStyle w:val="table-body0mm"/>
              <w:rPr>
                <w:rFonts w:ascii="Calibri" w:hAnsi="Calibri" w:cs="Times New Roman"/>
                <w:sz w:val="20"/>
                <w:szCs w:val="20"/>
              </w:rPr>
            </w:pPr>
          </w:p>
          <w:p w:rsidR="00F44E79" w:rsidRPr="00E5323B" w:rsidRDefault="00F44E79" w:rsidP="004220CE">
            <w:pPr>
              <w:pStyle w:val="table-body0mm"/>
              <w:rPr>
                <w:rFonts w:ascii="Calibri" w:hAnsi="Calibri" w:cs="Times New Roman"/>
                <w:sz w:val="20"/>
                <w:szCs w:val="20"/>
              </w:rPr>
            </w:pPr>
          </w:p>
          <w:p w:rsidR="00F44E79" w:rsidRPr="00E5323B" w:rsidRDefault="00F44E79" w:rsidP="004220CE">
            <w:pPr>
              <w:pStyle w:val="table-body0mm"/>
              <w:rPr>
                <w:rFonts w:ascii="Calibri" w:hAnsi="Calibri" w:cs="Times New Roman"/>
                <w:sz w:val="20"/>
                <w:szCs w:val="20"/>
              </w:rPr>
            </w:pPr>
          </w:p>
          <w:p w:rsidR="00F44E79" w:rsidRPr="00056962" w:rsidRDefault="00F44E79" w:rsidP="004220CE">
            <w:pPr>
              <w:pStyle w:val="table-body0mm"/>
              <w:rPr>
                <w:rFonts w:cs="Times New Roman"/>
                <w:sz w:val="20"/>
                <w:szCs w:val="20"/>
              </w:rPr>
            </w:pPr>
          </w:p>
          <w:p w:rsidR="00F44E79" w:rsidRPr="00E5323B" w:rsidRDefault="00F44E79" w:rsidP="004220CE">
            <w:pPr>
              <w:pStyle w:val="table-body0mm"/>
              <w:rPr>
                <w:rFonts w:ascii="Calibri" w:hAnsi="Calibri" w:cs="Times New Roman"/>
                <w:sz w:val="20"/>
                <w:szCs w:val="20"/>
              </w:rPr>
            </w:pPr>
            <w:r>
              <w:rPr>
                <w:rFonts w:ascii="SchoolBookSanPin Cyr Cyr" w:hAnsi="SchoolBookSanPin Cyr Cyr" w:cs="Times New Roman"/>
                <w:sz w:val="20"/>
                <w:szCs w:val="20"/>
              </w:rPr>
              <w:t>3.Болычева М.А.(преподаватель-организатор ОБЖ, учитель географии. Педагогический стаж</w:t>
            </w:r>
            <w:r w:rsidRPr="00E5323B">
              <w:rPr>
                <w:rFonts w:ascii="Calibri" w:hAnsi="Calibri" w:cs="Times New Roman"/>
                <w:sz w:val="20"/>
                <w:szCs w:val="20"/>
              </w:rPr>
              <w:t>- 29 лет)</w:t>
            </w: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4220CE">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4220CE" w:rsidRDefault="00F44E79" w:rsidP="00FD4913">
            <w:pPr>
              <w:pStyle w:val="table-body0mm"/>
              <w:rPr>
                <w:rFonts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Pr>
                <w:rFonts w:ascii="SchoolBookSanPin Cyr Cyr" w:hAnsi="SchoolBookSanPin Cyr Cyr" w:cs="Times New Roman"/>
                <w:sz w:val="20"/>
                <w:szCs w:val="20"/>
              </w:rPr>
              <w:t>4.Ревякина</w:t>
            </w:r>
            <w:r w:rsidRPr="00056962">
              <w:rPr>
                <w:rFonts w:ascii="SchoolBookSanPin Cyr Cyr" w:hAnsi="SchoolBookSanPin Cyr Cyr" w:cs="Times New Roman"/>
                <w:sz w:val="20"/>
                <w:szCs w:val="20"/>
              </w:rPr>
              <w:t xml:space="preserve"> О.В.</w:t>
            </w: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(учи</w:t>
            </w:r>
            <w:r>
              <w:rPr>
                <w:rFonts w:ascii="SchoolBookSanPin Cyr Cyr" w:hAnsi="SchoolBookSanPin Cyr Cyr" w:cs="Times New Roman"/>
                <w:sz w:val="20"/>
                <w:szCs w:val="20"/>
              </w:rPr>
              <w:t>тель русского языка и литературы. Педагогический ст</w:t>
            </w:r>
            <w:r w:rsidRPr="004220CE">
              <w:rPr>
                <w:rFonts w:ascii="Calibri" w:hAnsi="Calibri" w:cs="Times New Roman"/>
                <w:sz w:val="20"/>
                <w:szCs w:val="20"/>
              </w:rPr>
              <w:t>аж-8 лет, стаж в должности-0</w:t>
            </w:r>
            <w:r w:rsidRPr="00411D9B">
              <w:rPr>
                <w:rFonts w:cs="Times New Roman"/>
                <w:b/>
                <w:sz w:val="20"/>
                <w:szCs w:val="20"/>
              </w:rPr>
              <w:t>)</w:t>
            </w:r>
          </w:p>
          <w:p w:rsidR="00F44E79" w:rsidRPr="00056962" w:rsidRDefault="00F44E79" w:rsidP="00FD4913">
            <w:pPr>
              <w:pStyle w:val="table-body0mm"/>
              <w:rPr>
                <w:rFonts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5. Агарков Е.Ю.</w:t>
            </w: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(учитель физической культуры. Педагогический стаж- 12 лет)</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6. Марушко И.В.</w:t>
            </w: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(учитель информатики. Педагогический стаж-24 года)</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7. Воронина О.С.</w:t>
            </w: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(учитель немецкого языка. Педагогический стаж-31 год)</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8. Берестян А.Ф.</w:t>
            </w:r>
          </w:p>
          <w:p w:rsidR="00F44E79" w:rsidRDefault="00F44E79" w:rsidP="00FD4913">
            <w:pPr>
              <w:pStyle w:val="table-body0mm"/>
              <w:rPr>
                <w:rFonts w:cs="Times New Roman"/>
                <w:sz w:val="20"/>
                <w:szCs w:val="20"/>
              </w:rPr>
            </w:pPr>
            <w:r w:rsidRPr="00056962">
              <w:rPr>
                <w:rFonts w:ascii="SchoolBookSanPin Cyr Cyr" w:hAnsi="SchoolBookSanPin Cyr Cyr" w:cs="Times New Roman"/>
                <w:sz w:val="20"/>
                <w:szCs w:val="20"/>
              </w:rPr>
              <w:t>(учитель английского языка. Педагогический стаж-1 год)</w:t>
            </w: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r>
              <w:rPr>
                <w:rFonts w:ascii="SchoolBookSanPin Cyr Cyr" w:hAnsi="SchoolBookSanPin Cyr Cyr" w:cs="Times New Roman"/>
                <w:sz w:val="20"/>
                <w:szCs w:val="20"/>
              </w:rPr>
              <w:t xml:space="preserve">9.Бурцева Г.А.(учитель химии и биологии. Педагогический стаж- </w:t>
            </w:r>
            <w:r w:rsidRPr="004220CE">
              <w:rPr>
                <w:rFonts w:ascii="Calibri" w:hAnsi="Calibri" w:cs="Times New Roman"/>
                <w:sz w:val="20"/>
                <w:szCs w:val="20"/>
              </w:rPr>
              <w:t>35 лет</w:t>
            </w:r>
            <w:r>
              <w:rPr>
                <w:rFonts w:cs="Times New Roman"/>
                <w:sz w:val="20"/>
                <w:szCs w:val="20"/>
              </w:rPr>
              <w:t>)</w:t>
            </w: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r>
              <w:rPr>
                <w:rFonts w:ascii="SchoolBookSanPin Cyr Cyr" w:hAnsi="SchoolBookSanPin Cyr Cyr" w:cs="Times New Roman"/>
                <w:sz w:val="20"/>
                <w:szCs w:val="20"/>
              </w:rPr>
              <w:t xml:space="preserve">10.Стефеева Л.А. (учитель русского языка и литературы. Педагогический стаж-25 лет) </w:t>
            </w: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r>
              <w:rPr>
                <w:rFonts w:ascii="SchoolBookSanPin Cyr Cyr" w:hAnsi="SchoolBookSanPin Cyr Cyr" w:cs="Times New Roman"/>
                <w:sz w:val="20"/>
                <w:szCs w:val="20"/>
              </w:rPr>
              <w:t xml:space="preserve">11.Суслова Т.Н. (учитель математики. Педагогический </w:t>
            </w:r>
          </w:p>
          <w:p w:rsidR="00F44E79" w:rsidRDefault="00F44E79" w:rsidP="00FD4913">
            <w:pPr>
              <w:pStyle w:val="table-body0mm"/>
              <w:rPr>
                <w:rFonts w:cs="Times New Roman"/>
                <w:sz w:val="20"/>
                <w:szCs w:val="20"/>
              </w:rPr>
            </w:pPr>
            <w:r>
              <w:rPr>
                <w:rFonts w:ascii="SchoolBookSanPin Cyr Cyr" w:hAnsi="SchoolBookSanPin Cyr Cyr" w:cs="Times New Roman"/>
                <w:sz w:val="20"/>
                <w:szCs w:val="20"/>
              </w:rPr>
              <w:t>стаж-</w:t>
            </w:r>
            <w:r w:rsidRPr="004220CE">
              <w:rPr>
                <w:rFonts w:ascii="Calibri" w:hAnsi="Calibri" w:cs="Times New Roman"/>
                <w:sz w:val="20"/>
                <w:szCs w:val="20"/>
              </w:rPr>
              <w:t xml:space="preserve"> </w:t>
            </w:r>
            <w:r>
              <w:rPr>
                <w:rFonts w:cs="Times New Roman"/>
                <w:sz w:val="20"/>
                <w:szCs w:val="20"/>
              </w:rPr>
              <w:t>)</w:t>
            </w: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Default="00F44E79" w:rsidP="00FD4913">
            <w:pPr>
              <w:pStyle w:val="table-body0mm"/>
              <w:rPr>
                <w:rFonts w:cs="Times New Roman"/>
                <w:sz w:val="20"/>
                <w:szCs w:val="20"/>
              </w:rPr>
            </w:pPr>
          </w:p>
          <w:p w:rsidR="00F44E79" w:rsidRPr="004220CE" w:rsidRDefault="00F44E79" w:rsidP="00FD4913">
            <w:pPr>
              <w:pStyle w:val="table-body0mm"/>
              <w:rPr>
                <w:rFonts w:ascii="Calibri" w:hAnsi="Calibri" w:cs="Times New Roman"/>
                <w:sz w:val="20"/>
                <w:szCs w:val="20"/>
              </w:rPr>
            </w:pPr>
            <w:r>
              <w:rPr>
                <w:rFonts w:ascii="SchoolBookSanPin Cyr Cyr" w:hAnsi="SchoolBookSanPin Cyr Cyr" w:cs="Times New Roman"/>
                <w:sz w:val="20"/>
                <w:szCs w:val="20"/>
              </w:rPr>
              <w:t>12.Кобылкина Т.И. (учитель истории и обществознания. Педагогический стаж-</w:t>
            </w:r>
            <w:r w:rsidRPr="004220CE">
              <w:rPr>
                <w:rFonts w:ascii="Calibri" w:hAnsi="Calibri" w:cs="Times New Roman"/>
                <w:sz w:val="20"/>
                <w:szCs w:val="20"/>
              </w:rPr>
              <w:t>34 года</w:t>
            </w:r>
            <w:r>
              <w:rPr>
                <w:rFonts w:cs="Times New Roman"/>
                <w:sz w:val="20"/>
                <w:szCs w:val="20"/>
              </w:rPr>
              <w:t>)</w:t>
            </w: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r>
              <w:rPr>
                <w:rFonts w:ascii="SchoolBookSanPin Cyr Cyr" w:hAnsi="SchoolBookSanPin Cyr Cyr" w:cs="Times New Roman"/>
                <w:sz w:val="20"/>
                <w:szCs w:val="20"/>
              </w:rPr>
              <w:t>13.Садовая Т.Б. (учитель русского языка и литературы. Педагогический стаж-</w:t>
            </w:r>
            <w:r w:rsidRPr="004220CE">
              <w:rPr>
                <w:rFonts w:ascii="Calibri" w:hAnsi="Calibri" w:cs="Times New Roman"/>
                <w:sz w:val="20"/>
                <w:szCs w:val="20"/>
              </w:rPr>
              <w:t xml:space="preserve"> 34 года</w:t>
            </w:r>
            <w:r>
              <w:rPr>
                <w:rFonts w:cs="Times New Roman"/>
                <w:sz w:val="20"/>
                <w:szCs w:val="20"/>
              </w:rPr>
              <w:t>)</w:t>
            </w:r>
          </w:p>
          <w:p w:rsidR="00F44E79" w:rsidRDefault="00F44E79" w:rsidP="00FD4913">
            <w:pPr>
              <w:pStyle w:val="table-body0mm"/>
              <w:rPr>
                <w:rFonts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Pr="004220CE" w:rsidRDefault="00F44E79" w:rsidP="00FD4913">
            <w:pPr>
              <w:pStyle w:val="table-body0mm"/>
              <w:rPr>
                <w:rFonts w:ascii="Calibri" w:hAnsi="Calibri" w:cs="Times New Roman"/>
                <w:sz w:val="20"/>
                <w:szCs w:val="20"/>
              </w:rPr>
            </w:pPr>
          </w:p>
          <w:p w:rsidR="00F44E79" w:rsidRDefault="00F44E79" w:rsidP="00FD4913">
            <w:pPr>
              <w:pStyle w:val="table-body0mm"/>
              <w:rPr>
                <w:rFonts w:cs="Times New Roman"/>
                <w:sz w:val="20"/>
                <w:szCs w:val="20"/>
              </w:rPr>
            </w:pPr>
          </w:p>
          <w:p w:rsidR="00F44E79" w:rsidRPr="004220CE" w:rsidRDefault="00F44E79" w:rsidP="00FD4913">
            <w:pPr>
              <w:pStyle w:val="table-body0mm"/>
              <w:rPr>
                <w:rFonts w:ascii="Calibri" w:hAnsi="Calibri" w:cs="Times New Roman"/>
                <w:sz w:val="20"/>
                <w:szCs w:val="20"/>
              </w:rPr>
            </w:pPr>
            <w:r>
              <w:rPr>
                <w:rFonts w:ascii="SchoolBookSanPin Cyr Cyr" w:hAnsi="SchoolBookSanPin Cyr Cyr" w:cs="Times New Roman"/>
                <w:sz w:val="20"/>
                <w:szCs w:val="20"/>
              </w:rPr>
              <w:t>14.Селищева О.А. (учитель математики. Педагогический стаж-</w:t>
            </w:r>
            <w:r w:rsidRPr="004220CE">
              <w:rPr>
                <w:rFonts w:ascii="Calibri" w:hAnsi="Calibri" w:cs="Times New Roman"/>
                <w:sz w:val="20"/>
                <w:szCs w:val="20"/>
              </w:rPr>
              <w:t>7 лет, стаж в должности- 4 года)</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AA2E2E" w:rsidRDefault="00F44E79" w:rsidP="00FD4913">
            <w:pPr>
              <w:pStyle w:val="Standard"/>
              <w:snapToGrid w:val="0"/>
              <w:rPr>
                <w:rFonts w:cs="Times New Roman"/>
                <w:sz w:val="20"/>
                <w:szCs w:val="20"/>
                <w:lang w:val="ru-RU"/>
              </w:rPr>
            </w:pPr>
            <w:r w:rsidRPr="00AA2E2E">
              <w:rPr>
                <w:rFonts w:cs="Times New Roman"/>
                <w:sz w:val="20"/>
                <w:szCs w:val="20"/>
                <w:lang w:val="ru-RU"/>
              </w:rPr>
              <w:t>14 педагогических работников (100%)</w:t>
            </w: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rPr>
                <w:rFonts w:cs="Times New Roman"/>
                <w:sz w:val="20"/>
                <w:szCs w:val="20"/>
                <w:lang w:val="ru-RU"/>
              </w:rPr>
            </w:pPr>
            <w:r w:rsidRPr="00056962">
              <w:rPr>
                <w:rFonts w:cs="Times New Roman"/>
                <w:sz w:val="20"/>
                <w:szCs w:val="20"/>
                <w:lang w:val="ru-RU"/>
              </w:rPr>
              <w:t>г. Болхов, колледж,</w:t>
            </w:r>
          </w:p>
          <w:p w:rsidR="00F44E79" w:rsidRPr="00056962" w:rsidRDefault="00F44E79" w:rsidP="00FD4913">
            <w:pPr>
              <w:pStyle w:val="Standard"/>
              <w:rPr>
                <w:rFonts w:cs="Times New Roman"/>
                <w:sz w:val="20"/>
                <w:szCs w:val="20"/>
                <w:lang w:val="ru-RU"/>
              </w:rPr>
            </w:pPr>
            <w:r w:rsidRPr="00056962">
              <w:rPr>
                <w:rFonts w:cs="Times New Roman"/>
                <w:sz w:val="20"/>
                <w:szCs w:val="20"/>
                <w:lang w:val="ru-RU"/>
              </w:rPr>
              <w:t>учитель начальных классов,1999 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АК</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 0133736 выдан 14 июня 1999 г. по специальности «Преподавание  в начальных классах»</w:t>
            </w: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Орловский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 имени И.С.Тургенева</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г.Орел</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бакалав-</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ра 105718  0898638 выдан 07.07.2017г.по</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направлению</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44.03.01 педагогическое образование</w:t>
            </w: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о профессиональной переподготовке ООО "Инфоурок" г.Смоленск №000000006091 выдан 16.05.2018г. с квалификацией "Учитель музыки"</w:t>
            </w: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r w:rsidRPr="00056962">
              <w:rPr>
                <w:rFonts w:cs="Times New Roman"/>
                <w:sz w:val="20"/>
                <w:szCs w:val="20"/>
                <w:lang w:val="ru-RU"/>
              </w:rPr>
              <w:t>Диплом о профессиональной переподготовке ООО "Инфоурок" г.Смоленск №000000035756 выдан 16.10.2019г. с квалификацией "Учитель физической культуры "</w:t>
            </w:r>
          </w:p>
          <w:p w:rsidR="00F44E79" w:rsidRDefault="00F44E79" w:rsidP="00FD4913">
            <w:pPr>
              <w:pStyle w:val="Standard"/>
              <w:rPr>
                <w:rFonts w:cs="Times New Roman"/>
                <w:sz w:val="20"/>
                <w:szCs w:val="20"/>
                <w:lang w:val="ru-RU"/>
              </w:rPr>
            </w:pPr>
          </w:p>
          <w:p w:rsidR="00F44E79" w:rsidRDefault="00F44E79" w:rsidP="00FD4913">
            <w:pPr>
              <w:pStyle w:val="Standard"/>
              <w:rPr>
                <w:rFonts w:cs="Times New Roman"/>
                <w:sz w:val="20"/>
                <w:szCs w:val="20"/>
                <w:lang w:val="ru-RU"/>
              </w:rPr>
            </w:pPr>
          </w:p>
          <w:p w:rsidR="00F44E79" w:rsidRPr="00056962" w:rsidRDefault="00F44E79" w:rsidP="00FD4913">
            <w:pPr>
              <w:pStyle w:val="Standard"/>
              <w:rPr>
                <w:rFonts w:cs="Times New Roman"/>
                <w:sz w:val="20"/>
                <w:szCs w:val="20"/>
                <w:lang w:val="ru-RU"/>
              </w:rPr>
            </w:pPr>
          </w:p>
          <w:p w:rsidR="00F44E79" w:rsidRPr="00056962" w:rsidRDefault="00F44E79" w:rsidP="00FD4913">
            <w:pPr>
              <w:pStyle w:val="Standard"/>
              <w:rPr>
                <w:rFonts w:cs="Times New Roman"/>
                <w:sz w:val="20"/>
                <w:szCs w:val="20"/>
                <w:lang w:val="ru-RU"/>
              </w:rPr>
            </w:pPr>
            <w:r w:rsidRPr="00056962">
              <w:rPr>
                <w:rFonts w:cs="Times New Roman"/>
                <w:sz w:val="20"/>
                <w:szCs w:val="20"/>
                <w:lang w:val="ru-RU"/>
              </w:rPr>
              <w:t xml:space="preserve"> Болховское педагогическое училище,</w:t>
            </w:r>
          </w:p>
          <w:p w:rsidR="00F44E79" w:rsidRPr="00B725B2" w:rsidRDefault="00F44E79" w:rsidP="00FD4913">
            <w:pPr>
              <w:pStyle w:val="Standard"/>
              <w:rPr>
                <w:rFonts w:cs="Times New Roman"/>
                <w:sz w:val="20"/>
                <w:szCs w:val="20"/>
                <w:lang w:val="ru-RU"/>
              </w:rPr>
            </w:pPr>
            <w:r w:rsidRPr="00056962">
              <w:rPr>
                <w:rFonts w:cs="Times New Roman"/>
                <w:sz w:val="20"/>
                <w:szCs w:val="20"/>
                <w:lang w:val="ru-RU"/>
              </w:rPr>
              <w:t>учитель начальных классов,</w:t>
            </w:r>
            <w:r>
              <w:rPr>
                <w:rFonts w:cs="Times New Roman"/>
                <w:sz w:val="20"/>
                <w:szCs w:val="20"/>
                <w:lang w:val="ru-RU"/>
              </w:rPr>
              <w:t>старший пионервожатый,</w:t>
            </w:r>
            <w:r w:rsidRPr="00B725B2">
              <w:rPr>
                <w:rFonts w:cs="Times New Roman"/>
                <w:sz w:val="20"/>
                <w:szCs w:val="20"/>
                <w:lang w:val="ru-RU"/>
              </w:rPr>
              <w:t>1986 г.</w:t>
            </w:r>
          </w:p>
          <w:p w:rsidR="00F44E79" w:rsidRPr="00B725B2" w:rsidRDefault="00F44E79" w:rsidP="00FD4913">
            <w:pPr>
              <w:pStyle w:val="Standard"/>
              <w:snapToGrid w:val="0"/>
              <w:rPr>
                <w:rFonts w:cs="Times New Roman"/>
                <w:sz w:val="20"/>
                <w:szCs w:val="20"/>
                <w:lang w:val="ru-RU"/>
              </w:rPr>
            </w:pPr>
            <w:r w:rsidRPr="00B725B2">
              <w:rPr>
                <w:rFonts w:cs="Times New Roman"/>
                <w:sz w:val="20"/>
                <w:szCs w:val="20"/>
                <w:lang w:val="ru-RU"/>
              </w:rPr>
              <w:t>Диплом  ИТ</w:t>
            </w:r>
          </w:p>
          <w:p w:rsidR="00F44E79" w:rsidRPr="005D74FA" w:rsidRDefault="00F44E79" w:rsidP="00FD4913">
            <w:pPr>
              <w:pStyle w:val="Standard"/>
              <w:snapToGrid w:val="0"/>
              <w:rPr>
                <w:rFonts w:cs="Times New Roman"/>
                <w:b/>
                <w:sz w:val="20"/>
                <w:szCs w:val="20"/>
                <w:lang w:val="ru-RU"/>
              </w:rPr>
            </w:pPr>
            <w:r w:rsidRPr="00B725B2">
              <w:rPr>
                <w:rFonts w:cs="Times New Roman"/>
                <w:sz w:val="20"/>
                <w:szCs w:val="20"/>
                <w:lang w:val="ru-RU"/>
              </w:rPr>
              <w:t>№ 292608 выдан 28 июня 1986 г. по специальности «Преподавание  в начальных классах общеобразова-тельной школы»</w:t>
            </w:r>
          </w:p>
          <w:p w:rsidR="00F44E79" w:rsidRPr="00056962" w:rsidRDefault="00F44E79" w:rsidP="00FD4913">
            <w:pPr>
              <w:pStyle w:val="Standard"/>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p>
          <w:p w:rsidR="00F44E79" w:rsidRPr="004220CE" w:rsidRDefault="00F44E79" w:rsidP="00FD4913">
            <w:pPr>
              <w:pStyle w:val="Standard"/>
              <w:snapToGrid w:val="0"/>
              <w:rPr>
                <w:rFonts w:cs="Times New Roman"/>
                <w:sz w:val="20"/>
                <w:szCs w:val="20"/>
                <w:lang w:val="ru-RU"/>
              </w:rPr>
            </w:pPr>
            <w:r w:rsidRPr="004220CE">
              <w:rPr>
                <w:rFonts w:cs="Times New Roman"/>
                <w:sz w:val="20"/>
                <w:szCs w:val="20"/>
                <w:lang w:val="ru-RU"/>
              </w:rPr>
              <w:t>Орловский госу-</w:t>
            </w:r>
          </w:p>
          <w:p w:rsidR="00F44E79" w:rsidRPr="004220CE" w:rsidRDefault="00F44E79" w:rsidP="00FD4913">
            <w:pPr>
              <w:pStyle w:val="Standard"/>
              <w:snapToGrid w:val="0"/>
              <w:rPr>
                <w:rFonts w:cs="Times New Roman"/>
                <w:sz w:val="20"/>
                <w:szCs w:val="20"/>
                <w:lang w:val="ru-RU"/>
              </w:rPr>
            </w:pPr>
            <w:r w:rsidRPr="004220CE">
              <w:rPr>
                <w:rFonts w:cs="Times New Roman"/>
                <w:sz w:val="20"/>
                <w:szCs w:val="20"/>
                <w:lang w:val="ru-RU"/>
              </w:rPr>
              <w:t>дарственный университет, учитель химии и биологии,1995г.</w:t>
            </w:r>
          </w:p>
          <w:p w:rsidR="00F44E79" w:rsidRPr="004220CE" w:rsidRDefault="00F44E79" w:rsidP="00FD4913">
            <w:pPr>
              <w:pStyle w:val="Standard"/>
              <w:snapToGrid w:val="0"/>
              <w:rPr>
                <w:rFonts w:cs="Times New Roman"/>
                <w:sz w:val="20"/>
                <w:szCs w:val="20"/>
                <w:lang w:val="ru-RU"/>
              </w:rPr>
            </w:pPr>
            <w:r w:rsidRPr="004220CE">
              <w:rPr>
                <w:rFonts w:cs="Times New Roman"/>
                <w:sz w:val="20"/>
                <w:szCs w:val="20"/>
                <w:lang w:val="ru-RU"/>
              </w:rPr>
              <w:t>г.Орел</w:t>
            </w:r>
          </w:p>
          <w:p w:rsidR="00F44E79" w:rsidRPr="004220CE" w:rsidRDefault="00F44E79" w:rsidP="00FD4913">
            <w:pPr>
              <w:pStyle w:val="Standard"/>
              <w:snapToGrid w:val="0"/>
              <w:rPr>
                <w:rFonts w:cs="Times New Roman"/>
                <w:sz w:val="20"/>
                <w:szCs w:val="20"/>
                <w:lang w:val="ru-RU"/>
              </w:rPr>
            </w:pPr>
            <w:r w:rsidRPr="004220CE">
              <w:rPr>
                <w:rFonts w:cs="Times New Roman"/>
                <w:sz w:val="20"/>
                <w:szCs w:val="20"/>
                <w:lang w:val="ru-RU"/>
              </w:rPr>
              <w:t>Диплом ЭВ №550716 выдан 02.07.1995г. по</w:t>
            </w:r>
          </w:p>
          <w:p w:rsidR="00F44E79" w:rsidRPr="004220CE" w:rsidRDefault="00F44E79" w:rsidP="00FD4913">
            <w:pPr>
              <w:pStyle w:val="Standard"/>
              <w:snapToGrid w:val="0"/>
              <w:rPr>
                <w:rFonts w:cs="Times New Roman"/>
                <w:sz w:val="20"/>
                <w:szCs w:val="20"/>
                <w:lang w:val="ru-RU"/>
              </w:rPr>
            </w:pPr>
            <w:r w:rsidRPr="004220CE">
              <w:rPr>
                <w:rFonts w:cs="Times New Roman"/>
                <w:sz w:val="20"/>
                <w:szCs w:val="20"/>
                <w:lang w:val="ru-RU"/>
              </w:rPr>
              <w:t>Специальности «Педагогика и методика начального обучения»</w:t>
            </w:r>
          </w:p>
          <w:p w:rsidR="00F44E79" w:rsidRDefault="00F44E79" w:rsidP="00FD4913">
            <w:pPr>
              <w:pStyle w:val="Standard"/>
              <w:snapToGrid w:val="0"/>
              <w:jc w:val="both"/>
              <w:rPr>
                <w:rFonts w:cs="Times New Roman"/>
                <w:sz w:val="20"/>
                <w:szCs w:val="20"/>
                <w:lang w:val="ru-RU"/>
              </w:rPr>
            </w:pPr>
          </w:p>
          <w:p w:rsidR="00F44E79" w:rsidRDefault="00F44E79" w:rsidP="00FD4913">
            <w:pPr>
              <w:pStyle w:val="Standard"/>
              <w:snapToGrid w:val="0"/>
              <w:jc w:val="both"/>
              <w:rPr>
                <w:rFonts w:cs="Times New Roman"/>
                <w:sz w:val="20"/>
                <w:szCs w:val="20"/>
                <w:lang w:val="ru-RU"/>
              </w:rPr>
            </w:pPr>
          </w:p>
          <w:p w:rsidR="00F44E79" w:rsidRDefault="00F44E79" w:rsidP="00FD4913">
            <w:pPr>
              <w:pStyle w:val="Standard"/>
              <w:snapToGrid w:val="0"/>
              <w:jc w:val="both"/>
              <w:rPr>
                <w:rFonts w:cs="Times New Roman"/>
                <w:sz w:val="20"/>
                <w:szCs w:val="20"/>
                <w:lang w:val="ru-RU"/>
              </w:rPr>
            </w:pPr>
            <w:r>
              <w:rPr>
                <w:rFonts w:cs="Times New Roman"/>
                <w:sz w:val="20"/>
                <w:szCs w:val="20"/>
                <w:lang w:val="ru-RU"/>
              </w:rPr>
              <w:t>Областное государственное образовательное учреждение среднего профессионального образования «Болховский педагогический колледж», 2008г.</w:t>
            </w:r>
          </w:p>
          <w:p w:rsidR="00F44E79" w:rsidRDefault="00F44E79" w:rsidP="00FD4913">
            <w:pPr>
              <w:pStyle w:val="Standard"/>
              <w:snapToGrid w:val="0"/>
              <w:jc w:val="both"/>
              <w:rPr>
                <w:rFonts w:cs="Times New Roman"/>
                <w:sz w:val="20"/>
                <w:szCs w:val="20"/>
                <w:lang w:val="ru-RU"/>
              </w:rPr>
            </w:pPr>
            <w:r>
              <w:rPr>
                <w:rFonts w:cs="Times New Roman"/>
                <w:sz w:val="20"/>
                <w:szCs w:val="20"/>
                <w:lang w:val="ru-RU"/>
              </w:rPr>
              <w:t>Диплом ПА №0000791 выдан 16.06.2008г по специальности « Коррекционная педагогика в начальном образовании»</w:t>
            </w:r>
          </w:p>
          <w:p w:rsidR="00F44E79"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p>
          <w:p w:rsidR="00F44E79" w:rsidRPr="00411D9B" w:rsidRDefault="00F44E79" w:rsidP="00FD4913">
            <w:pPr>
              <w:pStyle w:val="Standard"/>
              <w:rPr>
                <w:rFonts w:cs="Times New Roman"/>
                <w:sz w:val="20"/>
                <w:szCs w:val="20"/>
                <w:lang w:val="ru-RU"/>
              </w:rPr>
            </w:pPr>
            <w:r w:rsidRPr="00411D9B">
              <w:rPr>
                <w:rFonts w:cs="Times New Roman"/>
                <w:sz w:val="20"/>
                <w:szCs w:val="20"/>
                <w:lang w:val="ru-RU"/>
              </w:rPr>
              <w:t>Мезенский педагогический колледж,</w:t>
            </w:r>
          </w:p>
          <w:p w:rsidR="00F44E79" w:rsidRPr="00411D9B" w:rsidRDefault="00F44E79" w:rsidP="00FD4913">
            <w:pPr>
              <w:pStyle w:val="Standard"/>
              <w:rPr>
                <w:rFonts w:cs="Times New Roman"/>
                <w:sz w:val="20"/>
                <w:szCs w:val="20"/>
                <w:lang w:val="ru-RU"/>
              </w:rPr>
            </w:pPr>
            <w:r w:rsidRPr="00411D9B">
              <w:rPr>
                <w:rFonts w:cs="Times New Roman"/>
                <w:sz w:val="20"/>
                <w:szCs w:val="20"/>
                <w:lang w:val="ru-RU"/>
              </w:rPr>
              <w:t>учитель физической культуры с дополнительной подготовкой в области спортивной тренировки (баскетбол),2009 г.</w:t>
            </w:r>
          </w:p>
          <w:p w:rsidR="00F44E79" w:rsidRPr="00411D9B" w:rsidRDefault="00F44E79" w:rsidP="00FD4913">
            <w:pPr>
              <w:pStyle w:val="Standard"/>
              <w:snapToGrid w:val="0"/>
              <w:rPr>
                <w:rFonts w:cs="Times New Roman"/>
                <w:sz w:val="20"/>
                <w:szCs w:val="20"/>
                <w:lang w:val="ru-RU"/>
              </w:rPr>
            </w:pPr>
            <w:r w:rsidRPr="00411D9B">
              <w:rPr>
                <w:rFonts w:cs="Times New Roman"/>
                <w:sz w:val="20"/>
                <w:szCs w:val="20"/>
                <w:lang w:val="ru-RU"/>
              </w:rPr>
              <w:t>Диплом 57 ПА</w:t>
            </w:r>
          </w:p>
          <w:p w:rsidR="00F44E79" w:rsidRPr="00411D9B" w:rsidRDefault="00F44E79" w:rsidP="00FD4913">
            <w:pPr>
              <w:pStyle w:val="Standard"/>
              <w:snapToGrid w:val="0"/>
              <w:rPr>
                <w:rFonts w:cs="Times New Roman"/>
                <w:sz w:val="20"/>
                <w:szCs w:val="20"/>
                <w:lang w:val="ru-RU"/>
              </w:rPr>
            </w:pPr>
            <w:r w:rsidRPr="00411D9B">
              <w:rPr>
                <w:rFonts w:cs="Times New Roman"/>
                <w:sz w:val="20"/>
                <w:szCs w:val="20"/>
                <w:lang w:val="ru-RU"/>
              </w:rPr>
              <w:t>№ 0001499 выдан 19 июня 2009 г. по специальности «Физическая культура»</w:t>
            </w: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ГБОУВПО «Орловский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университет»,2014г.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бакалав-</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ра 1057180198494 выдан 15.12.2014г.по</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направлению</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подготовки 050100 педагогическое образование</w:t>
            </w: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Орловский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университет,физмат, учитель физики и информатики,1998г.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г.Орел</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АВС №0859810 выдан 24.06.1998г. по</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Специальности «Физика»</w:t>
            </w:r>
          </w:p>
          <w:p w:rsidR="00F44E79" w:rsidRPr="00056962"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Воронежский государственный педагогический институт, иностранные языки, французский и немецкий языки, 1991г. Диплом ФВ № 308050 выдан 01.07.1991г. по</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Специальности «Французский и немецкий языки»</w:t>
            </w:r>
          </w:p>
          <w:p w:rsidR="00F44E79" w:rsidRPr="00056962"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ФГБОУВО»Орловский государственный аграрный университет», инженер,2015г. Диплом специалиста 1057060001734 выдан 30.12.2015г. по</w:t>
            </w:r>
          </w:p>
          <w:p w:rsidR="00F44E79" w:rsidRDefault="00F44E79" w:rsidP="00FD4913">
            <w:pPr>
              <w:pStyle w:val="Standard"/>
              <w:snapToGrid w:val="0"/>
              <w:jc w:val="both"/>
              <w:rPr>
                <w:rFonts w:cs="Times New Roman"/>
                <w:sz w:val="20"/>
                <w:szCs w:val="20"/>
                <w:lang w:val="ru-RU"/>
              </w:rPr>
            </w:pPr>
            <w:r w:rsidRPr="00056962">
              <w:rPr>
                <w:rFonts w:cs="Times New Roman"/>
                <w:sz w:val="20"/>
                <w:szCs w:val="20"/>
                <w:lang w:val="ru-RU"/>
              </w:rPr>
              <w:t>Специальности 250203 «Садово-парковое и ландшафтное строительство»</w:t>
            </w:r>
          </w:p>
          <w:p w:rsidR="00F44E79"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r w:rsidRPr="00056962">
              <w:rPr>
                <w:rFonts w:cs="Times New Roman"/>
                <w:sz w:val="20"/>
                <w:szCs w:val="20"/>
                <w:lang w:val="ru-RU"/>
              </w:rPr>
              <w:t xml:space="preserve"> Диплом о проф</w:t>
            </w:r>
            <w:r>
              <w:rPr>
                <w:rFonts w:cs="Times New Roman"/>
                <w:sz w:val="20"/>
                <w:szCs w:val="20"/>
                <w:lang w:val="ru-RU"/>
              </w:rPr>
              <w:t xml:space="preserve">ессиональной переподготовке </w:t>
            </w:r>
            <w:r w:rsidRPr="00056962">
              <w:rPr>
                <w:rFonts w:cs="Times New Roman"/>
                <w:sz w:val="20"/>
                <w:szCs w:val="20"/>
                <w:lang w:val="ru-RU"/>
              </w:rPr>
              <w:t>ООО"Центр непрерывного образования и инноваций" г.Санкт-Петербург. Диплом</w:t>
            </w:r>
            <w:r>
              <w:rPr>
                <w:rFonts w:cs="Times New Roman"/>
                <w:sz w:val="20"/>
                <w:szCs w:val="20"/>
                <w:lang w:val="ru-RU"/>
              </w:rPr>
              <w:t xml:space="preserve"> №342416475759</w:t>
            </w:r>
            <w:r w:rsidRPr="00056962">
              <w:rPr>
                <w:rFonts w:cs="Times New Roman"/>
                <w:sz w:val="20"/>
                <w:szCs w:val="20"/>
                <w:lang w:val="ru-RU"/>
              </w:rPr>
              <w:t>выдан 2</w:t>
            </w:r>
            <w:r>
              <w:rPr>
                <w:rFonts w:cs="Times New Roman"/>
                <w:sz w:val="20"/>
                <w:szCs w:val="20"/>
                <w:lang w:val="ru-RU"/>
              </w:rPr>
              <w:t>9.04.2022</w:t>
            </w:r>
            <w:r w:rsidRPr="00056962">
              <w:rPr>
                <w:rFonts w:cs="Times New Roman"/>
                <w:sz w:val="20"/>
                <w:szCs w:val="20"/>
                <w:lang w:val="ru-RU"/>
              </w:rPr>
              <w:t xml:space="preserve">г. по программе </w:t>
            </w:r>
            <w:r>
              <w:rPr>
                <w:rFonts w:cs="Times New Roman"/>
                <w:sz w:val="20"/>
                <w:szCs w:val="20"/>
                <w:lang w:val="ru-RU"/>
              </w:rPr>
              <w:t>"Педагогическое образование: учитель английского языка</w:t>
            </w:r>
            <w:r w:rsidRPr="00056962">
              <w:rPr>
                <w:rFonts w:cs="Times New Roman"/>
                <w:sz w:val="20"/>
                <w:szCs w:val="20"/>
                <w:lang w:val="ru-RU"/>
              </w:rPr>
              <w:t xml:space="preserve"> "</w:t>
            </w:r>
          </w:p>
          <w:p w:rsidR="00F44E79"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Орловский госу-</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дарственный педагогический институт, 198</w:t>
            </w:r>
            <w:r w:rsidRPr="00056962">
              <w:rPr>
                <w:rFonts w:cs="Times New Roman"/>
                <w:sz w:val="20"/>
                <w:szCs w:val="20"/>
                <w:lang w:val="ru-RU"/>
              </w:rPr>
              <w:t>7г.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г.Орел</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Диплом ПВ №457509 выдан 29.06.198</w:t>
            </w:r>
            <w:r w:rsidRPr="00056962">
              <w:rPr>
                <w:rFonts w:cs="Times New Roman"/>
                <w:sz w:val="20"/>
                <w:szCs w:val="20"/>
                <w:lang w:val="ru-RU"/>
              </w:rPr>
              <w:t>7г. по</w:t>
            </w:r>
          </w:p>
          <w:p w:rsidR="00F44E79" w:rsidRPr="00056962" w:rsidRDefault="00F44E79" w:rsidP="00FD4913">
            <w:pPr>
              <w:pStyle w:val="NoParagraphStyle"/>
              <w:spacing w:line="240" w:lineRule="auto"/>
              <w:textAlignment w:val="auto"/>
              <w:rPr>
                <w:rFonts w:ascii="Times New Roman" w:hAnsi="Times New Roman" w:cs="Times New Roman"/>
                <w:sz w:val="20"/>
                <w:szCs w:val="20"/>
                <w:lang w:val="ru-RU"/>
              </w:rPr>
            </w:pPr>
            <w:r>
              <w:rPr>
                <w:rFonts w:ascii="Times New Roman" w:hAnsi="Times New Roman" w:cs="Times New Roman"/>
                <w:sz w:val="20"/>
                <w:szCs w:val="20"/>
                <w:lang w:val="ru-RU"/>
              </w:rPr>
              <w:t>Специальности «Биология и химия</w:t>
            </w:r>
            <w:r w:rsidRPr="00056962">
              <w:rPr>
                <w:rFonts w:ascii="Times New Roman" w:hAnsi="Times New Roman" w:cs="Times New Roman"/>
                <w:sz w:val="20"/>
                <w:szCs w:val="20"/>
                <w:lang w:val="ru-RU"/>
              </w:rPr>
              <w:t>»</w:t>
            </w:r>
          </w:p>
          <w:p w:rsidR="00F44E79"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Орловский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 1997г.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г.Орел</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ШВ №244116 выдан 02.07.1997г. по</w:t>
            </w:r>
          </w:p>
          <w:p w:rsidR="00F44E79" w:rsidRPr="00056962" w:rsidRDefault="00F44E79" w:rsidP="00FD4913">
            <w:pPr>
              <w:pStyle w:val="NoParagraphStyle"/>
              <w:spacing w:line="240" w:lineRule="auto"/>
              <w:textAlignment w:val="auto"/>
              <w:rPr>
                <w:rFonts w:ascii="Times New Roman" w:hAnsi="Times New Roman" w:cs="Times New Roman"/>
                <w:sz w:val="20"/>
                <w:szCs w:val="20"/>
                <w:lang w:val="ru-RU"/>
              </w:rPr>
            </w:pPr>
            <w:r w:rsidRPr="00056962">
              <w:rPr>
                <w:rFonts w:ascii="Times New Roman" w:hAnsi="Times New Roman" w:cs="Times New Roman"/>
                <w:sz w:val="20"/>
                <w:szCs w:val="20"/>
                <w:lang w:val="ru-RU"/>
              </w:rPr>
              <w:t>Специальности «Филология»</w:t>
            </w:r>
          </w:p>
          <w:p w:rsidR="00F44E79"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Орловский госу-</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дарственный педагогический институт, 19</w:t>
            </w:r>
            <w:r w:rsidRPr="00056962">
              <w:rPr>
                <w:rFonts w:cs="Times New Roman"/>
                <w:sz w:val="20"/>
                <w:szCs w:val="20"/>
                <w:lang w:val="ru-RU"/>
              </w:rPr>
              <w:t>7</w:t>
            </w:r>
            <w:r>
              <w:rPr>
                <w:rFonts w:cs="Times New Roman"/>
                <w:sz w:val="20"/>
                <w:szCs w:val="20"/>
                <w:lang w:val="ru-RU"/>
              </w:rPr>
              <w:t>9</w:t>
            </w:r>
            <w:r w:rsidRPr="00056962">
              <w:rPr>
                <w:rFonts w:cs="Times New Roman"/>
                <w:sz w:val="20"/>
                <w:szCs w:val="20"/>
                <w:lang w:val="ru-RU"/>
              </w:rPr>
              <w:t>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г.Орел</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Диплом ЖВ №867053выдан 29.06.1979</w:t>
            </w:r>
            <w:r w:rsidRPr="00056962">
              <w:rPr>
                <w:rFonts w:cs="Times New Roman"/>
                <w:sz w:val="20"/>
                <w:szCs w:val="20"/>
                <w:lang w:val="ru-RU"/>
              </w:rPr>
              <w:t>г. по</w:t>
            </w:r>
          </w:p>
          <w:p w:rsidR="00F44E79" w:rsidRPr="00056962" w:rsidRDefault="00F44E79" w:rsidP="00FD4913">
            <w:pPr>
              <w:pStyle w:val="NoParagraphStyle"/>
              <w:spacing w:line="240" w:lineRule="auto"/>
              <w:textAlignment w:val="auto"/>
              <w:rPr>
                <w:rFonts w:ascii="Times New Roman" w:hAnsi="Times New Roman" w:cs="Times New Roman"/>
                <w:sz w:val="20"/>
                <w:szCs w:val="20"/>
                <w:lang w:val="ru-RU"/>
              </w:rPr>
            </w:pPr>
            <w:r>
              <w:rPr>
                <w:rFonts w:ascii="Times New Roman" w:hAnsi="Times New Roman" w:cs="Times New Roman"/>
                <w:sz w:val="20"/>
                <w:szCs w:val="20"/>
                <w:lang w:val="ru-RU"/>
              </w:rPr>
              <w:t>Специальности «Математика</w:t>
            </w:r>
            <w:r w:rsidRPr="00056962">
              <w:rPr>
                <w:rFonts w:ascii="Times New Roman" w:hAnsi="Times New Roman" w:cs="Times New Roman"/>
                <w:sz w:val="20"/>
                <w:szCs w:val="20"/>
                <w:lang w:val="ru-RU"/>
              </w:rPr>
              <w:t>»</w:t>
            </w:r>
          </w:p>
          <w:p w:rsidR="00F44E79"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Одес</w:t>
            </w:r>
            <w:r w:rsidRPr="00056962">
              <w:rPr>
                <w:rFonts w:cs="Times New Roman"/>
                <w:sz w:val="20"/>
                <w:szCs w:val="20"/>
                <w:lang w:val="ru-RU"/>
              </w:rPr>
              <w:t>ский госу-</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дарственный университет имени Мечникова, 1984г.</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Диплом МВ №899383выдан 23.06.1984</w:t>
            </w:r>
            <w:r w:rsidRPr="00056962">
              <w:rPr>
                <w:rFonts w:cs="Times New Roman"/>
                <w:sz w:val="20"/>
                <w:szCs w:val="20"/>
                <w:lang w:val="ru-RU"/>
              </w:rPr>
              <w:t>г. по</w:t>
            </w:r>
          </w:p>
          <w:p w:rsidR="00F44E79" w:rsidRDefault="00F44E79" w:rsidP="00FD4913">
            <w:pPr>
              <w:pStyle w:val="NoParagraphStyle"/>
              <w:spacing w:line="240" w:lineRule="auto"/>
              <w:textAlignment w:val="auto"/>
              <w:rPr>
                <w:rFonts w:ascii="Times New Roman" w:hAnsi="Times New Roman" w:cs="Times New Roman"/>
                <w:sz w:val="20"/>
                <w:szCs w:val="20"/>
                <w:lang w:val="ru-RU"/>
              </w:rPr>
            </w:pPr>
            <w:r>
              <w:rPr>
                <w:rFonts w:ascii="Times New Roman" w:hAnsi="Times New Roman" w:cs="Times New Roman"/>
                <w:sz w:val="20"/>
                <w:szCs w:val="20"/>
                <w:lang w:val="ru-RU"/>
              </w:rPr>
              <w:t>Специальности «История</w:t>
            </w:r>
            <w:r w:rsidRPr="00056962">
              <w:rPr>
                <w:rFonts w:ascii="Times New Roman" w:hAnsi="Times New Roman" w:cs="Times New Roman"/>
                <w:sz w:val="20"/>
                <w:szCs w:val="20"/>
                <w:lang w:val="ru-RU"/>
              </w:rPr>
              <w:t>»</w:t>
            </w:r>
          </w:p>
          <w:p w:rsidR="00F44E79" w:rsidRDefault="00F44E79" w:rsidP="00FD4913">
            <w:pPr>
              <w:pStyle w:val="NoParagraphStyle"/>
              <w:spacing w:line="240" w:lineRule="auto"/>
              <w:textAlignment w:val="auto"/>
              <w:rPr>
                <w:rFonts w:ascii="Times New Roman" w:hAnsi="Times New Roman" w:cs="Times New Roman"/>
                <w:sz w:val="20"/>
                <w:szCs w:val="20"/>
                <w:lang w:val="ru-RU"/>
              </w:rPr>
            </w:pPr>
          </w:p>
          <w:p w:rsidR="00F44E79" w:rsidRDefault="00F44E79" w:rsidP="00FD4913">
            <w:pPr>
              <w:pStyle w:val="NoParagraphStyle"/>
              <w:spacing w:line="240" w:lineRule="auto"/>
              <w:textAlignment w:val="auto"/>
              <w:rPr>
                <w:rFonts w:ascii="Times New Roman" w:hAnsi="Times New Roman" w:cs="Times New Roman"/>
                <w:sz w:val="20"/>
                <w:szCs w:val="20"/>
                <w:lang w:val="ru-RU"/>
              </w:rPr>
            </w:pPr>
          </w:p>
          <w:p w:rsidR="00F44E79" w:rsidRDefault="00F44E79" w:rsidP="00FD4913">
            <w:pPr>
              <w:pStyle w:val="NoParagraphStyle"/>
              <w:spacing w:line="240" w:lineRule="auto"/>
              <w:textAlignment w:val="auto"/>
              <w:rPr>
                <w:rFonts w:ascii="Times New Roman" w:hAnsi="Times New Roman" w:cs="Times New Roman"/>
                <w:sz w:val="20"/>
                <w:szCs w:val="20"/>
                <w:lang w:val="ru-RU"/>
              </w:rPr>
            </w:pPr>
            <w:r>
              <w:rPr>
                <w:rFonts w:ascii="Times New Roman" w:hAnsi="Times New Roman" w:cs="Times New Roman"/>
                <w:sz w:val="20"/>
                <w:szCs w:val="20"/>
                <w:lang w:val="ru-RU"/>
              </w:rPr>
              <w:t>Елецкий государственный педагогический институт, 1995г.</w:t>
            </w:r>
          </w:p>
          <w:p w:rsidR="00F44E79" w:rsidRPr="00AA2E2E" w:rsidRDefault="00F44E79" w:rsidP="00FD4913">
            <w:pPr>
              <w:pStyle w:val="NoParagraphStyle"/>
              <w:spacing w:line="240" w:lineRule="auto"/>
              <w:textAlignment w:val="auto"/>
              <w:rPr>
                <w:rFonts w:ascii="Times New Roman" w:hAnsi="Times New Roman" w:cs="Times New Roman"/>
                <w:sz w:val="20"/>
                <w:szCs w:val="20"/>
                <w:lang w:val="ru-RU"/>
              </w:rPr>
            </w:pPr>
            <w:r>
              <w:rPr>
                <w:rFonts w:ascii="Times New Roman" w:hAnsi="Times New Roman" w:cs="Times New Roman"/>
                <w:sz w:val="20"/>
                <w:szCs w:val="20"/>
                <w:lang w:val="ru-RU"/>
              </w:rPr>
              <w:t>Диплом ЭВ №069000, выдан 27.06.1995г. по специальности «Русский язык и литература»</w:t>
            </w:r>
          </w:p>
          <w:p w:rsidR="00F44E79"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Елецкий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 имени И.А.Бунина, 2018г.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г.Елец</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магистра 1048243165599 выдан 31.01.2018г. по</w:t>
            </w:r>
          </w:p>
          <w:p w:rsidR="00F44E79" w:rsidRPr="00056962" w:rsidRDefault="00F44E79" w:rsidP="00FD4913">
            <w:pPr>
              <w:pStyle w:val="NoParagraphStyle"/>
              <w:spacing w:line="240" w:lineRule="auto"/>
              <w:textAlignment w:val="auto"/>
              <w:rPr>
                <w:rFonts w:ascii="Times New Roman" w:hAnsi="Times New Roman" w:cs="Times New Roman"/>
                <w:sz w:val="20"/>
                <w:szCs w:val="20"/>
                <w:lang w:val="ru-RU"/>
              </w:rPr>
            </w:pPr>
            <w:r w:rsidRPr="00056962">
              <w:rPr>
                <w:rFonts w:ascii="Times New Roman" w:hAnsi="Times New Roman" w:cs="Times New Roman"/>
                <w:sz w:val="20"/>
                <w:szCs w:val="20"/>
                <w:lang w:val="ru-RU"/>
              </w:rPr>
              <w:t>Направлению 44.04.01 педагогическое образование</w:t>
            </w:r>
          </w:p>
          <w:p w:rsidR="00F44E79" w:rsidRPr="00056962" w:rsidRDefault="00F44E79" w:rsidP="00FD4913">
            <w:pPr>
              <w:pStyle w:val="Standard"/>
              <w:snapToGrid w:val="0"/>
              <w:rPr>
                <w:rFonts w:cs="Times New Roman"/>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5D74FA" w:rsidRDefault="00F44E79" w:rsidP="00FD4913">
            <w:pPr>
              <w:pStyle w:val="NoParagraphStyle"/>
              <w:spacing w:line="240" w:lineRule="auto"/>
              <w:textAlignment w:val="auto"/>
              <w:rPr>
                <w:rFonts w:ascii="Times New Roman" w:hAnsi="Times New Roman" w:cs="Times New Roman"/>
                <w:b/>
                <w:color w:val="auto"/>
                <w:sz w:val="20"/>
                <w:szCs w:val="20"/>
                <w:lang w:val="ru-RU"/>
              </w:rPr>
            </w:pPr>
            <w:r w:rsidRPr="005D74FA">
              <w:rPr>
                <w:rFonts w:ascii="Times New Roman" w:hAnsi="Times New Roman" w:cs="Times New Roman"/>
                <w:b/>
                <w:color w:val="auto"/>
                <w:sz w:val="20"/>
                <w:szCs w:val="20"/>
                <w:lang w:val="ru-RU"/>
              </w:rPr>
              <w:t xml:space="preserve"> </w:t>
            </w:r>
            <w:r w:rsidRPr="00AA2E2E">
              <w:rPr>
                <w:rFonts w:ascii="Times New Roman" w:hAnsi="Times New Roman" w:cs="Times New Roman"/>
                <w:color w:val="auto"/>
                <w:sz w:val="20"/>
                <w:szCs w:val="20"/>
                <w:lang w:val="ru-RU"/>
              </w:rPr>
              <w:t xml:space="preserve">педагог </w:t>
            </w:r>
            <w:r>
              <w:rPr>
                <w:rFonts w:ascii="Times New Roman" w:hAnsi="Times New Roman" w:cs="Times New Roman"/>
                <w:color w:val="auto"/>
                <w:sz w:val="20"/>
                <w:szCs w:val="20"/>
                <w:lang w:val="ru-RU"/>
              </w:rPr>
              <w:t>ических работников (0%)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AA2E2E"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AA2E2E">
              <w:rPr>
                <w:rFonts w:ascii="Times New Roman" w:hAnsi="Times New Roman" w:cs="Times New Roman"/>
                <w:color w:val="auto"/>
                <w:sz w:val="20"/>
                <w:szCs w:val="20"/>
                <w:lang w:val="ru-RU"/>
              </w:rPr>
              <w:t>11</w:t>
            </w:r>
            <w:r>
              <w:rPr>
                <w:rFonts w:ascii="Times New Roman" w:hAnsi="Times New Roman" w:cs="Times New Roman"/>
                <w:b/>
                <w:color w:val="auto"/>
                <w:sz w:val="20"/>
                <w:szCs w:val="20"/>
                <w:lang w:val="ru-RU"/>
              </w:rPr>
              <w:t xml:space="preserve"> </w:t>
            </w:r>
            <w:r w:rsidRPr="00AA2E2E">
              <w:rPr>
                <w:rFonts w:ascii="Times New Roman" w:hAnsi="Times New Roman" w:cs="Times New Roman"/>
                <w:color w:val="auto"/>
                <w:sz w:val="20"/>
                <w:szCs w:val="20"/>
                <w:lang w:val="ru-RU"/>
              </w:rPr>
              <w:t>педагогических работников (78,5%)</w:t>
            </w:r>
          </w:p>
          <w:p w:rsidR="00F44E79" w:rsidRPr="00AA2E2E"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 xml:space="preserve">Первая квалификационная категория. </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 xml:space="preserve">Первая квалификационная категория. </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Первая квалификационная категория.</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Первая квалификационная категория.</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Первая квалификационная категория.</w:t>
            </w: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Первая квалификационная категория.</w:t>
            </w: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Высшая квалификационная категория</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 xml:space="preserve">Первая квалификационная подготовка </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 xml:space="preserve">Первая квалификационная подготовка </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Первая квалификационная подготовка</w:t>
            </w: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 xml:space="preserve"> Первая квалификационная подготовка</w:t>
            </w:r>
          </w:p>
        </w:tc>
      </w:tr>
      <w:tr w:rsidR="00F44E79" w:rsidRPr="00056962" w:rsidTr="00FD491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 xml:space="preserve">Руководящие </w:t>
            </w:r>
            <w:r w:rsidRPr="00056962">
              <w:rPr>
                <w:rFonts w:ascii="SchoolBookSanPin Cyr Cyr" w:hAnsi="SchoolBookSanPin Cyr Cyr" w:cs="Times New Roman"/>
                <w:sz w:val="20"/>
                <w:szCs w:val="20"/>
              </w:rPr>
              <w:br/>
              <w:t>работники</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 xml:space="preserve">1.Стефеева Л.А.(директор школы. Педагогический стаж-25 лет. Стаж в должности- 1 год) </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2.Воронина О.С.(зам.директора по УР. Педагогический стаж-31 год. Стаж в должности- 14 лет)</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3.Сажина С.А..(зам.директора по ВР. Педагогический стаж-1 год. Стаж в должности- 1год)</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3 руководящих работника (100%)</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Орловский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 1997г.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г.Орел</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ШВ №244116 выдан 02.07.1997г. по</w:t>
            </w:r>
          </w:p>
          <w:p w:rsidR="00F44E79" w:rsidRPr="00056962" w:rsidRDefault="00F44E79" w:rsidP="00FD4913">
            <w:pPr>
              <w:pStyle w:val="NoParagraphStyle"/>
              <w:spacing w:line="240" w:lineRule="auto"/>
              <w:textAlignment w:val="auto"/>
              <w:rPr>
                <w:rFonts w:ascii="Times New Roman" w:hAnsi="Times New Roman" w:cs="Times New Roman"/>
                <w:sz w:val="20"/>
                <w:szCs w:val="20"/>
                <w:lang w:val="ru-RU"/>
              </w:rPr>
            </w:pPr>
            <w:r w:rsidRPr="00056962">
              <w:rPr>
                <w:rFonts w:ascii="Times New Roman" w:hAnsi="Times New Roman" w:cs="Times New Roman"/>
                <w:sz w:val="20"/>
                <w:szCs w:val="20"/>
                <w:lang w:val="ru-RU"/>
              </w:rPr>
              <w:t>Специальности «Филология»</w:t>
            </w:r>
          </w:p>
          <w:p w:rsidR="00F44E79" w:rsidRPr="00056962" w:rsidRDefault="00F44E79" w:rsidP="00FD4913">
            <w:pPr>
              <w:pStyle w:val="NoParagraphStyle"/>
              <w:spacing w:line="240" w:lineRule="auto"/>
              <w:textAlignment w:val="auto"/>
              <w:rPr>
                <w:rFonts w:ascii="Times New Roman" w:hAnsi="Times New Roman"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r w:rsidRPr="00056962">
              <w:rPr>
                <w:rFonts w:cs="Times New Roman"/>
                <w:sz w:val="20"/>
                <w:szCs w:val="20"/>
                <w:lang w:val="ru-RU"/>
              </w:rPr>
              <w:t>Диплом о профессиональ-ной переподготовке ОДПООО"Центр непрерывного образования и инноваций" г.Санкт-Петербург. Диплом №342409870219 выдан 15.10.2019г. по программе "Менеджмент в образовании "</w:t>
            </w:r>
          </w:p>
          <w:p w:rsidR="00F44E79"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r w:rsidRPr="00056962">
              <w:rPr>
                <w:rFonts w:cs="Times New Roman"/>
                <w:sz w:val="20"/>
                <w:szCs w:val="20"/>
                <w:lang w:val="ru-RU"/>
              </w:rPr>
              <w:t>Диплом о профессиональ-ной переподготовке ОДПООО"Центр непрерывного образования и инноваций" г.Санкт-Петербург. Диплом №342408459740 выдан 28.02.2019г. по программе "Менеджмент в образовании "</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Standard"/>
              <w:snapToGrid w:val="0"/>
              <w:jc w:val="both"/>
              <w:rPr>
                <w:rFonts w:cs="Times New Roman"/>
                <w:sz w:val="20"/>
                <w:szCs w:val="20"/>
                <w:lang w:val="ru-RU"/>
              </w:rPr>
            </w:pPr>
            <w:r w:rsidRPr="00056962">
              <w:rPr>
                <w:rFonts w:cs="Times New Roman"/>
                <w:sz w:val="20"/>
                <w:szCs w:val="20"/>
                <w:lang w:val="ru-RU"/>
              </w:rPr>
              <w:t>ФГБОУВПО «Российская академия народного хозяйства и государственной службы при Президенте Российской Федерации» г. Орел. Диплом ОК № 26439 выдан 24.02.2012г. Присуждена квалификация «Менеджер» по специадбности "Менеджмент организации "</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2 руководящих работника (66,6%)</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Соответствие занимаемой должности</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 xml:space="preserve"> Соответствие занимаемой должности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tc>
      </w:tr>
      <w:tr w:rsidR="00F44E79" w:rsidRPr="00056962" w:rsidTr="00FD491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Иные работники</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1.Селищева О.А.(социальный педагог. Педагогический стаж-7 лет. Стаж в должности- 7 лет)</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2. Берестян А.Ф.( педагог- психолог). Педагогический стаж-1 год. Стаж в должности- 1год)</w:t>
            </w: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3.Зенова Ж.В..( учитель-логопед). Педагогический стаж-18 лет. Стаж в должности- 0)</w:t>
            </w: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p>
          <w:p w:rsidR="00F44E79" w:rsidRPr="00056962" w:rsidRDefault="00F44E79" w:rsidP="00FD4913">
            <w:pPr>
              <w:pStyle w:val="table-body0mm"/>
              <w:rPr>
                <w:rFonts w:cs="Times New Roman"/>
                <w:sz w:val="20"/>
                <w:szCs w:val="20"/>
              </w:rPr>
            </w:pPr>
            <w:r w:rsidRPr="00056962">
              <w:rPr>
                <w:rFonts w:ascii="SchoolBookSanPin Cyr Cyr" w:hAnsi="SchoolBookSanPin Cyr Cyr" w:cs="Times New Roman"/>
                <w:sz w:val="20"/>
                <w:szCs w:val="20"/>
              </w:rPr>
              <w:t>4. Гусихина</w:t>
            </w:r>
            <w:r w:rsidRPr="004220CE">
              <w:rPr>
                <w:rFonts w:ascii="Calibri" w:hAnsi="Calibri" w:cs="Times New Roman"/>
                <w:sz w:val="20"/>
                <w:szCs w:val="20"/>
              </w:rPr>
              <w:t xml:space="preserve"> Л.Е.</w:t>
            </w:r>
            <w:r w:rsidRPr="00056962">
              <w:rPr>
                <w:rFonts w:ascii="SchoolBookSanPin Cyr Cyr" w:hAnsi="SchoolBookSanPin Cyr Cyr" w:cs="Times New Roman"/>
                <w:sz w:val="20"/>
                <w:szCs w:val="20"/>
              </w:rPr>
              <w:t xml:space="preserve"> ( учитель-дефектолог). Педагогический стаж-</w:t>
            </w:r>
            <w:r>
              <w:rPr>
                <w:rFonts w:ascii="SchoolBookSanPin Cyr Cyr" w:hAnsi="SchoolBookSanPin Cyr Cyr" w:cs="Times New Roman"/>
                <w:sz w:val="20"/>
                <w:szCs w:val="20"/>
              </w:rPr>
              <w:t>5 лет</w:t>
            </w:r>
            <w:r w:rsidRPr="00056962">
              <w:rPr>
                <w:rFonts w:ascii="SchoolBookSanPin Cyr Cyr" w:hAnsi="SchoolBookSanPin Cyr Cyr" w:cs="Times New Roman"/>
                <w:sz w:val="20"/>
                <w:szCs w:val="20"/>
              </w:rPr>
              <w:t>. Стаж в должности-</w:t>
            </w:r>
            <w:r>
              <w:rPr>
                <w:rFonts w:cs="Times New Roman"/>
                <w:sz w:val="20"/>
                <w:szCs w:val="20"/>
              </w:rPr>
              <w:t xml:space="preserve"> 0</w:t>
            </w:r>
            <w:r w:rsidRPr="00056962">
              <w:rPr>
                <w:rFonts w:cs="Times New Roman"/>
                <w:sz w:val="20"/>
                <w:szCs w:val="20"/>
              </w:rPr>
              <w:t>)</w:t>
            </w:r>
          </w:p>
          <w:p w:rsidR="00F44E79" w:rsidRPr="00056962" w:rsidRDefault="00F44E79" w:rsidP="00FD4913">
            <w:pPr>
              <w:pStyle w:val="table-body0mm"/>
              <w:ind w:left="720"/>
              <w:rPr>
                <w:rFonts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4 работника (100%)</w:t>
            </w:r>
          </w:p>
          <w:p w:rsidR="00F44E79" w:rsidRPr="00056962"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Елецкий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 имени И.А.Бунина, 2018г.</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г.Елец</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магистра 1048243165599 выдан 31.01.2018г. по</w:t>
            </w:r>
          </w:p>
          <w:p w:rsidR="00F44E79" w:rsidRPr="00056962" w:rsidRDefault="00F44E79" w:rsidP="00FD4913">
            <w:pPr>
              <w:pStyle w:val="NoParagraphStyle"/>
              <w:spacing w:line="240" w:lineRule="auto"/>
              <w:textAlignment w:val="auto"/>
              <w:rPr>
                <w:rFonts w:ascii="Times New Roman" w:hAnsi="Times New Roman" w:cs="Times New Roman"/>
                <w:sz w:val="20"/>
                <w:szCs w:val="20"/>
                <w:lang w:val="ru-RU"/>
              </w:rPr>
            </w:pPr>
            <w:r w:rsidRPr="00056962">
              <w:rPr>
                <w:rFonts w:ascii="Times New Roman" w:hAnsi="Times New Roman" w:cs="Times New Roman"/>
                <w:sz w:val="20"/>
                <w:szCs w:val="20"/>
                <w:lang w:val="ru-RU"/>
              </w:rPr>
              <w:t>Направлению 44.04.01 педагогическое образование</w:t>
            </w:r>
          </w:p>
          <w:p w:rsidR="00F44E79" w:rsidRPr="00056962" w:rsidRDefault="00F44E79" w:rsidP="00FD4913">
            <w:pPr>
              <w:pStyle w:val="Standard"/>
              <w:snapToGrid w:val="0"/>
              <w:jc w:val="both"/>
              <w:rPr>
                <w:rFonts w:cs="Times New Roman"/>
                <w:sz w:val="20"/>
                <w:szCs w:val="20"/>
                <w:lang w:val="ru-RU"/>
              </w:rPr>
            </w:pPr>
          </w:p>
          <w:p w:rsidR="00F44E79" w:rsidRPr="00056962" w:rsidRDefault="00F44E79" w:rsidP="00FD4913">
            <w:pPr>
              <w:pStyle w:val="Standard"/>
              <w:snapToGrid w:val="0"/>
              <w:jc w:val="both"/>
              <w:rPr>
                <w:rFonts w:cs="Times New Roman"/>
                <w:sz w:val="20"/>
                <w:szCs w:val="20"/>
                <w:lang w:val="ru-RU"/>
              </w:rPr>
            </w:pPr>
            <w:r>
              <w:rPr>
                <w:rFonts w:cs="Times New Roman"/>
                <w:sz w:val="20"/>
                <w:szCs w:val="20"/>
                <w:lang w:val="ru-RU"/>
              </w:rPr>
              <w:t>Диплом о профессиональ</w:t>
            </w:r>
            <w:r w:rsidRPr="00056962">
              <w:rPr>
                <w:rFonts w:cs="Times New Roman"/>
                <w:sz w:val="20"/>
                <w:szCs w:val="20"/>
                <w:lang w:val="ru-RU"/>
              </w:rPr>
              <w:t>ной переподготовке ОДПООО"Центр непрерывного образования и инноваций" г.Санкт-Петербург. Диплом №342414001146 выдан 30.04.2021г. с квалификацией "Педагогика и психология: педагог-психолог"</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Default="00F44E79" w:rsidP="00FD4913">
            <w:pPr>
              <w:pStyle w:val="Standard"/>
              <w:snapToGrid w:val="0"/>
              <w:jc w:val="both"/>
              <w:rPr>
                <w:rFonts w:cs="Times New Roman"/>
                <w:sz w:val="20"/>
                <w:szCs w:val="20"/>
                <w:lang w:val="ru-RU"/>
              </w:rPr>
            </w:pPr>
            <w:r>
              <w:rPr>
                <w:rFonts w:cs="Times New Roman"/>
                <w:sz w:val="20"/>
                <w:szCs w:val="20"/>
                <w:lang w:val="ru-RU"/>
              </w:rPr>
              <w:t>Прохождение</w:t>
            </w:r>
            <w:r w:rsidRPr="00056962">
              <w:rPr>
                <w:rFonts w:cs="Times New Roman"/>
                <w:sz w:val="20"/>
                <w:szCs w:val="20"/>
                <w:lang w:val="ru-RU"/>
              </w:rPr>
              <w:t xml:space="preserve"> профе</w:t>
            </w:r>
            <w:r>
              <w:rPr>
                <w:rFonts w:cs="Times New Roman"/>
                <w:sz w:val="20"/>
                <w:szCs w:val="20"/>
                <w:lang w:val="ru-RU"/>
              </w:rPr>
              <w:t>ссиональной переподготовки в ООО"Инфоурок"</w:t>
            </w:r>
          </w:p>
          <w:p w:rsidR="00F44E79" w:rsidRPr="00056962" w:rsidRDefault="00F44E79" w:rsidP="00FD4913">
            <w:pPr>
              <w:pStyle w:val="Standard"/>
              <w:snapToGrid w:val="0"/>
              <w:jc w:val="both"/>
              <w:rPr>
                <w:rFonts w:cs="Times New Roman"/>
                <w:sz w:val="20"/>
                <w:szCs w:val="20"/>
                <w:lang w:val="ru-RU"/>
              </w:rPr>
            </w:pPr>
            <w:r>
              <w:rPr>
                <w:rFonts w:cs="Times New Roman"/>
                <w:sz w:val="20"/>
                <w:szCs w:val="20"/>
                <w:lang w:val="ru-RU"/>
              </w:rPr>
              <w:t>г.Смоленск  "Организация деятельности логопеда в образовательной организации</w:t>
            </w:r>
            <w:r w:rsidRPr="00056962">
              <w:rPr>
                <w:rFonts w:cs="Times New Roman"/>
                <w:sz w:val="20"/>
                <w:szCs w:val="20"/>
                <w:lang w:val="ru-RU"/>
              </w:rPr>
              <w:t>"</w:t>
            </w:r>
          </w:p>
          <w:p w:rsidR="00F44E79" w:rsidRDefault="00F44E79" w:rsidP="00FD4913">
            <w:pPr>
              <w:pStyle w:val="Standard"/>
              <w:snapToGrid w:val="0"/>
              <w:rPr>
                <w:rFonts w:cs="Times New Roman"/>
                <w:sz w:val="20"/>
                <w:szCs w:val="20"/>
                <w:lang w:val="ru-RU"/>
              </w:rPr>
            </w:pP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Орловский госу-</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дарственный университет имени И.С.Тургенева</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г.Орел</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Диплом бакалав-</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ра 1057242082278 выдан 30.09.2016</w:t>
            </w:r>
            <w:r w:rsidRPr="00056962">
              <w:rPr>
                <w:rFonts w:cs="Times New Roman"/>
                <w:sz w:val="20"/>
                <w:szCs w:val="20"/>
                <w:lang w:val="ru-RU"/>
              </w:rPr>
              <w:t>г.по</w:t>
            </w:r>
          </w:p>
          <w:p w:rsidR="00F44E79" w:rsidRPr="00056962" w:rsidRDefault="00F44E79" w:rsidP="00FD4913">
            <w:pPr>
              <w:pStyle w:val="Standard"/>
              <w:snapToGrid w:val="0"/>
              <w:rPr>
                <w:rFonts w:cs="Times New Roman"/>
                <w:sz w:val="20"/>
                <w:szCs w:val="20"/>
                <w:lang w:val="ru-RU"/>
              </w:rPr>
            </w:pPr>
            <w:r w:rsidRPr="00056962">
              <w:rPr>
                <w:rFonts w:cs="Times New Roman"/>
                <w:sz w:val="20"/>
                <w:szCs w:val="20"/>
                <w:lang w:val="ru-RU"/>
              </w:rPr>
              <w:t>направлению</w:t>
            </w:r>
          </w:p>
          <w:p w:rsidR="00F44E79" w:rsidRPr="00056962" w:rsidRDefault="00F44E79" w:rsidP="00FD4913">
            <w:pPr>
              <w:pStyle w:val="Standard"/>
              <w:snapToGrid w:val="0"/>
              <w:rPr>
                <w:rFonts w:cs="Times New Roman"/>
                <w:sz w:val="20"/>
                <w:szCs w:val="20"/>
                <w:lang w:val="ru-RU"/>
              </w:rPr>
            </w:pPr>
            <w:r>
              <w:rPr>
                <w:rFonts w:cs="Times New Roman"/>
                <w:sz w:val="20"/>
                <w:szCs w:val="20"/>
                <w:lang w:val="ru-RU"/>
              </w:rPr>
              <w:t>44.03.03 специальное (дефектологическое)</w:t>
            </w:r>
            <w:r w:rsidRPr="00056962">
              <w:rPr>
                <w:rFonts w:cs="Times New Roman"/>
                <w:sz w:val="20"/>
                <w:szCs w:val="20"/>
                <w:lang w:val="ru-RU"/>
              </w:rPr>
              <w:t xml:space="preserve"> образование</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1 работник (25%)</w:t>
            </w: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r w:rsidRPr="00056962">
              <w:rPr>
                <w:rFonts w:ascii="Times New Roman" w:hAnsi="Times New Roman" w:cs="Times New Roman"/>
                <w:color w:val="auto"/>
                <w:sz w:val="20"/>
                <w:szCs w:val="20"/>
                <w:lang w:val="ru-RU"/>
              </w:rPr>
              <w:t>Соответствие занимаемой должности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4E79" w:rsidRPr="00056962" w:rsidRDefault="00F44E79" w:rsidP="00FD4913">
            <w:pPr>
              <w:pStyle w:val="NoParagraphStyle"/>
              <w:spacing w:line="240" w:lineRule="auto"/>
              <w:textAlignment w:val="auto"/>
              <w:rPr>
                <w:rFonts w:ascii="Times New Roman" w:hAnsi="Times New Roman" w:cs="Times New Roman"/>
                <w:color w:val="auto"/>
                <w:sz w:val="20"/>
                <w:szCs w:val="20"/>
                <w:lang w:val="ru-RU"/>
              </w:rPr>
            </w:pPr>
          </w:p>
        </w:tc>
      </w:tr>
    </w:tbl>
    <w:p w:rsidR="00F44E79" w:rsidRDefault="00F44E79" w:rsidP="004220CE">
      <w:pPr>
        <w:autoSpaceDE w:val="0"/>
        <w:autoSpaceDN w:val="0"/>
        <w:adjustRightInd w:val="0"/>
        <w:spacing w:line="20" w:lineRule="exact"/>
        <w:rPr>
          <w:color w:val="auto"/>
          <w:sz w:val="2"/>
          <w:szCs w:val="2"/>
        </w:rPr>
      </w:pPr>
      <w:r>
        <w:rPr>
          <w:color w:val="auto"/>
          <w:sz w:val="2"/>
          <w:szCs w:val="2"/>
        </w:rPr>
        <w:br w:type="page"/>
      </w:r>
    </w:p>
    <w:p w:rsidR="00F44E79" w:rsidRPr="00355BBB" w:rsidRDefault="00F44E79" w:rsidP="004220CE">
      <w:pPr>
        <w:pStyle w:val="BodyText"/>
        <w:spacing w:line="266" w:lineRule="auto"/>
        <w:jc w:val="both"/>
        <w:rPr>
          <w:rFonts w:ascii="Times New Roman" w:hAnsi="Times New Roman"/>
          <w:color w:val="auto"/>
          <w:sz w:val="24"/>
          <w:szCs w:val="24"/>
        </w:rPr>
      </w:pPr>
      <w:r w:rsidRPr="00355BBB">
        <w:rPr>
          <w:rStyle w:val="BodyTextChar1"/>
          <w:rFonts w:ascii="Times New Roman" w:hAnsi="Times New Roman"/>
          <w:sz w:val="24"/>
          <w:szCs w:val="24"/>
        </w:rPr>
        <w:t>Кроме того, образовательная организация уком</w:t>
      </w:r>
      <w:r w:rsidRPr="00355BBB">
        <w:rPr>
          <w:rStyle w:val="BodyTextChar1"/>
          <w:rFonts w:ascii="Times New Roman" w:hAnsi="Times New Roman"/>
          <w:sz w:val="24"/>
          <w:szCs w:val="24"/>
        </w:rPr>
        <w:softHyphen/>
        <w:t>плектована вспомогательным персоналом, обеспечивающим создание и сохранение условий материально-технических и ин</w:t>
      </w:r>
      <w:r w:rsidRPr="00355BBB">
        <w:rPr>
          <w:rStyle w:val="BodyTextChar1"/>
          <w:rFonts w:ascii="Times New Roman" w:hAnsi="Times New Roman"/>
          <w:sz w:val="24"/>
          <w:szCs w:val="24"/>
        </w:rPr>
        <w:softHyphen/>
        <w:t>формационно-методических условий реализации основной об</w:t>
      </w:r>
      <w:r w:rsidRPr="00355BBB">
        <w:rPr>
          <w:rStyle w:val="BodyTextChar1"/>
          <w:rFonts w:ascii="Times New Roman" w:hAnsi="Times New Roman"/>
          <w:sz w:val="24"/>
          <w:szCs w:val="24"/>
        </w:rPr>
        <w:softHyphen/>
        <w:t>разовательной программы.</w:t>
      </w:r>
    </w:p>
    <w:p w:rsidR="00F44E79" w:rsidRPr="00355BBB" w:rsidRDefault="00F44E79" w:rsidP="004220CE">
      <w:pPr>
        <w:pStyle w:val="BodyText"/>
        <w:spacing w:line="266" w:lineRule="auto"/>
        <w:jc w:val="both"/>
        <w:rPr>
          <w:rFonts w:ascii="Times New Roman" w:hAnsi="Times New Roman"/>
          <w:color w:val="auto"/>
          <w:sz w:val="24"/>
          <w:szCs w:val="24"/>
        </w:rPr>
      </w:pPr>
      <w:r w:rsidRPr="00355BBB">
        <w:rPr>
          <w:rStyle w:val="BodyTextChar1"/>
          <w:rFonts w:ascii="Times New Roman" w:hAnsi="Times New Roman"/>
          <w:b/>
          <w:bCs/>
          <w:sz w:val="24"/>
          <w:szCs w:val="24"/>
        </w:rPr>
        <w:t xml:space="preserve">Профессиональное развитие и повышение квалификации педагогических работников. </w:t>
      </w:r>
      <w:r w:rsidRPr="00355BBB">
        <w:rPr>
          <w:rStyle w:val="BodyTextChar1"/>
          <w:rFonts w:ascii="Times New Roman" w:hAnsi="Times New Roman"/>
          <w:sz w:val="24"/>
          <w:szCs w:val="24"/>
        </w:rPr>
        <w:t>Основным условием формирова</w:t>
      </w:r>
      <w:r w:rsidRPr="00355BBB">
        <w:rPr>
          <w:rStyle w:val="BodyTextChar1"/>
          <w:rFonts w:ascii="Times New Roman" w:hAnsi="Times New Roman"/>
          <w:sz w:val="24"/>
          <w:szCs w:val="24"/>
        </w:rPr>
        <w:softHyphen/>
        <w:t>ния и наращивания необходимого и достаточного кадрового потенциала образовательной организации является обеспече</w:t>
      </w:r>
      <w:r w:rsidRPr="00355BBB">
        <w:rPr>
          <w:rStyle w:val="BodyTextChar1"/>
          <w:rFonts w:ascii="Times New Roman" w:hAnsi="Times New Roman"/>
          <w:sz w:val="24"/>
          <w:szCs w:val="24"/>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44E79" w:rsidRPr="00355BBB" w:rsidRDefault="00F44E79" w:rsidP="004220CE">
      <w:pPr>
        <w:pStyle w:val="BodyText"/>
        <w:spacing w:line="266" w:lineRule="auto"/>
        <w:jc w:val="both"/>
        <w:rPr>
          <w:rFonts w:ascii="Times New Roman" w:hAnsi="Times New Roman"/>
          <w:color w:val="auto"/>
          <w:sz w:val="24"/>
          <w:szCs w:val="24"/>
        </w:rPr>
      </w:pPr>
      <w:r w:rsidRPr="00355BBB">
        <w:rPr>
          <w:rStyle w:val="BodyTextChar1"/>
          <w:rFonts w:ascii="Times New Roman" w:hAnsi="Times New Roman"/>
          <w:sz w:val="24"/>
          <w:szCs w:val="24"/>
        </w:rPr>
        <w:t>Непрерывность профессионального развития педагогических и иных работников образовательной организации, участвую</w:t>
      </w:r>
      <w:r w:rsidRPr="00355BBB">
        <w:rPr>
          <w:rStyle w:val="BodyTextChar1"/>
          <w:rFonts w:ascii="Times New Roman" w:hAnsi="Times New Roman"/>
          <w:sz w:val="24"/>
          <w:szCs w:val="24"/>
        </w:rPr>
        <w:softHyphen/>
        <w:t>щих в разработке и реализации основной образовательной про</w:t>
      </w:r>
      <w:r w:rsidRPr="00355BBB">
        <w:rPr>
          <w:rStyle w:val="BodyTextChar1"/>
          <w:rFonts w:ascii="Times New Roman" w:hAnsi="Times New Roman"/>
          <w:sz w:val="24"/>
          <w:szCs w:val="24"/>
        </w:rPr>
        <w:softHyphen/>
        <w:t>граммы основного общего образования характеризуется долей работников, повышающих квалификацию не реже одного раза в три года.</w:t>
      </w:r>
    </w:p>
    <w:p w:rsidR="00F44E79" w:rsidRPr="00355BBB" w:rsidRDefault="00F44E79" w:rsidP="004220CE">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При этом могут быть использованы различные образователь</w:t>
      </w:r>
      <w:r w:rsidRPr="00355BBB">
        <w:rPr>
          <w:rStyle w:val="BodyTextChar1"/>
          <w:rFonts w:ascii="Times New Roman" w:hAnsi="Times New Roman"/>
          <w:sz w:val="24"/>
          <w:szCs w:val="24"/>
        </w:rPr>
        <w:softHyphen/>
        <w:t>ные организации, имеющие соответствующую лицензию.</w:t>
      </w:r>
    </w:p>
    <w:p w:rsidR="00F44E79" w:rsidRPr="00355BBB" w:rsidRDefault="00F44E79" w:rsidP="004220CE">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Для достижения результатов основной образовательной про</w:t>
      </w:r>
      <w:r w:rsidRPr="00355BBB">
        <w:rPr>
          <w:rStyle w:val="BodyTextChar1"/>
          <w:rFonts w:ascii="Times New Roman" w:hAnsi="Times New Roman"/>
          <w:sz w:val="24"/>
          <w:szCs w:val="24"/>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355BBB">
        <w:rPr>
          <w:rStyle w:val="BodyTextChar1"/>
          <w:rFonts w:ascii="Times New Roman" w:hAnsi="Times New Roman"/>
          <w:sz w:val="24"/>
          <w:szCs w:val="24"/>
        </w:rPr>
        <w:softHyphen/>
        <w:t>мулирующей части фонда оплаты труда.</w:t>
      </w:r>
    </w:p>
    <w:p w:rsidR="00F44E79" w:rsidRPr="00355BBB" w:rsidRDefault="00F44E79" w:rsidP="004220CE">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Ожидаемый результат повышения квалификации — профес</w:t>
      </w:r>
      <w:r w:rsidRPr="00355BBB">
        <w:rPr>
          <w:rStyle w:val="BodyTextChar1"/>
          <w:rFonts w:ascii="Times New Roman" w:hAnsi="Times New Roman"/>
          <w:sz w:val="24"/>
          <w:szCs w:val="24"/>
        </w:rPr>
        <w:softHyphen/>
        <w:t>сиональная готовность работников образования к реализации ФГОС ООО:</w:t>
      </w:r>
    </w:p>
    <w:p w:rsidR="00F44E79" w:rsidRPr="00355BBB" w:rsidRDefault="00F44E79" w:rsidP="001C7BA4">
      <w:pPr>
        <w:pStyle w:val="BodyText"/>
        <w:numPr>
          <w:ilvl w:val="0"/>
          <w:numId w:val="77"/>
        </w:numPr>
        <w:tabs>
          <w:tab w:val="left" w:pos="327"/>
        </w:tabs>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обеспечение оптимального вхождения работников образова</w:t>
      </w:r>
      <w:r w:rsidRPr="00355BBB">
        <w:rPr>
          <w:rStyle w:val="BodyTextChar1"/>
          <w:rFonts w:ascii="Times New Roman" w:hAnsi="Times New Roman"/>
          <w:sz w:val="24"/>
          <w:szCs w:val="24"/>
        </w:rPr>
        <w:softHyphen/>
        <w:t>ния в систему ценностей современного образования;</w:t>
      </w:r>
    </w:p>
    <w:p w:rsidR="00F44E79" w:rsidRPr="00355BBB" w:rsidRDefault="00F44E79" w:rsidP="004220CE">
      <w:pPr>
        <w:pStyle w:val="BodyText"/>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—освоение системы требований к структуре основной образо</w:t>
      </w:r>
      <w:r w:rsidRPr="00355BBB">
        <w:rPr>
          <w:rStyle w:val="BodyTextChar1"/>
          <w:rFonts w:ascii="Times New Roman" w:hAnsi="Times New Roman"/>
          <w:sz w:val="24"/>
          <w:szCs w:val="24"/>
        </w:rPr>
        <w:softHyphen/>
        <w:t>вательной программы, результатам ее освоения и условиям реализации, а также системы оценки итогов образователь</w:t>
      </w:r>
      <w:r w:rsidRPr="00355BBB">
        <w:rPr>
          <w:rStyle w:val="BodyTextChar1"/>
          <w:rFonts w:ascii="Times New Roman" w:hAnsi="Times New Roman"/>
          <w:sz w:val="24"/>
          <w:szCs w:val="24"/>
        </w:rPr>
        <w:softHyphen/>
        <w:t>ной деятельности обучающихся;</w:t>
      </w:r>
    </w:p>
    <w:p w:rsidR="00F44E79" w:rsidRPr="00355BBB" w:rsidRDefault="00F44E79" w:rsidP="001C7BA4">
      <w:pPr>
        <w:pStyle w:val="BodyText"/>
        <w:numPr>
          <w:ilvl w:val="0"/>
          <w:numId w:val="77"/>
        </w:numPr>
        <w:tabs>
          <w:tab w:val="left" w:pos="327"/>
        </w:tabs>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овладение учебно-методическими и информационно-методи</w:t>
      </w:r>
      <w:r w:rsidRPr="00355BBB">
        <w:rPr>
          <w:rStyle w:val="BodyTextChar1"/>
          <w:rFonts w:ascii="Times New Roman" w:hAnsi="Times New Roman"/>
          <w:sz w:val="24"/>
          <w:szCs w:val="24"/>
        </w:rPr>
        <w:softHyphen/>
        <w:t>ческими ресурсами, необходимыми для успешного решения задач ФГОС ООО.</w:t>
      </w:r>
    </w:p>
    <w:p w:rsidR="00F44E79" w:rsidRPr="00355BBB" w:rsidRDefault="00F44E79" w:rsidP="004220CE">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w:t>
      </w:r>
      <w:r w:rsidRPr="00355BBB">
        <w:rPr>
          <w:rStyle w:val="BodyTextChar1"/>
          <w:rFonts w:ascii="Times New Roman" w:hAnsi="Times New Roman"/>
          <w:sz w:val="24"/>
          <w:szCs w:val="24"/>
        </w:rPr>
        <w:softHyphen/>
        <w:t>ствующих в разработке и реализации основной образователь</w:t>
      </w:r>
      <w:r w:rsidRPr="00355BBB">
        <w:rPr>
          <w:rStyle w:val="BodyTextChar1"/>
          <w:rFonts w:ascii="Times New Roman" w:hAnsi="Times New Roman"/>
          <w:sz w:val="24"/>
          <w:szCs w:val="24"/>
        </w:rPr>
        <w:softHyphen/>
        <w:t>ной программы основного общего образования является систе</w:t>
      </w:r>
      <w:r w:rsidRPr="00355BBB">
        <w:rPr>
          <w:rStyle w:val="BodyTextChar1"/>
          <w:rFonts w:ascii="Times New Roman" w:hAnsi="Times New Roman"/>
          <w:sz w:val="24"/>
          <w:szCs w:val="24"/>
        </w:rPr>
        <w:softHyphen/>
        <w:t>ма методической работы, обеспечивающая сопровождение деятельности педагогов на всех этапах реализации требований ФГОС ООО.</w:t>
      </w:r>
    </w:p>
    <w:p w:rsidR="00F44E79" w:rsidRPr="00355BBB" w:rsidRDefault="00F44E79" w:rsidP="004220CE">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Актуальные вопросы реализации программы основного об</w:t>
      </w:r>
      <w:r w:rsidRPr="00355BBB">
        <w:rPr>
          <w:rStyle w:val="BodyTextChar1"/>
          <w:rFonts w:ascii="Times New Roman" w:hAnsi="Times New Roman"/>
          <w:sz w:val="24"/>
          <w:szCs w:val="24"/>
        </w:rPr>
        <w:softHyphen/>
        <w:t>щего образования рассматриваются методическими объедине</w:t>
      </w:r>
      <w:r w:rsidRPr="00355BBB">
        <w:rPr>
          <w:rStyle w:val="BodyTextChar1"/>
          <w:rFonts w:ascii="Times New Roman" w:hAnsi="Times New Roman"/>
          <w:sz w:val="24"/>
          <w:szCs w:val="24"/>
        </w:rPr>
        <w:softHyphen/>
        <w:t>ниями, действующими в образовательной организации, а так</w:t>
      </w:r>
      <w:r w:rsidRPr="00355BBB">
        <w:rPr>
          <w:rStyle w:val="BodyTextChar1"/>
          <w:rFonts w:ascii="Times New Roman" w:hAnsi="Times New Roman"/>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F44E79" w:rsidRPr="00355BBB" w:rsidRDefault="00F44E79" w:rsidP="004220CE">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Педагогическими работниками образовательной организа</w:t>
      </w:r>
      <w:r w:rsidRPr="00355BBB">
        <w:rPr>
          <w:rStyle w:val="BodyTextChar1"/>
          <w:rFonts w:ascii="Times New Roman" w:hAnsi="Times New Roman"/>
          <w:sz w:val="24"/>
          <w:szCs w:val="24"/>
        </w:rPr>
        <w:softHyphen/>
        <w:t>ции системно разрабатываются методические темы, отражаю</w:t>
      </w:r>
      <w:r w:rsidRPr="00355BBB">
        <w:rPr>
          <w:rStyle w:val="BodyTextChar1"/>
          <w:rFonts w:ascii="Times New Roman" w:hAnsi="Times New Roman"/>
          <w:sz w:val="24"/>
          <w:szCs w:val="24"/>
        </w:rPr>
        <w:softHyphen/>
        <w:t>щие их непрерывное профессиональное развитие. К числу ме</w:t>
      </w:r>
      <w:r w:rsidRPr="00355BBB">
        <w:rPr>
          <w:rStyle w:val="BodyTextChar1"/>
          <w:rFonts w:ascii="Times New Roman" w:hAnsi="Times New Roman"/>
          <w:sz w:val="24"/>
          <w:szCs w:val="24"/>
        </w:rPr>
        <w:softHyphen/>
        <w:t>тодических тем, обеспечивающих необходимый уровень качества как учебной и методической документации, так и де</w:t>
      </w:r>
      <w:r w:rsidRPr="00355BBB">
        <w:rPr>
          <w:rStyle w:val="BodyTextChar1"/>
          <w:rFonts w:ascii="Times New Roman" w:hAnsi="Times New Roman"/>
          <w:sz w:val="24"/>
          <w:szCs w:val="24"/>
        </w:rPr>
        <w:softHyphen/>
        <w:t>ятельности по реализации основной образовательной програм</w:t>
      </w:r>
      <w:r w:rsidRPr="00355BBB">
        <w:rPr>
          <w:rStyle w:val="BodyTextChar1"/>
          <w:rFonts w:ascii="Times New Roman" w:hAnsi="Times New Roman"/>
          <w:sz w:val="24"/>
          <w:szCs w:val="24"/>
        </w:rPr>
        <w:softHyphen/>
        <w:t>мы основного общего образования относятся:</w:t>
      </w:r>
    </w:p>
    <w:tbl>
      <w:tblPr>
        <w:tblW w:w="0" w:type="auto"/>
        <w:jc w:val="center"/>
        <w:tblLayout w:type="fixed"/>
        <w:tblCellMar>
          <w:left w:w="0" w:type="dxa"/>
          <w:right w:w="0" w:type="dxa"/>
        </w:tblCellMar>
        <w:tblLook w:val="0000"/>
      </w:tblPr>
      <w:tblGrid>
        <w:gridCol w:w="514"/>
        <w:gridCol w:w="2308"/>
        <w:gridCol w:w="1944"/>
        <w:gridCol w:w="1954"/>
        <w:gridCol w:w="1954"/>
        <w:gridCol w:w="1954"/>
      </w:tblGrid>
      <w:tr w:rsidR="00F44E79" w:rsidRPr="00355BBB" w:rsidTr="00FD4913">
        <w:trPr>
          <w:gridAfter w:val="2"/>
          <w:wAfter w:w="3908" w:type="dxa"/>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F44E79" w:rsidRPr="00FB5FED" w:rsidRDefault="00F44E79" w:rsidP="00FD4913">
            <w:pPr>
              <w:pStyle w:val="aa"/>
              <w:spacing w:line="240" w:lineRule="auto"/>
              <w:ind w:firstLine="140"/>
              <w:rPr>
                <w:rFonts w:ascii="Times New Roman" w:hAnsi="Times New Roman"/>
                <w:color w:val="auto"/>
                <w:sz w:val="24"/>
                <w:szCs w:val="24"/>
              </w:rPr>
            </w:pPr>
            <w:r w:rsidRPr="00FB5FED">
              <w:rPr>
                <w:rStyle w:val="a9"/>
                <w:rFonts w:ascii="Times New Roman" w:hAnsi="Times New Roman"/>
                <w:b/>
                <w:bCs/>
                <w:color w:val="000000"/>
                <w:sz w:val="24"/>
                <w:szCs w:val="24"/>
              </w:rPr>
              <w:t>№</w:t>
            </w:r>
          </w:p>
        </w:tc>
        <w:tc>
          <w:tcPr>
            <w:tcW w:w="2308" w:type="dxa"/>
            <w:tcBorders>
              <w:top w:val="single" w:sz="4" w:space="0" w:color="auto"/>
              <w:left w:val="single" w:sz="4" w:space="0" w:color="auto"/>
              <w:bottom w:val="nil"/>
              <w:right w:val="nil"/>
            </w:tcBorders>
            <w:shd w:val="clear" w:color="auto" w:fill="FFFFFF"/>
            <w:vAlign w:val="center"/>
          </w:tcPr>
          <w:p w:rsidR="00F44E79" w:rsidRPr="00FB5FED" w:rsidRDefault="00F44E79" w:rsidP="00FD4913">
            <w:pPr>
              <w:pStyle w:val="aa"/>
              <w:spacing w:line="223" w:lineRule="auto"/>
              <w:ind w:firstLine="0"/>
              <w:jc w:val="center"/>
              <w:rPr>
                <w:rFonts w:ascii="Times New Roman" w:hAnsi="Times New Roman"/>
                <w:color w:val="auto"/>
                <w:sz w:val="24"/>
                <w:szCs w:val="24"/>
              </w:rPr>
            </w:pPr>
            <w:r w:rsidRPr="00FB5FED">
              <w:rPr>
                <w:rStyle w:val="a9"/>
                <w:rFonts w:ascii="Times New Roman" w:hAnsi="Times New Roman"/>
                <w:b/>
                <w:bCs/>
                <w:color w:val="000000"/>
                <w:sz w:val="24"/>
                <w:szCs w:val="24"/>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F44E79" w:rsidRPr="00FB5FED" w:rsidRDefault="00F44E79" w:rsidP="00FD4913">
            <w:pPr>
              <w:pStyle w:val="aa"/>
              <w:spacing w:line="221" w:lineRule="auto"/>
              <w:ind w:firstLine="0"/>
              <w:jc w:val="center"/>
              <w:rPr>
                <w:rFonts w:ascii="Times New Roman" w:hAnsi="Times New Roman"/>
                <w:color w:val="auto"/>
                <w:sz w:val="24"/>
                <w:szCs w:val="24"/>
              </w:rPr>
            </w:pPr>
            <w:r w:rsidRPr="00FB5FED">
              <w:rPr>
                <w:rStyle w:val="a9"/>
                <w:rFonts w:ascii="Times New Roman" w:hAnsi="Times New Roman"/>
                <w:b/>
                <w:bCs/>
                <w:color w:val="000000"/>
                <w:sz w:val="24"/>
                <w:szCs w:val="24"/>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F44E79" w:rsidRPr="00FB5FED" w:rsidRDefault="00F44E79" w:rsidP="00FD4913">
            <w:pPr>
              <w:pStyle w:val="aa"/>
              <w:spacing w:line="221" w:lineRule="auto"/>
              <w:ind w:firstLine="0"/>
              <w:jc w:val="center"/>
              <w:rPr>
                <w:rFonts w:ascii="Times New Roman" w:hAnsi="Times New Roman"/>
                <w:color w:val="auto"/>
                <w:sz w:val="24"/>
                <w:szCs w:val="24"/>
              </w:rPr>
            </w:pPr>
            <w:r w:rsidRPr="00FB5FED">
              <w:rPr>
                <w:rStyle w:val="a9"/>
                <w:rFonts w:ascii="Times New Roman" w:hAnsi="Times New Roman"/>
                <w:b/>
                <w:bCs/>
                <w:color w:val="000000"/>
                <w:sz w:val="24"/>
                <w:szCs w:val="24"/>
              </w:rPr>
              <w:t>ФИО педагога, разрабаты</w:t>
            </w:r>
            <w:r w:rsidRPr="00FB5FED">
              <w:rPr>
                <w:rStyle w:val="a9"/>
                <w:rFonts w:ascii="Times New Roman" w:hAnsi="Times New Roman"/>
                <w:b/>
                <w:bCs/>
                <w:color w:val="000000"/>
                <w:sz w:val="24"/>
                <w:szCs w:val="24"/>
              </w:rPr>
              <w:softHyphen/>
              <w:t>вающего методическую тему</w:t>
            </w:r>
          </w:p>
        </w:tc>
      </w:tr>
      <w:tr w:rsidR="00F44E79" w:rsidRPr="00355BBB" w:rsidTr="00FD4913">
        <w:trPr>
          <w:gridAfter w:val="2"/>
          <w:wAfter w:w="3908" w:type="dxa"/>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F44E79" w:rsidRPr="00FB5FED" w:rsidRDefault="00F44E79" w:rsidP="00FD4913">
            <w:pPr>
              <w:pStyle w:val="aa"/>
              <w:spacing w:line="240" w:lineRule="auto"/>
              <w:ind w:firstLine="0"/>
              <w:jc w:val="center"/>
              <w:rPr>
                <w:rFonts w:ascii="Times New Roman" w:hAnsi="Times New Roman"/>
                <w:color w:val="auto"/>
                <w:sz w:val="24"/>
                <w:szCs w:val="24"/>
              </w:rPr>
            </w:pPr>
            <w:r w:rsidRPr="00FB5FED">
              <w:rPr>
                <w:rFonts w:ascii="Times New Roman" w:hAnsi="Times New Roman"/>
                <w:color w:val="auto"/>
                <w:sz w:val="24"/>
                <w:szCs w:val="24"/>
              </w:rPr>
              <w:t>1</w:t>
            </w:r>
          </w:p>
        </w:tc>
        <w:tc>
          <w:tcPr>
            <w:tcW w:w="2308" w:type="dxa"/>
            <w:tcBorders>
              <w:top w:val="single" w:sz="4" w:space="0" w:color="auto"/>
              <w:left w:val="single" w:sz="4" w:space="0" w:color="auto"/>
              <w:bottom w:val="nil"/>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Влияние на формирование естественно-научной грамотности школьников различных методов контроля и самоконтроля при изучении физики</w:t>
            </w:r>
          </w:p>
        </w:tc>
        <w:tc>
          <w:tcPr>
            <w:tcW w:w="1944" w:type="dxa"/>
            <w:tcBorders>
              <w:top w:val="single" w:sz="4" w:space="0" w:color="auto"/>
              <w:left w:val="single" w:sz="4" w:space="0" w:color="auto"/>
              <w:bottom w:val="nil"/>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Марушко И.В.</w:t>
            </w:r>
          </w:p>
        </w:tc>
      </w:tr>
      <w:tr w:rsidR="00F44E79" w:rsidRPr="00355BBB" w:rsidTr="00FD4913">
        <w:trPr>
          <w:gridAfter w:val="2"/>
          <w:wAfter w:w="3908" w:type="dxa"/>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F44E79" w:rsidRPr="00FB5FED" w:rsidRDefault="00F44E79" w:rsidP="00FD4913">
            <w:pPr>
              <w:pStyle w:val="aa"/>
              <w:spacing w:line="240" w:lineRule="auto"/>
              <w:ind w:firstLine="0"/>
              <w:jc w:val="center"/>
              <w:rPr>
                <w:rFonts w:ascii="Times New Roman" w:hAnsi="Times New Roman"/>
                <w:color w:val="auto"/>
                <w:sz w:val="24"/>
                <w:szCs w:val="24"/>
              </w:rPr>
            </w:pPr>
            <w:r w:rsidRPr="00FB5FED">
              <w:rPr>
                <w:rFonts w:ascii="Times New Roman" w:hAnsi="Times New Roman"/>
                <w:color w:val="auto"/>
                <w:sz w:val="24"/>
                <w:szCs w:val="24"/>
              </w:rPr>
              <w:t>2</w:t>
            </w:r>
          </w:p>
        </w:tc>
        <w:tc>
          <w:tcPr>
            <w:tcW w:w="2308" w:type="dxa"/>
            <w:tcBorders>
              <w:top w:val="single" w:sz="4" w:space="0" w:color="auto"/>
              <w:left w:val="single" w:sz="4" w:space="0" w:color="auto"/>
              <w:bottom w:val="nil"/>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Формирование учебно-познавательной мотивации учащихся на уроках истории и обществознания через технологию развития критического мышления</w:t>
            </w:r>
          </w:p>
        </w:tc>
        <w:tc>
          <w:tcPr>
            <w:tcW w:w="1944" w:type="dxa"/>
            <w:tcBorders>
              <w:top w:val="single" w:sz="4" w:space="0" w:color="auto"/>
              <w:left w:val="single" w:sz="4" w:space="0" w:color="auto"/>
              <w:bottom w:val="nil"/>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Кобылкина Т.И.</w:t>
            </w:r>
          </w:p>
        </w:tc>
      </w:tr>
      <w:tr w:rsidR="00F44E79" w:rsidRPr="00355BBB" w:rsidTr="00FD4913">
        <w:trPr>
          <w:gridAfter w:val="2"/>
          <w:wAfter w:w="3908" w:type="dxa"/>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F44E79" w:rsidRPr="00FB5FED" w:rsidRDefault="00F44E79" w:rsidP="00FD4913">
            <w:pPr>
              <w:pStyle w:val="aa"/>
              <w:spacing w:line="240" w:lineRule="auto"/>
              <w:ind w:firstLine="0"/>
              <w:jc w:val="center"/>
              <w:rPr>
                <w:rFonts w:ascii="Times New Roman" w:hAnsi="Times New Roman"/>
                <w:color w:val="auto"/>
                <w:sz w:val="24"/>
                <w:szCs w:val="24"/>
              </w:rPr>
            </w:pPr>
            <w:r w:rsidRPr="00FB5FED">
              <w:rPr>
                <w:rStyle w:val="a9"/>
                <w:rFonts w:ascii="Times New Roman" w:hAnsi="Times New Roman"/>
                <w:color w:val="000000"/>
                <w:sz w:val="24"/>
                <w:szCs w:val="24"/>
              </w:rPr>
              <w:t>3.</w:t>
            </w:r>
          </w:p>
        </w:tc>
        <w:tc>
          <w:tcPr>
            <w:tcW w:w="2308" w:type="dxa"/>
            <w:tcBorders>
              <w:top w:val="single" w:sz="4" w:space="0" w:color="auto"/>
              <w:left w:val="single" w:sz="4" w:space="0" w:color="auto"/>
              <w:bottom w:val="nil"/>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Формирование навыков смыслового чтения на уроках немецкого языка</w:t>
            </w:r>
          </w:p>
        </w:tc>
        <w:tc>
          <w:tcPr>
            <w:tcW w:w="1944" w:type="dxa"/>
            <w:tcBorders>
              <w:top w:val="single" w:sz="4" w:space="0" w:color="auto"/>
              <w:left w:val="single" w:sz="4" w:space="0" w:color="auto"/>
              <w:bottom w:val="nil"/>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Воронина О.С.</w:t>
            </w:r>
          </w:p>
        </w:tc>
      </w:tr>
      <w:tr w:rsidR="00F44E79" w:rsidRPr="00355BBB" w:rsidTr="00FD4913">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F44E79" w:rsidRPr="00FB5FED" w:rsidRDefault="00F44E79" w:rsidP="00FD4913">
            <w:pPr>
              <w:pStyle w:val="aa"/>
              <w:spacing w:line="240" w:lineRule="auto"/>
              <w:ind w:firstLine="0"/>
              <w:jc w:val="center"/>
              <w:rPr>
                <w:rFonts w:ascii="Times New Roman" w:hAnsi="Times New Roman"/>
                <w:color w:val="auto"/>
                <w:sz w:val="24"/>
                <w:szCs w:val="24"/>
              </w:rPr>
            </w:pPr>
            <w:r w:rsidRPr="00FB5FED">
              <w:rPr>
                <w:rStyle w:val="a9"/>
                <w:rFonts w:ascii="Times New Roman" w:hAnsi="Times New Roman"/>
                <w:color w:val="000000"/>
                <w:sz w:val="24"/>
                <w:szCs w:val="24"/>
              </w:rPr>
              <w:t>4.</w:t>
            </w:r>
          </w:p>
        </w:tc>
        <w:tc>
          <w:tcPr>
            <w:tcW w:w="2308" w:type="dxa"/>
            <w:tcBorders>
              <w:top w:val="single" w:sz="4" w:space="0" w:color="auto"/>
              <w:left w:val="single" w:sz="4" w:space="0" w:color="auto"/>
              <w:bottom w:val="nil"/>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Воспитание познавательного интереса у школьников к математике</w:t>
            </w:r>
          </w:p>
        </w:tc>
        <w:tc>
          <w:tcPr>
            <w:tcW w:w="1944" w:type="dxa"/>
            <w:tcBorders>
              <w:top w:val="single" w:sz="4" w:space="0" w:color="auto"/>
              <w:left w:val="single" w:sz="4" w:space="0" w:color="auto"/>
              <w:bottom w:val="nil"/>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Селищева О.А.</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jc w:val="center"/>
              <w:rPr>
                <w:rFonts w:ascii="Times New Roman" w:hAnsi="Times New Roman" w:cs="Times New Roman"/>
                <w:color w:val="auto"/>
              </w:rPr>
            </w:pPr>
            <w:r>
              <w:rPr>
                <w:rFonts w:ascii="Times New Roman" w:hAnsi="Times New Roman" w:cs="Times New Roman"/>
                <w:color w:val="auto"/>
              </w:rPr>
              <w:t>5.</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Образовательные технологии и их применение для конструирования уроков математики в контексте требований ФГОС</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Суслова Т.Н.</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jc w:val="center"/>
              <w:rPr>
                <w:rFonts w:ascii="Times New Roman" w:hAnsi="Times New Roman" w:cs="Times New Roman"/>
                <w:color w:val="auto"/>
              </w:rPr>
            </w:pPr>
            <w:r>
              <w:rPr>
                <w:rFonts w:ascii="Times New Roman" w:hAnsi="Times New Roman" w:cs="Times New Roman"/>
                <w:color w:val="auto"/>
              </w:rPr>
              <w:t>6.</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Развитие творческих способностей обучающихся на уроках технологии</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Зеленская О.В.</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jc w:val="center"/>
              <w:rPr>
                <w:rFonts w:ascii="Times New Roman" w:hAnsi="Times New Roman" w:cs="Times New Roman"/>
                <w:color w:val="auto"/>
              </w:rPr>
            </w:pPr>
            <w:r>
              <w:rPr>
                <w:rFonts w:ascii="Times New Roman" w:hAnsi="Times New Roman" w:cs="Times New Roman"/>
                <w:color w:val="auto"/>
              </w:rPr>
              <w:t>7.</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Образовательные технологии и их применение для конструирования уроков математики в контексте требований ФГОС</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Суслова Т.Н.</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jc w:val="center"/>
              <w:rPr>
                <w:rFonts w:ascii="Times New Roman" w:hAnsi="Times New Roman" w:cs="Times New Roman"/>
                <w:color w:val="auto"/>
              </w:rPr>
            </w:pPr>
            <w:r>
              <w:rPr>
                <w:rFonts w:ascii="Times New Roman" w:hAnsi="Times New Roman" w:cs="Times New Roman"/>
                <w:color w:val="auto"/>
              </w:rPr>
              <w:t>8.</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Использование опорных конспектов и схем на уроках русского языка и литературы</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Садовая Т.Б.</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jc w:val="center"/>
              <w:rPr>
                <w:rFonts w:ascii="Times New Roman" w:hAnsi="Times New Roman" w:cs="Times New Roman"/>
                <w:color w:val="auto"/>
              </w:rPr>
            </w:pPr>
            <w:r>
              <w:rPr>
                <w:rFonts w:ascii="Times New Roman" w:hAnsi="Times New Roman" w:cs="Times New Roman"/>
                <w:color w:val="auto"/>
              </w:rPr>
              <w:t>9.</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Содержание и технологии гражданского воспитания старшеклассников на уроках литературы</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Ревякина О.В.</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Default="00F44E79" w:rsidP="00FD4913">
            <w:pPr>
              <w:rPr>
                <w:rFonts w:ascii="Times New Roman" w:hAnsi="Times New Roman" w:cs="Times New Roman"/>
                <w:color w:val="auto"/>
              </w:rPr>
            </w:pPr>
            <w:r>
              <w:rPr>
                <w:rFonts w:ascii="Times New Roman" w:hAnsi="Times New Roman" w:cs="Times New Roman"/>
                <w:color w:val="auto"/>
              </w:rPr>
              <w:t>10</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Использование инновационных технологий как средство повышения качества знаний учащихся и мотивации к изучению английского языка</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Берестян А.Ф.</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Default="00F44E79" w:rsidP="00FD4913">
            <w:pPr>
              <w:rPr>
                <w:rFonts w:ascii="Times New Roman" w:hAnsi="Times New Roman" w:cs="Times New Roman"/>
                <w:color w:val="auto"/>
              </w:rPr>
            </w:pPr>
            <w:r>
              <w:rPr>
                <w:rFonts w:ascii="Times New Roman" w:hAnsi="Times New Roman" w:cs="Times New Roman"/>
                <w:color w:val="auto"/>
              </w:rPr>
              <w:t>11</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Здоровьесберегающие технологии как эффективное средство повышения качества образования на уроках ОБЖ и географии</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Болычева М.А.</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r w:rsidR="00F44E79" w:rsidRPr="00355BBB" w:rsidTr="00FD4913">
        <w:trPr>
          <w:trHeight w:val="370"/>
          <w:jc w:val="center"/>
        </w:trPr>
        <w:tc>
          <w:tcPr>
            <w:tcW w:w="514" w:type="dxa"/>
            <w:tcBorders>
              <w:top w:val="single" w:sz="4" w:space="0" w:color="auto"/>
              <w:left w:val="single" w:sz="4" w:space="0" w:color="auto"/>
              <w:bottom w:val="single" w:sz="4" w:space="0" w:color="auto"/>
              <w:right w:val="nil"/>
            </w:tcBorders>
            <w:shd w:val="clear" w:color="auto" w:fill="FFFFFF"/>
          </w:tcPr>
          <w:p w:rsidR="00F44E79" w:rsidRDefault="00F44E79" w:rsidP="00FD4913">
            <w:pPr>
              <w:rPr>
                <w:rFonts w:ascii="Times New Roman" w:hAnsi="Times New Roman" w:cs="Times New Roman"/>
                <w:color w:val="auto"/>
              </w:rPr>
            </w:pPr>
            <w:r>
              <w:rPr>
                <w:rFonts w:ascii="Times New Roman" w:hAnsi="Times New Roman" w:cs="Times New Roman"/>
                <w:color w:val="auto"/>
              </w:rPr>
              <w:t>12</w:t>
            </w:r>
          </w:p>
        </w:tc>
        <w:tc>
          <w:tcPr>
            <w:tcW w:w="2308" w:type="dxa"/>
            <w:tcBorders>
              <w:top w:val="single" w:sz="4" w:space="0" w:color="auto"/>
              <w:left w:val="single" w:sz="4" w:space="0" w:color="auto"/>
              <w:bottom w:val="single" w:sz="4" w:space="0" w:color="auto"/>
              <w:right w:val="nil"/>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Использование деятельностного подхода на уроках биологии в условиях ФГОС ООО</w:t>
            </w:r>
          </w:p>
        </w:tc>
        <w:tc>
          <w:tcPr>
            <w:tcW w:w="1944" w:type="dxa"/>
            <w:tcBorders>
              <w:top w:val="single" w:sz="4" w:space="0" w:color="auto"/>
              <w:left w:val="single" w:sz="4" w:space="0" w:color="auto"/>
              <w:bottom w:val="single" w:sz="4" w:space="0" w:color="auto"/>
              <w:right w:val="nil"/>
            </w:tcBorders>
            <w:shd w:val="clear" w:color="auto" w:fill="FFFFFF"/>
            <w:vAlign w:val="center"/>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44E79" w:rsidRPr="00355BBB" w:rsidRDefault="00F44E79" w:rsidP="00FD4913">
            <w:pPr>
              <w:rPr>
                <w:rFonts w:ascii="Times New Roman" w:hAnsi="Times New Roman" w:cs="Times New Roman"/>
                <w:color w:val="auto"/>
              </w:rPr>
            </w:pPr>
            <w:r>
              <w:rPr>
                <w:rFonts w:ascii="Times New Roman" w:hAnsi="Times New Roman" w:cs="Times New Roman"/>
                <w:color w:val="auto"/>
              </w:rPr>
              <w:t>Бурцева Г.А.</w:t>
            </w:r>
          </w:p>
        </w:tc>
        <w:tc>
          <w:tcPr>
            <w:tcW w:w="1954" w:type="dxa"/>
          </w:tcPr>
          <w:p w:rsidR="00F44E79" w:rsidRPr="00355BBB" w:rsidRDefault="00F44E79" w:rsidP="00FD4913">
            <w:pPr>
              <w:widowControl/>
            </w:pPr>
          </w:p>
        </w:tc>
        <w:tc>
          <w:tcPr>
            <w:tcW w:w="1954" w:type="dxa"/>
          </w:tcPr>
          <w:p w:rsidR="00F44E79" w:rsidRPr="00355BBB" w:rsidRDefault="00F44E79" w:rsidP="00FD4913">
            <w:pPr>
              <w:widowControl/>
            </w:pPr>
          </w:p>
        </w:tc>
      </w:tr>
    </w:tbl>
    <w:p w:rsidR="00F44E79" w:rsidRPr="00355BBB" w:rsidRDefault="00F44E79" w:rsidP="004220CE">
      <w:pPr>
        <w:spacing w:after="199" w:line="1" w:lineRule="exact"/>
        <w:rPr>
          <w:rFonts w:ascii="Times New Roman" w:hAnsi="Times New Roman" w:cs="Times New Roman"/>
          <w:color w:val="auto"/>
        </w:rPr>
      </w:pPr>
    </w:p>
    <w:p w:rsidR="00F44E79" w:rsidRDefault="00F44E79" w:rsidP="004220CE">
      <w:pPr>
        <w:pStyle w:val="BodyText"/>
        <w:spacing w:after="140" w:line="269" w:lineRule="auto"/>
        <w:jc w:val="both"/>
        <w:rPr>
          <w:rStyle w:val="BodyTextChar1"/>
          <w:rFonts w:ascii="Times New Roman" w:hAnsi="Times New Roman"/>
          <w:sz w:val="24"/>
          <w:szCs w:val="24"/>
        </w:rPr>
      </w:pPr>
      <w:r w:rsidRPr="005D74FA">
        <w:rPr>
          <w:rStyle w:val="BodyTextChar1"/>
          <w:rFonts w:ascii="Times New Roman" w:hAnsi="Times New Roman"/>
          <w:sz w:val="24"/>
          <w:szCs w:val="24"/>
        </w:rPr>
        <w:t>и и реали</w:t>
      </w:r>
      <w:r w:rsidRPr="005D74FA">
        <w:rPr>
          <w:rStyle w:val="BodyTextChar1"/>
          <w:rFonts w:ascii="Times New Roman" w:hAnsi="Times New Roman"/>
          <w:sz w:val="24"/>
          <w:szCs w:val="24"/>
        </w:rPr>
        <w:softHyphen/>
        <w:t>зации:</w:t>
      </w:r>
    </w:p>
    <w:p w:rsidR="00F44E79" w:rsidRDefault="00F44E79" w:rsidP="005D74FA">
      <w:pPr>
        <w:pStyle w:val="BodyText"/>
        <w:spacing w:after="140" w:line="269" w:lineRule="auto"/>
        <w:jc w:val="both"/>
        <w:rPr>
          <w:rStyle w:val="BodyTextChar1"/>
          <w:rFonts w:ascii="Times New Roman" w:hAnsi="Times New Roman"/>
          <w:sz w:val="24"/>
          <w:szCs w:val="24"/>
        </w:rPr>
      </w:pPr>
    </w:p>
    <w:p w:rsidR="00F44E79" w:rsidRPr="00355BBB" w:rsidRDefault="00F44E79">
      <w:pPr>
        <w:spacing w:after="199" w:line="1" w:lineRule="exact"/>
        <w:rPr>
          <w:rFonts w:ascii="Times New Roman" w:hAnsi="Times New Roman" w:cs="Times New Roman"/>
          <w:color w:val="auto"/>
        </w:rPr>
      </w:pPr>
    </w:p>
    <w:p w:rsidR="00F44E79" w:rsidRPr="00355BBB" w:rsidRDefault="00F44E79" w:rsidP="001C7BA4">
      <w:pPr>
        <w:pStyle w:val="31"/>
        <w:numPr>
          <w:ilvl w:val="0"/>
          <w:numId w:val="78"/>
        </w:numPr>
        <w:tabs>
          <w:tab w:val="left" w:pos="658"/>
        </w:tabs>
        <w:spacing w:after="0"/>
        <w:rPr>
          <w:rFonts w:ascii="Times New Roman" w:hAnsi="Times New Roman"/>
          <w:b w:val="0"/>
          <w:bCs w:val="0"/>
          <w:color w:val="auto"/>
          <w:sz w:val="24"/>
          <w:szCs w:val="24"/>
        </w:rPr>
      </w:pPr>
      <w:bookmarkStart w:id="1436" w:name="bookmark5979"/>
      <w:bookmarkEnd w:id="1436"/>
      <w:r w:rsidRPr="00355BBB">
        <w:rPr>
          <w:rStyle w:val="30"/>
          <w:rFonts w:ascii="Times New Roman" w:hAnsi="Times New Roman"/>
          <w:b/>
          <w:color w:val="000000"/>
          <w:sz w:val="24"/>
          <w:szCs w:val="24"/>
        </w:rPr>
        <w:t>Описание психолого-педагогических условий реализации основной образовательной программы основного общего образования</w:t>
      </w:r>
    </w:p>
    <w:p w:rsidR="00F44E79" w:rsidRPr="00355BBB" w:rsidRDefault="00F44E79">
      <w:pPr>
        <w:pStyle w:val="BodyText"/>
        <w:spacing w:line="266" w:lineRule="auto"/>
        <w:jc w:val="both"/>
        <w:rPr>
          <w:rFonts w:ascii="Times New Roman" w:hAnsi="Times New Roman"/>
          <w:color w:val="auto"/>
          <w:sz w:val="24"/>
          <w:szCs w:val="24"/>
        </w:rPr>
      </w:pPr>
      <w:r w:rsidRPr="00355BBB">
        <w:rPr>
          <w:rStyle w:val="BodyTextChar1"/>
          <w:rFonts w:ascii="Times New Roman" w:hAnsi="Times New Roman"/>
          <w:color w:val="000000"/>
          <w:sz w:val="24"/>
          <w:szCs w:val="24"/>
        </w:rPr>
        <w:t>Психолого-педагогические условия, созданные в образова</w:t>
      </w:r>
      <w:r w:rsidRPr="00355BBB">
        <w:rPr>
          <w:rStyle w:val="BodyTextChar1"/>
          <w:rFonts w:ascii="Times New Roman" w:hAnsi="Times New Roman"/>
          <w:color w:val="000000"/>
          <w:sz w:val="24"/>
          <w:szCs w:val="24"/>
        </w:rPr>
        <w:softHyphen/>
        <w:t>тельной организации, обеспечивают исполнение требований федеральных государственных образовательных стандартов ос</w:t>
      </w:r>
      <w:r w:rsidRPr="00355BBB">
        <w:rPr>
          <w:rStyle w:val="BodyTextChar1"/>
          <w:rFonts w:ascii="Times New Roman" w:hAnsi="Times New Roman"/>
          <w:color w:val="000000"/>
          <w:sz w:val="24"/>
          <w:szCs w:val="24"/>
        </w:rPr>
        <w:softHyphen/>
        <w:t>новного общего образования к психолого-педагогическим усло</w:t>
      </w:r>
      <w:r w:rsidRPr="00355BBB">
        <w:rPr>
          <w:rStyle w:val="BodyTextChar1"/>
          <w:rFonts w:ascii="Times New Roman" w:hAnsi="Times New Roman"/>
          <w:color w:val="000000"/>
          <w:sz w:val="24"/>
          <w:szCs w:val="24"/>
        </w:rPr>
        <w:softHyphen/>
        <w:t>виям реализации основной образовательной программы основ</w:t>
      </w:r>
      <w:r w:rsidRPr="00355BBB">
        <w:rPr>
          <w:rStyle w:val="BodyTextChar1"/>
          <w:rFonts w:ascii="Times New Roman" w:hAnsi="Times New Roman"/>
          <w:color w:val="000000"/>
          <w:sz w:val="24"/>
          <w:szCs w:val="24"/>
        </w:rPr>
        <w:softHyphen/>
        <w:t>ного общего образования, в частности:</w:t>
      </w:r>
    </w:p>
    <w:p w:rsidR="00F44E79" w:rsidRPr="00355BBB" w:rsidRDefault="00F44E79" w:rsidP="001C7BA4">
      <w:pPr>
        <w:pStyle w:val="BodyText"/>
        <w:numPr>
          <w:ilvl w:val="0"/>
          <w:numId w:val="79"/>
        </w:numPr>
        <w:tabs>
          <w:tab w:val="left" w:pos="538"/>
        </w:tabs>
        <w:spacing w:line="266" w:lineRule="auto"/>
        <w:jc w:val="both"/>
        <w:rPr>
          <w:rFonts w:ascii="Times New Roman" w:hAnsi="Times New Roman"/>
          <w:color w:val="auto"/>
          <w:sz w:val="24"/>
          <w:szCs w:val="24"/>
        </w:rPr>
      </w:pPr>
      <w:bookmarkStart w:id="1437" w:name="bookmark5980"/>
      <w:bookmarkEnd w:id="1437"/>
      <w:r w:rsidRPr="00355BBB">
        <w:rPr>
          <w:rStyle w:val="BodyTextChar1"/>
          <w:rFonts w:ascii="Times New Roman" w:hAnsi="Times New Roman"/>
          <w:color w:val="000000"/>
          <w:sz w:val="24"/>
          <w:szCs w:val="24"/>
        </w:rPr>
        <w:t>обеспечивают преемственность содержания и форм орга</w:t>
      </w:r>
      <w:r w:rsidRPr="00355BBB">
        <w:rPr>
          <w:rStyle w:val="BodyTextChar1"/>
          <w:rFonts w:ascii="Times New Roman" w:hAnsi="Times New Roman"/>
          <w:color w:val="000000"/>
          <w:sz w:val="24"/>
          <w:szCs w:val="24"/>
        </w:rPr>
        <w:softHyphen/>
        <w:t>низации образовательной деятельности при реализации образо</w:t>
      </w:r>
      <w:r w:rsidRPr="00355BBB">
        <w:rPr>
          <w:rStyle w:val="BodyTextChar1"/>
          <w:rFonts w:ascii="Times New Roman" w:hAnsi="Times New Roman"/>
          <w:color w:val="000000"/>
          <w:sz w:val="24"/>
          <w:szCs w:val="24"/>
        </w:rPr>
        <w:softHyphen/>
        <w:t>вательных программ начального образования, основного обще</w:t>
      </w:r>
      <w:r w:rsidRPr="00355BBB">
        <w:rPr>
          <w:rStyle w:val="BodyTextChar1"/>
          <w:rFonts w:ascii="Times New Roman" w:hAnsi="Times New Roman"/>
          <w:color w:val="000000"/>
          <w:sz w:val="24"/>
          <w:szCs w:val="24"/>
        </w:rPr>
        <w:softHyphen/>
        <w:t>го и среднего общего образования;</w:t>
      </w:r>
    </w:p>
    <w:p w:rsidR="00F44E79" w:rsidRPr="00355BBB" w:rsidRDefault="00F44E79" w:rsidP="001C7BA4">
      <w:pPr>
        <w:pStyle w:val="BodyText"/>
        <w:numPr>
          <w:ilvl w:val="0"/>
          <w:numId w:val="79"/>
        </w:numPr>
        <w:tabs>
          <w:tab w:val="left" w:pos="543"/>
        </w:tabs>
        <w:spacing w:line="266" w:lineRule="auto"/>
        <w:jc w:val="both"/>
        <w:rPr>
          <w:rFonts w:ascii="Times New Roman" w:hAnsi="Times New Roman"/>
          <w:color w:val="auto"/>
          <w:sz w:val="24"/>
          <w:szCs w:val="24"/>
        </w:rPr>
      </w:pPr>
      <w:bookmarkStart w:id="1438" w:name="bookmark5981"/>
      <w:bookmarkEnd w:id="1438"/>
      <w:r w:rsidRPr="00355BBB">
        <w:rPr>
          <w:rStyle w:val="BodyTextChar1"/>
          <w:rFonts w:ascii="Times New Roman" w:hAnsi="Times New Roman"/>
          <w:color w:val="000000"/>
          <w:sz w:val="24"/>
          <w:szCs w:val="24"/>
        </w:rPr>
        <w:t>способствуют социально-психологической адаптации обу</w:t>
      </w:r>
      <w:r w:rsidRPr="00355BBB">
        <w:rPr>
          <w:rStyle w:val="BodyTextChar1"/>
          <w:rFonts w:ascii="Times New Roman" w:hAnsi="Times New Roman"/>
          <w:color w:val="000000"/>
          <w:sz w:val="24"/>
          <w:szCs w:val="24"/>
        </w:rPr>
        <w:softHyphen/>
        <w:t>чающихся к условиям Организации с учетом специфики их возрастного психофизиологического развития, включая осо</w:t>
      </w:r>
      <w:r w:rsidRPr="00355BBB">
        <w:rPr>
          <w:rStyle w:val="BodyTextChar1"/>
          <w:rFonts w:ascii="Times New Roman" w:hAnsi="Times New Roman"/>
          <w:color w:val="000000"/>
          <w:sz w:val="24"/>
          <w:szCs w:val="24"/>
        </w:rPr>
        <w:softHyphen/>
        <w:t>бенности адаптации к социальной среде;</w:t>
      </w:r>
    </w:p>
    <w:p w:rsidR="00F44E79" w:rsidRPr="00355BBB" w:rsidRDefault="00F44E79" w:rsidP="001C7BA4">
      <w:pPr>
        <w:pStyle w:val="BodyText"/>
        <w:numPr>
          <w:ilvl w:val="0"/>
          <w:numId w:val="79"/>
        </w:numPr>
        <w:tabs>
          <w:tab w:val="left" w:pos="538"/>
        </w:tabs>
        <w:spacing w:line="266" w:lineRule="auto"/>
        <w:jc w:val="both"/>
        <w:rPr>
          <w:rFonts w:ascii="Times New Roman" w:hAnsi="Times New Roman"/>
          <w:color w:val="auto"/>
          <w:sz w:val="24"/>
          <w:szCs w:val="24"/>
        </w:rPr>
      </w:pPr>
      <w:bookmarkStart w:id="1439" w:name="bookmark5982"/>
      <w:bookmarkEnd w:id="1439"/>
      <w:r w:rsidRPr="00355BBB">
        <w:rPr>
          <w:rStyle w:val="BodyTextChar1"/>
          <w:rFonts w:ascii="Times New Roman" w:hAnsi="Times New Roman"/>
          <w:color w:val="000000"/>
          <w:sz w:val="24"/>
          <w:szCs w:val="24"/>
        </w:rPr>
        <w:t>формирование и развитие психолого-педагогической ком</w:t>
      </w:r>
      <w:r w:rsidRPr="00355BBB">
        <w:rPr>
          <w:rStyle w:val="BodyTextChar1"/>
          <w:rFonts w:ascii="Times New Roman" w:hAnsi="Times New Roman"/>
          <w:color w:val="000000"/>
          <w:sz w:val="24"/>
          <w:szCs w:val="24"/>
        </w:rPr>
        <w:softHyphen/>
        <w:t>петентности работников Организации и родителей (законных представителей) несовершеннолетних обучающихся;</w:t>
      </w:r>
    </w:p>
    <w:p w:rsidR="00F44E79" w:rsidRPr="00355BBB" w:rsidRDefault="00F44E79" w:rsidP="001C7BA4">
      <w:pPr>
        <w:pStyle w:val="BodyText"/>
        <w:numPr>
          <w:ilvl w:val="0"/>
          <w:numId w:val="79"/>
        </w:numPr>
        <w:tabs>
          <w:tab w:val="left" w:pos="538"/>
        </w:tabs>
        <w:spacing w:line="266" w:lineRule="auto"/>
        <w:jc w:val="both"/>
        <w:rPr>
          <w:rFonts w:ascii="Times New Roman" w:hAnsi="Times New Roman"/>
          <w:color w:val="auto"/>
          <w:sz w:val="24"/>
          <w:szCs w:val="24"/>
        </w:rPr>
      </w:pPr>
      <w:bookmarkStart w:id="1440" w:name="bookmark5983"/>
      <w:bookmarkEnd w:id="1440"/>
      <w:r w:rsidRPr="00355BBB">
        <w:rPr>
          <w:rStyle w:val="BodyTextChar1"/>
          <w:rFonts w:ascii="Times New Roman" w:hAnsi="Times New Roman"/>
          <w:color w:val="000000"/>
          <w:sz w:val="24"/>
          <w:szCs w:val="24"/>
        </w:rPr>
        <w:t>профилактику формирования у обучающихся девиантных форм поведения, агрессии и повышенной тревожности.</w:t>
      </w:r>
    </w:p>
    <w:p w:rsidR="00F44E79" w:rsidRPr="00355BBB" w:rsidRDefault="00F44E79">
      <w:pPr>
        <w:pStyle w:val="BodyText"/>
        <w:spacing w:after="120" w:line="266" w:lineRule="auto"/>
        <w:jc w:val="both"/>
        <w:rPr>
          <w:rStyle w:val="BodyTextChar1"/>
          <w:rFonts w:ascii="Times New Roman" w:hAnsi="Times New Roman"/>
          <w:color w:val="000000"/>
          <w:sz w:val="24"/>
          <w:szCs w:val="24"/>
        </w:rPr>
      </w:pPr>
      <w:r w:rsidRPr="00355BBB">
        <w:rPr>
          <w:rStyle w:val="BodyTextChar1"/>
          <w:rFonts w:ascii="Times New Roman" w:hAnsi="Times New Roman"/>
          <w:color w:val="000000"/>
          <w:sz w:val="24"/>
          <w:szCs w:val="24"/>
        </w:rPr>
        <w:t>В образовательной организации психолого-педагогическое со</w:t>
      </w:r>
      <w:r w:rsidRPr="00355BBB">
        <w:rPr>
          <w:rStyle w:val="BodyTextChar1"/>
          <w:rFonts w:ascii="Times New Roman" w:hAnsi="Times New Roman"/>
          <w:color w:val="000000"/>
          <w:sz w:val="24"/>
          <w:szCs w:val="24"/>
        </w:rPr>
        <w:softHyphen/>
        <w:t>провождение реализации программы основного общего образо</w:t>
      </w:r>
      <w:r w:rsidRPr="00355BBB">
        <w:rPr>
          <w:rStyle w:val="BodyTextChar1"/>
          <w:rFonts w:ascii="Times New Roman" w:hAnsi="Times New Roman"/>
          <w:color w:val="000000"/>
          <w:sz w:val="24"/>
          <w:szCs w:val="24"/>
        </w:rPr>
        <w:softHyphen/>
        <w:t>вания осуществляется квалифицированными специалистами:</w:t>
      </w:r>
    </w:p>
    <w:p w:rsidR="00F44E79" w:rsidRPr="00355BBB" w:rsidRDefault="00F44E79">
      <w:pPr>
        <w:pStyle w:val="BodyText"/>
        <w:spacing w:after="120" w:line="266" w:lineRule="auto"/>
        <w:jc w:val="both"/>
        <w:rPr>
          <w:rStyle w:val="BodyTextChar1"/>
          <w:rFonts w:ascii="Times New Roman" w:hAnsi="Times New Roman"/>
          <w:color w:val="000000"/>
          <w:sz w:val="24"/>
          <w:szCs w:val="24"/>
        </w:rPr>
      </w:pPr>
      <w:r w:rsidRPr="00355BBB">
        <w:rPr>
          <w:rStyle w:val="BodyTextChar1"/>
          <w:rFonts w:ascii="Times New Roman" w:hAnsi="Times New Roman"/>
          <w:color w:val="000000"/>
          <w:sz w:val="24"/>
          <w:szCs w:val="24"/>
        </w:rPr>
        <w:t xml:space="preserve"> —педагогом-психологом;</w:t>
      </w:r>
    </w:p>
    <w:p w:rsidR="00F44E79" w:rsidRPr="00355BBB" w:rsidRDefault="00F44E79">
      <w:pPr>
        <w:pStyle w:val="BodyText"/>
        <w:spacing w:after="120" w:line="266" w:lineRule="auto"/>
        <w:jc w:val="both"/>
        <w:rPr>
          <w:rStyle w:val="BodyTextChar1"/>
          <w:rFonts w:ascii="Times New Roman" w:hAnsi="Times New Roman"/>
          <w:color w:val="000000"/>
          <w:sz w:val="24"/>
          <w:szCs w:val="24"/>
        </w:rPr>
      </w:pPr>
      <w:r w:rsidRPr="00355BBB">
        <w:rPr>
          <w:rStyle w:val="BodyTextChar1"/>
          <w:rFonts w:ascii="Times New Roman" w:hAnsi="Times New Roman"/>
          <w:color w:val="000000"/>
          <w:sz w:val="24"/>
          <w:szCs w:val="24"/>
        </w:rPr>
        <w:t xml:space="preserve"> - учителем-логопедом; </w:t>
      </w:r>
    </w:p>
    <w:p w:rsidR="00F44E79" w:rsidRPr="00355BBB" w:rsidRDefault="00F44E79" w:rsidP="003A7FC2">
      <w:pPr>
        <w:pStyle w:val="BodyText"/>
        <w:spacing w:after="120" w:line="266" w:lineRule="auto"/>
        <w:jc w:val="both"/>
        <w:rPr>
          <w:rFonts w:ascii="Times New Roman" w:hAnsi="Times New Roman"/>
          <w:color w:val="auto"/>
          <w:sz w:val="24"/>
          <w:szCs w:val="24"/>
        </w:rPr>
      </w:pPr>
      <w:r w:rsidRPr="00355BBB">
        <w:rPr>
          <w:rStyle w:val="BodyTextChar1"/>
          <w:rFonts w:ascii="Times New Roman" w:hAnsi="Times New Roman"/>
          <w:color w:val="000000"/>
          <w:sz w:val="24"/>
          <w:szCs w:val="24"/>
        </w:rPr>
        <w:t>—учителем-дефектологом;</w:t>
      </w:r>
    </w:p>
    <w:p w:rsidR="00F44E79" w:rsidRPr="00355BBB" w:rsidRDefault="00F44E79" w:rsidP="001C7BA4">
      <w:pPr>
        <w:pStyle w:val="BodyText"/>
        <w:numPr>
          <w:ilvl w:val="0"/>
          <w:numId w:val="77"/>
        </w:numPr>
        <w:tabs>
          <w:tab w:val="left" w:pos="329"/>
        </w:tabs>
        <w:spacing w:line="264" w:lineRule="auto"/>
        <w:ind w:firstLine="0"/>
        <w:jc w:val="both"/>
        <w:rPr>
          <w:rFonts w:ascii="Times New Roman" w:hAnsi="Times New Roman"/>
          <w:color w:val="auto"/>
          <w:sz w:val="24"/>
          <w:szCs w:val="24"/>
        </w:rPr>
      </w:pPr>
      <w:bookmarkStart w:id="1441" w:name="bookmark5984"/>
      <w:bookmarkEnd w:id="1441"/>
      <w:r w:rsidRPr="00355BBB">
        <w:rPr>
          <w:rStyle w:val="BodyTextChar1"/>
          <w:rFonts w:ascii="Times New Roman" w:hAnsi="Times New Roman"/>
          <w:sz w:val="24"/>
          <w:szCs w:val="24"/>
        </w:rPr>
        <w:t>социальным педагогом.</w:t>
      </w:r>
    </w:p>
    <w:p w:rsidR="00F44E79" w:rsidRPr="00355BBB" w:rsidRDefault="00F44E79">
      <w:pPr>
        <w:pStyle w:val="BodyText"/>
        <w:spacing w:line="264" w:lineRule="auto"/>
        <w:jc w:val="both"/>
        <w:rPr>
          <w:rFonts w:ascii="Times New Roman" w:hAnsi="Times New Roman"/>
          <w:color w:val="auto"/>
          <w:sz w:val="24"/>
          <w:szCs w:val="24"/>
        </w:rPr>
      </w:pPr>
      <w:r w:rsidRPr="00355BBB">
        <w:rPr>
          <w:rStyle w:val="BodyTextChar1"/>
          <w:rFonts w:ascii="Times New Roman" w:hAnsi="Times New Roman"/>
          <w:sz w:val="24"/>
          <w:szCs w:val="24"/>
        </w:rPr>
        <w:t>В процессе реализации основной образовательной програм</w:t>
      </w:r>
      <w:r w:rsidRPr="00355BBB">
        <w:rPr>
          <w:rStyle w:val="BodyTextChar1"/>
          <w:rFonts w:ascii="Times New Roman" w:hAnsi="Times New Roman"/>
          <w:sz w:val="24"/>
          <w:szCs w:val="24"/>
        </w:rPr>
        <w:softHyphen/>
        <w:t>мы основного общего образования образовательной организа</w:t>
      </w:r>
      <w:r w:rsidRPr="00355BBB">
        <w:rPr>
          <w:rStyle w:val="BodyTextChar1"/>
          <w:rFonts w:ascii="Times New Roman" w:hAnsi="Times New Roman"/>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355BBB">
        <w:rPr>
          <w:rStyle w:val="BodyTextChar1"/>
          <w:rFonts w:ascii="Times New Roman" w:hAnsi="Times New Roman"/>
          <w:sz w:val="24"/>
          <w:szCs w:val="24"/>
        </w:rPr>
        <w:softHyphen/>
        <w:t>ной деятельности и отдельных мероприятий, обеспечивающих:</w:t>
      </w:r>
    </w:p>
    <w:p w:rsidR="00F44E79" w:rsidRPr="00355BBB" w:rsidRDefault="00F44E79" w:rsidP="001C7BA4">
      <w:pPr>
        <w:pStyle w:val="BodyText"/>
        <w:numPr>
          <w:ilvl w:val="0"/>
          <w:numId w:val="77"/>
        </w:numPr>
        <w:tabs>
          <w:tab w:val="left" w:pos="329"/>
        </w:tabs>
        <w:spacing w:line="264" w:lineRule="auto"/>
        <w:ind w:left="240" w:hanging="240"/>
        <w:jc w:val="both"/>
        <w:rPr>
          <w:rFonts w:ascii="Times New Roman" w:hAnsi="Times New Roman"/>
          <w:color w:val="auto"/>
          <w:sz w:val="24"/>
          <w:szCs w:val="24"/>
        </w:rPr>
      </w:pPr>
      <w:bookmarkStart w:id="1442" w:name="bookmark5985"/>
      <w:bookmarkEnd w:id="1442"/>
      <w:r w:rsidRPr="00355BBB">
        <w:rPr>
          <w:rStyle w:val="BodyTextChar1"/>
          <w:rFonts w:ascii="Times New Roman" w:hAnsi="Times New Roman"/>
          <w:sz w:val="24"/>
          <w:szCs w:val="24"/>
        </w:rPr>
        <w:t>формирование и развитие психолого-педагогической компе</w:t>
      </w:r>
      <w:r w:rsidRPr="00355BBB">
        <w:rPr>
          <w:rStyle w:val="BodyTextChar1"/>
          <w:rFonts w:ascii="Times New Roman" w:hAnsi="Times New Roman"/>
          <w:sz w:val="24"/>
          <w:szCs w:val="24"/>
        </w:rPr>
        <w:softHyphen/>
        <w:t>тентности;</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—сохранение и укрепление психологического благополучия и психического здоровья обучающихся;</w:t>
      </w:r>
    </w:p>
    <w:p w:rsidR="00F44E79" w:rsidRPr="00355BBB" w:rsidRDefault="00F44E79">
      <w:pPr>
        <w:pStyle w:val="BodyText"/>
        <w:spacing w:line="264" w:lineRule="auto"/>
        <w:ind w:firstLine="0"/>
        <w:jc w:val="both"/>
        <w:rPr>
          <w:rFonts w:ascii="Times New Roman" w:hAnsi="Times New Roman"/>
          <w:color w:val="auto"/>
          <w:sz w:val="24"/>
          <w:szCs w:val="24"/>
        </w:rPr>
      </w:pPr>
      <w:r w:rsidRPr="00355BBB">
        <w:rPr>
          <w:rStyle w:val="BodyTextChar1"/>
          <w:rFonts w:ascii="Times New Roman" w:hAnsi="Times New Roman"/>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355BBB">
        <w:rPr>
          <w:rStyle w:val="BodyTextChar1"/>
          <w:rFonts w:ascii="Times New Roman" w:hAnsi="Times New Roman"/>
          <w:sz w:val="24"/>
          <w:szCs w:val="24"/>
        </w:rPr>
        <w:softHyphen/>
        <w:t>ния с учетом особенностей когнитивного и эмоционального развития обучающихся;</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—мониторинг возможностей и способностей обучающихся, вы</w:t>
      </w:r>
      <w:r w:rsidRPr="00355BBB">
        <w:rPr>
          <w:rStyle w:val="BodyTextChar1"/>
          <w:rFonts w:ascii="Times New Roman" w:hAnsi="Times New Roman"/>
          <w:sz w:val="24"/>
          <w:szCs w:val="24"/>
        </w:rPr>
        <w:softHyphen/>
        <w:t>явление, поддержка и сопровождение одаренных детей, обу</w:t>
      </w:r>
      <w:r w:rsidRPr="00355BBB">
        <w:rPr>
          <w:rStyle w:val="BodyTextChar1"/>
          <w:rFonts w:ascii="Times New Roman" w:hAnsi="Times New Roman"/>
          <w:sz w:val="24"/>
          <w:szCs w:val="24"/>
        </w:rPr>
        <w:softHyphen/>
        <w:t>чающихся с ОВЗ;</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—создание условий для последующего профессионального са</w:t>
      </w:r>
      <w:r w:rsidRPr="00355BBB">
        <w:rPr>
          <w:rStyle w:val="BodyTextChar1"/>
          <w:rFonts w:ascii="Times New Roman" w:hAnsi="Times New Roman"/>
          <w:sz w:val="24"/>
          <w:szCs w:val="24"/>
        </w:rPr>
        <w:softHyphen/>
        <w:t>моопределения;</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—формирование коммуникативных навыков в разновозраст</w:t>
      </w:r>
      <w:r w:rsidRPr="00355BBB">
        <w:rPr>
          <w:rStyle w:val="BodyTextChar1"/>
          <w:rFonts w:ascii="Times New Roman" w:hAnsi="Times New Roman"/>
          <w:sz w:val="24"/>
          <w:szCs w:val="24"/>
        </w:rPr>
        <w:softHyphen/>
        <w:t>ной среде и среде сверстников;</w:t>
      </w:r>
    </w:p>
    <w:p w:rsidR="00F44E79" w:rsidRPr="00355BBB" w:rsidRDefault="00F44E79" w:rsidP="001C7BA4">
      <w:pPr>
        <w:pStyle w:val="BodyText"/>
        <w:numPr>
          <w:ilvl w:val="0"/>
          <w:numId w:val="77"/>
        </w:numPr>
        <w:tabs>
          <w:tab w:val="left" w:pos="329"/>
        </w:tabs>
        <w:spacing w:line="264" w:lineRule="auto"/>
        <w:ind w:left="240" w:hanging="240"/>
        <w:jc w:val="both"/>
        <w:rPr>
          <w:rFonts w:ascii="Times New Roman" w:hAnsi="Times New Roman"/>
          <w:color w:val="auto"/>
          <w:sz w:val="24"/>
          <w:szCs w:val="24"/>
        </w:rPr>
      </w:pPr>
      <w:bookmarkStart w:id="1443" w:name="bookmark5986"/>
      <w:bookmarkEnd w:id="1443"/>
      <w:r w:rsidRPr="00355BBB">
        <w:rPr>
          <w:rStyle w:val="BodyTextChar1"/>
          <w:rFonts w:ascii="Times New Roman" w:hAnsi="Times New Roman"/>
          <w:sz w:val="24"/>
          <w:szCs w:val="24"/>
        </w:rPr>
        <w:t>поддержка детских объединений, ученического самоуправле</w:t>
      </w:r>
      <w:r w:rsidRPr="00355BBB">
        <w:rPr>
          <w:rStyle w:val="BodyTextChar1"/>
          <w:rFonts w:ascii="Times New Roman" w:hAnsi="Times New Roman"/>
          <w:sz w:val="24"/>
          <w:szCs w:val="24"/>
        </w:rPr>
        <w:softHyphen/>
        <w:t>ния;</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—формирование психологической культуры поведения в ин</w:t>
      </w:r>
      <w:r w:rsidRPr="00355BBB">
        <w:rPr>
          <w:rStyle w:val="BodyTextChar1"/>
          <w:rFonts w:ascii="Times New Roman" w:hAnsi="Times New Roman"/>
          <w:sz w:val="24"/>
          <w:szCs w:val="24"/>
        </w:rPr>
        <w:softHyphen/>
        <w:t>формационной среде;</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—развитие психологической культуры в области использова</w:t>
      </w:r>
      <w:r w:rsidRPr="00355BBB">
        <w:rPr>
          <w:rStyle w:val="BodyTextChar1"/>
          <w:rFonts w:ascii="Times New Roman" w:hAnsi="Times New Roman"/>
          <w:sz w:val="24"/>
          <w:szCs w:val="24"/>
        </w:rPr>
        <w:softHyphen/>
        <w:t>ния ИКТ;</w:t>
      </w:r>
    </w:p>
    <w:p w:rsidR="00F44E79" w:rsidRPr="00355BBB" w:rsidRDefault="00F44E79">
      <w:pPr>
        <w:pStyle w:val="BodyText"/>
        <w:spacing w:line="264" w:lineRule="auto"/>
        <w:jc w:val="both"/>
        <w:rPr>
          <w:rFonts w:ascii="Times New Roman" w:hAnsi="Times New Roman"/>
          <w:color w:val="auto"/>
          <w:sz w:val="24"/>
          <w:szCs w:val="24"/>
        </w:rPr>
      </w:pPr>
      <w:r w:rsidRPr="00355BBB">
        <w:rPr>
          <w:rStyle w:val="BodyTextChar1"/>
          <w:rFonts w:ascii="Times New Roman" w:hAnsi="Times New Roman"/>
          <w:sz w:val="24"/>
          <w:szCs w:val="24"/>
        </w:rPr>
        <w:t>В процессе реализации основной образовательной програм</w:t>
      </w:r>
      <w:r w:rsidRPr="00355BBB">
        <w:rPr>
          <w:rStyle w:val="BodyTextChar1"/>
          <w:rFonts w:ascii="Times New Roman" w:hAnsi="Times New Roman"/>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—обучающихся, испытывающих трудности в освоении про</w:t>
      </w:r>
      <w:r w:rsidRPr="00355BBB">
        <w:rPr>
          <w:rStyle w:val="BodyTextChar1"/>
          <w:rFonts w:ascii="Times New Roman" w:hAnsi="Times New Roman"/>
          <w:sz w:val="24"/>
          <w:szCs w:val="24"/>
        </w:rPr>
        <w:softHyphen/>
        <w:t>граммы основного общего образования, развитии и социаль</w:t>
      </w:r>
      <w:r w:rsidRPr="00355BBB">
        <w:rPr>
          <w:rStyle w:val="BodyTextChar1"/>
          <w:rFonts w:ascii="Times New Roman" w:hAnsi="Times New Roman"/>
          <w:sz w:val="24"/>
          <w:szCs w:val="24"/>
        </w:rPr>
        <w:softHyphen/>
        <w:t>ной адаптации;</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—обучающихся, проявляющих индивидуальные способности, и одаренных;</w:t>
      </w:r>
    </w:p>
    <w:p w:rsidR="00F44E79" w:rsidRPr="00355BBB" w:rsidRDefault="00F44E79">
      <w:pPr>
        <w:pStyle w:val="BodyText"/>
        <w:spacing w:line="264" w:lineRule="auto"/>
        <w:ind w:firstLine="0"/>
        <w:jc w:val="both"/>
        <w:rPr>
          <w:rFonts w:ascii="Times New Roman" w:hAnsi="Times New Roman"/>
          <w:color w:val="auto"/>
          <w:sz w:val="24"/>
          <w:szCs w:val="24"/>
        </w:rPr>
      </w:pPr>
      <w:r w:rsidRPr="00355BBB">
        <w:rPr>
          <w:rStyle w:val="BodyTextChar1"/>
          <w:rFonts w:ascii="Times New Roman" w:hAnsi="Times New Roman"/>
          <w:sz w:val="24"/>
          <w:szCs w:val="24"/>
        </w:rPr>
        <w:t>—обучающихся с ОВЗ;</w:t>
      </w:r>
    </w:p>
    <w:p w:rsidR="00F44E79" w:rsidRPr="00355BBB" w:rsidRDefault="00F44E79">
      <w:pPr>
        <w:pStyle w:val="BodyText"/>
        <w:spacing w:line="264" w:lineRule="auto"/>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—педагогических, учебно-вспомогательных и иных работни</w:t>
      </w:r>
      <w:r w:rsidRPr="00355BBB">
        <w:rPr>
          <w:rStyle w:val="BodyTextChar1"/>
          <w:rFonts w:ascii="Times New Roman" w:hAnsi="Times New Roman"/>
          <w:sz w:val="24"/>
          <w:szCs w:val="24"/>
        </w:rPr>
        <w:softHyphen/>
        <w:t>ков образовательной организации, обеспечивающих реализа</w:t>
      </w:r>
      <w:r w:rsidRPr="00355BBB">
        <w:rPr>
          <w:rStyle w:val="BodyTextChar1"/>
          <w:rFonts w:ascii="Times New Roman" w:hAnsi="Times New Roman"/>
          <w:sz w:val="24"/>
          <w:szCs w:val="24"/>
        </w:rPr>
        <w:softHyphen/>
        <w:t>цию программы основного общего образования;</w:t>
      </w:r>
    </w:p>
    <w:p w:rsidR="00F44E79" w:rsidRPr="00355BBB" w:rsidRDefault="00F44E79">
      <w:pPr>
        <w:pStyle w:val="BodyText"/>
        <w:ind w:left="240" w:hanging="240"/>
        <w:jc w:val="both"/>
        <w:rPr>
          <w:rFonts w:ascii="Times New Roman" w:hAnsi="Times New Roman"/>
          <w:color w:val="auto"/>
          <w:sz w:val="24"/>
          <w:szCs w:val="24"/>
        </w:rPr>
      </w:pPr>
      <w:r w:rsidRPr="00355BBB">
        <w:rPr>
          <w:rStyle w:val="BodyTextChar1"/>
          <w:rFonts w:ascii="Times New Roman" w:hAnsi="Times New Roman"/>
          <w:sz w:val="24"/>
          <w:szCs w:val="24"/>
        </w:rPr>
        <w:t>— родителей (законных представителей) несовершеннолетних обучающихся.</w:t>
      </w:r>
    </w:p>
    <w:p w:rsidR="00F44E79" w:rsidRPr="00355BBB" w:rsidRDefault="00F44E79">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Психолого-педагогическая поддержка участников образова</w:t>
      </w:r>
      <w:r w:rsidRPr="00355BBB">
        <w:rPr>
          <w:rStyle w:val="BodyTextChar1"/>
          <w:rFonts w:ascii="Times New Roman" w:hAnsi="Times New Roman"/>
          <w:sz w:val="24"/>
          <w:szCs w:val="24"/>
        </w:rPr>
        <w:softHyphen/>
        <w:t>тельных отношений реализуется диверсифицировано, на уров</w:t>
      </w:r>
      <w:r w:rsidRPr="00355BBB">
        <w:rPr>
          <w:rStyle w:val="BodyTextChar1"/>
          <w:rFonts w:ascii="Times New Roman" w:hAnsi="Times New Roman"/>
          <w:sz w:val="24"/>
          <w:szCs w:val="24"/>
        </w:rPr>
        <w:softHyphen/>
        <w:t>не образовательной организации, классов, групп, а также на индивидуальном уровне.</w:t>
      </w:r>
    </w:p>
    <w:p w:rsidR="00F44E79" w:rsidRPr="00355BBB" w:rsidRDefault="00F44E79">
      <w:pPr>
        <w:pStyle w:val="BodyText"/>
        <w:jc w:val="both"/>
        <w:rPr>
          <w:rFonts w:ascii="Times New Roman" w:hAnsi="Times New Roman"/>
          <w:color w:val="auto"/>
          <w:sz w:val="24"/>
          <w:szCs w:val="24"/>
        </w:rPr>
      </w:pPr>
      <w:r w:rsidRPr="00355BBB">
        <w:rPr>
          <w:rStyle w:val="BodyTextChar1"/>
          <w:rFonts w:ascii="Times New Roman" w:hAnsi="Times New Roman"/>
          <w:sz w:val="24"/>
          <w:szCs w:val="24"/>
        </w:rPr>
        <w:t>В процессе реализации основной образовательной програм</w:t>
      </w:r>
      <w:r w:rsidRPr="00355BBB">
        <w:rPr>
          <w:rStyle w:val="BodyTextChar1"/>
          <w:rFonts w:ascii="Times New Roman" w:hAnsi="Times New Roman"/>
          <w:sz w:val="24"/>
          <w:szCs w:val="24"/>
        </w:rPr>
        <w:softHyphen/>
        <w:t>мы используются такие формы психолого-педагогического со</w:t>
      </w:r>
      <w:r w:rsidRPr="00355BBB">
        <w:rPr>
          <w:rStyle w:val="BodyTextChar1"/>
          <w:rFonts w:ascii="Times New Roman" w:hAnsi="Times New Roman"/>
          <w:sz w:val="24"/>
          <w:szCs w:val="24"/>
        </w:rPr>
        <w:softHyphen/>
        <w:t>провождения как:</w:t>
      </w:r>
    </w:p>
    <w:p w:rsidR="00F44E79" w:rsidRPr="00355BBB" w:rsidRDefault="00F44E79" w:rsidP="001C7BA4">
      <w:pPr>
        <w:pStyle w:val="BodyText"/>
        <w:numPr>
          <w:ilvl w:val="0"/>
          <w:numId w:val="76"/>
        </w:numPr>
        <w:tabs>
          <w:tab w:val="left" w:pos="207"/>
        </w:tabs>
        <w:spacing w:line="288" w:lineRule="auto"/>
        <w:ind w:left="240" w:firstLine="0"/>
        <w:jc w:val="both"/>
        <w:rPr>
          <w:rFonts w:ascii="Times New Roman" w:hAnsi="Times New Roman"/>
          <w:color w:val="auto"/>
          <w:sz w:val="24"/>
          <w:szCs w:val="24"/>
        </w:rPr>
      </w:pPr>
      <w:bookmarkStart w:id="1444" w:name="bookmark5987"/>
      <w:bookmarkEnd w:id="1444"/>
      <w:r w:rsidRPr="00355BBB">
        <w:rPr>
          <w:rStyle w:val="BodyTextChar1"/>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44E79" w:rsidRPr="00355BBB" w:rsidRDefault="00F44E79" w:rsidP="001C7BA4">
      <w:pPr>
        <w:pStyle w:val="BodyText"/>
        <w:numPr>
          <w:ilvl w:val="0"/>
          <w:numId w:val="76"/>
        </w:numPr>
        <w:tabs>
          <w:tab w:val="left" w:pos="207"/>
        </w:tabs>
        <w:spacing w:line="288" w:lineRule="auto"/>
        <w:ind w:left="240" w:firstLine="0"/>
        <w:jc w:val="both"/>
        <w:rPr>
          <w:rFonts w:ascii="Times New Roman" w:hAnsi="Times New Roman"/>
          <w:color w:val="auto"/>
          <w:sz w:val="24"/>
          <w:szCs w:val="24"/>
        </w:rPr>
      </w:pPr>
      <w:bookmarkStart w:id="1445" w:name="bookmark5988"/>
      <w:bookmarkEnd w:id="1445"/>
      <w:r w:rsidRPr="00355BBB">
        <w:rPr>
          <w:rStyle w:val="BodyTextChar1"/>
          <w:rFonts w:ascii="Times New Roman" w:hAnsi="Times New Roman"/>
          <w:sz w:val="24"/>
          <w:szCs w:val="24"/>
        </w:rPr>
        <w:t>консультирование педагогов и родителей, которое осущест</w:t>
      </w:r>
      <w:r w:rsidRPr="00355BBB">
        <w:rPr>
          <w:rStyle w:val="BodyTextChar1"/>
          <w:rFonts w:ascii="Times New Roman" w:hAnsi="Times New Roman"/>
          <w:sz w:val="24"/>
          <w:szCs w:val="24"/>
        </w:rPr>
        <w:softHyphen/>
        <w:t>вляется учителем и психологом с учетом результатов диагно</w:t>
      </w:r>
      <w:r w:rsidRPr="00355BBB">
        <w:rPr>
          <w:rStyle w:val="BodyTextChar1"/>
          <w:rFonts w:ascii="Times New Roman" w:hAnsi="Times New Roman"/>
          <w:sz w:val="24"/>
          <w:szCs w:val="24"/>
        </w:rPr>
        <w:softHyphen/>
        <w:t>стики, а также администрацией образовательной организа</w:t>
      </w:r>
      <w:r w:rsidRPr="00355BBB">
        <w:rPr>
          <w:rStyle w:val="BodyTextChar1"/>
          <w:rFonts w:ascii="Times New Roman" w:hAnsi="Times New Roman"/>
          <w:sz w:val="24"/>
          <w:szCs w:val="24"/>
        </w:rPr>
        <w:softHyphen/>
        <w:t>ции;</w:t>
      </w:r>
    </w:p>
    <w:p w:rsidR="00F44E79" w:rsidRPr="00355BBB" w:rsidRDefault="00F44E79" w:rsidP="001C7BA4">
      <w:pPr>
        <w:pStyle w:val="BodyText"/>
        <w:numPr>
          <w:ilvl w:val="0"/>
          <w:numId w:val="76"/>
        </w:numPr>
        <w:tabs>
          <w:tab w:val="left" w:pos="207"/>
        </w:tabs>
        <w:spacing w:line="295" w:lineRule="auto"/>
        <w:ind w:left="240" w:hanging="240"/>
        <w:jc w:val="both"/>
        <w:rPr>
          <w:rFonts w:ascii="Times New Roman" w:hAnsi="Times New Roman"/>
          <w:color w:val="auto"/>
          <w:sz w:val="24"/>
          <w:szCs w:val="24"/>
        </w:rPr>
      </w:pPr>
      <w:bookmarkStart w:id="1446" w:name="bookmark5989"/>
      <w:bookmarkEnd w:id="1446"/>
      <w:r w:rsidRPr="00355BBB">
        <w:rPr>
          <w:rStyle w:val="BodyTextChar1"/>
          <w:rFonts w:ascii="Times New Roman" w:hAnsi="Times New Roman"/>
          <w:sz w:val="24"/>
          <w:szCs w:val="24"/>
        </w:rPr>
        <w:t>профилактика, экспертиза, развивающая работа, просвеще</w:t>
      </w:r>
      <w:r w:rsidRPr="00355BBB">
        <w:rPr>
          <w:rStyle w:val="BodyTextChar1"/>
          <w:rFonts w:ascii="Times New Roman" w:hAnsi="Times New Roman"/>
          <w:sz w:val="24"/>
          <w:szCs w:val="24"/>
        </w:rPr>
        <w:softHyphen/>
        <w:t>ние, коррекционная работа, осуществляемая в течение всего учебного времени.</w:t>
      </w:r>
    </w:p>
    <w:p w:rsidR="00F44E79" w:rsidRPr="00355BBB" w:rsidRDefault="00F44E79">
      <w:pPr>
        <w:pStyle w:val="BodyText"/>
        <w:spacing w:after="120"/>
        <w:jc w:val="both"/>
        <w:rPr>
          <w:rStyle w:val="BodyTextChar1"/>
          <w:rFonts w:ascii="Times New Roman" w:hAnsi="Times New Roman"/>
          <w:i/>
          <w:iCs/>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9"/>
        <w:gridCol w:w="1095"/>
        <w:gridCol w:w="885"/>
        <w:gridCol w:w="1160"/>
        <w:gridCol w:w="1333"/>
        <w:gridCol w:w="935"/>
      </w:tblGrid>
      <w:tr w:rsidR="00F44E79" w:rsidRPr="00D12896" w:rsidTr="00FE0535">
        <w:tc>
          <w:tcPr>
            <w:tcW w:w="10456" w:type="dxa"/>
            <w:gridSpan w:val="6"/>
          </w:tcPr>
          <w:p w:rsidR="00F44E79" w:rsidRPr="00FE0535" w:rsidRDefault="00F44E79" w:rsidP="00FE0535">
            <w:pPr>
              <w:spacing w:after="160"/>
              <w:rPr>
                <w:rFonts w:ascii="Calibri" w:hAnsi="Calibri" w:cs="Calibri"/>
                <w:b/>
                <w:bCs/>
              </w:rPr>
            </w:pPr>
            <w:r w:rsidRPr="00FE0535">
              <w:rPr>
                <w:rFonts w:ascii="Calibri" w:hAnsi="Calibri" w:cs="Calibri"/>
                <w:b/>
                <w:bCs/>
              </w:rPr>
              <w:t>План работы на сентябрь</w:t>
            </w:r>
          </w:p>
        </w:tc>
      </w:tr>
      <w:tr w:rsidR="00F44E79" w:rsidRPr="00D12896" w:rsidTr="00FE0535">
        <w:tc>
          <w:tcPr>
            <w:tcW w:w="1888" w:type="dxa"/>
            <w:vMerge w:val="restart"/>
          </w:tcPr>
          <w:p w:rsidR="00F44E79" w:rsidRPr="00FE0535" w:rsidRDefault="00F44E79" w:rsidP="00FE0535">
            <w:pPr>
              <w:spacing w:after="160"/>
              <w:rPr>
                <w:rFonts w:ascii="Calibri" w:hAnsi="Calibri" w:cs="Calibri"/>
                <w:b/>
                <w:bCs/>
              </w:rPr>
            </w:pPr>
            <w:r w:rsidRPr="00FE0535">
              <w:rPr>
                <w:rFonts w:ascii="Calibri" w:hAnsi="Calibri" w:cs="Calibri"/>
                <w:b/>
                <w:bCs/>
              </w:rPr>
              <w:t>Наименование работы</w:t>
            </w:r>
          </w:p>
        </w:tc>
        <w:tc>
          <w:tcPr>
            <w:tcW w:w="8568" w:type="dxa"/>
            <w:gridSpan w:val="5"/>
          </w:tcPr>
          <w:p w:rsidR="00F44E79" w:rsidRPr="00FE0535" w:rsidRDefault="00F44E79" w:rsidP="00FE0535">
            <w:pPr>
              <w:spacing w:after="160"/>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D12896" w:rsidTr="00FE0535">
        <w:tc>
          <w:tcPr>
            <w:tcW w:w="1888" w:type="dxa"/>
            <w:vMerge/>
          </w:tcPr>
          <w:p w:rsidR="00F44E79" w:rsidRPr="00FE0535" w:rsidRDefault="00F44E79" w:rsidP="00FE0535">
            <w:pPr>
              <w:spacing w:after="160"/>
              <w:rPr>
                <w:rFonts w:ascii="Calibri" w:hAnsi="Calibri" w:cs="Calibri"/>
              </w:rPr>
            </w:pPr>
          </w:p>
        </w:tc>
        <w:tc>
          <w:tcPr>
            <w:tcW w:w="1715" w:type="dxa"/>
          </w:tcPr>
          <w:p w:rsidR="00F44E79" w:rsidRPr="00FE0535" w:rsidRDefault="00F44E79" w:rsidP="00FE0535">
            <w:pPr>
              <w:spacing w:after="160"/>
              <w:rPr>
                <w:rFonts w:ascii="Calibri" w:hAnsi="Calibri" w:cs="Calibri"/>
                <w:b/>
                <w:bCs/>
              </w:rPr>
            </w:pPr>
            <w:r w:rsidRPr="00FE0535">
              <w:rPr>
                <w:rFonts w:ascii="Calibri" w:hAnsi="Calibri" w:cs="Calibri"/>
                <w:b/>
                <w:bCs/>
              </w:rPr>
              <w:t>Направление работы</w:t>
            </w:r>
          </w:p>
        </w:tc>
        <w:tc>
          <w:tcPr>
            <w:tcW w:w="1422" w:type="dxa"/>
          </w:tcPr>
          <w:p w:rsidR="00F44E79" w:rsidRPr="00FE0535" w:rsidRDefault="00F44E79" w:rsidP="00FE0535">
            <w:pPr>
              <w:spacing w:after="160"/>
              <w:rPr>
                <w:rFonts w:ascii="Calibri" w:hAnsi="Calibri" w:cs="Calibri"/>
                <w:b/>
                <w:bCs/>
              </w:rPr>
            </w:pPr>
            <w:r w:rsidRPr="00FE0535">
              <w:rPr>
                <w:rFonts w:ascii="Calibri" w:hAnsi="Calibri" w:cs="Calibri"/>
                <w:b/>
                <w:bCs/>
              </w:rPr>
              <w:t>Категория</w:t>
            </w:r>
          </w:p>
        </w:tc>
        <w:tc>
          <w:tcPr>
            <w:tcW w:w="1839" w:type="dxa"/>
          </w:tcPr>
          <w:p w:rsidR="00F44E79" w:rsidRPr="00FE0535" w:rsidRDefault="00F44E79" w:rsidP="00FE0535">
            <w:pPr>
              <w:spacing w:after="160"/>
              <w:rPr>
                <w:rFonts w:ascii="Calibri" w:hAnsi="Calibri" w:cs="Calibri"/>
                <w:b/>
                <w:bCs/>
              </w:rPr>
            </w:pPr>
            <w:r w:rsidRPr="00FE0535">
              <w:rPr>
                <w:rFonts w:ascii="Calibri" w:hAnsi="Calibri" w:cs="Calibri"/>
                <w:b/>
                <w:bCs/>
              </w:rPr>
              <w:t>Планируемый результат</w:t>
            </w:r>
          </w:p>
        </w:tc>
        <w:tc>
          <w:tcPr>
            <w:tcW w:w="2096" w:type="dxa"/>
          </w:tcPr>
          <w:p w:rsidR="00F44E79" w:rsidRPr="00FE0535" w:rsidRDefault="00F44E79" w:rsidP="00FE0535">
            <w:pPr>
              <w:spacing w:after="16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496" w:type="dxa"/>
          </w:tcPr>
          <w:p w:rsidR="00F44E79" w:rsidRPr="00FE0535" w:rsidRDefault="00F44E79" w:rsidP="00FE0535">
            <w:pPr>
              <w:spacing w:after="160"/>
              <w:rPr>
                <w:rFonts w:ascii="Calibri" w:hAnsi="Calibri" w:cs="Calibri"/>
                <w:b/>
                <w:bCs/>
              </w:rPr>
            </w:pPr>
            <w:r w:rsidRPr="00FE0535">
              <w:rPr>
                <w:rFonts w:ascii="Calibri" w:hAnsi="Calibri" w:cs="Calibri"/>
                <w:b/>
                <w:bCs/>
              </w:rPr>
              <w:t>Форма отчётности</w:t>
            </w:r>
          </w:p>
        </w:tc>
      </w:tr>
      <w:tr w:rsidR="00F44E79" w:rsidRPr="00D12896" w:rsidTr="00FE0535">
        <w:tc>
          <w:tcPr>
            <w:tcW w:w="1888" w:type="dxa"/>
          </w:tcPr>
          <w:p w:rsidR="00F44E79" w:rsidRPr="00FE0535" w:rsidRDefault="00F44E79" w:rsidP="00FE0535">
            <w:pPr>
              <w:spacing w:after="160"/>
              <w:rPr>
                <w:rFonts w:ascii="Calibri" w:hAnsi="Calibri" w:cs="Calibri"/>
              </w:rPr>
            </w:pPr>
            <w:r w:rsidRPr="00FE0535">
              <w:rPr>
                <w:rFonts w:ascii="Calibri" w:hAnsi="Calibri" w:cs="Calibri"/>
              </w:rPr>
              <w:t>тестирование</w:t>
            </w:r>
          </w:p>
        </w:tc>
        <w:tc>
          <w:tcPr>
            <w:tcW w:w="1715" w:type="dxa"/>
          </w:tcPr>
          <w:p w:rsidR="00F44E79" w:rsidRPr="00FE0535" w:rsidRDefault="00F44E79" w:rsidP="00FE0535">
            <w:pPr>
              <w:spacing w:after="160"/>
              <w:rPr>
                <w:rFonts w:ascii="Calibri" w:hAnsi="Calibri" w:cs="Calibri"/>
              </w:rPr>
            </w:pPr>
            <w:r w:rsidRPr="00FE0535">
              <w:rPr>
                <w:rFonts w:ascii="Calibri" w:hAnsi="Calibri" w:cs="Calibri"/>
              </w:rPr>
              <w:t>Диагностика готовности к обучению в школе</w:t>
            </w:r>
          </w:p>
        </w:tc>
        <w:tc>
          <w:tcPr>
            <w:tcW w:w="1422" w:type="dxa"/>
          </w:tcPr>
          <w:p w:rsidR="00F44E79" w:rsidRPr="00FE0535" w:rsidRDefault="00F44E79" w:rsidP="00FE0535">
            <w:pPr>
              <w:spacing w:after="160"/>
              <w:rPr>
                <w:rFonts w:ascii="Calibri" w:hAnsi="Calibri" w:cs="Calibri"/>
              </w:rPr>
            </w:pPr>
            <w:r w:rsidRPr="00FE0535">
              <w:rPr>
                <w:rFonts w:ascii="Calibri" w:hAnsi="Calibri" w:cs="Calibri"/>
              </w:rPr>
              <w:t>1 класс</w:t>
            </w:r>
          </w:p>
        </w:tc>
        <w:tc>
          <w:tcPr>
            <w:tcW w:w="1839" w:type="dxa"/>
          </w:tcPr>
          <w:p w:rsidR="00F44E79" w:rsidRPr="00FE0535" w:rsidRDefault="00F44E79" w:rsidP="00FE0535">
            <w:pPr>
              <w:spacing w:after="160"/>
              <w:rPr>
                <w:rFonts w:ascii="Calibri" w:hAnsi="Calibri" w:cs="Calibri"/>
              </w:rPr>
            </w:pPr>
            <w:r w:rsidRPr="00FE0535">
              <w:rPr>
                <w:rFonts w:ascii="Calibri" w:hAnsi="Calibri" w:cs="Calibri"/>
              </w:rPr>
              <w:t>Готовность к школе</w:t>
            </w:r>
          </w:p>
        </w:tc>
        <w:tc>
          <w:tcPr>
            <w:tcW w:w="2096" w:type="dxa"/>
          </w:tcPr>
          <w:p w:rsidR="00F44E79" w:rsidRPr="00FE0535" w:rsidRDefault="00F44E79" w:rsidP="00FE0535">
            <w:pPr>
              <w:spacing w:after="160"/>
              <w:rPr>
                <w:rFonts w:ascii="Calibri" w:hAnsi="Calibri" w:cs="Calibri"/>
              </w:rPr>
            </w:pPr>
            <w:r w:rsidRPr="00FE0535">
              <w:rPr>
                <w:rFonts w:ascii="Calibri" w:hAnsi="Calibri" w:cs="Calibri"/>
              </w:rPr>
              <w:t>Диагностика Керна – Йирасика</w:t>
            </w:r>
          </w:p>
          <w:p w:rsidR="00F44E79" w:rsidRPr="00FE0535" w:rsidRDefault="00F44E79" w:rsidP="00FE0535">
            <w:pPr>
              <w:spacing w:after="160"/>
              <w:rPr>
                <w:rFonts w:ascii="Calibri" w:hAnsi="Calibri" w:cs="Calibri"/>
              </w:rPr>
            </w:pPr>
          </w:p>
        </w:tc>
        <w:tc>
          <w:tcPr>
            <w:tcW w:w="1496" w:type="dxa"/>
          </w:tcPr>
          <w:p w:rsidR="00F44E79" w:rsidRPr="00FE0535" w:rsidRDefault="00F44E79" w:rsidP="00FE0535">
            <w:pPr>
              <w:spacing w:after="160"/>
              <w:rPr>
                <w:rFonts w:ascii="Calibri" w:hAnsi="Calibri" w:cs="Calibri"/>
              </w:rPr>
            </w:pPr>
            <w:r w:rsidRPr="00FE0535">
              <w:rPr>
                <w:rFonts w:ascii="Calibri" w:hAnsi="Calibri" w:cs="Calibri"/>
              </w:rPr>
              <w:t>Справка</w:t>
            </w:r>
          </w:p>
        </w:tc>
      </w:tr>
    </w:tbl>
    <w:p w:rsidR="00F44E79" w:rsidRPr="00A54169" w:rsidRDefault="00F44E79" w:rsidP="000149D8">
      <w:pPr>
        <w:shd w:val="clear" w:color="auto" w:fill="FFFFFF"/>
        <w:rPr>
          <w:rFonts w:cs="Times New Roman"/>
          <w:b/>
          <w:bCs/>
          <w:color w:val="262633"/>
          <w:szCs w:val="20"/>
        </w:rPr>
      </w:pPr>
      <w:r w:rsidRPr="00A54169">
        <w:rPr>
          <w:rFonts w:cs="Times New Roman"/>
          <w:b/>
          <w:bCs/>
          <w:color w:val="262633"/>
          <w:szCs w:val="20"/>
        </w:rPr>
        <w:t>Тест Керна—Йерасека</w:t>
      </w:r>
    </w:p>
    <w:p w:rsidR="00F44E79" w:rsidRPr="00A54169" w:rsidRDefault="00F44E79" w:rsidP="000149D8">
      <w:pPr>
        <w:shd w:val="clear" w:color="auto" w:fill="FFFFFF"/>
        <w:rPr>
          <w:rFonts w:cs="Times New Roman"/>
          <w:color w:val="262633"/>
          <w:szCs w:val="20"/>
        </w:rPr>
      </w:pPr>
      <w:r w:rsidRPr="00A54169">
        <w:rPr>
          <w:rFonts w:cs="Times New Roman"/>
          <w:color w:val="262633"/>
          <w:szCs w:val="20"/>
        </w:rPr>
        <w:t>Этот тест обладает рядом существенных достоинств для первоначального обследования</w:t>
      </w:r>
    </w:p>
    <w:p w:rsidR="00F44E79" w:rsidRPr="00A54169" w:rsidRDefault="00F44E79" w:rsidP="000149D8">
      <w:pPr>
        <w:shd w:val="clear" w:color="auto" w:fill="FFFFFF"/>
        <w:rPr>
          <w:rFonts w:cs="Times New Roman"/>
          <w:color w:val="262633"/>
          <w:szCs w:val="20"/>
        </w:rPr>
      </w:pPr>
      <w:r w:rsidRPr="00A54169">
        <w:rPr>
          <w:rFonts w:cs="Times New Roman"/>
          <w:color w:val="262633"/>
          <w:szCs w:val="20"/>
        </w:rPr>
        <w:t>детей: не требует продолжительного времени для проведения;</w:t>
      </w:r>
    </w:p>
    <w:p w:rsidR="00F44E79" w:rsidRPr="00A54169" w:rsidRDefault="00F44E79" w:rsidP="000149D8">
      <w:pPr>
        <w:shd w:val="clear" w:color="auto" w:fill="FFFFFF"/>
        <w:rPr>
          <w:rFonts w:cs="Times New Roman"/>
          <w:color w:val="262633"/>
          <w:szCs w:val="20"/>
        </w:rPr>
      </w:pPr>
      <w:r w:rsidRPr="00A54169">
        <w:rPr>
          <w:rFonts w:cs="Times New Roman"/>
          <w:color w:val="262633"/>
          <w:szCs w:val="20"/>
          <w:shd w:val="clear" w:color="auto" w:fill="FFFFFF"/>
        </w:rPr>
        <w:t>может быть использован как для индивидуальных, так и для групповых обследований;</w:t>
      </w:r>
      <w:r w:rsidRPr="00A54169">
        <w:rPr>
          <w:rFonts w:cs="Times New Roman"/>
          <w:color w:val="262633"/>
          <w:szCs w:val="20"/>
        </w:rPr>
        <w:t xml:space="preserve"> </w:t>
      </w:r>
      <w:r w:rsidRPr="00A54169">
        <w:rPr>
          <w:rFonts w:cs="Times New Roman"/>
          <w:color w:val="262633"/>
          <w:szCs w:val="20"/>
          <w:shd w:val="clear" w:color="auto" w:fill="FFFFFF"/>
        </w:rPr>
        <w:t>имеет нормативы, разработанные на большой выборке;</w:t>
      </w:r>
      <w:r w:rsidRPr="00A54169">
        <w:rPr>
          <w:rFonts w:cs="Times New Roman"/>
          <w:color w:val="262633"/>
          <w:szCs w:val="20"/>
        </w:rPr>
        <w:t xml:space="preserve"> не требует специальных средств и условий для проведения. Все три задания направлены на определение развития тонкой моторике руки и координации зрения и движений руки, эти умения необходимы в школе для овладения письменности. Также тест позволяет выявить (в общих чертах) интеллект развития ребенка. Задания срисовывание письменных букв и срисовывание группы точек выявляет умение ребят воспроизводить образец. Эти задания также позволяют определить, может ли ребенок работать не которое время сосредоточенно, не отвлекаясь.</w:t>
      </w:r>
    </w:p>
    <w:p w:rsidR="00F44E79" w:rsidRPr="00A54169" w:rsidRDefault="00F44E79" w:rsidP="000149D8">
      <w:pPr>
        <w:shd w:val="clear" w:color="auto" w:fill="FFFFFF"/>
        <w:rPr>
          <w:rFonts w:cs="Times New Roman"/>
          <w:color w:val="262633"/>
          <w:szCs w:val="20"/>
        </w:rPr>
      </w:pPr>
      <w:r w:rsidRPr="00A54169">
        <w:rPr>
          <w:rFonts w:cs="Times New Roman"/>
          <w:color w:val="262633"/>
          <w:szCs w:val="20"/>
        </w:rPr>
        <w:t>Краткое описание теста Ориентировочный тест школьной зрелости Я. Йерасека является модификацией теста А. Керна. Тест состоит из трех заданий: рисование мужской фигуры по представлению, подражание письменным буквам,</w:t>
      </w:r>
    </w:p>
    <w:p w:rsidR="00F44E79" w:rsidRPr="00A54169" w:rsidRDefault="00F44E79" w:rsidP="000149D8">
      <w:pPr>
        <w:shd w:val="clear" w:color="auto" w:fill="FFFFFF"/>
        <w:rPr>
          <w:rFonts w:cs="Times New Roman"/>
          <w:color w:val="262633"/>
          <w:szCs w:val="20"/>
        </w:rPr>
      </w:pPr>
      <w:r w:rsidRPr="00A54169">
        <w:rPr>
          <w:rFonts w:cs="Times New Roman"/>
          <w:color w:val="262633"/>
          <w:szCs w:val="20"/>
        </w:rPr>
        <w:t>Срисовывание группы точек. Йерасек ввел дополнительное четвертое задание, которое заключается в ответах на вопросы (каждому ребенку предлагается ответить на 20 вопросов). Рисунок мужчины нужно выполнить по представлению. При срисовывании написанных слов должны быть обеспечены одинаковые условия, как и при срисовывании группы точек, объединенных в геометрическую фигуру. Для этого каждому ребенку раздаются листы бумаги с представленными образцами выполнения второго и третьего задания. Все три задания предъявляют требования в плане тонкой моторики руки.</w:t>
      </w:r>
    </w:p>
    <w:p w:rsidR="00F44E79" w:rsidRPr="00A54169" w:rsidRDefault="00F44E79" w:rsidP="000149D8">
      <w:pPr>
        <w:shd w:val="clear" w:color="auto" w:fill="FFFFFF"/>
        <w:rPr>
          <w:rFonts w:cs="Times New Roman"/>
          <w:color w:val="262633"/>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3"/>
        <w:gridCol w:w="1068"/>
        <w:gridCol w:w="913"/>
        <w:gridCol w:w="1332"/>
        <w:gridCol w:w="1164"/>
        <w:gridCol w:w="1097"/>
      </w:tblGrid>
      <w:tr w:rsidR="00F44E79" w:rsidRPr="0041054D" w:rsidTr="00FE0535">
        <w:tc>
          <w:tcPr>
            <w:tcW w:w="10456" w:type="dxa"/>
            <w:gridSpan w:val="6"/>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План работы на октябрь</w:t>
            </w:r>
          </w:p>
        </w:tc>
      </w:tr>
      <w:tr w:rsidR="00F44E79" w:rsidRPr="0041054D" w:rsidTr="00FE0535">
        <w:tc>
          <w:tcPr>
            <w:tcW w:w="1745" w:type="dxa"/>
            <w:vMerge w:val="restart"/>
          </w:tcPr>
          <w:p w:rsidR="00F44E79" w:rsidRPr="00FE0535" w:rsidRDefault="00F44E79" w:rsidP="000149D8">
            <w:pPr>
              <w:rPr>
                <w:rFonts w:ascii="Calibri" w:hAnsi="Calibri" w:cs="Calibri"/>
                <w:b/>
                <w:bCs/>
              </w:rPr>
            </w:pPr>
            <w:r w:rsidRPr="00FE0535">
              <w:rPr>
                <w:rFonts w:ascii="Calibri" w:hAnsi="Calibri" w:cs="Calibri"/>
                <w:b/>
                <w:bCs/>
              </w:rPr>
              <w:t>Наименование работы</w:t>
            </w:r>
          </w:p>
          <w:p w:rsidR="00F44E79" w:rsidRPr="00FE0535" w:rsidRDefault="00F44E79" w:rsidP="00FE0535">
            <w:pPr>
              <w:spacing w:before="30" w:after="30"/>
              <w:rPr>
                <w:rFonts w:ascii="Calibri" w:hAnsi="Calibri" w:cs="Calibri"/>
                <w:b/>
                <w:bCs/>
              </w:rPr>
            </w:pPr>
          </w:p>
        </w:tc>
        <w:tc>
          <w:tcPr>
            <w:tcW w:w="8711"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w:t>
            </w:r>
            <w:r w:rsidRPr="00FE0535">
              <w:rPr>
                <w:rFonts w:ascii="Calibri" w:hAnsi="Calibri" w:cs="Calibri"/>
              </w:rPr>
              <w:t xml:space="preserve"> </w:t>
            </w:r>
            <w:r w:rsidRPr="00FE0535">
              <w:rPr>
                <w:rFonts w:ascii="Calibri" w:hAnsi="Calibri" w:cs="Calibri"/>
                <w:b/>
                <w:bCs/>
              </w:rPr>
              <w:t>диагностическое</w:t>
            </w:r>
          </w:p>
        </w:tc>
      </w:tr>
      <w:tr w:rsidR="00F44E79" w:rsidRPr="0041054D" w:rsidTr="00FE0535">
        <w:tc>
          <w:tcPr>
            <w:tcW w:w="1745" w:type="dxa"/>
            <w:vMerge/>
          </w:tcPr>
          <w:p w:rsidR="00F44E79" w:rsidRPr="00FE0535" w:rsidRDefault="00F44E79" w:rsidP="00FE0535">
            <w:pPr>
              <w:spacing w:before="30" w:after="30"/>
              <w:rPr>
                <w:rFonts w:ascii="Calibri" w:hAnsi="Calibri" w:cs="Calibri"/>
                <w:b/>
                <w:bCs/>
              </w:rPr>
            </w:pPr>
          </w:p>
        </w:tc>
        <w:tc>
          <w:tcPr>
            <w:tcW w:w="1773"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496"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1790"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844"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808" w:type="dxa"/>
          </w:tcPr>
          <w:p w:rsidR="00F44E79" w:rsidRPr="00FE0535" w:rsidRDefault="00F44E79" w:rsidP="00FE0535">
            <w:pPr>
              <w:spacing w:before="30" w:after="30"/>
              <w:rPr>
                <w:rFonts w:ascii="Calibri" w:hAnsi="Calibri" w:cs="Calibri"/>
                <w:b/>
                <w:bCs/>
              </w:rPr>
            </w:pPr>
            <w:r w:rsidRPr="00FE0535">
              <w:rPr>
                <w:rFonts w:ascii="Calibri" w:hAnsi="Calibri" w:cs="Calibri"/>
                <w:b/>
                <w:bCs/>
              </w:rPr>
              <w:t>Форма отчётности</w:t>
            </w:r>
          </w:p>
        </w:tc>
      </w:tr>
      <w:tr w:rsidR="00F44E79" w:rsidRPr="00A56C83" w:rsidTr="00FE0535">
        <w:tc>
          <w:tcPr>
            <w:tcW w:w="1745" w:type="dxa"/>
          </w:tcPr>
          <w:p w:rsidR="00F44E79" w:rsidRPr="00FE0535" w:rsidRDefault="00F44E79" w:rsidP="00FE0535">
            <w:pPr>
              <w:spacing w:before="30" w:after="30"/>
              <w:rPr>
                <w:rFonts w:ascii="Calibri" w:hAnsi="Calibri" w:cs="Calibri"/>
              </w:rPr>
            </w:pPr>
            <w:r w:rsidRPr="00FE0535">
              <w:rPr>
                <w:rFonts w:ascii="Calibri" w:hAnsi="Calibri" w:cs="Calibri"/>
              </w:rPr>
              <w:t>Исследование процесса адаптации к обучению в начальном звене для создания психолого-педагогических условий, способствующих успешному обучению</w:t>
            </w:r>
          </w:p>
        </w:tc>
        <w:tc>
          <w:tcPr>
            <w:tcW w:w="1773" w:type="dxa"/>
          </w:tcPr>
          <w:p w:rsidR="00F44E79" w:rsidRPr="00FE0535" w:rsidRDefault="00F44E79" w:rsidP="00FE0535">
            <w:pPr>
              <w:spacing w:before="30" w:after="30"/>
              <w:rPr>
                <w:rFonts w:ascii="Calibri" w:hAnsi="Calibri" w:cs="Calibri"/>
              </w:rPr>
            </w:pPr>
            <w:r w:rsidRPr="00FE0535">
              <w:rPr>
                <w:rFonts w:ascii="Calibri" w:hAnsi="Calibri" w:cs="Calibri"/>
              </w:rPr>
              <w:t>Психологическое сопровождение ФГОС</w:t>
            </w:r>
          </w:p>
        </w:tc>
        <w:tc>
          <w:tcPr>
            <w:tcW w:w="1496" w:type="dxa"/>
          </w:tcPr>
          <w:p w:rsidR="00F44E79" w:rsidRPr="00FE0535" w:rsidRDefault="00F44E79" w:rsidP="00FE0535">
            <w:pPr>
              <w:spacing w:before="30" w:after="30"/>
              <w:rPr>
                <w:rFonts w:ascii="Calibri" w:hAnsi="Calibri" w:cs="Calibri"/>
              </w:rPr>
            </w:pPr>
            <w:r w:rsidRPr="00FE0535">
              <w:rPr>
                <w:rFonts w:ascii="Calibri" w:hAnsi="Calibri" w:cs="Calibri"/>
              </w:rPr>
              <w:t>Обучающихся 1-го класса, классные руководители и родители</w:t>
            </w:r>
          </w:p>
        </w:tc>
        <w:tc>
          <w:tcPr>
            <w:tcW w:w="1790" w:type="dxa"/>
          </w:tcPr>
          <w:p w:rsidR="00F44E79" w:rsidRPr="00FE0535" w:rsidRDefault="00F44E79" w:rsidP="00FE0535">
            <w:pPr>
              <w:spacing w:before="30" w:after="30"/>
              <w:rPr>
                <w:rFonts w:ascii="Calibri" w:hAnsi="Calibri" w:cs="Calibri"/>
              </w:rPr>
            </w:pPr>
            <w:r w:rsidRPr="00FE0535">
              <w:rPr>
                <w:rFonts w:ascii="Calibri" w:hAnsi="Calibri" w:cs="Calibri"/>
              </w:rPr>
              <w:t>Выводы по изучению эмоционально-волевой и поведенческой сфер первоклассников. Выявление адаптации к учебной деятельности. Выявление детей с трудностями адаптации. Определение зоны и содержания возможных проблем адаптации.</w:t>
            </w:r>
          </w:p>
          <w:p w:rsidR="00F44E79" w:rsidRPr="00FE0535" w:rsidRDefault="00F44E79" w:rsidP="00FE0535">
            <w:pPr>
              <w:spacing w:before="30" w:after="30"/>
              <w:rPr>
                <w:rFonts w:ascii="Calibri" w:hAnsi="Calibri" w:cs="Calibri"/>
              </w:rPr>
            </w:pPr>
            <w:r w:rsidRPr="00FE0535">
              <w:rPr>
                <w:rFonts w:ascii="Calibri" w:hAnsi="Calibri" w:cs="Calibri"/>
              </w:rPr>
              <w:t>Определение степени выраженности мотивации учения</w:t>
            </w:r>
          </w:p>
        </w:tc>
        <w:tc>
          <w:tcPr>
            <w:tcW w:w="1844" w:type="dxa"/>
          </w:tcPr>
          <w:p w:rsidR="00F44E79" w:rsidRPr="00FE0535" w:rsidRDefault="00F44E79" w:rsidP="00FE0535">
            <w:pPr>
              <w:spacing w:before="30" w:after="30"/>
              <w:rPr>
                <w:rFonts w:ascii="Calibri" w:hAnsi="Calibri" w:cs="Calibri"/>
              </w:rPr>
            </w:pPr>
            <w:r w:rsidRPr="00FE0535">
              <w:rPr>
                <w:rFonts w:ascii="Calibri" w:hAnsi="Calibri" w:cs="Calibri"/>
              </w:rPr>
              <w:t>1. Эмоциональное состояние: «Дерево»</w:t>
            </w:r>
          </w:p>
          <w:p w:rsidR="00F44E79" w:rsidRPr="00FE0535" w:rsidRDefault="00F44E79" w:rsidP="00FE0535">
            <w:pPr>
              <w:spacing w:before="30" w:after="30"/>
              <w:rPr>
                <w:rFonts w:ascii="Calibri" w:hAnsi="Calibri" w:cs="Calibri"/>
              </w:rPr>
            </w:pPr>
            <w:r w:rsidRPr="00FE0535">
              <w:rPr>
                <w:rFonts w:ascii="Calibri" w:hAnsi="Calibri" w:cs="Calibri"/>
              </w:rPr>
              <w:t>2. «Экспертная оценка адаптированности ребёнка к школе» (авторы В.И. Чирков, О.Л. Соколова, О.В. Сорокина) (экспертная оценка родителей).</w:t>
            </w:r>
          </w:p>
          <w:p w:rsidR="00F44E79" w:rsidRPr="00FE0535" w:rsidRDefault="00F44E79" w:rsidP="00FE0535">
            <w:pPr>
              <w:spacing w:before="30" w:after="30"/>
              <w:rPr>
                <w:rFonts w:ascii="Calibri" w:hAnsi="Calibri" w:cs="Calibri"/>
              </w:rPr>
            </w:pPr>
            <w:r w:rsidRPr="00FE0535">
              <w:rPr>
                <w:rFonts w:ascii="Calibri" w:hAnsi="Calibri" w:cs="Calibri"/>
              </w:rPr>
              <w:t>3. Анкета «Оценка школьной мотивации» Н.Г. Лускановой</w:t>
            </w:r>
          </w:p>
        </w:tc>
        <w:tc>
          <w:tcPr>
            <w:tcW w:w="1808" w:type="dxa"/>
          </w:tcPr>
          <w:p w:rsidR="00F44E79" w:rsidRPr="00FE0535" w:rsidRDefault="00F44E79" w:rsidP="00FE0535">
            <w:pPr>
              <w:spacing w:before="30" w:after="30"/>
              <w:jc w:val="center"/>
              <w:rPr>
                <w:rFonts w:ascii="Calibri" w:hAnsi="Calibri" w:cs="Calibri"/>
              </w:rPr>
            </w:pPr>
            <w:r w:rsidRPr="00FE0535">
              <w:rPr>
                <w:rFonts w:ascii="Calibri" w:hAnsi="Calibri" w:cs="Calibri"/>
              </w:rPr>
              <w:t>Аналитическая справка.</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 Сводная таблица результатов</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 диагностического исследования</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 учащихся 1-го класса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(социально-психологический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мониторинг – адекватная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ориентировка в новых </w:t>
            </w:r>
          </w:p>
          <w:p w:rsidR="00F44E79" w:rsidRPr="00FE0535" w:rsidRDefault="00F44E79" w:rsidP="00FE0535">
            <w:pPr>
              <w:spacing w:before="30" w:after="30"/>
              <w:jc w:val="center"/>
              <w:rPr>
                <w:rFonts w:ascii="Calibri" w:hAnsi="Calibri" w:cs="Calibri"/>
              </w:rPr>
            </w:pPr>
            <w:r w:rsidRPr="00FE0535">
              <w:rPr>
                <w:rFonts w:ascii="Calibri" w:hAnsi="Calibri" w:cs="Calibri"/>
              </w:rPr>
              <w:t>социальных условиях)</w:t>
            </w:r>
          </w:p>
        </w:tc>
      </w:tr>
      <w:tr w:rsidR="00F44E79" w:rsidRPr="00212BAE" w:rsidTr="00FE0535">
        <w:tc>
          <w:tcPr>
            <w:tcW w:w="1745" w:type="dxa"/>
          </w:tcPr>
          <w:p w:rsidR="00F44E79" w:rsidRPr="00FE0535" w:rsidRDefault="00F44E79" w:rsidP="00FE0535">
            <w:pPr>
              <w:spacing w:before="30" w:after="30"/>
              <w:rPr>
                <w:rFonts w:ascii="Calibri" w:hAnsi="Calibri" w:cs="Calibri"/>
              </w:rPr>
            </w:pPr>
            <w:r w:rsidRPr="00FE0535">
              <w:rPr>
                <w:rFonts w:ascii="Calibri" w:hAnsi="Calibri" w:cs="Calibri"/>
              </w:rPr>
              <w:t>Исследование процесса адаптации учащихся 5-го классов к новым условиям обучения для создания психолого-педагогических условий, способствующих успешному обучению</w:t>
            </w:r>
          </w:p>
          <w:p w:rsidR="00F44E79" w:rsidRPr="00FE0535" w:rsidRDefault="00F44E79" w:rsidP="00FE0535">
            <w:pPr>
              <w:spacing w:before="30" w:after="30"/>
              <w:rPr>
                <w:rFonts w:ascii="Calibri" w:hAnsi="Calibri" w:cs="Calibri"/>
              </w:rPr>
            </w:pPr>
            <w:r w:rsidRPr="00FE0535">
              <w:rPr>
                <w:rFonts w:ascii="Calibri" w:hAnsi="Calibri" w:cs="Calibri"/>
              </w:rPr>
              <w:t>(стартовая диагностика)</w:t>
            </w:r>
          </w:p>
        </w:tc>
        <w:tc>
          <w:tcPr>
            <w:tcW w:w="1773" w:type="dxa"/>
          </w:tcPr>
          <w:p w:rsidR="00F44E79" w:rsidRPr="00FE0535" w:rsidRDefault="00F44E79" w:rsidP="00FE0535">
            <w:pPr>
              <w:spacing w:before="30" w:after="30"/>
              <w:rPr>
                <w:rFonts w:ascii="Calibri" w:hAnsi="Calibri" w:cs="Calibri"/>
              </w:rPr>
            </w:pPr>
            <w:r w:rsidRPr="00FE0535">
              <w:rPr>
                <w:rFonts w:ascii="Calibri" w:hAnsi="Calibri" w:cs="Calibri"/>
              </w:rPr>
              <w:t>Психологическое сопровождение ФГОС ООО</w:t>
            </w:r>
          </w:p>
        </w:tc>
        <w:tc>
          <w:tcPr>
            <w:tcW w:w="1496" w:type="dxa"/>
          </w:tcPr>
          <w:p w:rsidR="00F44E79" w:rsidRPr="00FE0535" w:rsidRDefault="00F44E79" w:rsidP="00FE0535">
            <w:pPr>
              <w:spacing w:before="30" w:after="30"/>
              <w:rPr>
                <w:rFonts w:ascii="Calibri" w:hAnsi="Calibri" w:cs="Calibri"/>
              </w:rPr>
            </w:pPr>
            <w:r w:rsidRPr="00FE0535">
              <w:rPr>
                <w:rFonts w:ascii="Calibri" w:hAnsi="Calibri" w:cs="Calibri"/>
              </w:rPr>
              <w:t>Обучающихся 5-го классов, классные руководители и родители</w:t>
            </w:r>
          </w:p>
        </w:tc>
        <w:tc>
          <w:tcPr>
            <w:tcW w:w="1790" w:type="dxa"/>
          </w:tcPr>
          <w:p w:rsidR="00F44E79" w:rsidRPr="00FE0535" w:rsidRDefault="00F44E79" w:rsidP="00FE0535">
            <w:pPr>
              <w:spacing w:before="30" w:after="30"/>
              <w:rPr>
                <w:rFonts w:ascii="Calibri" w:hAnsi="Calibri" w:cs="Calibri"/>
              </w:rPr>
            </w:pPr>
            <w:r w:rsidRPr="00FE0535">
              <w:rPr>
                <w:rFonts w:ascii="Calibri" w:hAnsi="Calibri" w:cs="Calibri"/>
              </w:rPr>
              <w:t>Определение психоэмоционального состояния учащихся. Выявление уровня адаптации обучающихся к учебной деятельности в новых условиях. Выявление детей с трудностями адаптации.</w:t>
            </w:r>
          </w:p>
          <w:p w:rsidR="00F44E79" w:rsidRPr="00FE0535" w:rsidRDefault="00F44E79" w:rsidP="00FE0535">
            <w:pPr>
              <w:spacing w:before="30" w:after="30"/>
              <w:rPr>
                <w:rFonts w:ascii="Calibri" w:hAnsi="Calibri" w:cs="Calibri"/>
              </w:rPr>
            </w:pPr>
            <w:r w:rsidRPr="00FE0535">
              <w:rPr>
                <w:rFonts w:ascii="Calibri" w:hAnsi="Calibri" w:cs="Calibri"/>
              </w:rPr>
              <w:t>Выявление учащихся с высоким уровнем школьной тревожности.</w:t>
            </w:r>
          </w:p>
          <w:p w:rsidR="00F44E79" w:rsidRPr="00FE0535" w:rsidRDefault="00F44E79" w:rsidP="00FE0535">
            <w:pPr>
              <w:spacing w:before="30" w:after="30"/>
              <w:rPr>
                <w:rFonts w:ascii="Calibri" w:hAnsi="Calibri" w:cs="Calibri"/>
              </w:rPr>
            </w:pPr>
            <w:r w:rsidRPr="00FE0535">
              <w:rPr>
                <w:rFonts w:ascii="Calibri" w:hAnsi="Calibri" w:cs="Calibri"/>
              </w:rPr>
              <w:t>Определение степени выраженности мотивации учения. Определение социально-психологического климата класса</w:t>
            </w:r>
          </w:p>
          <w:p w:rsidR="00F44E79" w:rsidRPr="00FE0535" w:rsidRDefault="00F44E79" w:rsidP="00FE0535">
            <w:pPr>
              <w:spacing w:before="30" w:after="30"/>
              <w:rPr>
                <w:rFonts w:ascii="Calibri" w:hAnsi="Calibri" w:cs="Calibri"/>
              </w:rPr>
            </w:pPr>
            <w:r w:rsidRPr="00FE0535">
              <w:rPr>
                <w:rFonts w:ascii="Calibri" w:hAnsi="Calibri" w:cs="Calibri"/>
              </w:rPr>
              <w:t>Составление сводной таблицы результатов  диагностического исследования учащихся 5-х классов</w:t>
            </w:r>
          </w:p>
        </w:tc>
        <w:tc>
          <w:tcPr>
            <w:tcW w:w="1844" w:type="dxa"/>
          </w:tcPr>
          <w:p w:rsidR="00F44E79" w:rsidRPr="00FE0535" w:rsidRDefault="00F44E79" w:rsidP="00FE0535">
            <w:pPr>
              <w:spacing w:before="30" w:after="30"/>
              <w:rPr>
                <w:rFonts w:ascii="Calibri" w:hAnsi="Calibri" w:cs="Calibri"/>
              </w:rPr>
            </w:pPr>
            <w:r w:rsidRPr="00FE0535">
              <w:rPr>
                <w:rFonts w:ascii="Calibri" w:hAnsi="Calibri" w:cs="Calibri"/>
              </w:rPr>
              <w:t>1. «Экспертная оценка адаптированности ребёнка к школе» (авторы В.И. Чирков, О.Л. Соколова, О.В. Сорокина (экспертная оценка родителей).</w:t>
            </w:r>
          </w:p>
          <w:p w:rsidR="00F44E79" w:rsidRPr="00FE0535" w:rsidRDefault="00F44E79" w:rsidP="00FE0535">
            <w:pPr>
              <w:spacing w:before="30" w:after="30"/>
              <w:rPr>
                <w:rFonts w:ascii="Calibri" w:hAnsi="Calibri" w:cs="Calibri"/>
              </w:rPr>
            </w:pPr>
            <w:r w:rsidRPr="00FE0535">
              <w:rPr>
                <w:rFonts w:ascii="Calibri" w:hAnsi="Calibri" w:cs="Calibri"/>
              </w:rPr>
              <w:t>2. Методика выявления тревожности в период адаптации (автор О. Хмельницкая).</w:t>
            </w:r>
          </w:p>
          <w:p w:rsidR="00F44E79" w:rsidRPr="00FE0535" w:rsidRDefault="00F44E79" w:rsidP="00FE0535">
            <w:pPr>
              <w:spacing w:before="30" w:after="30"/>
              <w:rPr>
                <w:rFonts w:ascii="Calibri" w:hAnsi="Calibri" w:cs="Calibri"/>
              </w:rPr>
            </w:pPr>
            <w:r w:rsidRPr="00FE0535">
              <w:rPr>
                <w:rFonts w:ascii="Calibri" w:hAnsi="Calibri" w:cs="Calibri"/>
              </w:rPr>
              <w:t xml:space="preserve">3. Методика изучения мотивации учебной деятельности ((автор </w:t>
            </w:r>
            <w:hyperlink r:id="rId839" w:history="1">
              <w:r w:rsidRPr="00FE0535">
                <w:rPr>
                  <w:rFonts w:ascii="Calibri" w:hAnsi="Calibri" w:cs="Calibri"/>
                </w:rPr>
                <w:t>Дубовицкая Т.Д.</w:t>
              </w:r>
            </w:hyperlink>
            <w:r w:rsidRPr="00FE0535">
              <w:rPr>
                <w:rFonts w:ascii="Calibri" w:hAnsi="Calibri" w:cs="Calibri"/>
              </w:rPr>
              <w:t>).</w:t>
            </w:r>
          </w:p>
          <w:p w:rsidR="00F44E79" w:rsidRPr="00FE0535" w:rsidRDefault="00F44E79" w:rsidP="00FE0535">
            <w:pPr>
              <w:spacing w:before="30" w:after="30"/>
              <w:rPr>
                <w:rFonts w:ascii="Calibri" w:hAnsi="Calibri" w:cs="Calibri"/>
              </w:rPr>
            </w:pPr>
            <w:r w:rsidRPr="00FE0535">
              <w:rPr>
                <w:rFonts w:ascii="Calibri" w:hAnsi="Calibri" w:cs="Calibri"/>
              </w:rPr>
              <w:t>4. Социометрическое исследование</w:t>
            </w:r>
          </w:p>
          <w:p w:rsidR="00F44E79" w:rsidRPr="00FE0535" w:rsidRDefault="00F44E79" w:rsidP="00FE0535">
            <w:pPr>
              <w:spacing w:before="30" w:after="30"/>
              <w:rPr>
                <w:rFonts w:ascii="Calibri" w:hAnsi="Calibri" w:cs="Calibri"/>
              </w:rPr>
            </w:pPr>
            <w:r w:rsidRPr="00FE0535">
              <w:rPr>
                <w:rFonts w:ascii="Calibri" w:hAnsi="Calibri" w:cs="Calibri"/>
              </w:rPr>
              <w:t>5 Уровень воспитанности 5,7,9,11класс</w:t>
            </w:r>
          </w:p>
        </w:tc>
        <w:tc>
          <w:tcPr>
            <w:tcW w:w="1808" w:type="dxa"/>
          </w:tcPr>
          <w:p w:rsidR="00F44E79" w:rsidRPr="00FE0535" w:rsidRDefault="00F44E79" w:rsidP="00FE0535">
            <w:pPr>
              <w:spacing w:before="30" w:after="30"/>
              <w:jc w:val="center"/>
              <w:rPr>
                <w:rFonts w:ascii="Calibri" w:hAnsi="Calibri" w:cs="Calibri"/>
              </w:rPr>
            </w:pPr>
            <w:r w:rsidRPr="00FE0535">
              <w:rPr>
                <w:rFonts w:ascii="Calibri" w:hAnsi="Calibri" w:cs="Calibri"/>
              </w:rPr>
              <w:t>Аналитическая справка.</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 Сводная таблица результатов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диагностического исследования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учащихся 5-го класса.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Карта индивидуального развития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(социально-психологический </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мониторинг – адекватная </w:t>
            </w:r>
          </w:p>
          <w:p w:rsidR="00F44E79" w:rsidRPr="00FE0535" w:rsidRDefault="00F44E79" w:rsidP="00FE0535">
            <w:pPr>
              <w:spacing w:before="30" w:after="30"/>
              <w:jc w:val="center"/>
              <w:rPr>
                <w:rFonts w:ascii="Calibri" w:hAnsi="Calibri" w:cs="Calibri"/>
              </w:rPr>
            </w:pPr>
            <w:r w:rsidRPr="00FE0535">
              <w:rPr>
                <w:rFonts w:ascii="Calibri" w:hAnsi="Calibri" w:cs="Calibri"/>
              </w:rPr>
              <w:t>ориентировка в новых</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 социальных условиях)</w:t>
            </w:r>
          </w:p>
        </w:tc>
      </w:tr>
    </w:tbl>
    <w:p w:rsidR="00F44E79" w:rsidRDefault="00F44E79" w:rsidP="000149D8">
      <w:pPr>
        <w:shd w:val="clear" w:color="auto" w:fill="FFFFFF"/>
        <w:rPr>
          <w:rFonts w:cs="Times New Roman"/>
        </w:rPr>
      </w:pPr>
    </w:p>
    <w:p w:rsidR="00F44E79" w:rsidRDefault="00F44E79" w:rsidP="000149D8">
      <w:pPr>
        <w:spacing w:before="30" w:after="30"/>
        <w:rPr>
          <w:rFonts w:cs="Times New Roman"/>
        </w:rPr>
      </w:pPr>
    </w:p>
    <w:p w:rsidR="00F44E79" w:rsidRPr="00A54169" w:rsidRDefault="00F44E79" w:rsidP="000149D8">
      <w:pPr>
        <w:spacing w:before="30" w:after="30" w:line="360" w:lineRule="auto"/>
        <w:rPr>
          <w:rFonts w:cs="Times New Roman"/>
          <w:b/>
          <w:bCs/>
          <w:szCs w:val="20"/>
        </w:rPr>
      </w:pPr>
      <w:r w:rsidRPr="00A54169">
        <w:rPr>
          <w:rFonts w:cs="Times New Roman"/>
          <w:b/>
          <w:bCs/>
          <w:szCs w:val="20"/>
        </w:rPr>
        <w:t>Эмоциональное состояние: «Дерево»</w:t>
      </w:r>
    </w:p>
    <w:p w:rsidR="00F44E79" w:rsidRPr="00A54169" w:rsidRDefault="00F44E79" w:rsidP="000149D8">
      <w:pPr>
        <w:pStyle w:val="NormalWeb"/>
        <w:shd w:val="clear" w:color="auto" w:fill="FFFFFF"/>
        <w:spacing w:after="0" w:line="360" w:lineRule="auto"/>
        <w:rPr>
          <w:color w:val="202020"/>
          <w:sz w:val="20"/>
          <w:szCs w:val="20"/>
        </w:rPr>
      </w:pPr>
      <w:r w:rsidRPr="00A54169">
        <w:rPr>
          <w:color w:val="202020"/>
          <w:sz w:val="20"/>
          <w:szCs w:val="20"/>
        </w:rPr>
        <w:t>Тест предназначен для обследования как детей, так и взрослых. Рисунок дерева дает особо богатый материал о «содержании жизни», то есть открывает конкретные ситуации прошлого или отражает черты личности тестируемого.</w:t>
      </w:r>
    </w:p>
    <w:p w:rsidR="00F44E79" w:rsidRPr="00A54169" w:rsidRDefault="00F44E79" w:rsidP="000149D8">
      <w:pPr>
        <w:pStyle w:val="NormalWeb"/>
        <w:shd w:val="clear" w:color="auto" w:fill="FFFFFF"/>
        <w:spacing w:after="0" w:line="360" w:lineRule="auto"/>
        <w:rPr>
          <w:color w:val="202020"/>
          <w:sz w:val="20"/>
          <w:szCs w:val="20"/>
        </w:rPr>
      </w:pPr>
      <w:r w:rsidRPr="00A54169">
        <w:rPr>
          <w:color w:val="202020"/>
          <w:sz w:val="20"/>
          <w:szCs w:val="20"/>
        </w:rPr>
        <w:t>Дерево, по всей видимости, показывает долговременные, неосознанные чувства по отношению к своему Я, которые главным образом существуют на базовом, первичном уровне.</w:t>
      </w:r>
    </w:p>
    <w:p w:rsidR="00F44E79" w:rsidRPr="00A54169" w:rsidRDefault="00F44E79" w:rsidP="000149D8">
      <w:pPr>
        <w:pStyle w:val="NormalWeb"/>
        <w:shd w:val="clear" w:color="auto" w:fill="FFFFFF"/>
        <w:spacing w:after="0" w:line="360" w:lineRule="auto"/>
        <w:rPr>
          <w:color w:val="202020"/>
          <w:sz w:val="20"/>
          <w:szCs w:val="20"/>
        </w:rPr>
      </w:pPr>
      <w:r w:rsidRPr="00A54169">
        <w:rPr>
          <w:color w:val="202020"/>
          <w:sz w:val="20"/>
          <w:szCs w:val="20"/>
        </w:rPr>
        <w:t>При выполнении теста очень важно отслеживать последовательность изображения деталей, все комментарии, самопроизвольно сделанные тестируемым во время рисования, а также его эмоции.</w:t>
      </w:r>
    </w:p>
    <w:p w:rsidR="00F44E79" w:rsidRPr="00A54169" w:rsidRDefault="00F44E79" w:rsidP="000149D8">
      <w:pPr>
        <w:pStyle w:val="NormalWeb"/>
        <w:shd w:val="clear" w:color="auto" w:fill="FFFFFF"/>
        <w:spacing w:after="0" w:line="360" w:lineRule="auto"/>
        <w:rPr>
          <w:sz w:val="20"/>
          <w:szCs w:val="20"/>
        </w:rPr>
      </w:pPr>
      <w:r w:rsidRPr="00A54169">
        <w:rPr>
          <w:b/>
          <w:bCs/>
          <w:sz w:val="20"/>
          <w:szCs w:val="20"/>
        </w:rPr>
        <w:t>«Экспертная оценка адаптированности ребёнка к школе» (В.И. Чирков, О.Л. Соколова, О.В. Сорокина)</w:t>
      </w:r>
      <w:r w:rsidRPr="00A54169">
        <w:rPr>
          <w:sz w:val="20"/>
          <w:szCs w:val="20"/>
        </w:rPr>
        <w:t xml:space="preserve"> </w:t>
      </w:r>
    </w:p>
    <w:p w:rsidR="00F44E79" w:rsidRPr="00A54169" w:rsidRDefault="00F44E79" w:rsidP="000149D8">
      <w:pPr>
        <w:pStyle w:val="NormalWeb"/>
        <w:shd w:val="clear" w:color="auto" w:fill="FFFFFF"/>
        <w:spacing w:after="0" w:line="360" w:lineRule="auto"/>
        <w:rPr>
          <w:sz w:val="20"/>
          <w:szCs w:val="20"/>
        </w:rPr>
      </w:pPr>
      <w:r w:rsidRPr="00A54169">
        <w:rPr>
          <w:sz w:val="20"/>
          <w:szCs w:val="20"/>
        </w:rPr>
        <w:t xml:space="preserve">Схема содержит упорядоченный набор поведенческих, аффективных и социальнопсихологических характеристик, позволяющих оценить приспособленность ребенка к школе. Схема для учителей включает в себя 4 критерия адаптированности и 7 характеристик (шкал) для их оценки. В качестве критериев выбраны: •эффективность учебной деятельности; •усвоение школьных норм поведения; •успешность социальных контактов; •эмоциональное благополучие. Схему можно заполнять как один раз, так и в течение определенного времени. При одноразовом применении схем педагогов просят выбрать утверждение, наиболее точно отражающее состояние ребенка на данный момент (каждое утверждение имеет свой балл). На основании суммы полученных баллов по каждой схеме можно оценить адаптированность ребенка к школе. </w:t>
      </w:r>
    </w:p>
    <w:p w:rsidR="00F44E79" w:rsidRPr="00A54169" w:rsidRDefault="00F44E79" w:rsidP="000149D8">
      <w:pPr>
        <w:spacing w:line="360" w:lineRule="auto"/>
        <w:rPr>
          <w:rFonts w:cs="Times New Roman"/>
          <w:b/>
          <w:szCs w:val="20"/>
        </w:rPr>
      </w:pPr>
      <w:r w:rsidRPr="00A54169">
        <w:rPr>
          <w:rFonts w:cs="Times New Roman"/>
          <w:b/>
          <w:szCs w:val="20"/>
        </w:rPr>
        <w:t>Методика «Оценка школьной мотивации» (Лусканова Н.Г.)</w:t>
      </w:r>
    </w:p>
    <w:p w:rsidR="00F44E79" w:rsidRPr="00A54169" w:rsidRDefault="00F44E79" w:rsidP="000149D8">
      <w:pPr>
        <w:spacing w:line="360" w:lineRule="auto"/>
        <w:rPr>
          <w:rFonts w:cs="Times New Roman"/>
          <w:szCs w:val="20"/>
        </w:rPr>
      </w:pPr>
      <w:r w:rsidRPr="00A54169">
        <w:rPr>
          <w:rFonts w:cs="Times New Roman"/>
          <w:bCs/>
          <w:szCs w:val="20"/>
        </w:rPr>
        <w:t>Цель выявить отношение учащихся к школе, учебному процессу, эмоциональное реагирование на школь</w:t>
      </w:r>
      <w:r w:rsidRPr="00A54169">
        <w:rPr>
          <w:rFonts w:cs="Times New Roman"/>
          <w:szCs w:val="20"/>
        </w:rPr>
        <w:t>ную ситуацию.</w:t>
      </w:r>
    </w:p>
    <w:p w:rsidR="00F44E79" w:rsidRPr="00A54169" w:rsidRDefault="00F44E79" w:rsidP="000149D8">
      <w:pPr>
        <w:spacing w:line="360" w:lineRule="auto"/>
        <w:rPr>
          <w:rFonts w:cs="Times New Roman"/>
          <w:szCs w:val="20"/>
        </w:rPr>
      </w:pPr>
      <w:r w:rsidRPr="00A54169">
        <w:rPr>
          <w:rFonts w:cs="Times New Roman"/>
          <w:bCs/>
          <w:szCs w:val="20"/>
        </w:rPr>
        <w:t>Ход проведения.</w:t>
      </w:r>
      <w:r w:rsidRPr="00A54169">
        <w:rPr>
          <w:rFonts w:cs="Times New Roman"/>
          <w:szCs w:val="20"/>
        </w:rPr>
        <w:t xml:space="preserve"> Предлагаемая анкета может быть использована при индивидуальном обследовании ребёнка, а также применяться для групповой диагностики. При этом допустимы два варианта  предъявления:</w:t>
      </w:r>
    </w:p>
    <w:p w:rsidR="00F44E79" w:rsidRPr="00A54169" w:rsidRDefault="00F44E79" w:rsidP="001C7BA4">
      <w:pPr>
        <w:widowControl/>
        <w:numPr>
          <w:ilvl w:val="0"/>
          <w:numId w:val="249"/>
        </w:numPr>
        <w:spacing w:line="360" w:lineRule="auto"/>
        <w:jc w:val="both"/>
        <w:rPr>
          <w:rFonts w:cs="Times New Roman"/>
          <w:szCs w:val="20"/>
        </w:rPr>
      </w:pPr>
      <w:r w:rsidRPr="00A54169">
        <w:rPr>
          <w:rFonts w:cs="Times New Roman"/>
          <w:szCs w:val="20"/>
        </w:rPr>
        <w:t>Вопросы читаются вслух, предлагаются варианты ответов, а учащиеся (ребёнок) должны написать ответы, которые им подходят.</w:t>
      </w:r>
    </w:p>
    <w:p w:rsidR="00F44E79" w:rsidRPr="00A54169" w:rsidRDefault="00F44E79" w:rsidP="001C7BA4">
      <w:pPr>
        <w:widowControl/>
        <w:numPr>
          <w:ilvl w:val="0"/>
          <w:numId w:val="249"/>
        </w:numPr>
        <w:spacing w:line="360" w:lineRule="auto"/>
        <w:jc w:val="both"/>
        <w:rPr>
          <w:rFonts w:cs="Times New Roman"/>
          <w:szCs w:val="20"/>
        </w:rPr>
      </w:pPr>
      <w:r w:rsidRPr="00A54169">
        <w:rPr>
          <w:rFonts w:cs="Times New Roman"/>
          <w:szCs w:val="20"/>
        </w:rPr>
        <w:t>Анкеты в напечатанном виде раздаются всем ученикам и учитель просит их отметить все подходящие ответы.</w:t>
      </w:r>
    </w:p>
    <w:p w:rsidR="00F44E79" w:rsidRPr="00A54169" w:rsidRDefault="00F44E79" w:rsidP="000149D8">
      <w:pPr>
        <w:spacing w:line="360" w:lineRule="auto"/>
        <w:rPr>
          <w:rFonts w:cs="Times New Roman"/>
          <w:szCs w:val="20"/>
        </w:rPr>
      </w:pPr>
    </w:p>
    <w:p w:rsidR="00F44E79" w:rsidRPr="00A54169" w:rsidRDefault="00F44E79" w:rsidP="000149D8">
      <w:pPr>
        <w:pStyle w:val="NormalWeb"/>
        <w:shd w:val="clear" w:color="auto" w:fill="FFFFFF"/>
        <w:spacing w:after="0" w:line="360" w:lineRule="auto"/>
        <w:rPr>
          <w:b/>
          <w:bCs/>
          <w:sz w:val="20"/>
          <w:szCs w:val="20"/>
        </w:rPr>
      </w:pPr>
      <w:r w:rsidRPr="00A54169">
        <w:rPr>
          <w:b/>
          <w:bCs/>
          <w:color w:val="000000"/>
          <w:sz w:val="20"/>
          <w:szCs w:val="20"/>
        </w:rPr>
        <w:t>Методика выявления тревожности в период адаптации (автор О. Хмельницкая).</w:t>
      </w:r>
    </w:p>
    <w:p w:rsidR="00F44E79" w:rsidRPr="00A54169" w:rsidRDefault="00F44E79" w:rsidP="000149D8">
      <w:pPr>
        <w:pStyle w:val="NormalWeb"/>
        <w:shd w:val="clear" w:color="auto" w:fill="FFFFFF"/>
        <w:spacing w:after="0" w:line="360" w:lineRule="auto"/>
        <w:rPr>
          <w:color w:val="202020"/>
          <w:sz w:val="20"/>
          <w:szCs w:val="20"/>
        </w:rPr>
      </w:pPr>
      <w:r w:rsidRPr="00A54169">
        <w:rPr>
          <w:color w:val="000000"/>
          <w:sz w:val="20"/>
          <w:szCs w:val="20"/>
          <w:shd w:val="clear" w:color="auto" w:fill="FFFFFF"/>
        </w:rPr>
        <w:t>Детям предлагается оценить изменения в своем самочувствии, произошедшие в последнее время. Положительное утверждение принимается только в том случае, если произошло изменение. Например, ребенок быстро уставал и так же быстро или меньше устает сейчас, в этом случае ответ будет отрицательным.</w:t>
      </w:r>
    </w:p>
    <w:p w:rsidR="00F44E79" w:rsidRPr="00A54169" w:rsidRDefault="00F44E79" w:rsidP="000149D8">
      <w:pPr>
        <w:pStyle w:val="NormalWeb"/>
        <w:spacing w:after="0"/>
        <w:ind w:right="-284" w:firstLine="851"/>
        <w:jc w:val="center"/>
        <w:rPr>
          <w:b/>
          <w:sz w:val="20"/>
          <w:szCs w:val="20"/>
        </w:rPr>
      </w:pPr>
    </w:p>
    <w:p w:rsidR="00F44E79" w:rsidRPr="00A54169" w:rsidRDefault="00F44E79" w:rsidP="000149D8">
      <w:pPr>
        <w:pStyle w:val="NormalWeb"/>
        <w:spacing w:after="0"/>
        <w:ind w:right="-284" w:firstLine="851"/>
        <w:jc w:val="center"/>
        <w:rPr>
          <w:b/>
          <w:sz w:val="20"/>
          <w:szCs w:val="20"/>
        </w:rPr>
      </w:pPr>
    </w:p>
    <w:p w:rsidR="00F44E79" w:rsidRPr="00A54169" w:rsidRDefault="00F44E79" w:rsidP="000149D8">
      <w:pPr>
        <w:pStyle w:val="NormalWeb"/>
        <w:spacing w:after="0"/>
        <w:ind w:right="-284" w:firstLine="851"/>
        <w:jc w:val="center"/>
        <w:rPr>
          <w:b/>
          <w:sz w:val="20"/>
          <w:szCs w:val="20"/>
        </w:rPr>
      </w:pPr>
    </w:p>
    <w:p w:rsidR="00F44E79" w:rsidRPr="00A54169" w:rsidRDefault="00F44E79" w:rsidP="000149D8">
      <w:pPr>
        <w:pStyle w:val="NormalWeb"/>
        <w:spacing w:after="0" w:line="360" w:lineRule="auto"/>
        <w:ind w:right="-284" w:firstLine="851"/>
        <w:jc w:val="center"/>
        <w:rPr>
          <w:b/>
          <w:sz w:val="20"/>
          <w:szCs w:val="20"/>
        </w:rPr>
      </w:pPr>
      <w:r w:rsidRPr="00A54169">
        <w:rPr>
          <w:b/>
          <w:sz w:val="20"/>
          <w:szCs w:val="20"/>
        </w:rPr>
        <w:t xml:space="preserve">Методика диагностики направленности мотивации изучения предмета </w:t>
      </w:r>
    </w:p>
    <w:p w:rsidR="00F44E79" w:rsidRPr="00A54169" w:rsidRDefault="00F44E79" w:rsidP="000149D8">
      <w:pPr>
        <w:pStyle w:val="NormalWeb"/>
        <w:spacing w:after="0" w:line="360" w:lineRule="auto"/>
        <w:ind w:right="-284" w:firstLine="851"/>
        <w:jc w:val="center"/>
        <w:rPr>
          <w:sz w:val="20"/>
          <w:szCs w:val="20"/>
        </w:rPr>
      </w:pPr>
      <w:r w:rsidRPr="00A54169">
        <w:rPr>
          <w:sz w:val="20"/>
          <w:szCs w:val="20"/>
        </w:rPr>
        <w:t xml:space="preserve">(автор </w:t>
      </w:r>
      <w:hyperlink r:id="rId840" w:history="1">
        <w:r w:rsidRPr="00A54169">
          <w:rPr>
            <w:sz w:val="20"/>
            <w:szCs w:val="20"/>
          </w:rPr>
          <w:t>Дубовицкая Т.Д.</w:t>
        </w:r>
      </w:hyperlink>
      <w:r w:rsidRPr="00A54169">
        <w:rPr>
          <w:sz w:val="20"/>
          <w:szCs w:val="20"/>
        </w:rPr>
        <w:t>)</w:t>
      </w:r>
    </w:p>
    <w:p w:rsidR="00F44E79" w:rsidRPr="00A54169" w:rsidRDefault="00F44E79" w:rsidP="000149D8">
      <w:pPr>
        <w:spacing w:line="360" w:lineRule="auto"/>
        <w:ind w:right="-284" w:firstLine="851"/>
        <w:rPr>
          <w:rFonts w:cs="Times New Roman"/>
          <w:bCs/>
          <w:szCs w:val="20"/>
        </w:rPr>
      </w:pPr>
    </w:p>
    <w:p w:rsidR="00F44E79" w:rsidRPr="00A54169" w:rsidRDefault="00F44E79" w:rsidP="000149D8">
      <w:pPr>
        <w:spacing w:line="360" w:lineRule="auto"/>
        <w:ind w:right="-284" w:firstLine="851"/>
        <w:rPr>
          <w:rFonts w:cs="Times New Roman"/>
          <w:szCs w:val="20"/>
        </w:rPr>
      </w:pPr>
      <w:r w:rsidRPr="00A54169">
        <w:rPr>
          <w:rFonts w:cs="Times New Roman"/>
          <w:bCs/>
          <w:szCs w:val="20"/>
        </w:rPr>
        <w:t>Цель</w:t>
      </w:r>
      <w:r w:rsidRPr="00A54169">
        <w:rPr>
          <w:rFonts w:cs="Times New Roman"/>
          <w:b/>
          <w:bCs/>
          <w:szCs w:val="20"/>
        </w:rPr>
        <w:t xml:space="preserve"> </w:t>
      </w:r>
      <w:r w:rsidRPr="00A54169">
        <w:rPr>
          <w:rFonts w:cs="Times New Roman"/>
          <w:szCs w:val="20"/>
        </w:rPr>
        <w:t>— выявление направленности и уровня развития внутренней мотивации учебной деятельности учащихся при изучении ими конкретных предметов.</w:t>
      </w:r>
    </w:p>
    <w:p w:rsidR="00F44E79" w:rsidRPr="00A54169" w:rsidRDefault="00F44E79" w:rsidP="000149D8">
      <w:pPr>
        <w:spacing w:line="360" w:lineRule="auto"/>
        <w:ind w:right="-284" w:firstLine="851"/>
        <w:rPr>
          <w:rFonts w:cs="Times New Roman"/>
          <w:szCs w:val="20"/>
        </w:rPr>
      </w:pPr>
      <w:r w:rsidRPr="00A54169">
        <w:rPr>
          <w:rFonts w:cs="Times New Roman"/>
          <w:bCs/>
          <w:szCs w:val="20"/>
        </w:rPr>
        <w:t>Общая характеристика методики:</w:t>
      </w:r>
      <w:r w:rsidRPr="00A54169">
        <w:rPr>
          <w:rFonts w:cs="Times New Roman"/>
          <w:b/>
          <w:bCs/>
          <w:szCs w:val="20"/>
        </w:rPr>
        <w:t xml:space="preserve"> </w:t>
      </w:r>
      <w:r w:rsidRPr="00A54169">
        <w:rPr>
          <w:rFonts w:cs="Times New Roman"/>
          <w:szCs w:val="20"/>
        </w:rPr>
        <w:t>методика состоит из 20 суждений и предложенных вариантов ответа. Ответы в виде плюсов и минусов записываются либо на специальном бланке, либо на простом листе бумаги напротив порядкового номера суждения. Обработка производится в соответствии с ключом. Методика может использоваться в работе со всеми категориями обучающихся, способными к самоанализу и самоотчету, начиная примерно с 12-летнего возраста.</w:t>
      </w:r>
    </w:p>
    <w:p w:rsidR="00F44E79" w:rsidRPr="00A54169" w:rsidRDefault="00F44E79" w:rsidP="000149D8">
      <w:pPr>
        <w:spacing w:line="360" w:lineRule="auto"/>
        <w:ind w:right="-284" w:firstLine="851"/>
        <w:rPr>
          <w:rFonts w:cs="Times New Roman"/>
          <w:b/>
          <w:bCs/>
          <w:i/>
          <w:szCs w:val="20"/>
        </w:rPr>
      </w:pPr>
      <w:r w:rsidRPr="00A54169">
        <w:rPr>
          <w:rFonts w:cs="Times New Roman"/>
          <w:b/>
          <w:bCs/>
          <w:i/>
          <w:szCs w:val="20"/>
        </w:rPr>
        <w:t>Инструкция:</w:t>
      </w:r>
    </w:p>
    <w:p w:rsidR="00F44E79" w:rsidRPr="00A54169" w:rsidRDefault="00F44E79" w:rsidP="000149D8">
      <w:pPr>
        <w:spacing w:line="360" w:lineRule="auto"/>
        <w:ind w:right="-284" w:firstLine="851"/>
        <w:rPr>
          <w:rFonts w:cs="Times New Roman"/>
          <w:szCs w:val="20"/>
        </w:rPr>
      </w:pPr>
      <w:r w:rsidRPr="00A54169">
        <w:rPr>
          <w:rFonts w:cs="Times New Roman"/>
          <w:b/>
          <w:bCs/>
          <w:szCs w:val="20"/>
        </w:rPr>
        <w:t xml:space="preserve"> </w:t>
      </w:r>
      <w:r w:rsidRPr="00A54169">
        <w:rPr>
          <w:rFonts w:cs="Times New Roman"/>
          <w:iCs/>
          <w:szCs w:val="20"/>
        </w:rPr>
        <w:t>Вам предлагается принять участие в исследовании, направленном на повышение эффективности обучения. Прочитайте каждое высказывание и выразите свое отношение к изучаемому предмету, проставив напротив номера высказывания свой ответ, используя для этого следующие обозначения:</w:t>
      </w:r>
    </w:p>
    <w:p w:rsidR="00F44E79" w:rsidRPr="00A54169" w:rsidRDefault="00F44E79" w:rsidP="000149D8">
      <w:pPr>
        <w:spacing w:line="360" w:lineRule="auto"/>
        <w:ind w:right="-284" w:firstLine="708"/>
        <w:rPr>
          <w:rFonts w:cs="Times New Roman"/>
          <w:szCs w:val="20"/>
        </w:rPr>
      </w:pPr>
      <w:r w:rsidRPr="00A54169">
        <w:rPr>
          <w:rFonts w:cs="Times New Roman"/>
          <w:iCs/>
          <w:szCs w:val="20"/>
        </w:rPr>
        <w:t xml:space="preserve">«верно» </w:t>
      </w:r>
      <w:r w:rsidRPr="00A54169">
        <w:rPr>
          <w:rFonts w:cs="Times New Roman"/>
          <w:iCs/>
          <w:szCs w:val="20"/>
        </w:rPr>
        <w:tab/>
      </w:r>
      <w:r w:rsidRPr="00A54169">
        <w:rPr>
          <w:rFonts w:cs="Times New Roman"/>
          <w:iCs/>
          <w:szCs w:val="20"/>
        </w:rPr>
        <w:tab/>
      </w:r>
      <w:r w:rsidRPr="00A54169">
        <w:rPr>
          <w:rFonts w:cs="Times New Roman"/>
          <w:szCs w:val="20"/>
        </w:rPr>
        <w:t xml:space="preserve">+ +; </w:t>
      </w:r>
    </w:p>
    <w:p w:rsidR="00F44E79" w:rsidRPr="00A54169" w:rsidRDefault="00F44E79" w:rsidP="000149D8">
      <w:pPr>
        <w:spacing w:line="360" w:lineRule="auto"/>
        <w:ind w:right="-284" w:firstLine="708"/>
        <w:rPr>
          <w:rFonts w:cs="Times New Roman"/>
          <w:szCs w:val="20"/>
        </w:rPr>
      </w:pPr>
      <w:r w:rsidRPr="00A54169">
        <w:rPr>
          <w:rFonts w:cs="Times New Roman"/>
          <w:szCs w:val="20"/>
        </w:rPr>
        <w:t>«</w:t>
      </w:r>
      <w:r w:rsidRPr="00A54169">
        <w:rPr>
          <w:rFonts w:cs="Times New Roman"/>
          <w:iCs/>
          <w:szCs w:val="20"/>
        </w:rPr>
        <w:t>пожалуй, верно»         </w:t>
      </w:r>
      <w:r w:rsidRPr="00A54169">
        <w:rPr>
          <w:rFonts w:cs="Times New Roman"/>
          <w:szCs w:val="20"/>
        </w:rPr>
        <w:t xml:space="preserve">+; </w:t>
      </w:r>
    </w:p>
    <w:p w:rsidR="00F44E79" w:rsidRPr="00A54169" w:rsidRDefault="00F44E79" w:rsidP="000149D8">
      <w:pPr>
        <w:spacing w:line="360" w:lineRule="auto"/>
        <w:ind w:right="-284" w:firstLine="708"/>
        <w:rPr>
          <w:rFonts w:cs="Times New Roman"/>
          <w:szCs w:val="20"/>
        </w:rPr>
      </w:pPr>
      <w:r w:rsidRPr="00A54169">
        <w:rPr>
          <w:rFonts w:cs="Times New Roman"/>
          <w:szCs w:val="20"/>
        </w:rPr>
        <w:t>«</w:t>
      </w:r>
      <w:r w:rsidRPr="00A54169">
        <w:rPr>
          <w:rFonts w:cs="Times New Roman"/>
          <w:iCs/>
          <w:szCs w:val="20"/>
        </w:rPr>
        <w:t>пожалуй, неверно»     </w:t>
      </w:r>
      <w:r w:rsidRPr="00A54169">
        <w:rPr>
          <w:rFonts w:cs="Times New Roman"/>
          <w:szCs w:val="20"/>
        </w:rPr>
        <w:t xml:space="preserve">–; </w:t>
      </w:r>
    </w:p>
    <w:p w:rsidR="00F44E79" w:rsidRPr="00A54169" w:rsidRDefault="00F44E79" w:rsidP="000149D8">
      <w:pPr>
        <w:spacing w:line="360" w:lineRule="auto"/>
        <w:ind w:right="-284" w:firstLine="708"/>
        <w:rPr>
          <w:rFonts w:cs="Times New Roman"/>
          <w:szCs w:val="20"/>
        </w:rPr>
      </w:pPr>
      <w:r w:rsidRPr="00A54169">
        <w:rPr>
          <w:rFonts w:cs="Times New Roman"/>
          <w:szCs w:val="20"/>
        </w:rPr>
        <w:t>«</w:t>
      </w:r>
      <w:r w:rsidRPr="00A54169">
        <w:rPr>
          <w:rFonts w:cs="Times New Roman"/>
          <w:iCs/>
          <w:szCs w:val="20"/>
        </w:rPr>
        <w:t>неверно»                    </w:t>
      </w:r>
      <w:r w:rsidRPr="00A54169">
        <w:rPr>
          <w:rFonts w:cs="Times New Roman"/>
          <w:szCs w:val="20"/>
        </w:rPr>
        <w:t>– –.</w:t>
      </w:r>
    </w:p>
    <w:p w:rsidR="00F44E79" w:rsidRPr="00A54169" w:rsidRDefault="00F44E79" w:rsidP="000149D8">
      <w:pPr>
        <w:spacing w:line="360" w:lineRule="auto"/>
        <w:ind w:right="-284" w:firstLine="708"/>
        <w:rPr>
          <w:rFonts w:cs="Times New Roman"/>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0"/>
        <w:gridCol w:w="1152"/>
        <w:gridCol w:w="981"/>
        <w:gridCol w:w="1206"/>
        <w:gridCol w:w="1159"/>
        <w:gridCol w:w="1029"/>
      </w:tblGrid>
      <w:tr w:rsidR="00F44E79" w:rsidRPr="00A54169" w:rsidTr="00FE0535">
        <w:tc>
          <w:tcPr>
            <w:tcW w:w="10456" w:type="dxa"/>
            <w:gridSpan w:val="6"/>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План работы на ноябрь</w:t>
            </w:r>
          </w:p>
        </w:tc>
      </w:tr>
      <w:tr w:rsidR="00F44E79" w:rsidRPr="00A54169" w:rsidTr="00FE0535">
        <w:tc>
          <w:tcPr>
            <w:tcW w:w="1691" w:type="dxa"/>
            <w:vMerge w:val="restart"/>
          </w:tcPr>
          <w:p w:rsidR="00F44E79" w:rsidRPr="00FE0535" w:rsidRDefault="00F44E79" w:rsidP="00FE0535">
            <w:pPr>
              <w:spacing w:before="30" w:after="30"/>
              <w:rPr>
                <w:rFonts w:ascii="Calibri" w:hAnsi="Calibri" w:cs="Calibri"/>
                <w:b/>
                <w:bCs/>
              </w:rPr>
            </w:pPr>
            <w:r w:rsidRPr="00FE0535">
              <w:rPr>
                <w:rFonts w:ascii="Calibri" w:hAnsi="Calibri" w:cs="Calibri"/>
                <w:b/>
                <w:bCs/>
              </w:rPr>
              <w:t>Наименование работы</w:t>
            </w:r>
          </w:p>
        </w:tc>
        <w:tc>
          <w:tcPr>
            <w:tcW w:w="8765"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A54169" w:rsidTr="00FE0535">
        <w:tc>
          <w:tcPr>
            <w:tcW w:w="1691" w:type="dxa"/>
            <w:vMerge/>
          </w:tcPr>
          <w:p w:rsidR="00F44E79" w:rsidRPr="00FE0535" w:rsidRDefault="00F44E79" w:rsidP="00FE0535">
            <w:pPr>
              <w:spacing w:before="30" w:after="30"/>
              <w:rPr>
                <w:rFonts w:ascii="Calibri" w:hAnsi="Calibri" w:cs="Calibri"/>
                <w:b/>
                <w:bCs/>
              </w:rPr>
            </w:pPr>
          </w:p>
        </w:tc>
        <w:tc>
          <w:tcPr>
            <w:tcW w:w="1843"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541"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1861"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889"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631" w:type="dxa"/>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Форма отчётности</w:t>
            </w:r>
          </w:p>
        </w:tc>
      </w:tr>
      <w:tr w:rsidR="00F44E79" w:rsidRPr="00A54169" w:rsidTr="00FE0535">
        <w:tc>
          <w:tcPr>
            <w:tcW w:w="1691" w:type="dxa"/>
          </w:tcPr>
          <w:p w:rsidR="00F44E79" w:rsidRPr="00FE0535" w:rsidRDefault="00F44E79" w:rsidP="00FE0535">
            <w:pPr>
              <w:spacing w:before="30" w:after="30"/>
              <w:rPr>
                <w:rFonts w:ascii="Calibri" w:hAnsi="Calibri" w:cs="Calibri"/>
              </w:rPr>
            </w:pPr>
            <w:r w:rsidRPr="00FE0535">
              <w:rPr>
                <w:rFonts w:ascii="Calibri" w:hAnsi="Calibri" w:cs="Calibri"/>
              </w:rPr>
              <w:t>Прослеживание хода адаптации обучающихся 10класса</w:t>
            </w:r>
          </w:p>
        </w:tc>
        <w:tc>
          <w:tcPr>
            <w:tcW w:w="1843" w:type="dxa"/>
          </w:tcPr>
          <w:p w:rsidR="00F44E79" w:rsidRPr="00FE0535" w:rsidRDefault="00F44E79" w:rsidP="00FE0535">
            <w:pPr>
              <w:spacing w:before="30" w:after="30"/>
              <w:rPr>
                <w:rFonts w:ascii="Calibri" w:hAnsi="Calibri" w:cs="Calibri"/>
              </w:rPr>
            </w:pPr>
            <w:r w:rsidRPr="00FE0535">
              <w:rPr>
                <w:rFonts w:ascii="Calibri" w:hAnsi="Calibri" w:cs="Calibri"/>
              </w:rPr>
              <w:t>Психологическое сопровождение ФГОС ООО</w:t>
            </w:r>
          </w:p>
        </w:tc>
        <w:tc>
          <w:tcPr>
            <w:tcW w:w="1541" w:type="dxa"/>
          </w:tcPr>
          <w:p w:rsidR="00F44E79" w:rsidRPr="00FE0535" w:rsidRDefault="00F44E79" w:rsidP="00FE0535">
            <w:pPr>
              <w:spacing w:before="30" w:after="30"/>
              <w:rPr>
                <w:rFonts w:ascii="Calibri" w:hAnsi="Calibri" w:cs="Calibri"/>
              </w:rPr>
            </w:pPr>
            <w:r w:rsidRPr="00FE0535">
              <w:rPr>
                <w:rFonts w:ascii="Calibri" w:hAnsi="Calibri" w:cs="Calibri"/>
              </w:rPr>
              <w:t>Обучающиеся 10 классов</w:t>
            </w:r>
          </w:p>
        </w:tc>
        <w:tc>
          <w:tcPr>
            <w:tcW w:w="1861" w:type="dxa"/>
          </w:tcPr>
          <w:p w:rsidR="00F44E79" w:rsidRPr="00FE0535" w:rsidRDefault="00F44E79" w:rsidP="00FE0535">
            <w:pPr>
              <w:spacing w:before="30" w:after="30"/>
              <w:rPr>
                <w:rFonts w:ascii="Calibri" w:hAnsi="Calibri" w:cs="Calibri"/>
              </w:rPr>
            </w:pPr>
            <w:r w:rsidRPr="00FE0535">
              <w:rPr>
                <w:rFonts w:ascii="Calibri" w:hAnsi="Calibri" w:cs="Calibri"/>
              </w:rPr>
              <w:t>Выявление уровня адаптации учащихся к учебной деятельности в новых условиях. Выработка рекомендаций участникам образовательного процесса по построению стратегии взаимодействия с обучающимися, имеющими трудности адаптации</w:t>
            </w:r>
          </w:p>
        </w:tc>
        <w:tc>
          <w:tcPr>
            <w:tcW w:w="1889" w:type="dxa"/>
          </w:tcPr>
          <w:p w:rsidR="00F44E79" w:rsidRPr="00FE0535" w:rsidRDefault="00F44E79" w:rsidP="00FE0535">
            <w:pPr>
              <w:spacing w:before="30" w:after="30"/>
              <w:rPr>
                <w:rFonts w:ascii="Calibri" w:hAnsi="Calibri" w:cs="Calibri"/>
              </w:rPr>
            </w:pPr>
            <w:r w:rsidRPr="00FE0535">
              <w:rPr>
                <w:rFonts w:ascii="Calibri" w:hAnsi="Calibri" w:cs="Calibri"/>
              </w:rPr>
              <w:t>1. Методика диагностики  уровня тревожности (автор Р. Кондаш, модификация А. Прихожан).</w:t>
            </w:r>
          </w:p>
        </w:tc>
        <w:tc>
          <w:tcPr>
            <w:tcW w:w="1631" w:type="dxa"/>
          </w:tcPr>
          <w:p w:rsidR="00F44E79" w:rsidRPr="00FE0535" w:rsidRDefault="00F44E79" w:rsidP="00FE0535">
            <w:pPr>
              <w:spacing w:before="30" w:after="30"/>
              <w:jc w:val="center"/>
              <w:rPr>
                <w:rFonts w:ascii="Calibri" w:hAnsi="Calibri" w:cs="Calibri"/>
              </w:rPr>
            </w:pPr>
            <w:r w:rsidRPr="00FE0535">
              <w:rPr>
                <w:rFonts w:ascii="Calibri" w:hAnsi="Calibri" w:cs="Calibri"/>
              </w:rPr>
              <w:t>Аналитическая справка.</w:t>
            </w:r>
          </w:p>
        </w:tc>
      </w:tr>
    </w:tbl>
    <w:p w:rsidR="00F44E79" w:rsidRPr="00A54169" w:rsidRDefault="00F44E79" w:rsidP="000149D8">
      <w:pPr>
        <w:shd w:val="clear" w:color="auto" w:fill="FFFFFF"/>
        <w:spacing w:after="360"/>
        <w:rPr>
          <w:rFonts w:cs="Times New Roman"/>
          <w:b/>
          <w:bCs/>
          <w:szCs w:val="20"/>
        </w:rPr>
      </w:pPr>
    </w:p>
    <w:p w:rsidR="00F44E79" w:rsidRPr="00A54169" w:rsidRDefault="00F44E79" w:rsidP="000149D8">
      <w:pPr>
        <w:shd w:val="clear" w:color="auto" w:fill="FFFFFF"/>
        <w:spacing w:after="360"/>
        <w:rPr>
          <w:rFonts w:cs="Times New Roman"/>
          <w:b/>
          <w:bCs/>
          <w:color w:val="333333"/>
          <w:szCs w:val="20"/>
        </w:rPr>
      </w:pPr>
      <w:r w:rsidRPr="00A54169">
        <w:rPr>
          <w:rFonts w:cs="Times New Roman"/>
          <w:b/>
          <w:bCs/>
          <w:szCs w:val="20"/>
        </w:rPr>
        <w:t>Методика диагностики уровня тревожности (автор Р. Кондаш, модификация А. Прихожан).</w:t>
      </w:r>
    </w:p>
    <w:p w:rsidR="00F44E79" w:rsidRPr="00A54169" w:rsidRDefault="00F44E79" w:rsidP="000149D8">
      <w:pPr>
        <w:shd w:val="clear" w:color="auto" w:fill="FFFFFF"/>
        <w:spacing w:line="360" w:lineRule="auto"/>
        <w:rPr>
          <w:rFonts w:cs="Times New Roman"/>
          <w:color w:val="333333"/>
          <w:szCs w:val="20"/>
        </w:rPr>
      </w:pPr>
      <w:r w:rsidRPr="00A54169">
        <w:rPr>
          <w:rFonts w:cs="Times New Roman"/>
          <w:color w:val="333333"/>
          <w:szCs w:val="20"/>
        </w:rPr>
        <w:t>Методика «Шкала тревожности» может пригодится педагогам-психологам в общеобразовательных учреждениях, она проста в исполнении и интерпретации, не требует много времени на проведение.</w:t>
      </w:r>
    </w:p>
    <w:p w:rsidR="00F44E79" w:rsidRPr="00A54169" w:rsidRDefault="00F44E79" w:rsidP="000149D8">
      <w:pPr>
        <w:shd w:val="clear" w:color="auto" w:fill="FFFFFF"/>
        <w:spacing w:line="360" w:lineRule="auto"/>
        <w:rPr>
          <w:rFonts w:cs="Times New Roman"/>
          <w:color w:val="333333"/>
          <w:szCs w:val="20"/>
        </w:rPr>
      </w:pPr>
      <w:r w:rsidRPr="00A54169">
        <w:rPr>
          <w:rFonts w:cs="Times New Roman"/>
          <w:color w:val="333333"/>
          <w:szCs w:val="20"/>
        </w:rPr>
        <w:t>Методика содержит 3 субшкалы, определяющих соответственно тревожность, связанную со школьными ситуациями (школьную), с ситуациями общения (межличностную) и с отношением к себе (самооценочную). Подходит для групповой диагностики. Содержит 30 вопросов, на выполнение методики потребуется 15-25 мин.</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6"/>
        <w:gridCol w:w="1022"/>
        <w:gridCol w:w="874"/>
        <w:gridCol w:w="1351"/>
        <w:gridCol w:w="1165"/>
        <w:gridCol w:w="1069"/>
      </w:tblGrid>
      <w:tr w:rsidR="00F44E79" w:rsidRPr="00A54169" w:rsidTr="00FE0535">
        <w:tc>
          <w:tcPr>
            <w:tcW w:w="10752" w:type="dxa"/>
            <w:gridSpan w:val="6"/>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План работы на декабрь</w:t>
            </w:r>
          </w:p>
        </w:tc>
      </w:tr>
      <w:tr w:rsidR="00F44E79" w:rsidRPr="00A54169" w:rsidTr="00FE0535">
        <w:tc>
          <w:tcPr>
            <w:tcW w:w="1842" w:type="dxa"/>
            <w:vMerge w:val="restart"/>
          </w:tcPr>
          <w:p w:rsidR="00F44E79" w:rsidRPr="00FE0535" w:rsidRDefault="00F44E79" w:rsidP="00FE0535">
            <w:pPr>
              <w:spacing w:before="30" w:after="30"/>
              <w:rPr>
                <w:rFonts w:ascii="Calibri" w:hAnsi="Calibri" w:cs="Calibri"/>
                <w:b/>
                <w:bCs/>
              </w:rPr>
            </w:pPr>
            <w:r w:rsidRPr="00FE0535">
              <w:rPr>
                <w:rFonts w:ascii="Calibri" w:hAnsi="Calibri" w:cs="Calibri"/>
                <w:b/>
                <w:bCs/>
              </w:rPr>
              <w:t>Наименование работы</w:t>
            </w:r>
          </w:p>
        </w:tc>
        <w:tc>
          <w:tcPr>
            <w:tcW w:w="8910"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A54169" w:rsidTr="00FE0535">
        <w:tc>
          <w:tcPr>
            <w:tcW w:w="1842" w:type="dxa"/>
            <w:vMerge/>
          </w:tcPr>
          <w:p w:rsidR="00F44E79" w:rsidRPr="00FE0535" w:rsidRDefault="00F44E79" w:rsidP="00FE0535">
            <w:pPr>
              <w:spacing w:before="30" w:after="30"/>
              <w:rPr>
                <w:rFonts w:ascii="Calibri" w:hAnsi="Calibri" w:cs="Calibri"/>
                <w:b/>
                <w:bCs/>
              </w:rPr>
            </w:pPr>
          </w:p>
        </w:tc>
        <w:tc>
          <w:tcPr>
            <w:tcW w:w="1685"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412"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2206"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906"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701" w:type="dxa"/>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Форма отчётности</w:t>
            </w:r>
          </w:p>
        </w:tc>
      </w:tr>
      <w:tr w:rsidR="00F44E79" w:rsidRPr="00A54169" w:rsidTr="00FE0535">
        <w:tc>
          <w:tcPr>
            <w:tcW w:w="184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Изучение особенностей когнитивного и психосоциального развития, уровня развития УУД (стартовая диагностика)</w:t>
            </w:r>
          </w:p>
        </w:tc>
        <w:tc>
          <w:tcPr>
            <w:tcW w:w="1685" w:type="dxa"/>
          </w:tcPr>
          <w:p w:rsidR="00F44E79" w:rsidRPr="00FE0535" w:rsidRDefault="00F44E79" w:rsidP="00FE0535">
            <w:pPr>
              <w:spacing w:before="30" w:after="30"/>
              <w:rPr>
                <w:rFonts w:ascii="Calibri" w:hAnsi="Calibri" w:cs="Calibri"/>
                <w:b/>
                <w:bCs/>
              </w:rPr>
            </w:pPr>
            <w:r w:rsidRPr="00FE0535">
              <w:rPr>
                <w:rFonts w:ascii="Calibri" w:hAnsi="Calibri" w:cs="Calibri"/>
              </w:rPr>
              <w:t>Психологическое сопровождение ФГОС</w:t>
            </w:r>
          </w:p>
        </w:tc>
        <w:tc>
          <w:tcPr>
            <w:tcW w:w="1412" w:type="dxa"/>
          </w:tcPr>
          <w:p w:rsidR="00F44E79" w:rsidRPr="00FE0535" w:rsidRDefault="00F44E79" w:rsidP="000149D8">
            <w:pPr>
              <w:rPr>
                <w:rFonts w:ascii="Calibri" w:hAnsi="Calibri" w:cs="Calibri"/>
              </w:rPr>
            </w:pPr>
            <w:r w:rsidRPr="00FE0535">
              <w:rPr>
                <w:rFonts w:ascii="Calibri" w:hAnsi="Calibri" w:cs="Calibri"/>
              </w:rPr>
              <w:t>Учащиеся</w:t>
            </w:r>
          </w:p>
          <w:p w:rsidR="00F44E79" w:rsidRPr="00FE0535" w:rsidRDefault="00F44E79" w:rsidP="00FE0535">
            <w:pPr>
              <w:spacing w:before="30" w:after="30"/>
              <w:rPr>
                <w:rFonts w:ascii="Calibri" w:hAnsi="Calibri" w:cs="Calibri"/>
                <w:b/>
                <w:bCs/>
              </w:rPr>
            </w:pPr>
            <w:r w:rsidRPr="00FE0535">
              <w:rPr>
                <w:rFonts w:ascii="Calibri" w:hAnsi="Calibri" w:cs="Calibri"/>
              </w:rPr>
              <w:t>1-4-го класса</w:t>
            </w:r>
          </w:p>
        </w:tc>
        <w:tc>
          <w:tcPr>
            <w:tcW w:w="2206" w:type="dxa"/>
          </w:tcPr>
          <w:p w:rsidR="00F44E79" w:rsidRPr="00FE0535" w:rsidRDefault="00F44E79" w:rsidP="000149D8">
            <w:pPr>
              <w:rPr>
                <w:rFonts w:ascii="Calibri" w:hAnsi="Calibri" w:cs="Calibri"/>
              </w:rPr>
            </w:pPr>
            <w:r w:rsidRPr="00FE0535">
              <w:rPr>
                <w:rFonts w:ascii="Calibri" w:hAnsi="Calibri" w:cs="Calibri"/>
              </w:rPr>
              <w:t>Выявление сформированности внутренней позиции школьника, выявление мотивации учения.</w:t>
            </w:r>
          </w:p>
          <w:p w:rsidR="00F44E79" w:rsidRPr="00FE0535" w:rsidRDefault="00F44E79" w:rsidP="000149D8">
            <w:pPr>
              <w:rPr>
                <w:rFonts w:ascii="Calibri" w:hAnsi="Calibri" w:cs="Calibri"/>
              </w:rPr>
            </w:pPr>
            <w:r w:rsidRPr="00FE0535">
              <w:rPr>
                <w:rFonts w:ascii="Calibri" w:hAnsi="Calibri" w:cs="Calibri"/>
              </w:rPr>
              <w:t>Выявление адекватности понимания учащимся причин успеха/неуспеха в деятельности (самооценка).</w:t>
            </w:r>
          </w:p>
          <w:p w:rsidR="00F44E79" w:rsidRPr="00FE0535" w:rsidRDefault="00F44E79" w:rsidP="000149D8">
            <w:pPr>
              <w:rPr>
                <w:rFonts w:ascii="Calibri" w:hAnsi="Calibri" w:cs="Calibri"/>
              </w:rPr>
            </w:pPr>
            <w:r w:rsidRPr="00FE0535">
              <w:rPr>
                <w:rFonts w:ascii="Calibri" w:hAnsi="Calibri" w:cs="Calibri"/>
              </w:rPr>
              <w:t>Выявление сформированности познавательных интересов.</w:t>
            </w:r>
          </w:p>
          <w:p w:rsidR="00F44E79" w:rsidRPr="00FE0535" w:rsidRDefault="00F44E79" w:rsidP="000149D8">
            <w:pPr>
              <w:rPr>
                <w:rFonts w:ascii="Calibri" w:hAnsi="Calibri" w:cs="Calibri"/>
              </w:rPr>
            </w:pPr>
            <w:r w:rsidRPr="00FE0535">
              <w:rPr>
                <w:rFonts w:ascii="Calibri" w:hAnsi="Calibri" w:cs="Calibri"/>
              </w:rPr>
              <w:t>Выявление рефлексивной самооценки учебной деятельности.</w:t>
            </w:r>
          </w:p>
          <w:p w:rsidR="00F44E79" w:rsidRPr="00FE0535" w:rsidRDefault="00F44E79" w:rsidP="000149D8">
            <w:pPr>
              <w:rPr>
                <w:rFonts w:ascii="Calibri" w:hAnsi="Calibri" w:cs="Calibri"/>
              </w:rPr>
            </w:pPr>
            <w:r w:rsidRPr="00FE0535">
              <w:rPr>
                <w:rFonts w:ascii="Calibri" w:hAnsi="Calibri" w:cs="Calibri"/>
              </w:rPr>
              <w:t>Выявление особенностей личностного развития.</w:t>
            </w:r>
          </w:p>
          <w:p w:rsidR="00F44E79" w:rsidRPr="00FE0535" w:rsidRDefault="00F44E79" w:rsidP="000149D8">
            <w:pPr>
              <w:rPr>
                <w:rFonts w:ascii="Calibri" w:hAnsi="Calibri" w:cs="Calibri"/>
              </w:rPr>
            </w:pPr>
            <w:r w:rsidRPr="00FE0535">
              <w:rPr>
                <w:rFonts w:ascii="Calibri" w:hAnsi="Calibri" w:cs="Calibri"/>
              </w:rPr>
              <w:t>Выявление уровня нормы взаимопомощи.</w:t>
            </w:r>
          </w:p>
          <w:p w:rsidR="00F44E79" w:rsidRPr="00FE0535" w:rsidRDefault="00F44E79" w:rsidP="000149D8">
            <w:pPr>
              <w:rPr>
                <w:rFonts w:ascii="Calibri" w:hAnsi="Calibri" w:cs="Calibri"/>
              </w:rPr>
            </w:pPr>
            <w:r w:rsidRPr="00FE0535">
              <w:rPr>
                <w:rFonts w:ascii="Calibri" w:hAnsi="Calibri" w:cs="Calibri"/>
              </w:rPr>
              <w:t>Выявление степени дифференциации конвенциальных и моральных норм.</w:t>
            </w:r>
          </w:p>
          <w:p w:rsidR="00F44E79" w:rsidRPr="00FE0535" w:rsidRDefault="00F44E79" w:rsidP="000149D8">
            <w:pPr>
              <w:rPr>
                <w:rFonts w:ascii="Calibri" w:hAnsi="Calibri" w:cs="Calibri"/>
              </w:rPr>
            </w:pPr>
            <w:r w:rsidRPr="00FE0535">
              <w:rPr>
                <w:rFonts w:ascii="Calibri" w:hAnsi="Calibri" w:cs="Calibri"/>
              </w:rPr>
              <w:t>Выявление уровня сформированности внимания.</w:t>
            </w:r>
          </w:p>
          <w:p w:rsidR="00F44E79" w:rsidRPr="00FE0535" w:rsidRDefault="00F44E79" w:rsidP="000149D8">
            <w:pPr>
              <w:rPr>
                <w:rFonts w:ascii="Calibri" w:hAnsi="Calibri" w:cs="Calibri"/>
              </w:rPr>
            </w:pPr>
            <w:r w:rsidRPr="00FE0535">
              <w:rPr>
                <w:rFonts w:ascii="Calibri" w:hAnsi="Calibri" w:cs="Calibri"/>
              </w:rPr>
              <w:t>Выявление умения действовать по плану и планировать свою деятельность.</w:t>
            </w:r>
          </w:p>
          <w:p w:rsidR="00F44E79" w:rsidRPr="00FE0535" w:rsidRDefault="00F44E79" w:rsidP="000149D8">
            <w:pPr>
              <w:rPr>
                <w:rFonts w:ascii="Calibri" w:hAnsi="Calibri" w:cs="Calibri"/>
              </w:rPr>
            </w:pPr>
            <w:r w:rsidRPr="00FE0535">
              <w:rPr>
                <w:rFonts w:ascii="Calibri" w:hAnsi="Calibri" w:cs="Calibri"/>
              </w:rPr>
              <w:t>Выявление способностей к обобщению.</w:t>
            </w:r>
          </w:p>
          <w:p w:rsidR="00F44E79" w:rsidRPr="00FE0535" w:rsidRDefault="00F44E79" w:rsidP="000149D8">
            <w:pPr>
              <w:rPr>
                <w:rFonts w:ascii="Calibri" w:hAnsi="Calibri" w:cs="Calibri"/>
              </w:rPr>
            </w:pPr>
            <w:r w:rsidRPr="00FE0535">
              <w:rPr>
                <w:rFonts w:ascii="Calibri" w:hAnsi="Calibri" w:cs="Calibri"/>
              </w:rPr>
              <w:t>Определение уровня вербального мышления.</w:t>
            </w:r>
          </w:p>
          <w:p w:rsidR="00F44E79" w:rsidRPr="00FE0535" w:rsidRDefault="00F44E79" w:rsidP="000149D8">
            <w:pPr>
              <w:rPr>
                <w:rFonts w:ascii="Calibri" w:hAnsi="Calibri" w:cs="Calibri"/>
              </w:rPr>
            </w:pPr>
            <w:r w:rsidRPr="00FE0535">
              <w:rPr>
                <w:rFonts w:ascii="Calibri" w:hAnsi="Calibri" w:cs="Calibri"/>
              </w:rPr>
              <w:t>Определение уровня умственного развития.</w:t>
            </w:r>
          </w:p>
          <w:p w:rsidR="00F44E79" w:rsidRPr="00FE0535" w:rsidRDefault="00F44E79" w:rsidP="000149D8">
            <w:pPr>
              <w:rPr>
                <w:rFonts w:ascii="Calibri" w:hAnsi="Calibri" w:cs="Calibri"/>
              </w:rPr>
            </w:pPr>
            <w:r w:rsidRPr="00FE0535">
              <w:rPr>
                <w:rFonts w:ascii="Calibri" w:hAnsi="Calibri" w:cs="Calibri"/>
              </w:rPr>
              <w:t>Выявление умения понимать и учитывать позицию собеседника и умения обосновать собственное мнение.</w:t>
            </w:r>
          </w:p>
          <w:p w:rsidR="00F44E79" w:rsidRPr="00FE0535" w:rsidRDefault="00F44E79" w:rsidP="00FE0535">
            <w:pPr>
              <w:spacing w:before="30" w:after="30"/>
              <w:rPr>
                <w:rFonts w:ascii="Calibri" w:hAnsi="Calibri" w:cs="Calibri"/>
                <w:b/>
                <w:bCs/>
              </w:rPr>
            </w:pPr>
            <w:r w:rsidRPr="00FE0535">
              <w:rPr>
                <w:rFonts w:ascii="Calibri" w:hAnsi="Calibri" w:cs="Calibri"/>
              </w:rPr>
              <w:t>Выявление умений по согласованию усилий для достижения общей цели. Определение продуктивности совместной деятельности.</w:t>
            </w:r>
          </w:p>
        </w:tc>
        <w:tc>
          <w:tcPr>
            <w:tcW w:w="1906" w:type="dxa"/>
          </w:tcPr>
          <w:p w:rsidR="00F44E79" w:rsidRPr="00FE0535" w:rsidRDefault="00F44E79" w:rsidP="000149D8">
            <w:pPr>
              <w:rPr>
                <w:rFonts w:ascii="Calibri" w:hAnsi="Calibri" w:cs="Calibri"/>
              </w:rPr>
            </w:pPr>
            <w:r w:rsidRPr="00FE0535">
              <w:rPr>
                <w:rFonts w:ascii="Calibri" w:hAnsi="Calibri" w:cs="Calibri"/>
                <w:b/>
                <w:bCs/>
                <w:i/>
                <w:iCs/>
              </w:rPr>
              <w:t>Личностные УУД</w:t>
            </w:r>
          </w:p>
          <w:p w:rsidR="00F44E79" w:rsidRPr="00FE0535" w:rsidRDefault="00F44E79" w:rsidP="000149D8">
            <w:pPr>
              <w:rPr>
                <w:rFonts w:ascii="Calibri" w:hAnsi="Calibri" w:cs="Calibri"/>
              </w:rPr>
            </w:pPr>
            <w:r w:rsidRPr="00FE0535">
              <w:rPr>
                <w:rFonts w:ascii="Calibri" w:hAnsi="Calibri" w:cs="Calibri"/>
              </w:rPr>
              <w:t>Беседа о школе (мотивационный вариант) (Т.А. Нежнова, Д.Б. Эльконин, А.Л. Венгер) (1 кл).</w:t>
            </w:r>
          </w:p>
          <w:p w:rsidR="00F44E79" w:rsidRPr="00FE0535" w:rsidRDefault="00F44E79" w:rsidP="000149D8">
            <w:pPr>
              <w:rPr>
                <w:rFonts w:ascii="Calibri" w:hAnsi="Calibri" w:cs="Calibri"/>
              </w:rPr>
            </w:pPr>
            <w:r w:rsidRPr="00FE0535">
              <w:rPr>
                <w:rFonts w:ascii="Calibri" w:hAnsi="Calibri" w:cs="Calibri"/>
                <w:i/>
                <w:iCs/>
              </w:rPr>
              <w:t>Методика «Рефлексивная самооценка учебной деятельности» (3-4 кл).</w:t>
            </w:r>
          </w:p>
          <w:p w:rsidR="00F44E79" w:rsidRPr="00FE0535" w:rsidRDefault="00F44E79" w:rsidP="000149D8">
            <w:pPr>
              <w:rPr>
                <w:rFonts w:ascii="Calibri" w:hAnsi="Calibri" w:cs="Calibri"/>
              </w:rPr>
            </w:pPr>
            <w:r w:rsidRPr="00FE0535">
              <w:rPr>
                <w:rFonts w:ascii="Calibri" w:hAnsi="Calibri" w:cs="Calibri"/>
                <w:i/>
                <w:iCs/>
              </w:rPr>
              <w:t>Методика «Хороший, плохой ребёнок и я» (1-2 кл).</w:t>
            </w:r>
          </w:p>
          <w:p w:rsidR="00F44E79" w:rsidRPr="00FE0535" w:rsidRDefault="00F44E79" w:rsidP="000149D8">
            <w:pPr>
              <w:rPr>
                <w:rFonts w:ascii="Calibri" w:hAnsi="Calibri" w:cs="Calibri"/>
              </w:rPr>
            </w:pPr>
            <w:r w:rsidRPr="00FE0535">
              <w:rPr>
                <w:rFonts w:ascii="Calibri" w:hAnsi="Calibri" w:cs="Calibri"/>
                <w:i/>
                <w:iCs/>
              </w:rPr>
              <w:t>Опросник Е. Кургановой «Оцени поступок» (1-4 кл).</w:t>
            </w:r>
          </w:p>
          <w:p w:rsidR="00F44E79" w:rsidRPr="00FE0535" w:rsidRDefault="00F44E79" w:rsidP="000149D8">
            <w:pPr>
              <w:rPr>
                <w:rFonts w:ascii="Calibri" w:hAnsi="Calibri" w:cs="Calibri"/>
              </w:rPr>
            </w:pPr>
            <w:r w:rsidRPr="00FE0535">
              <w:rPr>
                <w:rFonts w:ascii="Calibri" w:hAnsi="Calibri" w:cs="Calibri"/>
                <w:b/>
                <w:bCs/>
                <w:i/>
                <w:iCs/>
              </w:rPr>
              <w:t>Регулятивные УУД</w:t>
            </w:r>
          </w:p>
          <w:p w:rsidR="00F44E79" w:rsidRPr="00FE0535" w:rsidRDefault="00F44E79" w:rsidP="000149D8">
            <w:pPr>
              <w:rPr>
                <w:rFonts w:ascii="Calibri" w:hAnsi="Calibri" w:cs="Calibri"/>
              </w:rPr>
            </w:pPr>
            <w:r w:rsidRPr="00FE0535">
              <w:rPr>
                <w:rFonts w:ascii="Calibri" w:hAnsi="Calibri" w:cs="Calibri"/>
                <w:i/>
                <w:iCs/>
              </w:rPr>
              <w:t>Методика «Проба на внимание» (П. Я. Гальперин) (2-3 кл).</w:t>
            </w:r>
          </w:p>
          <w:p w:rsidR="00F44E79" w:rsidRPr="00FE0535" w:rsidRDefault="00F44E79" w:rsidP="000149D8">
            <w:pPr>
              <w:rPr>
                <w:rFonts w:ascii="Calibri" w:hAnsi="Calibri" w:cs="Calibri"/>
              </w:rPr>
            </w:pPr>
            <w:r w:rsidRPr="00FE0535">
              <w:rPr>
                <w:rFonts w:ascii="Calibri" w:hAnsi="Calibri" w:cs="Calibri"/>
                <w:b/>
                <w:bCs/>
                <w:i/>
                <w:iCs/>
              </w:rPr>
              <w:t>Познавательные УУД</w:t>
            </w:r>
          </w:p>
          <w:p w:rsidR="00F44E79" w:rsidRPr="00FE0535" w:rsidRDefault="00F44E79" w:rsidP="000149D8">
            <w:pPr>
              <w:rPr>
                <w:rFonts w:ascii="Calibri" w:hAnsi="Calibri" w:cs="Calibri"/>
              </w:rPr>
            </w:pPr>
            <w:r w:rsidRPr="00FE0535">
              <w:rPr>
                <w:rFonts w:ascii="Calibri" w:hAnsi="Calibri" w:cs="Calibri"/>
                <w:i/>
                <w:iCs/>
              </w:rPr>
              <w:t>Методика «Вербальная фантазия» (1-4 кл).</w:t>
            </w:r>
          </w:p>
          <w:p w:rsidR="00F44E79" w:rsidRPr="00FE0535" w:rsidRDefault="00F44E79" w:rsidP="000149D8">
            <w:pPr>
              <w:rPr>
                <w:rFonts w:ascii="Calibri" w:hAnsi="Calibri" w:cs="Calibri"/>
              </w:rPr>
            </w:pPr>
            <w:r w:rsidRPr="00FE0535">
              <w:rPr>
                <w:rFonts w:ascii="Calibri" w:hAnsi="Calibri" w:cs="Calibri"/>
                <w:b/>
                <w:bCs/>
                <w:i/>
                <w:iCs/>
              </w:rPr>
              <w:t>Коммуникативные УУД</w:t>
            </w:r>
          </w:p>
          <w:p w:rsidR="00F44E79" w:rsidRPr="00FE0535" w:rsidRDefault="00F44E79" w:rsidP="00FE0535">
            <w:pPr>
              <w:spacing w:before="30" w:after="30"/>
              <w:rPr>
                <w:rFonts w:ascii="Calibri" w:hAnsi="Calibri" w:cs="Calibri"/>
                <w:b/>
                <w:bCs/>
              </w:rPr>
            </w:pPr>
            <w:r w:rsidRPr="00FE0535">
              <w:rPr>
                <w:rFonts w:ascii="Calibri" w:hAnsi="Calibri" w:cs="Calibri"/>
                <w:i/>
                <w:iCs/>
              </w:rPr>
              <w:t>Методика «Кто прав?» (Г.А. Цукерман)</w:t>
            </w:r>
          </w:p>
        </w:tc>
        <w:tc>
          <w:tcPr>
            <w:tcW w:w="1701" w:type="dxa"/>
          </w:tcPr>
          <w:p w:rsidR="00F44E79" w:rsidRPr="00FE0535" w:rsidRDefault="00F44E79" w:rsidP="000149D8">
            <w:pPr>
              <w:rPr>
                <w:rFonts w:ascii="Calibri" w:hAnsi="Calibri" w:cs="Calibri"/>
              </w:rPr>
            </w:pPr>
            <w:r w:rsidRPr="00FE0535">
              <w:rPr>
                <w:rFonts w:ascii="Calibri" w:hAnsi="Calibri" w:cs="Calibri"/>
              </w:rPr>
              <w:t xml:space="preserve">Психолого-педагогический мониторинг </w:t>
            </w:r>
          </w:p>
          <w:p w:rsidR="00F44E79" w:rsidRPr="00FE0535" w:rsidRDefault="00F44E79" w:rsidP="000149D8">
            <w:pPr>
              <w:rPr>
                <w:rFonts w:ascii="Calibri" w:hAnsi="Calibri" w:cs="Calibri"/>
              </w:rPr>
            </w:pPr>
            <w:r w:rsidRPr="00FE0535">
              <w:rPr>
                <w:rFonts w:ascii="Calibri" w:hAnsi="Calibri" w:cs="Calibri"/>
              </w:rPr>
              <w:t>уровня развития УУД.</w:t>
            </w:r>
          </w:p>
          <w:p w:rsidR="00F44E79" w:rsidRPr="00FE0535" w:rsidRDefault="00F44E79" w:rsidP="000149D8">
            <w:pPr>
              <w:rPr>
                <w:rFonts w:ascii="Calibri" w:hAnsi="Calibri" w:cs="Calibri"/>
              </w:rPr>
            </w:pPr>
            <w:r w:rsidRPr="00FE0535">
              <w:rPr>
                <w:rFonts w:ascii="Calibri" w:hAnsi="Calibri" w:cs="Calibri"/>
              </w:rPr>
              <w:t xml:space="preserve">Рекомендации всем участникам </w:t>
            </w:r>
          </w:p>
          <w:p w:rsidR="00F44E79" w:rsidRPr="00FE0535" w:rsidRDefault="00F44E79" w:rsidP="000149D8">
            <w:pPr>
              <w:rPr>
                <w:rFonts w:ascii="Calibri" w:hAnsi="Calibri" w:cs="Calibri"/>
              </w:rPr>
            </w:pPr>
            <w:r w:rsidRPr="00FE0535">
              <w:rPr>
                <w:rFonts w:ascii="Calibri" w:hAnsi="Calibri" w:cs="Calibri"/>
              </w:rPr>
              <w:t>образовательного процесса</w:t>
            </w:r>
          </w:p>
          <w:p w:rsidR="00F44E79" w:rsidRPr="00FE0535" w:rsidRDefault="00F44E79" w:rsidP="00FE0535">
            <w:pPr>
              <w:spacing w:before="30" w:after="30"/>
              <w:jc w:val="center"/>
              <w:rPr>
                <w:rFonts w:ascii="Calibri" w:hAnsi="Calibri" w:cs="Calibri"/>
                <w:b/>
                <w:bCs/>
              </w:rPr>
            </w:pPr>
            <w:r w:rsidRPr="00FE0535">
              <w:rPr>
                <w:rFonts w:ascii="Calibri" w:hAnsi="Calibri" w:cs="Calibri"/>
              </w:rPr>
              <w:t xml:space="preserve"> по развитию УУД.</w:t>
            </w:r>
          </w:p>
        </w:tc>
      </w:tr>
      <w:tr w:rsidR="00F44E79" w:rsidRPr="00A54169" w:rsidTr="00FE0535">
        <w:tc>
          <w:tcPr>
            <w:tcW w:w="1842" w:type="dxa"/>
          </w:tcPr>
          <w:p w:rsidR="00F44E79" w:rsidRPr="00FE0535" w:rsidRDefault="00F44E79" w:rsidP="00FE0535">
            <w:pPr>
              <w:spacing w:before="30" w:after="30"/>
              <w:rPr>
                <w:rFonts w:ascii="Calibri" w:hAnsi="Calibri" w:cs="Calibri"/>
              </w:rPr>
            </w:pPr>
            <w:r w:rsidRPr="00FE0535">
              <w:rPr>
                <w:rFonts w:ascii="Calibri" w:hAnsi="Calibri" w:cs="Calibri"/>
              </w:rPr>
              <w:t>Прослеживание хода адаптации обучающихся 10класса</w:t>
            </w:r>
          </w:p>
        </w:tc>
        <w:tc>
          <w:tcPr>
            <w:tcW w:w="1685" w:type="dxa"/>
          </w:tcPr>
          <w:p w:rsidR="00F44E79" w:rsidRPr="00FE0535" w:rsidRDefault="00F44E79" w:rsidP="00FE0535">
            <w:pPr>
              <w:spacing w:before="30" w:after="30"/>
              <w:rPr>
                <w:rFonts w:ascii="Calibri" w:hAnsi="Calibri" w:cs="Calibri"/>
              </w:rPr>
            </w:pPr>
            <w:r w:rsidRPr="00FE0535">
              <w:rPr>
                <w:rFonts w:ascii="Calibri" w:hAnsi="Calibri" w:cs="Calibri"/>
              </w:rPr>
              <w:t>Психологическое сопровождение ФГОС ООО</w:t>
            </w:r>
          </w:p>
        </w:tc>
        <w:tc>
          <w:tcPr>
            <w:tcW w:w="1412" w:type="dxa"/>
          </w:tcPr>
          <w:p w:rsidR="00F44E79" w:rsidRPr="00FE0535" w:rsidRDefault="00F44E79" w:rsidP="00FE0535">
            <w:pPr>
              <w:spacing w:before="30" w:after="30"/>
              <w:rPr>
                <w:rFonts w:ascii="Calibri" w:hAnsi="Calibri" w:cs="Calibri"/>
              </w:rPr>
            </w:pPr>
            <w:r w:rsidRPr="00FE0535">
              <w:rPr>
                <w:rFonts w:ascii="Calibri" w:hAnsi="Calibri" w:cs="Calibri"/>
              </w:rPr>
              <w:t>Обучающиеся 10 классов</w:t>
            </w:r>
          </w:p>
        </w:tc>
        <w:tc>
          <w:tcPr>
            <w:tcW w:w="2206" w:type="dxa"/>
          </w:tcPr>
          <w:p w:rsidR="00F44E79" w:rsidRPr="00FE0535" w:rsidRDefault="00F44E79" w:rsidP="00FE0535">
            <w:pPr>
              <w:spacing w:before="30" w:after="30"/>
              <w:rPr>
                <w:rFonts w:ascii="Calibri" w:hAnsi="Calibri" w:cs="Calibri"/>
              </w:rPr>
            </w:pPr>
            <w:r w:rsidRPr="00FE0535">
              <w:rPr>
                <w:rFonts w:ascii="Calibri" w:hAnsi="Calibri" w:cs="Calibri"/>
              </w:rPr>
              <w:t>Выявление уровня адаптации учащихся к учебной деятельности в новых условиях. Выработка рекомендаций участникам образовательного процесса по построению стратегии взаимодействия с обучающимися, имеющими трудности адаптации</w:t>
            </w:r>
          </w:p>
        </w:tc>
        <w:tc>
          <w:tcPr>
            <w:tcW w:w="1906" w:type="dxa"/>
          </w:tcPr>
          <w:p w:rsidR="00F44E79" w:rsidRPr="00FE0535" w:rsidRDefault="00F44E79" w:rsidP="00FE0535">
            <w:pPr>
              <w:spacing w:before="30" w:after="30"/>
              <w:rPr>
                <w:rFonts w:ascii="Calibri" w:hAnsi="Calibri" w:cs="Calibri"/>
              </w:rPr>
            </w:pPr>
            <w:r w:rsidRPr="00FE0535">
              <w:rPr>
                <w:rFonts w:ascii="Calibri" w:hAnsi="Calibri" w:cs="Calibri"/>
              </w:rPr>
              <w:t>1. Методика диагностики  уровня тревожности (автор Р. Кондаш, модификация А. Прихожан).</w:t>
            </w:r>
          </w:p>
        </w:tc>
        <w:tc>
          <w:tcPr>
            <w:tcW w:w="1701" w:type="dxa"/>
          </w:tcPr>
          <w:p w:rsidR="00F44E79" w:rsidRPr="00FE0535" w:rsidRDefault="00F44E79" w:rsidP="00FE0535">
            <w:pPr>
              <w:spacing w:before="30" w:after="30"/>
              <w:jc w:val="center"/>
              <w:rPr>
                <w:rFonts w:ascii="Calibri" w:hAnsi="Calibri" w:cs="Calibri"/>
              </w:rPr>
            </w:pPr>
            <w:r w:rsidRPr="00FE0535">
              <w:rPr>
                <w:rFonts w:ascii="Calibri" w:hAnsi="Calibri" w:cs="Calibri"/>
              </w:rPr>
              <w:t>Аналитическая справка.</w:t>
            </w:r>
          </w:p>
        </w:tc>
      </w:tr>
      <w:tr w:rsidR="00F44E79" w:rsidRPr="00A54169" w:rsidTr="00FE0535">
        <w:tc>
          <w:tcPr>
            <w:tcW w:w="1842" w:type="dxa"/>
          </w:tcPr>
          <w:p w:rsidR="00F44E79" w:rsidRPr="00FE0535" w:rsidRDefault="00F44E79" w:rsidP="00FE0535">
            <w:pPr>
              <w:spacing w:before="30" w:after="30"/>
              <w:rPr>
                <w:rFonts w:ascii="Calibri" w:hAnsi="Calibri" w:cs="Calibri"/>
              </w:rPr>
            </w:pPr>
            <w:r w:rsidRPr="00FE0535">
              <w:rPr>
                <w:rFonts w:ascii="Calibri" w:hAnsi="Calibri" w:cs="Calibri"/>
              </w:rPr>
              <w:t>Диагностика удовлетворѐнности образовательным процессом</w:t>
            </w:r>
          </w:p>
        </w:tc>
        <w:tc>
          <w:tcPr>
            <w:tcW w:w="1685" w:type="dxa"/>
          </w:tcPr>
          <w:p w:rsidR="00F44E79" w:rsidRPr="00FE0535" w:rsidRDefault="00F44E79" w:rsidP="00FE0535">
            <w:pPr>
              <w:spacing w:before="30" w:after="30"/>
              <w:rPr>
                <w:rFonts w:ascii="Calibri" w:hAnsi="Calibri" w:cs="Calibri"/>
              </w:rPr>
            </w:pPr>
            <w:r w:rsidRPr="00FE0535">
              <w:rPr>
                <w:rFonts w:ascii="Calibri" w:hAnsi="Calibri" w:cs="Calibri"/>
              </w:rPr>
              <w:t>Психологическое сопровождение ФГОС ООО</w:t>
            </w:r>
          </w:p>
        </w:tc>
        <w:tc>
          <w:tcPr>
            <w:tcW w:w="1412" w:type="dxa"/>
          </w:tcPr>
          <w:p w:rsidR="00F44E79" w:rsidRPr="00FE0535" w:rsidRDefault="00F44E79" w:rsidP="00FE0535">
            <w:pPr>
              <w:spacing w:before="30" w:after="30"/>
              <w:rPr>
                <w:rFonts w:ascii="Calibri" w:hAnsi="Calibri" w:cs="Calibri"/>
              </w:rPr>
            </w:pPr>
            <w:r w:rsidRPr="00FE0535">
              <w:rPr>
                <w:rFonts w:ascii="Calibri" w:hAnsi="Calibri" w:cs="Calibri"/>
              </w:rPr>
              <w:t>Обучающиеся</w:t>
            </w:r>
          </w:p>
          <w:p w:rsidR="00F44E79" w:rsidRPr="00FE0535" w:rsidRDefault="00F44E79" w:rsidP="00FE0535">
            <w:pPr>
              <w:spacing w:before="30" w:after="30"/>
              <w:rPr>
                <w:rFonts w:ascii="Calibri" w:hAnsi="Calibri" w:cs="Calibri"/>
              </w:rPr>
            </w:pPr>
            <w:r w:rsidRPr="00FE0535">
              <w:rPr>
                <w:rFonts w:ascii="Calibri" w:hAnsi="Calibri" w:cs="Calibri"/>
              </w:rPr>
              <w:t>5-7-го класса, родители, педагоги</w:t>
            </w:r>
          </w:p>
        </w:tc>
        <w:tc>
          <w:tcPr>
            <w:tcW w:w="2206" w:type="dxa"/>
          </w:tcPr>
          <w:p w:rsidR="00F44E79" w:rsidRPr="00FE0535" w:rsidRDefault="00F44E79" w:rsidP="00FE0535">
            <w:pPr>
              <w:spacing w:before="30" w:after="30"/>
              <w:rPr>
                <w:rFonts w:ascii="Calibri" w:hAnsi="Calibri" w:cs="Calibri"/>
              </w:rPr>
            </w:pPr>
            <w:r w:rsidRPr="00FE0535">
              <w:rPr>
                <w:rFonts w:ascii="Calibri" w:hAnsi="Calibri" w:cs="Calibri"/>
              </w:rPr>
              <w:t>Выявление уровня удовлетворѐнности образовательным</w:t>
            </w:r>
          </w:p>
          <w:p w:rsidR="00F44E79" w:rsidRPr="00FE0535" w:rsidRDefault="00F44E79" w:rsidP="00FE0535">
            <w:pPr>
              <w:spacing w:before="30" w:after="30"/>
              <w:rPr>
                <w:rFonts w:ascii="Calibri" w:hAnsi="Calibri" w:cs="Calibri"/>
              </w:rPr>
            </w:pPr>
            <w:r w:rsidRPr="00FE0535">
              <w:rPr>
                <w:rFonts w:ascii="Calibri" w:hAnsi="Calibri" w:cs="Calibri"/>
              </w:rPr>
              <w:t>процессом педагогов, учащихся и их родителей</w:t>
            </w:r>
          </w:p>
        </w:tc>
        <w:tc>
          <w:tcPr>
            <w:tcW w:w="1906" w:type="dxa"/>
          </w:tcPr>
          <w:p w:rsidR="00F44E79" w:rsidRPr="00FE0535" w:rsidRDefault="00F44E79" w:rsidP="00FE0535">
            <w:pPr>
              <w:spacing w:before="30" w:after="30"/>
              <w:rPr>
                <w:rFonts w:ascii="Calibri" w:hAnsi="Calibri" w:cs="Calibri"/>
              </w:rPr>
            </w:pPr>
            <w:r w:rsidRPr="00FE0535">
              <w:rPr>
                <w:rFonts w:ascii="Calibri" w:hAnsi="Calibri" w:cs="Calibri"/>
              </w:rPr>
              <w:t>Анкета для педагогов «Отношение к школе».</w:t>
            </w:r>
          </w:p>
          <w:p w:rsidR="00F44E79" w:rsidRPr="00FE0535" w:rsidRDefault="00F44E79" w:rsidP="00FE0535">
            <w:pPr>
              <w:spacing w:before="30" w:after="30"/>
              <w:rPr>
                <w:rFonts w:ascii="Calibri" w:hAnsi="Calibri" w:cs="Calibri"/>
              </w:rPr>
            </w:pPr>
            <w:r w:rsidRPr="00FE0535">
              <w:rPr>
                <w:rFonts w:ascii="Calibri" w:hAnsi="Calibri" w:cs="Calibri"/>
              </w:rPr>
              <w:t>Анкета для обучающихся «Отношение к школе».</w:t>
            </w:r>
          </w:p>
          <w:p w:rsidR="00F44E79" w:rsidRPr="00FE0535" w:rsidRDefault="00F44E79" w:rsidP="00FE0535">
            <w:pPr>
              <w:spacing w:before="30" w:after="30"/>
              <w:rPr>
                <w:rFonts w:ascii="Calibri" w:hAnsi="Calibri" w:cs="Calibri"/>
              </w:rPr>
            </w:pPr>
            <w:r w:rsidRPr="00FE0535">
              <w:rPr>
                <w:rFonts w:ascii="Calibri" w:hAnsi="Calibri" w:cs="Calibri"/>
              </w:rPr>
              <w:t>Анкета для родителей «Отношение к школе»</w:t>
            </w:r>
          </w:p>
        </w:tc>
        <w:tc>
          <w:tcPr>
            <w:tcW w:w="1701" w:type="dxa"/>
          </w:tcPr>
          <w:p w:rsidR="00F44E79" w:rsidRPr="00FE0535" w:rsidRDefault="00F44E79" w:rsidP="00FE0535">
            <w:pPr>
              <w:spacing w:before="30" w:after="30"/>
              <w:jc w:val="center"/>
              <w:rPr>
                <w:rFonts w:ascii="Calibri" w:hAnsi="Calibri" w:cs="Calibri"/>
              </w:rPr>
            </w:pPr>
            <w:r w:rsidRPr="00FE0535">
              <w:rPr>
                <w:rFonts w:ascii="Calibri" w:hAnsi="Calibri" w:cs="Calibri"/>
              </w:rPr>
              <w:t>Информация на сайте ОО</w:t>
            </w:r>
          </w:p>
          <w:p w:rsidR="00F44E79" w:rsidRPr="00FE0535" w:rsidRDefault="00F44E79" w:rsidP="00FE0535">
            <w:pPr>
              <w:spacing w:before="30" w:after="30"/>
              <w:jc w:val="center"/>
              <w:rPr>
                <w:rFonts w:ascii="Calibri" w:hAnsi="Calibri" w:cs="Calibri"/>
              </w:rPr>
            </w:pPr>
            <w:r w:rsidRPr="00FE0535">
              <w:rPr>
                <w:rFonts w:ascii="Calibri" w:hAnsi="Calibri" w:cs="Calibri"/>
              </w:rPr>
              <w:t>(социально-психологический</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 мониторинг – микроклимат в школе)</w:t>
            </w:r>
          </w:p>
          <w:p w:rsidR="00F44E79" w:rsidRPr="00FE0535" w:rsidRDefault="00F44E79" w:rsidP="00FE0535">
            <w:pPr>
              <w:spacing w:before="30" w:after="30"/>
              <w:jc w:val="center"/>
              <w:rPr>
                <w:rFonts w:ascii="Calibri" w:hAnsi="Calibri" w:cs="Calibri"/>
              </w:rPr>
            </w:pPr>
            <w:r w:rsidRPr="00FE0535">
              <w:rPr>
                <w:rFonts w:ascii="Calibri" w:hAnsi="Calibri" w:cs="Calibri"/>
              </w:rPr>
              <w:t xml:space="preserve"> и педсовете</w:t>
            </w:r>
          </w:p>
        </w:tc>
      </w:tr>
      <w:tr w:rsidR="00F44E79" w:rsidRPr="00A54169" w:rsidTr="00FE0535">
        <w:tc>
          <w:tcPr>
            <w:tcW w:w="184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Изучение особенностей когнитивного и психосоциального развития, уровня развития универсальных учебных действий (заполнение карт индивидуального развития обучающихся)</w:t>
            </w:r>
          </w:p>
        </w:tc>
        <w:tc>
          <w:tcPr>
            <w:tcW w:w="168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Психологическое сопровождение ФГОС</w:t>
            </w:r>
          </w:p>
        </w:tc>
        <w:tc>
          <w:tcPr>
            <w:tcW w:w="141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Обучающиеся</w:t>
            </w:r>
          </w:p>
          <w:p w:rsidR="00F44E79" w:rsidRPr="00FE0535" w:rsidRDefault="00F44E79" w:rsidP="000149D8">
            <w:pPr>
              <w:rPr>
                <w:rFonts w:ascii="Calibri" w:hAnsi="Calibri" w:cs="Calibri"/>
              </w:rPr>
            </w:pPr>
            <w:r w:rsidRPr="00FE0535">
              <w:rPr>
                <w:rFonts w:ascii="Calibri" w:hAnsi="Calibri" w:cs="Calibri"/>
              </w:rPr>
              <w:t>5-10-го класса</w:t>
            </w:r>
          </w:p>
        </w:tc>
        <w:tc>
          <w:tcPr>
            <w:tcW w:w="220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Определение учебных и профессиональных интересов, склонностей обучающихся.</w:t>
            </w:r>
          </w:p>
          <w:p w:rsidR="00F44E79" w:rsidRPr="00FE0535" w:rsidRDefault="00F44E79" w:rsidP="000149D8">
            <w:pPr>
              <w:rPr>
                <w:rFonts w:ascii="Calibri" w:hAnsi="Calibri" w:cs="Calibri"/>
              </w:rPr>
            </w:pPr>
            <w:r w:rsidRPr="00FE0535">
              <w:rPr>
                <w:rFonts w:ascii="Calibri" w:hAnsi="Calibri" w:cs="Calibri"/>
              </w:rPr>
              <w:t>Определение уровня личностного осмысления выбираемой профессии.</w:t>
            </w:r>
          </w:p>
          <w:p w:rsidR="00F44E79" w:rsidRPr="00FE0535" w:rsidRDefault="00F44E79" w:rsidP="000149D8">
            <w:pPr>
              <w:rPr>
                <w:rFonts w:ascii="Calibri" w:hAnsi="Calibri" w:cs="Calibri"/>
              </w:rPr>
            </w:pPr>
            <w:r w:rsidRPr="00FE0535">
              <w:rPr>
                <w:rFonts w:ascii="Calibri" w:hAnsi="Calibri" w:cs="Calibri"/>
              </w:rPr>
              <w:t>Определение уровня жизненного и профессионального самоопределения.</w:t>
            </w:r>
          </w:p>
          <w:p w:rsidR="00F44E79" w:rsidRPr="00FE0535" w:rsidRDefault="00F44E79" w:rsidP="000149D8">
            <w:pPr>
              <w:rPr>
                <w:rFonts w:ascii="Calibri" w:hAnsi="Calibri" w:cs="Calibri"/>
              </w:rPr>
            </w:pPr>
            <w:r w:rsidRPr="00FE0535">
              <w:rPr>
                <w:rFonts w:ascii="Calibri" w:hAnsi="Calibri" w:cs="Calibri"/>
              </w:rPr>
              <w:t>Определение уровня развития самооценки.</w:t>
            </w:r>
          </w:p>
          <w:p w:rsidR="00F44E79" w:rsidRPr="00FE0535" w:rsidRDefault="00F44E79" w:rsidP="000149D8">
            <w:pPr>
              <w:rPr>
                <w:rFonts w:ascii="Calibri" w:hAnsi="Calibri" w:cs="Calibri"/>
              </w:rPr>
            </w:pPr>
            <w:r w:rsidRPr="00FE0535">
              <w:rPr>
                <w:rFonts w:ascii="Calibri" w:hAnsi="Calibri" w:cs="Calibri"/>
              </w:rPr>
              <w:t>Определение уровня развития познавательной активности.</w:t>
            </w:r>
          </w:p>
          <w:p w:rsidR="00F44E79" w:rsidRPr="00FE0535" w:rsidRDefault="00F44E79" w:rsidP="000149D8">
            <w:pPr>
              <w:rPr>
                <w:rFonts w:ascii="Calibri" w:hAnsi="Calibri" w:cs="Calibri"/>
              </w:rPr>
            </w:pPr>
            <w:r w:rsidRPr="00FE0535">
              <w:rPr>
                <w:rFonts w:ascii="Calibri" w:hAnsi="Calibri" w:cs="Calibri"/>
              </w:rPr>
              <w:t>Определение уровня развития нравственно-этической ориентации.</w:t>
            </w:r>
          </w:p>
          <w:p w:rsidR="00F44E79" w:rsidRPr="00FE0535" w:rsidRDefault="00F44E79" w:rsidP="000149D8">
            <w:pPr>
              <w:rPr>
                <w:rFonts w:ascii="Calibri" w:hAnsi="Calibri" w:cs="Calibri"/>
              </w:rPr>
            </w:pPr>
            <w:r w:rsidRPr="00FE0535">
              <w:rPr>
                <w:rFonts w:ascii="Calibri" w:hAnsi="Calibri" w:cs="Calibri"/>
              </w:rPr>
              <w:t>Определение уровня развития волевойсаморегуляции.</w:t>
            </w:r>
          </w:p>
          <w:p w:rsidR="00F44E79" w:rsidRPr="00FE0535" w:rsidRDefault="00F44E79" w:rsidP="000149D8">
            <w:pPr>
              <w:rPr>
                <w:rFonts w:ascii="Calibri" w:hAnsi="Calibri" w:cs="Calibri"/>
              </w:rPr>
            </w:pPr>
            <w:r w:rsidRPr="00FE0535">
              <w:rPr>
                <w:rFonts w:ascii="Calibri" w:hAnsi="Calibri" w:cs="Calibri"/>
              </w:rPr>
              <w:t>Выявление уровня развития логических действий (умственных способностей).</w:t>
            </w:r>
          </w:p>
          <w:p w:rsidR="00F44E79" w:rsidRPr="00FE0535" w:rsidRDefault="00F44E79" w:rsidP="000149D8">
            <w:pPr>
              <w:rPr>
                <w:rFonts w:ascii="Calibri" w:hAnsi="Calibri" w:cs="Calibri"/>
              </w:rPr>
            </w:pPr>
            <w:r w:rsidRPr="00FE0535">
              <w:rPr>
                <w:rFonts w:ascii="Calibri" w:hAnsi="Calibri" w:cs="Calibri"/>
              </w:rPr>
              <w:t>Выявление учащихся с низким уровнем удовлетворённости школьной жизнью. Выработка рекомендаций. Разработка коррекционных занятий «Коррекция негативных эмоциональных состояний подростка»</w:t>
            </w:r>
          </w:p>
        </w:tc>
        <w:tc>
          <w:tcPr>
            <w:tcW w:w="190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b/>
                <w:bCs/>
                <w:i/>
                <w:iCs/>
              </w:rPr>
              <w:t>Личностные УУД</w:t>
            </w:r>
          </w:p>
          <w:p w:rsidR="00F44E79" w:rsidRPr="00FE0535" w:rsidRDefault="00F44E79" w:rsidP="000149D8">
            <w:pPr>
              <w:rPr>
                <w:rFonts w:ascii="Calibri" w:hAnsi="Calibri" w:cs="Calibri"/>
              </w:rPr>
            </w:pPr>
            <w:r w:rsidRPr="00FE0535">
              <w:rPr>
                <w:rFonts w:ascii="Calibri" w:hAnsi="Calibri" w:cs="Calibri"/>
              </w:rPr>
              <w:t>Методика «Карта интересов» (5-6 класс).</w:t>
            </w:r>
          </w:p>
          <w:p w:rsidR="00F44E79" w:rsidRPr="00FE0535" w:rsidRDefault="00F44E79" w:rsidP="000149D8">
            <w:pPr>
              <w:rPr>
                <w:rFonts w:ascii="Calibri" w:hAnsi="Calibri" w:cs="Calibri"/>
              </w:rPr>
            </w:pPr>
            <w:r w:rsidRPr="00FE0535">
              <w:rPr>
                <w:rFonts w:ascii="Calibri" w:hAnsi="Calibri" w:cs="Calibri"/>
                <w:b/>
                <w:bCs/>
                <w:i/>
                <w:iCs/>
              </w:rPr>
              <w:t>Регулятивные УУД</w:t>
            </w:r>
          </w:p>
          <w:p w:rsidR="00F44E79" w:rsidRPr="00FE0535" w:rsidRDefault="00F44E79" w:rsidP="000149D8">
            <w:pPr>
              <w:rPr>
                <w:rFonts w:ascii="Calibri" w:hAnsi="Calibri" w:cs="Calibri"/>
              </w:rPr>
            </w:pPr>
            <w:r w:rsidRPr="00FE0535">
              <w:rPr>
                <w:rFonts w:ascii="Calibri" w:hAnsi="Calibri" w:cs="Calibri"/>
                <w:i/>
                <w:iCs/>
              </w:rPr>
              <w:t>Методика «Исследование волевой саморегуляции» (А.В. Зверькова, Е.В. Эйдман) (7-10 класс).</w:t>
            </w:r>
          </w:p>
          <w:p w:rsidR="00F44E79" w:rsidRPr="00FE0535" w:rsidRDefault="00F44E79" w:rsidP="000149D8">
            <w:pPr>
              <w:rPr>
                <w:rFonts w:ascii="Calibri" w:hAnsi="Calibri" w:cs="Calibri"/>
              </w:rPr>
            </w:pPr>
            <w:r w:rsidRPr="00FE0535">
              <w:rPr>
                <w:rFonts w:ascii="Calibri" w:hAnsi="Calibri" w:cs="Calibri"/>
                <w:b/>
                <w:bCs/>
                <w:i/>
                <w:iCs/>
              </w:rPr>
              <w:t>Познавательные УУД</w:t>
            </w:r>
          </w:p>
          <w:p w:rsidR="00F44E79" w:rsidRPr="00FE0535" w:rsidRDefault="00F44E79" w:rsidP="000149D8">
            <w:pPr>
              <w:rPr>
                <w:rFonts w:ascii="Calibri" w:hAnsi="Calibri" w:cs="Calibri"/>
              </w:rPr>
            </w:pPr>
            <w:r w:rsidRPr="00FE0535">
              <w:rPr>
                <w:rFonts w:ascii="Calibri" w:hAnsi="Calibri" w:cs="Calibri"/>
              </w:rPr>
              <w:t>Методики «Числовые ряды», «Аналогии» (5-6 классы).</w:t>
            </w:r>
          </w:p>
          <w:p w:rsidR="00F44E79" w:rsidRPr="00FE0535" w:rsidRDefault="00F44E79" w:rsidP="000149D8">
            <w:pPr>
              <w:rPr>
                <w:rFonts w:ascii="Calibri" w:hAnsi="Calibri" w:cs="Calibri"/>
              </w:rPr>
            </w:pPr>
            <w:r w:rsidRPr="00FE0535">
              <w:rPr>
                <w:rFonts w:ascii="Calibri" w:hAnsi="Calibri" w:cs="Calibri"/>
                <w:b/>
                <w:bCs/>
                <w:i/>
                <w:iCs/>
              </w:rPr>
              <w:t>Коммуникативные УУД</w:t>
            </w:r>
          </w:p>
          <w:p w:rsidR="00F44E79" w:rsidRPr="00FE0535" w:rsidRDefault="00F44E79" w:rsidP="000149D8">
            <w:pPr>
              <w:rPr>
                <w:rFonts w:ascii="Calibri" w:hAnsi="Calibri" w:cs="Calibri"/>
              </w:rPr>
            </w:pPr>
            <w:r w:rsidRPr="00FE0535">
              <w:rPr>
                <w:rFonts w:ascii="Calibri" w:hAnsi="Calibri" w:cs="Calibri"/>
              </w:rPr>
              <w:t>Методика на определение удовлетворённости школьной жизнью (5-10 класс)</w:t>
            </w:r>
          </w:p>
        </w:tc>
        <w:tc>
          <w:tcPr>
            <w:tcW w:w="1701"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Аналитическая справка.</w:t>
            </w:r>
          </w:p>
          <w:p w:rsidR="00F44E79" w:rsidRPr="00FE0535" w:rsidRDefault="00F44E79" w:rsidP="000149D8">
            <w:pPr>
              <w:rPr>
                <w:rFonts w:ascii="Calibri" w:hAnsi="Calibri" w:cs="Calibri"/>
              </w:rPr>
            </w:pPr>
            <w:r w:rsidRPr="00FE0535">
              <w:rPr>
                <w:rFonts w:ascii="Calibri" w:hAnsi="Calibri" w:cs="Calibri"/>
              </w:rPr>
              <w:t>Рекомендации всем участникам</w:t>
            </w:r>
          </w:p>
          <w:p w:rsidR="00F44E79" w:rsidRPr="00FE0535" w:rsidRDefault="00F44E79" w:rsidP="000149D8">
            <w:pPr>
              <w:rPr>
                <w:rFonts w:ascii="Calibri" w:hAnsi="Calibri" w:cs="Calibri"/>
              </w:rPr>
            </w:pPr>
            <w:r w:rsidRPr="00FE0535">
              <w:rPr>
                <w:rFonts w:ascii="Calibri" w:hAnsi="Calibri" w:cs="Calibri"/>
              </w:rPr>
              <w:t xml:space="preserve"> образовательного процесса </w:t>
            </w:r>
          </w:p>
          <w:p w:rsidR="00F44E79" w:rsidRPr="00FE0535" w:rsidRDefault="00F44E79" w:rsidP="000149D8">
            <w:pPr>
              <w:rPr>
                <w:rFonts w:ascii="Calibri" w:hAnsi="Calibri" w:cs="Calibri"/>
              </w:rPr>
            </w:pPr>
            <w:r w:rsidRPr="00FE0535">
              <w:rPr>
                <w:rFonts w:ascii="Calibri" w:hAnsi="Calibri" w:cs="Calibri"/>
              </w:rPr>
              <w:t>по развитию УУД</w:t>
            </w:r>
          </w:p>
        </w:tc>
      </w:tr>
    </w:tbl>
    <w:p w:rsidR="00F44E79" w:rsidRPr="00A54169" w:rsidRDefault="00F44E79" w:rsidP="000149D8">
      <w:pPr>
        <w:shd w:val="clear" w:color="auto" w:fill="FFFFFF"/>
        <w:spacing w:line="360" w:lineRule="auto"/>
        <w:rPr>
          <w:rFonts w:cs="Times New Roman"/>
          <w:szCs w:val="20"/>
        </w:rPr>
      </w:pPr>
      <w:r w:rsidRPr="00A54169">
        <w:rPr>
          <w:rFonts w:cs="Times New Roman"/>
          <w:szCs w:val="20"/>
        </w:rPr>
        <w:tab/>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5"/>
        <w:gridCol w:w="1046"/>
        <w:gridCol w:w="1034"/>
        <w:gridCol w:w="1210"/>
        <w:gridCol w:w="1181"/>
        <w:gridCol w:w="1041"/>
      </w:tblGrid>
      <w:tr w:rsidR="00F44E79" w:rsidRPr="00A54169" w:rsidTr="00FE0535">
        <w:tc>
          <w:tcPr>
            <w:tcW w:w="10752" w:type="dxa"/>
            <w:gridSpan w:val="6"/>
          </w:tcPr>
          <w:p w:rsidR="00F44E79" w:rsidRPr="00FE0535" w:rsidRDefault="00F44E79" w:rsidP="00FE0535">
            <w:pPr>
              <w:spacing w:before="30" w:after="30"/>
              <w:jc w:val="center"/>
              <w:rPr>
                <w:rFonts w:ascii="Calibri" w:hAnsi="Calibri" w:cs="Calibri"/>
                <w:b/>
                <w:bCs/>
              </w:rPr>
            </w:pPr>
            <w:bookmarkStart w:id="1447" w:name="_Hlk118821959"/>
            <w:r w:rsidRPr="00FE0535">
              <w:rPr>
                <w:rFonts w:ascii="Calibri" w:hAnsi="Calibri" w:cs="Calibri"/>
                <w:b/>
                <w:bCs/>
              </w:rPr>
              <w:t>План работы на январь</w:t>
            </w:r>
          </w:p>
        </w:tc>
      </w:tr>
      <w:tr w:rsidR="00F44E79" w:rsidRPr="00A54169" w:rsidTr="00FE0535">
        <w:tc>
          <w:tcPr>
            <w:tcW w:w="1731" w:type="dxa"/>
            <w:vMerge w:val="restart"/>
          </w:tcPr>
          <w:p w:rsidR="00F44E79" w:rsidRPr="00FE0535" w:rsidRDefault="00F44E79" w:rsidP="00FE0535">
            <w:pPr>
              <w:spacing w:before="30" w:after="30"/>
              <w:rPr>
                <w:rFonts w:ascii="Calibri" w:hAnsi="Calibri" w:cs="Calibri"/>
                <w:b/>
                <w:bCs/>
              </w:rPr>
            </w:pPr>
            <w:r w:rsidRPr="00FE0535">
              <w:rPr>
                <w:rFonts w:ascii="Calibri" w:hAnsi="Calibri" w:cs="Calibri"/>
                <w:b/>
                <w:bCs/>
              </w:rPr>
              <w:t>Наименование работы</w:t>
            </w:r>
          </w:p>
        </w:tc>
        <w:tc>
          <w:tcPr>
            <w:tcW w:w="9021"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A54169" w:rsidTr="00FE0535">
        <w:tc>
          <w:tcPr>
            <w:tcW w:w="1731" w:type="dxa"/>
            <w:vMerge/>
          </w:tcPr>
          <w:p w:rsidR="00F44E79" w:rsidRPr="00FE0535" w:rsidRDefault="00F44E79" w:rsidP="00FE0535">
            <w:pPr>
              <w:spacing w:before="30" w:after="30"/>
              <w:rPr>
                <w:rFonts w:ascii="Calibri" w:hAnsi="Calibri" w:cs="Calibri"/>
                <w:b/>
                <w:bCs/>
              </w:rPr>
            </w:pPr>
          </w:p>
        </w:tc>
        <w:tc>
          <w:tcPr>
            <w:tcW w:w="2722"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386"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1881"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839"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193" w:type="dxa"/>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Форма отчётности</w:t>
            </w:r>
          </w:p>
        </w:tc>
      </w:tr>
      <w:bookmarkEnd w:id="1447"/>
      <w:tr w:rsidR="00F44E79" w:rsidRPr="00A54169" w:rsidTr="00FE0535">
        <w:tc>
          <w:tcPr>
            <w:tcW w:w="1731"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Изучение особенностей когнитивного и психосоциального развития, уровня развития личностных универсальных учебных действий</w:t>
            </w:r>
          </w:p>
        </w:tc>
        <w:tc>
          <w:tcPr>
            <w:tcW w:w="272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Психологическое сопровождение  обучающихся выпускных классов</w:t>
            </w:r>
          </w:p>
        </w:tc>
        <w:tc>
          <w:tcPr>
            <w:tcW w:w="138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Обучающиеся</w:t>
            </w:r>
          </w:p>
          <w:p w:rsidR="00F44E79" w:rsidRPr="00FE0535" w:rsidRDefault="00F44E79" w:rsidP="000149D8">
            <w:pPr>
              <w:rPr>
                <w:rFonts w:ascii="Calibri" w:hAnsi="Calibri" w:cs="Calibri"/>
              </w:rPr>
            </w:pPr>
            <w:r w:rsidRPr="00FE0535">
              <w:rPr>
                <w:rFonts w:ascii="Calibri" w:hAnsi="Calibri" w:cs="Calibri"/>
              </w:rPr>
              <w:t>11 класса</w:t>
            </w:r>
          </w:p>
        </w:tc>
        <w:tc>
          <w:tcPr>
            <w:tcW w:w="1881"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Определение уровня развития самооценки.</w:t>
            </w:r>
          </w:p>
          <w:p w:rsidR="00F44E79" w:rsidRPr="00FE0535" w:rsidRDefault="00F44E79" w:rsidP="000149D8">
            <w:pPr>
              <w:rPr>
                <w:rFonts w:ascii="Calibri" w:hAnsi="Calibri" w:cs="Calibri"/>
              </w:rPr>
            </w:pPr>
            <w:r w:rsidRPr="00FE0535">
              <w:rPr>
                <w:rFonts w:ascii="Calibri" w:hAnsi="Calibri" w:cs="Calibri"/>
              </w:rPr>
              <w:t>Определение уровня жизненного и профессионального самоопределения.</w:t>
            </w:r>
          </w:p>
          <w:p w:rsidR="00F44E79" w:rsidRPr="00FE0535" w:rsidRDefault="00F44E79" w:rsidP="000149D8">
            <w:pPr>
              <w:rPr>
                <w:rFonts w:ascii="Calibri" w:hAnsi="Calibri" w:cs="Calibri"/>
              </w:rPr>
            </w:pPr>
            <w:r w:rsidRPr="00FE0535">
              <w:rPr>
                <w:rFonts w:ascii="Calibri" w:hAnsi="Calibri" w:cs="Calibri"/>
              </w:rPr>
              <w:t>Выработка рекомендаций учащимся по профессиональному самоопределению</w:t>
            </w:r>
          </w:p>
        </w:tc>
        <w:tc>
          <w:tcPr>
            <w:tcW w:w="1839"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Тест «Вербальная диагностика самооценки личности» (адекватное оценивание себя и отношения к себе (к своим личностным качествам, возможностям, психическим и духовным силам) (11 кл)</w:t>
            </w:r>
          </w:p>
          <w:p w:rsidR="00F44E79" w:rsidRPr="00FE0535" w:rsidRDefault="00F44E79" w:rsidP="000149D8">
            <w:pPr>
              <w:rPr>
                <w:rFonts w:ascii="Calibri" w:hAnsi="Calibri" w:cs="Calibri"/>
              </w:rPr>
            </w:pPr>
            <w:r w:rsidRPr="00FE0535">
              <w:rPr>
                <w:rFonts w:ascii="Calibri" w:hAnsi="Calibri" w:cs="Calibri"/>
              </w:rPr>
              <w:t>Анкета жизненного и профессионального самоопределения (11 кл).</w:t>
            </w:r>
          </w:p>
        </w:tc>
        <w:tc>
          <w:tcPr>
            <w:tcW w:w="1193"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Справка</w:t>
            </w:r>
          </w:p>
        </w:tc>
      </w:tr>
      <w:tr w:rsidR="00F44E79" w:rsidRPr="00A54169" w:rsidTr="00FE0535">
        <w:tc>
          <w:tcPr>
            <w:tcW w:w="10752" w:type="dxa"/>
            <w:gridSpan w:val="6"/>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План работы на февраль</w:t>
            </w:r>
          </w:p>
        </w:tc>
      </w:tr>
      <w:tr w:rsidR="00F44E79" w:rsidRPr="00A54169" w:rsidTr="00FE0535">
        <w:tc>
          <w:tcPr>
            <w:tcW w:w="1731" w:type="dxa"/>
            <w:vMerge w:val="restart"/>
          </w:tcPr>
          <w:p w:rsidR="00F44E79" w:rsidRPr="00FE0535" w:rsidRDefault="00F44E79" w:rsidP="00FE0535">
            <w:pPr>
              <w:spacing w:before="30" w:after="30"/>
              <w:rPr>
                <w:rFonts w:ascii="Calibri" w:hAnsi="Calibri" w:cs="Calibri"/>
                <w:b/>
                <w:bCs/>
              </w:rPr>
            </w:pPr>
            <w:r w:rsidRPr="00FE0535">
              <w:rPr>
                <w:rFonts w:ascii="Calibri" w:hAnsi="Calibri" w:cs="Calibri"/>
                <w:b/>
                <w:bCs/>
              </w:rPr>
              <w:t>Наименование работы</w:t>
            </w:r>
          </w:p>
        </w:tc>
        <w:tc>
          <w:tcPr>
            <w:tcW w:w="9021"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A54169" w:rsidTr="00FE0535">
        <w:tc>
          <w:tcPr>
            <w:tcW w:w="1731" w:type="dxa"/>
            <w:vMerge/>
          </w:tcPr>
          <w:p w:rsidR="00F44E79" w:rsidRPr="00FE0535" w:rsidRDefault="00F44E79" w:rsidP="00FE0535">
            <w:pPr>
              <w:spacing w:before="30" w:after="30"/>
              <w:rPr>
                <w:rFonts w:ascii="Calibri" w:hAnsi="Calibri" w:cs="Calibri"/>
                <w:b/>
                <w:bCs/>
              </w:rPr>
            </w:pPr>
          </w:p>
        </w:tc>
        <w:tc>
          <w:tcPr>
            <w:tcW w:w="2722"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386"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1881"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839"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193" w:type="dxa"/>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Форма отчётности</w:t>
            </w:r>
          </w:p>
        </w:tc>
      </w:tr>
      <w:tr w:rsidR="00F44E79" w:rsidRPr="00A54169" w:rsidTr="00FE0535">
        <w:tc>
          <w:tcPr>
            <w:tcW w:w="1731"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Определение уровня психологической готовности к ЕГЭ</w:t>
            </w:r>
          </w:p>
        </w:tc>
        <w:tc>
          <w:tcPr>
            <w:tcW w:w="272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Социально-психологический мониторинг</w:t>
            </w:r>
          </w:p>
        </w:tc>
        <w:tc>
          <w:tcPr>
            <w:tcW w:w="138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Обучающиеся 11 класса</w:t>
            </w:r>
          </w:p>
        </w:tc>
        <w:tc>
          <w:tcPr>
            <w:tcW w:w="1881"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Самоанализ психологической готовности к ЕГЭ</w:t>
            </w:r>
          </w:p>
          <w:p w:rsidR="00F44E79" w:rsidRPr="00FE0535" w:rsidRDefault="00F44E79" w:rsidP="000149D8">
            <w:pPr>
              <w:rPr>
                <w:rFonts w:ascii="Calibri" w:hAnsi="Calibri" w:cs="Calibri"/>
              </w:rPr>
            </w:pPr>
            <w:r w:rsidRPr="00FE0535">
              <w:rPr>
                <w:rFonts w:ascii="Calibri" w:hAnsi="Calibri" w:cs="Calibri"/>
              </w:rPr>
              <w:t>(выявление детей с высоким уровнем экзаменационной тревожности, с низким уровнем осведомлённости  в процедурных вопросах сдачи ОГЭ и низкой способностью к самоорганизации и самоконтролю)</w:t>
            </w:r>
          </w:p>
        </w:tc>
        <w:tc>
          <w:tcPr>
            <w:tcW w:w="1839"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Модификация методики М.Ю. Чибисовой Самооценка психологической готовности  к ЕГЭ</w:t>
            </w:r>
          </w:p>
        </w:tc>
        <w:tc>
          <w:tcPr>
            <w:tcW w:w="1193"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Аналитическая справка.</w:t>
            </w:r>
          </w:p>
          <w:p w:rsidR="00F44E79" w:rsidRPr="00FE0535" w:rsidRDefault="00F44E79" w:rsidP="000149D8">
            <w:pPr>
              <w:rPr>
                <w:rFonts w:ascii="Calibri" w:hAnsi="Calibri" w:cs="Calibri"/>
              </w:rPr>
            </w:pPr>
            <w:r w:rsidRPr="00FE0535">
              <w:rPr>
                <w:rFonts w:ascii="Calibri" w:hAnsi="Calibri" w:cs="Calibri"/>
              </w:rPr>
              <w:t xml:space="preserve">Социально-психологический </w:t>
            </w:r>
          </w:p>
          <w:p w:rsidR="00F44E79" w:rsidRPr="00FE0535" w:rsidRDefault="00F44E79" w:rsidP="000149D8">
            <w:pPr>
              <w:rPr>
                <w:rFonts w:ascii="Calibri" w:hAnsi="Calibri" w:cs="Calibri"/>
              </w:rPr>
            </w:pPr>
            <w:r w:rsidRPr="00FE0535">
              <w:rPr>
                <w:rFonts w:ascii="Calibri" w:hAnsi="Calibri" w:cs="Calibri"/>
              </w:rPr>
              <w:t>мониторинг – эмоционально-волевая</w:t>
            </w:r>
          </w:p>
          <w:p w:rsidR="00F44E79" w:rsidRPr="00FE0535" w:rsidRDefault="00F44E79" w:rsidP="000149D8">
            <w:pPr>
              <w:rPr>
                <w:rFonts w:ascii="Calibri" w:hAnsi="Calibri" w:cs="Calibri"/>
              </w:rPr>
            </w:pPr>
            <w:r w:rsidRPr="00FE0535">
              <w:rPr>
                <w:rFonts w:ascii="Calibri" w:hAnsi="Calibri" w:cs="Calibri"/>
              </w:rPr>
              <w:t xml:space="preserve"> сфера</w:t>
            </w:r>
          </w:p>
        </w:tc>
      </w:tr>
    </w:tbl>
    <w:p w:rsidR="00F44E79" w:rsidRPr="00A54169" w:rsidRDefault="00F44E79" w:rsidP="000149D8">
      <w:pPr>
        <w:shd w:val="clear" w:color="auto" w:fill="FFFFFF"/>
        <w:spacing w:line="360" w:lineRule="auto"/>
        <w:rPr>
          <w:rFonts w:cs="Times New Roman"/>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6"/>
        <w:gridCol w:w="1042"/>
        <w:gridCol w:w="854"/>
        <w:gridCol w:w="1356"/>
        <w:gridCol w:w="1135"/>
        <w:gridCol w:w="894"/>
      </w:tblGrid>
      <w:tr w:rsidR="00F44E79" w:rsidRPr="00A54169" w:rsidTr="00FE0535">
        <w:tc>
          <w:tcPr>
            <w:tcW w:w="10752" w:type="dxa"/>
            <w:gridSpan w:val="6"/>
          </w:tcPr>
          <w:p w:rsidR="00F44E79" w:rsidRPr="00FE0535" w:rsidRDefault="00F44E79" w:rsidP="00FE0535">
            <w:pPr>
              <w:spacing w:before="30" w:after="30"/>
              <w:jc w:val="center"/>
              <w:rPr>
                <w:rFonts w:ascii="Calibri" w:hAnsi="Calibri" w:cs="Calibri"/>
                <w:b/>
                <w:bCs/>
              </w:rPr>
            </w:pPr>
            <w:bookmarkStart w:id="1448" w:name="_Hlk118822169"/>
            <w:r w:rsidRPr="00FE0535">
              <w:rPr>
                <w:rFonts w:ascii="Calibri" w:hAnsi="Calibri" w:cs="Calibri"/>
                <w:b/>
                <w:bCs/>
              </w:rPr>
              <w:t>План работы на март</w:t>
            </w:r>
          </w:p>
        </w:tc>
      </w:tr>
      <w:tr w:rsidR="00F44E79" w:rsidRPr="00A54169" w:rsidTr="00FE0535">
        <w:tc>
          <w:tcPr>
            <w:tcW w:w="1816" w:type="dxa"/>
            <w:vMerge w:val="restart"/>
          </w:tcPr>
          <w:p w:rsidR="00F44E79" w:rsidRPr="00FE0535" w:rsidRDefault="00F44E79" w:rsidP="00FE0535">
            <w:pPr>
              <w:spacing w:before="30" w:after="30"/>
              <w:rPr>
                <w:rFonts w:ascii="Calibri" w:hAnsi="Calibri" w:cs="Calibri"/>
                <w:b/>
                <w:bCs/>
              </w:rPr>
            </w:pPr>
            <w:r w:rsidRPr="00FE0535">
              <w:rPr>
                <w:rFonts w:ascii="Calibri" w:hAnsi="Calibri" w:cs="Calibri"/>
                <w:b/>
                <w:bCs/>
              </w:rPr>
              <w:t>Наименование работы</w:t>
            </w:r>
          </w:p>
        </w:tc>
        <w:tc>
          <w:tcPr>
            <w:tcW w:w="8936"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A54169" w:rsidTr="00FE0535">
        <w:tc>
          <w:tcPr>
            <w:tcW w:w="1816" w:type="dxa"/>
            <w:vMerge/>
          </w:tcPr>
          <w:p w:rsidR="00F44E79" w:rsidRPr="00FE0535" w:rsidRDefault="00F44E79" w:rsidP="00FE0535">
            <w:pPr>
              <w:spacing w:before="30" w:after="30"/>
              <w:rPr>
                <w:rFonts w:ascii="Calibri" w:hAnsi="Calibri" w:cs="Calibri"/>
                <w:b/>
                <w:bCs/>
              </w:rPr>
            </w:pPr>
          </w:p>
        </w:tc>
        <w:tc>
          <w:tcPr>
            <w:tcW w:w="1854"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535"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2040"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882"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625" w:type="dxa"/>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Форма отчётности</w:t>
            </w:r>
          </w:p>
        </w:tc>
      </w:tr>
      <w:bookmarkEnd w:id="1448"/>
      <w:tr w:rsidR="00F44E79" w:rsidRPr="00A54169" w:rsidTr="00FE0535">
        <w:tc>
          <w:tcPr>
            <w:tcW w:w="1816" w:type="dxa"/>
          </w:tcPr>
          <w:p w:rsidR="00F44E79" w:rsidRPr="00FE0535" w:rsidRDefault="00F44E79" w:rsidP="00FE0535">
            <w:pPr>
              <w:spacing w:before="30" w:after="30"/>
              <w:rPr>
                <w:rFonts w:ascii="Calibri" w:hAnsi="Calibri" w:cs="Calibri"/>
                <w:b/>
                <w:bCs/>
              </w:rPr>
            </w:pPr>
          </w:p>
        </w:tc>
        <w:tc>
          <w:tcPr>
            <w:tcW w:w="1854" w:type="dxa"/>
          </w:tcPr>
          <w:p w:rsidR="00F44E79" w:rsidRPr="00FE0535" w:rsidRDefault="00F44E79" w:rsidP="00FE0535">
            <w:pPr>
              <w:spacing w:before="30" w:after="30"/>
              <w:rPr>
                <w:rFonts w:ascii="Calibri" w:hAnsi="Calibri" w:cs="Calibri"/>
                <w:b/>
                <w:bCs/>
              </w:rPr>
            </w:pPr>
          </w:p>
        </w:tc>
        <w:tc>
          <w:tcPr>
            <w:tcW w:w="1535" w:type="dxa"/>
          </w:tcPr>
          <w:p w:rsidR="00F44E79" w:rsidRPr="00FE0535" w:rsidRDefault="00F44E79" w:rsidP="00FE0535">
            <w:pPr>
              <w:spacing w:before="30" w:after="30"/>
              <w:rPr>
                <w:rFonts w:ascii="Calibri" w:hAnsi="Calibri" w:cs="Calibri"/>
                <w:b/>
                <w:bCs/>
              </w:rPr>
            </w:pPr>
          </w:p>
        </w:tc>
        <w:tc>
          <w:tcPr>
            <w:tcW w:w="2040" w:type="dxa"/>
          </w:tcPr>
          <w:p w:rsidR="00F44E79" w:rsidRPr="00FE0535" w:rsidRDefault="00F44E79" w:rsidP="00FE0535">
            <w:pPr>
              <w:spacing w:before="30" w:after="30"/>
              <w:rPr>
                <w:rFonts w:ascii="Calibri" w:hAnsi="Calibri" w:cs="Calibri"/>
                <w:b/>
                <w:bCs/>
              </w:rPr>
            </w:pPr>
          </w:p>
        </w:tc>
        <w:tc>
          <w:tcPr>
            <w:tcW w:w="1882" w:type="dxa"/>
          </w:tcPr>
          <w:p w:rsidR="00F44E79" w:rsidRPr="00FE0535" w:rsidRDefault="00F44E79" w:rsidP="00FE0535">
            <w:pPr>
              <w:spacing w:before="30" w:after="30"/>
              <w:rPr>
                <w:rFonts w:ascii="Calibri" w:hAnsi="Calibri" w:cs="Calibri"/>
                <w:b/>
                <w:bCs/>
              </w:rPr>
            </w:pPr>
          </w:p>
        </w:tc>
        <w:tc>
          <w:tcPr>
            <w:tcW w:w="1625" w:type="dxa"/>
          </w:tcPr>
          <w:p w:rsidR="00F44E79" w:rsidRPr="00FE0535" w:rsidRDefault="00F44E79" w:rsidP="00FE0535">
            <w:pPr>
              <w:spacing w:before="30" w:after="30"/>
              <w:jc w:val="center"/>
              <w:rPr>
                <w:rFonts w:ascii="Calibri" w:hAnsi="Calibri" w:cs="Calibri"/>
                <w:b/>
                <w:bCs/>
              </w:rPr>
            </w:pPr>
          </w:p>
        </w:tc>
      </w:tr>
      <w:tr w:rsidR="00F44E79" w:rsidRPr="00A54169" w:rsidTr="00FE0535">
        <w:tc>
          <w:tcPr>
            <w:tcW w:w="1816" w:type="dxa"/>
          </w:tcPr>
          <w:p w:rsidR="00F44E79" w:rsidRPr="00FE0535" w:rsidRDefault="00F44E79" w:rsidP="000149D8">
            <w:pPr>
              <w:rPr>
                <w:rFonts w:ascii="Calibri" w:hAnsi="Calibri" w:cs="Calibri"/>
              </w:rPr>
            </w:pPr>
            <w:r w:rsidRPr="00FE0535">
              <w:rPr>
                <w:rFonts w:ascii="Calibri" w:hAnsi="Calibri" w:cs="Calibri"/>
              </w:rPr>
              <w:t>Определение уровня психологической готовности к ОГЭ</w:t>
            </w:r>
          </w:p>
        </w:tc>
        <w:tc>
          <w:tcPr>
            <w:tcW w:w="1854" w:type="dxa"/>
          </w:tcPr>
          <w:p w:rsidR="00F44E79" w:rsidRPr="00FE0535" w:rsidRDefault="00F44E79" w:rsidP="000149D8">
            <w:pPr>
              <w:rPr>
                <w:rFonts w:ascii="Calibri" w:hAnsi="Calibri" w:cs="Calibri"/>
              </w:rPr>
            </w:pPr>
            <w:r w:rsidRPr="00FE0535">
              <w:rPr>
                <w:rFonts w:ascii="Calibri" w:hAnsi="Calibri" w:cs="Calibri"/>
              </w:rPr>
              <w:t>Психологическая поддержка образовательного процесса</w:t>
            </w:r>
          </w:p>
        </w:tc>
        <w:tc>
          <w:tcPr>
            <w:tcW w:w="1535" w:type="dxa"/>
          </w:tcPr>
          <w:p w:rsidR="00F44E79" w:rsidRPr="00FE0535" w:rsidRDefault="00F44E79" w:rsidP="000149D8">
            <w:pPr>
              <w:rPr>
                <w:rFonts w:ascii="Calibri" w:hAnsi="Calibri" w:cs="Calibri"/>
              </w:rPr>
            </w:pPr>
            <w:r w:rsidRPr="00FE0535">
              <w:rPr>
                <w:rFonts w:ascii="Calibri" w:hAnsi="Calibri" w:cs="Calibri"/>
              </w:rPr>
              <w:t>Обучающиеся</w:t>
            </w:r>
          </w:p>
          <w:p w:rsidR="00F44E79" w:rsidRPr="00FE0535" w:rsidRDefault="00F44E79" w:rsidP="000149D8">
            <w:pPr>
              <w:rPr>
                <w:rFonts w:ascii="Calibri" w:hAnsi="Calibri" w:cs="Calibri"/>
              </w:rPr>
            </w:pPr>
            <w:r w:rsidRPr="00FE0535">
              <w:rPr>
                <w:rFonts w:ascii="Calibri" w:hAnsi="Calibri" w:cs="Calibri"/>
              </w:rPr>
              <w:t>9 класса</w:t>
            </w:r>
          </w:p>
        </w:tc>
        <w:tc>
          <w:tcPr>
            <w:tcW w:w="2040" w:type="dxa"/>
          </w:tcPr>
          <w:p w:rsidR="00F44E79" w:rsidRPr="00FE0535" w:rsidRDefault="00F44E79" w:rsidP="000149D8">
            <w:pPr>
              <w:rPr>
                <w:rFonts w:ascii="Calibri" w:hAnsi="Calibri" w:cs="Calibri"/>
              </w:rPr>
            </w:pPr>
            <w:r w:rsidRPr="00FE0535">
              <w:rPr>
                <w:rFonts w:ascii="Calibri" w:hAnsi="Calibri" w:cs="Calibri"/>
              </w:rPr>
              <w:t>Самоанализ психологической готовности к ОГЭ</w:t>
            </w:r>
          </w:p>
          <w:p w:rsidR="00F44E79" w:rsidRPr="00FE0535" w:rsidRDefault="00F44E79" w:rsidP="000149D8">
            <w:pPr>
              <w:rPr>
                <w:rFonts w:ascii="Calibri" w:hAnsi="Calibri" w:cs="Calibri"/>
              </w:rPr>
            </w:pPr>
            <w:r w:rsidRPr="00FE0535">
              <w:rPr>
                <w:rFonts w:ascii="Calibri" w:hAnsi="Calibri" w:cs="Calibri"/>
              </w:rPr>
              <w:t>(выявление детей с высоким уровнем экзаменационной тревожности, с низким уровнем осведомлённости  в процедурных вопросах сдачи ОГЭ и низкой способностью к самоорганизации и самоконтролю)</w:t>
            </w:r>
          </w:p>
        </w:tc>
        <w:tc>
          <w:tcPr>
            <w:tcW w:w="1882" w:type="dxa"/>
          </w:tcPr>
          <w:p w:rsidR="00F44E79" w:rsidRPr="00FE0535" w:rsidRDefault="00F44E79" w:rsidP="000149D8">
            <w:pPr>
              <w:rPr>
                <w:rFonts w:ascii="Calibri" w:hAnsi="Calibri" w:cs="Calibri"/>
              </w:rPr>
            </w:pPr>
            <w:r w:rsidRPr="00FE0535">
              <w:rPr>
                <w:rFonts w:ascii="Calibri" w:hAnsi="Calibri" w:cs="Calibri"/>
              </w:rPr>
              <w:t>Модификация методики М.Ю. Чибисовой</w:t>
            </w:r>
          </w:p>
        </w:tc>
        <w:tc>
          <w:tcPr>
            <w:tcW w:w="1625" w:type="dxa"/>
          </w:tcPr>
          <w:p w:rsidR="00F44E79" w:rsidRPr="00FE0535" w:rsidRDefault="00F44E79" w:rsidP="000149D8">
            <w:pPr>
              <w:rPr>
                <w:rFonts w:ascii="Calibri" w:hAnsi="Calibri" w:cs="Calibri"/>
              </w:rPr>
            </w:pPr>
            <w:r w:rsidRPr="00FE0535">
              <w:rPr>
                <w:rFonts w:ascii="Calibri" w:hAnsi="Calibri" w:cs="Calibri"/>
              </w:rPr>
              <w:t>Аналитическая справка</w:t>
            </w:r>
          </w:p>
        </w:tc>
      </w:tr>
      <w:tr w:rsidR="00F44E79" w:rsidRPr="00A54169" w:rsidTr="00FE0535">
        <w:tc>
          <w:tcPr>
            <w:tcW w:w="10752" w:type="dxa"/>
            <w:gridSpan w:val="6"/>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План работы на апрель</w:t>
            </w:r>
          </w:p>
        </w:tc>
      </w:tr>
      <w:tr w:rsidR="00F44E79" w:rsidRPr="00A54169" w:rsidTr="00FE0535">
        <w:tc>
          <w:tcPr>
            <w:tcW w:w="1816" w:type="dxa"/>
            <w:vMerge w:val="restart"/>
          </w:tcPr>
          <w:p w:rsidR="00F44E79" w:rsidRPr="00FE0535" w:rsidRDefault="00F44E79" w:rsidP="00FE0535">
            <w:pPr>
              <w:spacing w:before="30" w:after="30"/>
              <w:rPr>
                <w:rFonts w:ascii="Calibri" w:hAnsi="Calibri" w:cs="Calibri"/>
                <w:b/>
                <w:bCs/>
              </w:rPr>
            </w:pPr>
            <w:r w:rsidRPr="00FE0535">
              <w:rPr>
                <w:rFonts w:ascii="Calibri" w:hAnsi="Calibri" w:cs="Calibri"/>
                <w:b/>
                <w:bCs/>
              </w:rPr>
              <w:t>Наименование работы</w:t>
            </w:r>
          </w:p>
        </w:tc>
        <w:tc>
          <w:tcPr>
            <w:tcW w:w="8936"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A54169" w:rsidTr="00FE0535">
        <w:tc>
          <w:tcPr>
            <w:tcW w:w="1816" w:type="dxa"/>
            <w:vMerge/>
          </w:tcPr>
          <w:p w:rsidR="00F44E79" w:rsidRPr="00FE0535" w:rsidRDefault="00F44E79" w:rsidP="00FE0535">
            <w:pPr>
              <w:spacing w:before="30" w:after="30"/>
              <w:rPr>
                <w:rFonts w:ascii="Calibri" w:hAnsi="Calibri" w:cs="Calibri"/>
                <w:b/>
                <w:bCs/>
              </w:rPr>
            </w:pPr>
          </w:p>
        </w:tc>
        <w:tc>
          <w:tcPr>
            <w:tcW w:w="1854"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535"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2040"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882"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625" w:type="dxa"/>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Форма отчётности</w:t>
            </w:r>
          </w:p>
        </w:tc>
      </w:tr>
      <w:tr w:rsidR="00F44E79" w:rsidRPr="00A54169" w:rsidTr="00FE0535">
        <w:tc>
          <w:tcPr>
            <w:tcW w:w="181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Диагностика уровня актуального развития обучающихся</w:t>
            </w:r>
          </w:p>
        </w:tc>
        <w:tc>
          <w:tcPr>
            <w:tcW w:w="1854"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Работа в ППк</w:t>
            </w:r>
          </w:p>
        </w:tc>
        <w:tc>
          <w:tcPr>
            <w:tcW w:w="153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Обучающиеся</w:t>
            </w:r>
          </w:p>
          <w:p w:rsidR="00F44E79" w:rsidRPr="00FE0535" w:rsidRDefault="00F44E79" w:rsidP="000149D8">
            <w:pPr>
              <w:rPr>
                <w:rFonts w:ascii="Calibri" w:hAnsi="Calibri" w:cs="Calibri"/>
              </w:rPr>
            </w:pPr>
            <w:r w:rsidRPr="00FE0535">
              <w:rPr>
                <w:rFonts w:ascii="Calibri" w:hAnsi="Calibri" w:cs="Calibri"/>
              </w:rPr>
              <w:t>школы</w:t>
            </w:r>
          </w:p>
        </w:tc>
        <w:tc>
          <w:tcPr>
            <w:tcW w:w="2040"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Подготовка документов на ППк и выработка рекомендаций</w:t>
            </w:r>
          </w:p>
        </w:tc>
        <w:tc>
          <w:tcPr>
            <w:tcW w:w="188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Методика на выявление уровня актуального развития обучающихся</w:t>
            </w:r>
          </w:p>
        </w:tc>
        <w:tc>
          <w:tcPr>
            <w:tcW w:w="162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 xml:space="preserve">Документы на ППк </w:t>
            </w:r>
          </w:p>
          <w:p w:rsidR="00F44E79" w:rsidRPr="00FE0535" w:rsidRDefault="00F44E79" w:rsidP="000149D8">
            <w:pPr>
              <w:rPr>
                <w:rFonts w:ascii="Calibri" w:hAnsi="Calibri" w:cs="Calibri"/>
              </w:rPr>
            </w:pPr>
            <w:r w:rsidRPr="00FE0535">
              <w:rPr>
                <w:rFonts w:ascii="Calibri" w:hAnsi="Calibri" w:cs="Calibri"/>
              </w:rPr>
              <w:t>и списки обучающихся</w:t>
            </w:r>
          </w:p>
        </w:tc>
      </w:tr>
      <w:tr w:rsidR="00F44E79" w:rsidRPr="00A54169" w:rsidTr="00FE0535">
        <w:tc>
          <w:tcPr>
            <w:tcW w:w="181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Изучение особенностей когнитивного и психосоциального развития, уровня развития универсальных учебных действий (итоговая диагностика, </w:t>
            </w:r>
            <w:r w:rsidRPr="00FE0535">
              <w:rPr>
                <w:rFonts w:ascii="Calibri" w:hAnsi="Calibri" w:cs="Calibri"/>
                <w:u w:val="single"/>
              </w:rPr>
              <w:t>выборочно или по запросу</w:t>
            </w:r>
            <w:r w:rsidRPr="00FE0535">
              <w:rPr>
                <w:rFonts w:ascii="Calibri" w:hAnsi="Calibri" w:cs="Calibri"/>
              </w:rPr>
              <w:t>)</w:t>
            </w:r>
          </w:p>
        </w:tc>
        <w:tc>
          <w:tcPr>
            <w:tcW w:w="1854"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Психологическое сопровождение ФГОС</w:t>
            </w:r>
          </w:p>
        </w:tc>
        <w:tc>
          <w:tcPr>
            <w:tcW w:w="153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Обучающиеся</w:t>
            </w:r>
          </w:p>
          <w:p w:rsidR="00F44E79" w:rsidRPr="00FE0535" w:rsidRDefault="00F44E79" w:rsidP="000149D8">
            <w:pPr>
              <w:rPr>
                <w:rFonts w:ascii="Calibri" w:hAnsi="Calibri" w:cs="Calibri"/>
              </w:rPr>
            </w:pPr>
            <w:r w:rsidRPr="00FE0535">
              <w:rPr>
                <w:rFonts w:ascii="Calibri" w:hAnsi="Calibri" w:cs="Calibri"/>
              </w:rPr>
              <w:t>1-4 класса по выбору</w:t>
            </w:r>
          </w:p>
        </w:tc>
        <w:tc>
          <w:tcPr>
            <w:tcW w:w="2040"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Выявление сформированности внутренней позиции школьника, выявление мотивации учения.</w:t>
            </w:r>
          </w:p>
          <w:p w:rsidR="00F44E79" w:rsidRPr="00FE0535" w:rsidRDefault="00F44E79" w:rsidP="000149D8">
            <w:pPr>
              <w:rPr>
                <w:rFonts w:ascii="Calibri" w:hAnsi="Calibri" w:cs="Calibri"/>
              </w:rPr>
            </w:pPr>
            <w:r w:rsidRPr="00FE0535">
              <w:rPr>
                <w:rFonts w:ascii="Calibri" w:hAnsi="Calibri" w:cs="Calibri"/>
              </w:rPr>
              <w:t>Выявление адекватности понимания учащимся причин успеха/неуспеха в деятельности (самооценка).</w:t>
            </w:r>
          </w:p>
          <w:p w:rsidR="00F44E79" w:rsidRPr="00FE0535" w:rsidRDefault="00F44E79" w:rsidP="000149D8">
            <w:pPr>
              <w:rPr>
                <w:rFonts w:ascii="Calibri" w:hAnsi="Calibri" w:cs="Calibri"/>
              </w:rPr>
            </w:pPr>
            <w:r w:rsidRPr="00FE0535">
              <w:rPr>
                <w:rFonts w:ascii="Calibri" w:hAnsi="Calibri" w:cs="Calibri"/>
              </w:rPr>
              <w:t>Выявление сформированности познавательных интересов.</w:t>
            </w:r>
          </w:p>
          <w:p w:rsidR="00F44E79" w:rsidRPr="00FE0535" w:rsidRDefault="00F44E79" w:rsidP="000149D8">
            <w:pPr>
              <w:rPr>
                <w:rFonts w:ascii="Calibri" w:hAnsi="Calibri" w:cs="Calibri"/>
              </w:rPr>
            </w:pPr>
            <w:r w:rsidRPr="00FE0535">
              <w:rPr>
                <w:rFonts w:ascii="Calibri" w:hAnsi="Calibri" w:cs="Calibri"/>
              </w:rPr>
              <w:t>Выявление сформированности</w:t>
            </w:r>
          </w:p>
          <w:p w:rsidR="00F44E79" w:rsidRPr="00FE0535" w:rsidRDefault="00F44E79" w:rsidP="000149D8">
            <w:pPr>
              <w:rPr>
                <w:rFonts w:ascii="Calibri" w:hAnsi="Calibri" w:cs="Calibri"/>
              </w:rPr>
            </w:pPr>
            <w:r w:rsidRPr="00FE0535">
              <w:rPr>
                <w:rFonts w:ascii="Calibri" w:hAnsi="Calibri" w:cs="Calibri"/>
              </w:rPr>
              <w:t>Я-концепция.</w:t>
            </w:r>
          </w:p>
          <w:p w:rsidR="00F44E79" w:rsidRPr="00FE0535" w:rsidRDefault="00F44E79" w:rsidP="000149D8">
            <w:pPr>
              <w:rPr>
                <w:rFonts w:ascii="Calibri" w:hAnsi="Calibri" w:cs="Calibri"/>
              </w:rPr>
            </w:pPr>
            <w:r w:rsidRPr="00FE0535">
              <w:rPr>
                <w:rFonts w:ascii="Calibri" w:hAnsi="Calibri" w:cs="Calibri"/>
              </w:rPr>
              <w:t>Выявление рефлексивной самооценки учебной деятельности.</w:t>
            </w:r>
          </w:p>
          <w:p w:rsidR="00F44E79" w:rsidRPr="00FE0535" w:rsidRDefault="00F44E79" w:rsidP="000149D8">
            <w:pPr>
              <w:rPr>
                <w:rFonts w:ascii="Calibri" w:hAnsi="Calibri" w:cs="Calibri"/>
              </w:rPr>
            </w:pPr>
            <w:r w:rsidRPr="00FE0535">
              <w:rPr>
                <w:rFonts w:ascii="Calibri" w:hAnsi="Calibri" w:cs="Calibri"/>
              </w:rPr>
              <w:t>Выявление особенностей личностного развития.</w:t>
            </w:r>
          </w:p>
          <w:p w:rsidR="00F44E79" w:rsidRPr="00FE0535" w:rsidRDefault="00F44E79" w:rsidP="000149D8">
            <w:pPr>
              <w:rPr>
                <w:rFonts w:ascii="Calibri" w:hAnsi="Calibri" w:cs="Calibri"/>
              </w:rPr>
            </w:pPr>
            <w:r w:rsidRPr="00FE0535">
              <w:rPr>
                <w:rFonts w:ascii="Calibri" w:hAnsi="Calibri" w:cs="Calibri"/>
              </w:rPr>
              <w:t>Выявление уровня нормы взаимопомощи.</w:t>
            </w:r>
          </w:p>
          <w:p w:rsidR="00F44E79" w:rsidRPr="00FE0535" w:rsidRDefault="00F44E79" w:rsidP="000149D8">
            <w:pPr>
              <w:rPr>
                <w:rFonts w:ascii="Calibri" w:hAnsi="Calibri" w:cs="Calibri"/>
              </w:rPr>
            </w:pPr>
            <w:r w:rsidRPr="00FE0535">
              <w:rPr>
                <w:rFonts w:ascii="Calibri" w:hAnsi="Calibri" w:cs="Calibri"/>
              </w:rPr>
              <w:t>Выявление уровня моральнойдицентрации.</w:t>
            </w:r>
          </w:p>
          <w:p w:rsidR="00F44E79" w:rsidRPr="00FE0535" w:rsidRDefault="00F44E79" w:rsidP="000149D8">
            <w:pPr>
              <w:rPr>
                <w:rFonts w:ascii="Calibri" w:hAnsi="Calibri" w:cs="Calibri"/>
              </w:rPr>
            </w:pPr>
            <w:r w:rsidRPr="00FE0535">
              <w:rPr>
                <w:rFonts w:ascii="Calibri" w:hAnsi="Calibri" w:cs="Calibri"/>
              </w:rPr>
              <w:t>Выявление степени дифференциации конвенциальных и моральных норм.</w:t>
            </w:r>
          </w:p>
          <w:p w:rsidR="00F44E79" w:rsidRPr="00FE0535" w:rsidRDefault="00F44E79" w:rsidP="000149D8">
            <w:pPr>
              <w:rPr>
                <w:rFonts w:ascii="Calibri" w:hAnsi="Calibri" w:cs="Calibri"/>
              </w:rPr>
            </w:pPr>
            <w:r w:rsidRPr="00FE0535">
              <w:rPr>
                <w:rFonts w:ascii="Calibri" w:hAnsi="Calibri" w:cs="Calibri"/>
              </w:rPr>
              <w:t>Выявление развития регулятивных действий.</w:t>
            </w:r>
          </w:p>
          <w:p w:rsidR="00F44E79" w:rsidRPr="00FE0535" w:rsidRDefault="00F44E79" w:rsidP="000149D8">
            <w:pPr>
              <w:rPr>
                <w:rFonts w:ascii="Calibri" w:hAnsi="Calibri" w:cs="Calibri"/>
              </w:rPr>
            </w:pPr>
            <w:r w:rsidRPr="00FE0535">
              <w:rPr>
                <w:rFonts w:ascii="Calibri" w:hAnsi="Calibri" w:cs="Calibri"/>
              </w:rPr>
              <w:t>Выявление уровня сформированности внимания.</w:t>
            </w:r>
          </w:p>
          <w:p w:rsidR="00F44E79" w:rsidRPr="00FE0535" w:rsidRDefault="00F44E79" w:rsidP="000149D8">
            <w:pPr>
              <w:rPr>
                <w:rFonts w:ascii="Calibri" w:hAnsi="Calibri" w:cs="Calibri"/>
              </w:rPr>
            </w:pPr>
            <w:r w:rsidRPr="00FE0535">
              <w:rPr>
                <w:rFonts w:ascii="Calibri" w:hAnsi="Calibri" w:cs="Calibri"/>
              </w:rPr>
              <w:t>Определение уровня развития действия рефлексии.</w:t>
            </w:r>
          </w:p>
          <w:p w:rsidR="00F44E79" w:rsidRPr="00FE0535" w:rsidRDefault="00F44E79" w:rsidP="000149D8">
            <w:pPr>
              <w:rPr>
                <w:rFonts w:ascii="Calibri" w:hAnsi="Calibri" w:cs="Calibri"/>
              </w:rPr>
            </w:pPr>
            <w:r w:rsidRPr="00FE0535">
              <w:rPr>
                <w:rFonts w:ascii="Calibri" w:hAnsi="Calibri" w:cs="Calibri"/>
              </w:rPr>
              <w:t>Выявление умения действовать по плану и планировать свою деятельность.</w:t>
            </w:r>
          </w:p>
          <w:p w:rsidR="00F44E79" w:rsidRPr="00FE0535" w:rsidRDefault="00F44E79" w:rsidP="000149D8">
            <w:pPr>
              <w:rPr>
                <w:rFonts w:ascii="Calibri" w:hAnsi="Calibri" w:cs="Calibri"/>
              </w:rPr>
            </w:pPr>
            <w:r w:rsidRPr="00FE0535">
              <w:rPr>
                <w:rFonts w:ascii="Calibri" w:hAnsi="Calibri" w:cs="Calibri"/>
              </w:rPr>
              <w:t>Выявление умения различать предметную и речевую действительность.</w:t>
            </w:r>
          </w:p>
          <w:p w:rsidR="00F44E79" w:rsidRPr="00FE0535" w:rsidRDefault="00F44E79" w:rsidP="000149D8">
            <w:pPr>
              <w:rPr>
                <w:rFonts w:ascii="Calibri" w:hAnsi="Calibri" w:cs="Calibri"/>
              </w:rPr>
            </w:pPr>
            <w:r w:rsidRPr="00FE0535">
              <w:rPr>
                <w:rFonts w:ascii="Calibri" w:hAnsi="Calibri" w:cs="Calibri"/>
              </w:rPr>
              <w:t>Выявление способностей к обобщению.</w:t>
            </w:r>
          </w:p>
          <w:p w:rsidR="00F44E79" w:rsidRPr="00FE0535" w:rsidRDefault="00F44E79" w:rsidP="000149D8">
            <w:pPr>
              <w:rPr>
                <w:rFonts w:ascii="Calibri" w:hAnsi="Calibri" w:cs="Calibri"/>
              </w:rPr>
            </w:pPr>
            <w:r w:rsidRPr="00FE0535">
              <w:rPr>
                <w:rFonts w:ascii="Calibri" w:hAnsi="Calibri" w:cs="Calibri"/>
              </w:rPr>
              <w:t>Определение уровня вербального мышления.</w:t>
            </w:r>
          </w:p>
          <w:p w:rsidR="00F44E79" w:rsidRPr="00FE0535" w:rsidRDefault="00F44E79" w:rsidP="000149D8">
            <w:pPr>
              <w:rPr>
                <w:rFonts w:ascii="Calibri" w:hAnsi="Calibri" w:cs="Calibri"/>
              </w:rPr>
            </w:pPr>
            <w:r w:rsidRPr="00FE0535">
              <w:rPr>
                <w:rFonts w:ascii="Calibri" w:hAnsi="Calibri" w:cs="Calibri"/>
              </w:rPr>
              <w:t>Определение уровня умственного развития.</w:t>
            </w:r>
          </w:p>
          <w:p w:rsidR="00F44E79" w:rsidRPr="00FE0535" w:rsidRDefault="00F44E79" w:rsidP="000149D8">
            <w:pPr>
              <w:rPr>
                <w:rFonts w:ascii="Calibri" w:hAnsi="Calibri" w:cs="Calibri"/>
              </w:rPr>
            </w:pPr>
            <w:r w:rsidRPr="00FE0535">
              <w:rPr>
                <w:rFonts w:ascii="Calibri" w:hAnsi="Calibri" w:cs="Calibri"/>
              </w:rPr>
              <w:t>Выявление умения осуществлять кодирование с помощью символов.</w:t>
            </w:r>
          </w:p>
          <w:p w:rsidR="00F44E79" w:rsidRPr="00FE0535" w:rsidRDefault="00F44E79" w:rsidP="000149D8">
            <w:pPr>
              <w:rPr>
                <w:rFonts w:ascii="Calibri" w:hAnsi="Calibri" w:cs="Calibri"/>
              </w:rPr>
            </w:pPr>
            <w:r w:rsidRPr="00FE0535">
              <w:rPr>
                <w:rFonts w:ascii="Calibri" w:hAnsi="Calibri" w:cs="Calibri"/>
              </w:rPr>
              <w:t>Определение уровня сформированности теоретического анализа и внутреннего плана действий.</w:t>
            </w:r>
          </w:p>
          <w:p w:rsidR="00F44E79" w:rsidRPr="00FE0535" w:rsidRDefault="00F44E79" w:rsidP="000149D8">
            <w:pPr>
              <w:rPr>
                <w:rFonts w:ascii="Calibri" w:hAnsi="Calibri" w:cs="Calibri"/>
              </w:rPr>
            </w:pPr>
            <w:r w:rsidRPr="00FE0535">
              <w:rPr>
                <w:rFonts w:ascii="Calibri" w:hAnsi="Calibri" w:cs="Calibri"/>
              </w:rPr>
              <w:t>Определение скорости процессов воображения, оригинальности и богатства фантазии.</w:t>
            </w:r>
          </w:p>
          <w:p w:rsidR="00F44E79" w:rsidRPr="00FE0535" w:rsidRDefault="00F44E79" w:rsidP="000149D8">
            <w:pPr>
              <w:rPr>
                <w:rFonts w:ascii="Calibri" w:hAnsi="Calibri" w:cs="Calibri"/>
              </w:rPr>
            </w:pPr>
            <w:r w:rsidRPr="00FE0535">
              <w:rPr>
                <w:rFonts w:ascii="Calibri" w:hAnsi="Calibri" w:cs="Calibri"/>
              </w:rPr>
              <w:t>Определение уровня сформированности общего приёма решения задач.</w:t>
            </w:r>
          </w:p>
          <w:p w:rsidR="00F44E79" w:rsidRPr="00FE0535" w:rsidRDefault="00F44E79" w:rsidP="000149D8">
            <w:pPr>
              <w:rPr>
                <w:rFonts w:ascii="Calibri" w:hAnsi="Calibri" w:cs="Calibri"/>
              </w:rPr>
            </w:pPr>
            <w:r w:rsidRPr="00FE0535">
              <w:rPr>
                <w:rFonts w:ascii="Calibri" w:hAnsi="Calibri" w:cs="Calibri"/>
              </w:rPr>
              <w:t>Определение уровня сформированности логических действий установления взаимно-однозначного соответствия.</w:t>
            </w:r>
          </w:p>
          <w:p w:rsidR="00F44E79" w:rsidRPr="00FE0535" w:rsidRDefault="00F44E79" w:rsidP="000149D8">
            <w:pPr>
              <w:rPr>
                <w:rFonts w:ascii="Calibri" w:hAnsi="Calibri" w:cs="Calibri"/>
              </w:rPr>
            </w:pPr>
            <w:r w:rsidRPr="00FE0535">
              <w:rPr>
                <w:rFonts w:ascii="Calibri" w:hAnsi="Calibri" w:cs="Calibri"/>
              </w:rPr>
              <w:t>Определение уровня кооперации.</w:t>
            </w:r>
          </w:p>
          <w:p w:rsidR="00F44E79" w:rsidRPr="00FE0535" w:rsidRDefault="00F44E79" w:rsidP="000149D8">
            <w:pPr>
              <w:rPr>
                <w:rFonts w:ascii="Calibri" w:hAnsi="Calibri" w:cs="Calibri"/>
              </w:rPr>
            </w:pPr>
            <w:r w:rsidRPr="00FE0535">
              <w:rPr>
                <w:rFonts w:ascii="Calibri" w:hAnsi="Calibri" w:cs="Calibri"/>
              </w:rPr>
              <w:t>Выявление умения понимать и учитывать позицию собеседника и умения обосновать собственное мнение.</w:t>
            </w:r>
          </w:p>
          <w:p w:rsidR="00F44E79" w:rsidRPr="00FE0535" w:rsidRDefault="00F44E79" w:rsidP="000149D8">
            <w:pPr>
              <w:rPr>
                <w:rFonts w:ascii="Calibri" w:hAnsi="Calibri" w:cs="Calibri"/>
              </w:rPr>
            </w:pPr>
            <w:r w:rsidRPr="00FE0535">
              <w:rPr>
                <w:rFonts w:ascii="Calibri" w:hAnsi="Calibri" w:cs="Calibri"/>
              </w:rPr>
              <w:t>Выявление умений по согласованию усилий для достижения общей цели.</w:t>
            </w:r>
          </w:p>
          <w:p w:rsidR="00F44E79" w:rsidRPr="00FE0535" w:rsidRDefault="00F44E79" w:rsidP="000149D8">
            <w:pPr>
              <w:rPr>
                <w:rFonts w:ascii="Calibri" w:hAnsi="Calibri" w:cs="Calibri"/>
              </w:rPr>
            </w:pPr>
            <w:r w:rsidRPr="00FE0535">
              <w:rPr>
                <w:rFonts w:ascii="Calibri" w:hAnsi="Calibri" w:cs="Calibri"/>
              </w:rPr>
              <w:t>Определение продуктивности совместной деятельности, способности к коммуникативно-речевой деятельности</w:t>
            </w:r>
          </w:p>
        </w:tc>
        <w:tc>
          <w:tcPr>
            <w:tcW w:w="188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b/>
                <w:bCs/>
                <w:i/>
                <w:iCs/>
              </w:rPr>
              <w:t>Личностные УУД</w:t>
            </w:r>
          </w:p>
          <w:p w:rsidR="00F44E79" w:rsidRPr="00FE0535" w:rsidRDefault="00F44E79" w:rsidP="000149D8">
            <w:pPr>
              <w:rPr>
                <w:rFonts w:ascii="Calibri" w:hAnsi="Calibri" w:cs="Calibri"/>
              </w:rPr>
            </w:pPr>
            <w:r w:rsidRPr="00FE0535">
              <w:rPr>
                <w:rFonts w:ascii="Calibri" w:hAnsi="Calibri" w:cs="Calibri"/>
              </w:rPr>
              <w:t>Беседа о школе (мотивационный вариант) (Т.А. Нежнова, Д.Б. Эльконин, А.Л. Венгер) (1 кл).</w:t>
            </w:r>
          </w:p>
          <w:p w:rsidR="00F44E79" w:rsidRPr="00FE0535" w:rsidRDefault="00F44E79" w:rsidP="000149D8">
            <w:pPr>
              <w:rPr>
                <w:rFonts w:ascii="Calibri" w:hAnsi="Calibri" w:cs="Calibri"/>
              </w:rPr>
            </w:pPr>
            <w:r w:rsidRPr="00FE0535">
              <w:rPr>
                <w:rFonts w:ascii="Calibri" w:hAnsi="Calibri" w:cs="Calibri"/>
              </w:rPr>
              <w:t>Методика выявления характера атрибуции успеха/неуспеха</w:t>
            </w:r>
          </w:p>
          <w:p w:rsidR="00F44E79" w:rsidRPr="00FE0535" w:rsidRDefault="00F44E79" w:rsidP="000149D8">
            <w:pPr>
              <w:rPr>
                <w:rFonts w:ascii="Calibri" w:hAnsi="Calibri" w:cs="Calibri"/>
              </w:rPr>
            </w:pPr>
            <w:r w:rsidRPr="00FE0535">
              <w:rPr>
                <w:rFonts w:ascii="Calibri" w:hAnsi="Calibri" w:cs="Calibri"/>
              </w:rPr>
              <w:t>(4 кл).</w:t>
            </w:r>
          </w:p>
          <w:p w:rsidR="00F44E79" w:rsidRPr="00FE0535" w:rsidRDefault="00F44E79" w:rsidP="000149D8">
            <w:pPr>
              <w:rPr>
                <w:rFonts w:ascii="Calibri" w:hAnsi="Calibri" w:cs="Calibri"/>
              </w:rPr>
            </w:pPr>
            <w:r w:rsidRPr="00FE0535">
              <w:rPr>
                <w:rFonts w:ascii="Calibri" w:hAnsi="Calibri" w:cs="Calibri"/>
              </w:rPr>
              <w:t>Методика мотивации (Н.Г. Лусканова) «Незавершённая сказка» (1-4 кл).</w:t>
            </w:r>
          </w:p>
          <w:p w:rsidR="00F44E79" w:rsidRPr="00FE0535" w:rsidRDefault="00F44E79" w:rsidP="000149D8">
            <w:pPr>
              <w:rPr>
                <w:rFonts w:ascii="Calibri" w:hAnsi="Calibri" w:cs="Calibri"/>
              </w:rPr>
            </w:pPr>
            <w:r w:rsidRPr="00FE0535">
              <w:rPr>
                <w:rFonts w:ascii="Calibri" w:hAnsi="Calibri" w:cs="Calibri"/>
              </w:rPr>
              <w:t>Методика КТО Я?</w:t>
            </w:r>
          </w:p>
          <w:p w:rsidR="00F44E79" w:rsidRPr="00FE0535" w:rsidRDefault="00F44E79" w:rsidP="000149D8">
            <w:pPr>
              <w:rPr>
                <w:rFonts w:ascii="Calibri" w:hAnsi="Calibri" w:cs="Calibri"/>
              </w:rPr>
            </w:pPr>
            <w:r w:rsidRPr="00FE0535">
              <w:rPr>
                <w:rFonts w:ascii="Calibri" w:hAnsi="Calibri" w:cs="Calibri"/>
              </w:rPr>
              <w:t>(модификация мет.Куна)</w:t>
            </w:r>
          </w:p>
          <w:p w:rsidR="00F44E79" w:rsidRPr="00FE0535" w:rsidRDefault="00F44E79" w:rsidP="000149D8">
            <w:pPr>
              <w:rPr>
                <w:rFonts w:ascii="Calibri" w:hAnsi="Calibri" w:cs="Calibri"/>
              </w:rPr>
            </w:pPr>
            <w:r w:rsidRPr="00FE0535">
              <w:rPr>
                <w:rFonts w:ascii="Calibri" w:hAnsi="Calibri" w:cs="Calibri"/>
              </w:rPr>
              <w:t>(3-4 кл).</w:t>
            </w:r>
          </w:p>
          <w:p w:rsidR="00F44E79" w:rsidRPr="00FE0535" w:rsidRDefault="00F44E79" w:rsidP="000149D8">
            <w:pPr>
              <w:rPr>
                <w:rFonts w:ascii="Calibri" w:hAnsi="Calibri" w:cs="Calibri"/>
              </w:rPr>
            </w:pPr>
            <w:r w:rsidRPr="00FE0535">
              <w:rPr>
                <w:rFonts w:ascii="Calibri" w:hAnsi="Calibri" w:cs="Calibri"/>
              </w:rPr>
              <w:t>Методика «Рефлексивная самооценка учебной деятельности» (3-4 кл).</w:t>
            </w:r>
          </w:p>
          <w:p w:rsidR="00F44E79" w:rsidRPr="00FE0535" w:rsidRDefault="00F44E79" w:rsidP="000149D8">
            <w:pPr>
              <w:rPr>
                <w:rFonts w:ascii="Calibri" w:hAnsi="Calibri" w:cs="Calibri"/>
              </w:rPr>
            </w:pPr>
            <w:r w:rsidRPr="00FE0535">
              <w:rPr>
                <w:rFonts w:ascii="Calibri" w:hAnsi="Calibri" w:cs="Calibri"/>
              </w:rPr>
              <w:t>Методика «Хороший, плохой ребёнок и я» (1-2 кл).</w:t>
            </w:r>
          </w:p>
          <w:p w:rsidR="00F44E79" w:rsidRPr="00FE0535" w:rsidRDefault="00F44E79" w:rsidP="000149D8">
            <w:pPr>
              <w:rPr>
                <w:rFonts w:ascii="Calibri" w:hAnsi="Calibri" w:cs="Calibri"/>
              </w:rPr>
            </w:pPr>
            <w:r w:rsidRPr="00FE0535">
              <w:rPr>
                <w:rFonts w:ascii="Calibri" w:hAnsi="Calibri" w:cs="Calibri"/>
              </w:rPr>
              <w:t>Индивидуальная беседа «Оценка усвоения нормы взаимопомощи» (1-2 кл).</w:t>
            </w:r>
          </w:p>
          <w:p w:rsidR="00F44E79" w:rsidRPr="00FE0535" w:rsidRDefault="00F44E79" w:rsidP="000149D8">
            <w:pPr>
              <w:rPr>
                <w:rFonts w:ascii="Calibri" w:hAnsi="Calibri" w:cs="Calibri"/>
              </w:rPr>
            </w:pPr>
            <w:r w:rsidRPr="00FE0535">
              <w:rPr>
                <w:rFonts w:ascii="Calibri" w:hAnsi="Calibri" w:cs="Calibri"/>
              </w:rPr>
              <w:t>Модификационная задача Ж. Пиаже (3-4 кл).</w:t>
            </w:r>
          </w:p>
          <w:p w:rsidR="00F44E79" w:rsidRPr="00FE0535" w:rsidRDefault="00F44E79" w:rsidP="000149D8">
            <w:pPr>
              <w:rPr>
                <w:rFonts w:ascii="Calibri" w:hAnsi="Calibri" w:cs="Calibri"/>
              </w:rPr>
            </w:pPr>
            <w:r w:rsidRPr="00FE0535">
              <w:rPr>
                <w:rFonts w:ascii="Calibri" w:hAnsi="Calibri" w:cs="Calibri"/>
              </w:rPr>
              <w:t>Опросник Е. Кургановой «Оцени поступок» (1-4 кл).</w:t>
            </w:r>
          </w:p>
          <w:p w:rsidR="00F44E79" w:rsidRPr="00FE0535" w:rsidRDefault="00F44E79" w:rsidP="000149D8">
            <w:pPr>
              <w:rPr>
                <w:rFonts w:ascii="Calibri" w:hAnsi="Calibri" w:cs="Calibri"/>
              </w:rPr>
            </w:pPr>
            <w:r w:rsidRPr="00FE0535">
              <w:rPr>
                <w:rFonts w:ascii="Calibri" w:hAnsi="Calibri" w:cs="Calibri"/>
                <w:b/>
                <w:bCs/>
                <w:i/>
                <w:iCs/>
              </w:rPr>
              <w:t>Регулятивные УУД</w:t>
            </w:r>
          </w:p>
          <w:p w:rsidR="00F44E79" w:rsidRPr="00FE0535" w:rsidRDefault="00F44E79" w:rsidP="000149D8">
            <w:pPr>
              <w:rPr>
                <w:rFonts w:ascii="Calibri" w:hAnsi="Calibri" w:cs="Calibri"/>
              </w:rPr>
            </w:pPr>
            <w:r w:rsidRPr="00FE0535">
              <w:rPr>
                <w:rFonts w:ascii="Calibri" w:hAnsi="Calibri" w:cs="Calibri"/>
              </w:rPr>
              <w:t>Методика «Выкладывание узора из кубиков» (1-4 кл).</w:t>
            </w:r>
          </w:p>
          <w:p w:rsidR="00F44E79" w:rsidRPr="00FE0535" w:rsidRDefault="00F44E79" w:rsidP="000149D8">
            <w:pPr>
              <w:rPr>
                <w:rFonts w:ascii="Calibri" w:hAnsi="Calibri" w:cs="Calibri"/>
              </w:rPr>
            </w:pPr>
            <w:r w:rsidRPr="00FE0535">
              <w:rPr>
                <w:rFonts w:ascii="Calibri" w:hAnsi="Calibri" w:cs="Calibri"/>
              </w:rPr>
              <w:t>Методика «Проба на внимание» (П. Я. Гальперин) (2-3 кл).</w:t>
            </w:r>
          </w:p>
          <w:p w:rsidR="00F44E79" w:rsidRPr="00FE0535" w:rsidRDefault="00F44E79" w:rsidP="000149D8">
            <w:pPr>
              <w:rPr>
                <w:rFonts w:ascii="Calibri" w:hAnsi="Calibri" w:cs="Calibri"/>
              </w:rPr>
            </w:pPr>
            <w:r w:rsidRPr="00FE0535">
              <w:rPr>
                <w:rFonts w:ascii="Calibri" w:hAnsi="Calibri" w:cs="Calibri"/>
              </w:rPr>
              <w:t>Методика «Диагностика уровня сформированности действия рефлексии (А.З. Зак) (4 класс).</w:t>
            </w:r>
          </w:p>
          <w:p w:rsidR="00F44E79" w:rsidRPr="00FE0535" w:rsidRDefault="00F44E79" w:rsidP="000149D8">
            <w:pPr>
              <w:rPr>
                <w:rFonts w:ascii="Calibri" w:hAnsi="Calibri" w:cs="Calibri"/>
              </w:rPr>
            </w:pPr>
            <w:r w:rsidRPr="00FE0535">
              <w:rPr>
                <w:rFonts w:ascii="Calibri" w:hAnsi="Calibri" w:cs="Calibri"/>
              </w:rPr>
              <w:t>Методика сформированности внутреннего плана действий.</w:t>
            </w:r>
          </w:p>
          <w:p w:rsidR="00F44E79" w:rsidRPr="00FE0535" w:rsidRDefault="00F44E79" w:rsidP="000149D8">
            <w:pPr>
              <w:rPr>
                <w:rFonts w:ascii="Calibri" w:hAnsi="Calibri" w:cs="Calibri"/>
              </w:rPr>
            </w:pPr>
            <w:r w:rsidRPr="00FE0535">
              <w:rPr>
                <w:rFonts w:ascii="Calibri" w:hAnsi="Calibri" w:cs="Calibri"/>
                <w:b/>
                <w:bCs/>
                <w:i/>
                <w:iCs/>
              </w:rPr>
              <w:t>Познавательные УУД</w:t>
            </w:r>
          </w:p>
          <w:p w:rsidR="00F44E79" w:rsidRPr="00FE0535" w:rsidRDefault="00F44E79" w:rsidP="000149D8">
            <w:pPr>
              <w:rPr>
                <w:rFonts w:ascii="Calibri" w:hAnsi="Calibri" w:cs="Calibri"/>
              </w:rPr>
            </w:pPr>
            <w:r w:rsidRPr="00FE0535">
              <w:rPr>
                <w:rFonts w:ascii="Calibri" w:hAnsi="Calibri" w:cs="Calibri"/>
              </w:rPr>
              <w:t>Проба на определение количества слов в предложении (С.Н. Карпова) (1 кл).</w:t>
            </w:r>
          </w:p>
          <w:p w:rsidR="00F44E79" w:rsidRPr="00FE0535" w:rsidRDefault="00F44E79" w:rsidP="000149D8">
            <w:pPr>
              <w:rPr>
                <w:rFonts w:ascii="Calibri" w:hAnsi="Calibri" w:cs="Calibri"/>
              </w:rPr>
            </w:pPr>
            <w:r w:rsidRPr="00FE0535">
              <w:rPr>
                <w:rFonts w:ascii="Calibri" w:hAnsi="Calibri" w:cs="Calibri"/>
              </w:rPr>
              <w:t>Методика «Исключение лишнего» (1 кл).</w:t>
            </w:r>
          </w:p>
          <w:p w:rsidR="00F44E79" w:rsidRPr="00FE0535" w:rsidRDefault="00F44E79" w:rsidP="000149D8">
            <w:pPr>
              <w:rPr>
                <w:rFonts w:ascii="Calibri" w:hAnsi="Calibri" w:cs="Calibri"/>
              </w:rPr>
            </w:pPr>
            <w:r w:rsidRPr="00FE0535">
              <w:rPr>
                <w:rFonts w:ascii="Calibri" w:hAnsi="Calibri" w:cs="Calibri"/>
              </w:rPr>
              <w:t>Методика для определения уровня абстрактного мышления (по К. Йерасеку) (1-2 кл).</w:t>
            </w:r>
          </w:p>
          <w:p w:rsidR="00F44E79" w:rsidRPr="00FE0535" w:rsidRDefault="00F44E79" w:rsidP="000149D8">
            <w:pPr>
              <w:rPr>
                <w:rFonts w:ascii="Calibri" w:hAnsi="Calibri" w:cs="Calibri"/>
              </w:rPr>
            </w:pPr>
            <w:r w:rsidRPr="00FE0535">
              <w:rPr>
                <w:rFonts w:ascii="Calibri" w:hAnsi="Calibri" w:cs="Calibri"/>
              </w:rPr>
              <w:t>Методика для определения уровня умственного развития (Э.Ф. Замбацявичене) (4 кл).</w:t>
            </w:r>
          </w:p>
          <w:p w:rsidR="00F44E79" w:rsidRPr="00FE0535" w:rsidRDefault="00F44E79" w:rsidP="000149D8">
            <w:pPr>
              <w:rPr>
                <w:rFonts w:ascii="Calibri" w:hAnsi="Calibri" w:cs="Calibri"/>
              </w:rPr>
            </w:pPr>
            <w:r w:rsidRPr="00FE0535">
              <w:rPr>
                <w:rFonts w:ascii="Calibri" w:hAnsi="Calibri" w:cs="Calibri"/>
              </w:rPr>
              <w:t>Методика «Кодирование»</w:t>
            </w:r>
          </w:p>
          <w:p w:rsidR="00F44E79" w:rsidRPr="00FE0535" w:rsidRDefault="00F44E79" w:rsidP="000149D8">
            <w:pPr>
              <w:rPr>
                <w:rFonts w:ascii="Calibri" w:hAnsi="Calibri" w:cs="Calibri"/>
              </w:rPr>
            </w:pPr>
            <w:r w:rsidRPr="00FE0535">
              <w:rPr>
                <w:rFonts w:ascii="Calibri" w:hAnsi="Calibri" w:cs="Calibri"/>
              </w:rPr>
              <w:t>(1 кл. и дошкольники).</w:t>
            </w:r>
          </w:p>
          <w:p w:rsidR="00F44E79" w:rsidRPr="00FE0535" w:rsidRDefault="00F44E79" w:rsidP="000149D8">
            <w:pPr>
              <w:rPr>
                <w:rFonts w:ascii="Calibri" w:hAnsi="Calibri" w:cs="Calibri"/>
              </w:rPr>
            </w:pPr>
            <w:r w:rsidRPr="00FE0535">
              <w:rPr>
                <w:rFonts w:ascii="Calibri" w:hAnsi="Calibri" w:cs="Calibri"/>
              </w:rPr>
              <w:t>Методика «Логические задачи» (А.З. Зак) (3-4 кл).</w:t>
            </w:r>
          </w:p>
          <w:p w:rsidR="00F44E79" w:rsidRPr="00FE0535" w:rsidRDefault="00F44E79" w:rsidP="000149D8">
            <w:pPr>
              <w:rPr>
                <w:rFonts w:ascii="Calibri" w:hAnsi="Calibri" w:cs="Calibri"/>
              </w:rPr>
            </w:pPr>
            <w:r w:rsidRPr="00FE0535">
              <w:rPr>
                <w:rFonts w:ascii="Calibri" w:hAnsi="Calibri" w:cs="Calibri"/>
              </w:rPr>
              <w:t>Методика «Вербальная фантазия» (1-4 кл).</w:t>
            </w:r>
          </w:p>
          <w:p w:rsidR="00F44E79" w:rsidRPr="00FE0535" w:rsidRDefault="00F44E79" w:rsidP="000149D8">
            <w:pPr>
              <w:rPr>
                <w:rFonts w:ascii="Calibri" w:hAnsi="Calibri" w:cs="Calibri"/>
              </w:rPr>
            </w:pPr>
            <w:r w:rsidRPr="00FE0535">
              <w:rPr>
                <w:rFonts w:ascii="Calibri" w:hAnsi="Calibri" w:cs="Calibri"/>
              </w:rPr>
              <w:t>Методика «Общие приёмы решения задач» (по А.Р. Лурия, Л.С. Цветковой) (1-4 кл).</w:t>
            </w:r>
          </w:p>
          <w:p w:rsidR="00F44E79" w:rsidRPr="00FE0535" w:rsidRDefault="00F44E79" w:rsidP="000149D8">
            <w:pPr>
              <w:rPr>
                <w:rFonts w:ascii="Calibri" w:hAnsi="Calibri" w:cs="Calibri"/>
              </w:rPr>
            </w:pPr>
            <w:r w:rsidRPr="00FE0535">
              <w:rPr>
                <w:rFonts w:ascii="Calibri" w:hAnsi="Calibri" w:cs="Calibri"/>
              </w:rPr>
              <w:t>Методика «Построение числового эквивалента» или взаимно-однозначного соответствия (Ж. Пиаже, А. Шеминьска) (1 кл и дошкольники).</w:t>
            </w:r>
          </w:p>
          <w:p w:rsidR="00F44E79" w:rsidRPr="00FE0535" w:rsidRDefault="00F44E79" w:rsidP="000149D8">
            <w:pPr>
              <w:rPr>
                <w:rFonts w:ascii="Calibri" w:hAnsi="Calibri" w:cs="Calibri"/>
              </w:rPr>
            </w:pPr>
            <w:r w:rsidRPr="00FE0535">
              <w:rPr>
                <w:rFonts w:ascii="Calibri" w:hAnsi="Calibri" w:cs="Calibri"/>
                <w:b/>
                <w:bCs/>
                <w:i/>
                <w:iCs/>
              </w:rPr>
              <w:t>Коммуникативные УУД</w:t>
            </w:r>
          </w:p>
          <w:p w:rsidR="00F44E79" w:rsidRPr="00FE0535" w:rsidRDefault="00F44E79" w:rsidP="000149D8">
            <w:pPr>
              <w:rPr>
                <w:rFonts w:ascii="Calibri" w:hAnsi="Calibri" w:cs="Calibri"/>
              </w:rPr>
            </w:pPr>
            <w:r w:rsidRPr="00FE0535">
              <w:rPr>
                <w:rFonts w:ascii="Calibri" w:hAnsi="Calibri" w:cs="Calibri"/>
              </w:rPr>
              <w:t>Задание «Совместная сортировка»» (Бурменская)</w:t>
            </w:r>
          </w:p>
          <w:p w:rsidR="00F44E79" w:rsidRPr="00FE0535" w:rsidRDefault="00F44E79" w:rsidP="000149D8">
            <w:pPr>
              <w:rPr>
                <w:rFonts w:ascii="Calibri" w:hAnsi="Calibri" w:cs="Calibri"/>
              </w:rPr>
            </w:pPr>
            <w:r w:rsidRPr="00FE0535">
              <w:rPr>
                <w:rFonts w:ascii="Calibri" w:hAnsi="Calibri" w:cs="Calibri"/>
              </w:rPr>
              <w:t>(4 кл).</w:t>
            </w:r>
          </w:p>
          <w:p w:rsidR="00F44E79" w:rsidRPr="00FE0535" w:rsidRDefault="00F44E79" w:rsidP="000149D8">
            <w:pPr>
              <w:rPr>
                <w:rFonts w:ascii="Calibri" w:hAnsi="Calibri" w:cs="Calibri"/>
              </w:rPr>
            </w:pPr>
            <w:r w:rsidRPr="00FE0535">
              <w:rPr>
                <w:rFonts w:ascii="Calibri" w:hAnsi="Calibri" w:cs="Calibri"/>
              </w:rPr>
              <w:t>Методика «Кто прав?» (Г.А. Цукерман),</w:t>
            </w:r>
          </w:p>
          <w:p w:rsidR="00F44E79" w:rsidRPr="00FE0535" w:rsidRDefault="00F44E79" w:rsidP="000149D8">
            <w:pPr>
              <w:rPr>
                <w:rFonts w:ascii="Calibri" w:hAnsi="Calibri" w:cs="Calibri"/>
              </w:rPr>
            </w:pPr>
            <w:r w:rsidRPr="00FE0535">
              <w:rPr>
                <w:rFonts w:ascii="Calibri" w:hAnsi="Calibri" w:cs="Calibri"/>
              </w:rPr>
              <w:t>Проба Ж.Пиаже «Ваза с яблоками» (4 кл).</w:t>
            </w:r>
          </w:p>
          <w:p w:rsidR="00F44E79" w:rsidRPr="00FE0535" w:rsidRDefault="00F44E79" w:rsidP="000149D8">
            <w:pPr>
              <w:rPr>
                <w:rFonts w:ascii="Calibri" w:hAnsi="Calibri" w:cs="Calibri"/>
              </w:rPr>
            </w:pPr>
            <w:r w:rsidRPr="00FE0535">
              <w:rPr>
                <w:rFonts w:ascii="Calibri" w:hAnsi="Calibri" w:cs="Calibri"/>
              </w:rPr>
              <w:t>Задание «Рукавички» (Г.А. Цукерман) (2-3 кл).</w:t>
            </w:r>
          </w:p>
          <w:p w:rsidR="00F44E79" w:rsidRPr="00FE0535" w:rsidRDefault="00F44E79" w:rsidP="000149D8">
            <w:pPr>
              <w:rPr>
                <w:rFonts w:ascii="Calibri" w:hAnsi="Calibri" w:cs="Calibri"/>
              </w:rPr>
            </w:pPr>
            <w:r w:rsidRPr="00FE0535">
              <w:rPr>
                <w:rFonts w:ascii="Calibri" w:hAnsi="Calibri" w:cs="Calibri"/>
              </w:rPr>
              <w:t>Задание «Узор под диктовку» (Г.А. Цукерман) (2-3 кл).</w:t>
            </w:r>
          </w:p>
        </w:tc>
        <w:tc>
          <w:tcPr>
            <w:tcW w:w="162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Аналитическая справка</w:t>
            </w:r>
          </w:p>
          <w:p w:rsidR="00F44E79" w:rsidRPr="00FE0535" w:rsidRDefault="00F44E79" w:rsidP="000149D8">
            <w:pPr>
              <w:rPr>
                <w:rFonts w:ascii="Calibri" w:hAnsi="Calibri" w:cs="Calibri"/>
              </w:rPr>
            </w:pPr>
            <w:r w:rsidRPr="00FE0535">
              <w:rPr>
                <w:rFonts w:ascii="Calibri" w:hAnsi="Calibri" w:cs="Calibri"/>
              </w:rPr>
              <w:t>(по запросу)</w:t>
            </w:r>
          </w:p>
        </w:tc>
      </w:tr>
      <w:tr w:rsidR="00F44E79" w:rsidRPr="00A54169" w:rsidTr="00FE0535">
        <w:tc>
          <w:tcPr>
            <w:tcW w:w="181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p>
        </w:tc>
        <w:tc>
          <w:tcPr>
            <w:tcW w:w="1854"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p>
        </w:tc>
        <w:tc>
          <w:tcPr>
            <w:tcW w:w="153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p>
        </w:tc>
        <w:tc>
          <w:tcPr>
            <w:tcW w:w="2040"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p>
        </w:tc>
        <w:tc>
          <w:tcPr>
            <w:tcW w:w="1882"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b/>
                <w:bCs/>
                <w:i/>
                <w:iCs/>
              </w:rPr>
            </w:pPr>
          </w:p>
        </w:tc>
        <w:tc>
          <w:tcPr>
            <w:tcW w:w="162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p>
        </w:tc>
      </w:tr>
    </w:tbl>
    <w:p w:rsidR="00F44E79" w:rsidRPr="000149D8" w:rsidRDefault="00F44E79" w:rsidP="000149D8">
      <w:pPr>
        <w:rPr>
          <w:vanish/>
        </w:rPr>
      </w:pPr>
    </w:p>
    <w:tbl>
      <w:tblPr>
        <w:tblW w:w="10773" w:type="dxa"/>
        <w:tblInd w:w="-10" w:type="dxa"/>
        <w:tblLayout w:type="fixed"/>
        <w:tblCellMar>
          <w:top w:w="15" w:type="dxa"/>
          <w:left w:w="15" w:type="dxa"/>
          <w:bottom w:w="15" w:type="dxa"/>
          <w:right w:w="15" w:type="dxa"/>
        </w:tblCellMar>
        <w:tblLook w:val="00A0"/>
      </w:tblPr>
      <w:tblGrid>
        <w:gridCol w:w="2142"/>
        <w:gridCol w:w="1985"/>
        <w:gridCol w:w="2268"/>
        <w:gridCol w:w="1984"/>
        <w:gridCol w:w="2394"/>
      </w:tblGrid>
      <w:tr w:rsidR="00F44E79" w:rsidRPr="00A54169" w:rsidTr="000149D8">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Изучение особенностей когнитивного и психосоциального развития, уровня развития УУД (заполнение карт индивидуального развития обучающегося)</w:t>
            </w:r>
          </w:p>
          <w:p w:rsidR="00F44E79" w:rsidRPr="00A54169" w:rsidRDefault="00F44E79" w:rsidP="000149D8">
            <w:pPr>
              <w:rPr>
                <w:rFonts w:cs="Times New Roman"/>
                <w:szCs w:val="20"/>
              </w:rPr>
            </w:pPr>
            <w:r w:rsidRPr="00A54169">
              <w:rPr>
                <w:rFonts w:cs="Times New Roman"/>
                <w:szCs w:val="20"/>
              </w:rPr>
              <w:t>(итоговая диагностика, </w:t>
            </w:r>
            <w:r w:rsidRPr="00A54169">
              <w:rPr>
                <w:rFonts w:cs="Times New Roman"/>
                <w:szCs w:val="20"/>
                <w:u w:val="single"/>
              </w:rPr>
              <w:t>выборочно или по запросу</w:t>
            </w:r>
            <w:r w:rsidRPr="00A54169">
              <w:rPr>
                <w:rFonts w:cs="Times New Roman"/>
                <w:szCs w:val="20"/>
              </w:rPr>
              <w:t>)</w:t>
            </w:r>
          </w:p>
        </w:tc>
        <w:tc>
          <w:tcPr>
            <w:tcW w:w="19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Психологическое сопровождение ФГОС</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Обучающиеся</w:t>
            </w:r>
          </w:p>
          <w:p w:rsidR="00F44E79" w:rsidRPr="00A54169" w:rsidRDefault="00F44E79" w:rsidP="000149D8">
            <w:pPr>
              <w:rPr>
                <w:rFonts w:cs="Times New Roman"/>
                <w:szCs w:val="20"/>
              </w:rPr>
            </w:pPr>
            <w:r w:rsidRPr="00A54169">
              <w:rPr>
                <w:rFonts w:cs="Times New Roman"/>
                <w:szCs w:val="20"/>
              </w:rPr>
              <w:t>5-9 класса</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Определение учебных и профессиональных интересов, склонностей обучающихся.</w:t>
            </w:r>
          </w:p>
          <w:p w:rsidR="00F44E79" w:rsidRPr="00A54169" w:rsidRDefault="00F44E79" w:rsidP="000149D8">
            <w:pPr>
              <w:rPr>
                <w:rFonts w:cs="Times New Roman"/>
                <w:szCs w:val="20"/>
              </w:rPr>
            </w:pPr>
            <w:r w:rsidRPr="00A54169">
              <w:rPr>
                <w:rFonts w:cs="Times New Roman"/>
                <w:szCs w:val="20"/>
              </w:rPr>
              <w:t>Определение уровня личностного осмысления выбираемой профессии.</w:t>
            </w:r>
          </w:p>
          <w:p w:rsidR="00F44E79" w:rsidRPr="00A54169" w:rsidRDefault="00F44E79" w:rsidP="000149D8">
            <w:pPr>
              <w:rPr>
                <w:rFonts w:cs="Times New Roman"/>
                <w:szCs w:val="20"/>
              </w:rPr>
            </w:pPr>
            <w:r w:rsidRPr="00A54169">
              <w:rPr>
                <w:rFonts w:cs="Times New Roman"/>
                <w:szCs w:val="20"/>
              </w:rPr>
              <w:t>Определение уровня жизненного и профессионального самоопределения.</w:t>
            </w:r>
          </w:p>
          <w:p w:rsidR="00F44E79" w:rsidRPr="00A54169" w:rsidRDefault="00F44E79" w:rsidP="000149D8">
            <w:pPr>
              <w:rPr>
                <w:rFonts w:cs="Times New Roman"/>
                <w:szCs w:val="20"/>
              </w:rPr>
            </w:pPr>
            <w:r w:rsidRPr="00A54169">
              <w:rPr>
                <w:rFonts w:cs="Times New Roman"/>
                <w:szCs w:val="20"/>
              </w:rPr>
              <w:t>Определение уровня развития самооценки.</w:t>
            </w:r>
          </w:p>
          <w:p w:rsidR="00F44E79" w:rsidRPr="00A54169" w:rsidRDefault="00F44E79" w:rsidP="000149D8">
            <w:pPr>
              <w:rPr>
                <w:rFonts w:cs="Times New Roman"/>
                <w:szCs w:val="20"/>
              </w:rPr>
            </w:pPr>
            <w:r w:rsidRPr="00A54169">
              <w:rPr>
                <w:rFonts w:cs="Times New Roman"/>
                <w:szCs w:val="20"/>
              </w:rPr>
              <w:t>Определение уровня развития познавательной активности.</w:t>
            </w:r>
          </w:p>
          <w:p w:rsidR="00F44E79" w:rsidRPr="00A54169" w:rsidRDefault="00F44E79" w:rsidP="000149D8">
            <w:pPr>
              <w:rPr>
                <w:rFonts w:cs="Times New Roman"/>
                <w:szCs w:val="20"/>
              </w:rPr>
            </w:pPr>
            <w:r w:rsidRPr="00A54169">
              <w:rPr>
                <w:rFonts w:cs="Times New Roman"/>
                <w:szCs w:val="20"/>
              </w:rPr>
              <w:t>Определение уровня развития нравственно-этической ориентации.</w:t>
            </w:r>
          </w:p>
          <w:p w:rsidR="00F44E79" w:rsidRPr="00A54169" w:rsidRDefault="00F44E79" w:rsidP="000149D8">
            <w:pPr>
              <w:rPr>
                <w:rFonts w:cs="Times New Roman"/>
                <w:szCs w:val="20"/>
              </w:rPr>
            </w:pPr>
            <w:r w:rsidRPr="00A54169">
              <w:rPr>
                <w:rFonts w:cs="Times New Roman"/>
                <w:szCs w:val="20"/>
              </w:rPr>
              <w:t>Определение уровня развития волевойсаморегуляции.</w:t>
            </w:r>
          </w:p>
          <w:p w:rsidR="00F44E79" w:rsidRPr="00A54169" w:rsidRDefault="00F44E79" w:rsidP="000149D8">
            <w:pPr>
              <w:rPr>
                <w:rFonts w:cs="Times New Roman"/>
                <w:szCs w:val="20"/>
              </w:rPr>
            </w:pPr>
            <w:r w:rsidRPr="00A54169">
              <w:rPr>
                <w:rFonts w:cs="Times New Roman"/>
                <w:szCs w:val="20"/>
              </w:rPr>
              <w:t>Выявление уровня развития логических действий (умственных способностей).</w:t>
            </w:r>
          </w:p>
          <w:p w:rsidR="00F44E79" w:rsidRPr="00A54169" w:rsidRDefault="00F44E79" w:rsidP="000149D8">
            <w:pPr>
              <w:rPr>
                <w:rFonts w:cs="Times New Roman"/>
                <w:szCs w:val="20"/>
              </w:rPr>
            </w:pPr>
            <w:r w:rsidRPr="00A54169">
              <w:rPr>
                <w:rFonts w:cs="Times New Roman"/>
                <w:szCs w:val="20"/>
              </w:rPr>
              <w:t>Выявление учащихся с низким уровнем удовлетворённости школьной жизнью. Выработка рекомендаций участникам образовательного процесса. Разработка коррекционных занятий «Коррекция негативных эмоциональных состояний подростка»</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b/>
                <w:bCs/>
                <w:i/>
                <w:iCs/>
                <w:szCs w:val="20"/>
              </w:rPr>
              <w:t>Личностные УУД</w:t>
            </w:r>
          </w:p>
          <w:p w:rsidR="00F44E79" w:rsidRPr="00A54169" w:rsidRDefault="00F44E79" w:rsidP="000149D8">
            <w:pPr>
              <w:rPr>
                <w:rFonts w:cs="Times New Roman"/>
                <w:szCs w:val="20"/>
              </w:rPr>
            </w:pPr>
            <w:r w:rsidRPr="00A54169">
              <w:rPr>
                <w:rFonts w:cs="Times New Roman"/>
                <w:szCs w:val="20"/>
              </w:rPr>
              <w:t>Методика «Карта интересов» (</w:t>
            </w:r>
            <w:r w:rsidRPr="00A54169">
              <w:rPr>
                <w:rFonts w:cs="Times New Roman"/>
                <w:b/>
                <w:bCs/>
                <w:szCs w:val="20"/>
              </w:rPr>
              <w:t>5-6</w:t>
            </w:r>
            <w:r w:rsidRPr="00A54169">
              <w:rPr>
                <w:rFonts w:cs="Times New Roman"/>
                <w:szCs w:val="20"/>
              </w:rPr>
              <w:t>кл)</w:t>
            </w:r>
          </w:p>
          <w:p w:rsidR="00F44E79" w:rsidRPr="00A54169" w:rsidRDefault="00F44E79" w:rsidP="000149D8">
            <w:pPr>
              <w:rPr>
                <w:rFonts w:cs="Times New Roman"/>
                <w:szCs w:val="20"/>
              </w:rPr>
            </w:pPr>
            <w:r w:rsidRPr="00A54169">
              <w:rPr>
                <w:rFonts w:cs="Times New Roman"/>
                <w:szCs w:val="20"/>
              </w:rPr>
              <w:t>Анкета жизненного и профессионального самоопределения (9 кл).</w:t>
            </w:r>
          </w:p>
          <w:p w:rsidR="00F44E79" w:rsidRPr="00A54169" w:rsidRDefault="00F44E79" w:rsidP="000149D8">
            <w:pPr>
              <w:rPr>
                <w:rFonts w:cs="Times New Roman"/>
                <w:szCs w:val="20"/>
              </w:rPr>
            </w:pPr>
            <w:r w:rsidRPr="00A54169">
              <w:rPr>
                <w:rFonts w:cs="Times New Roman"/>
                <w:szCs w:val="20"/>
              </w:rPr>
              <w:t>Тест «Вербальная методика самооценки личности» (5-10 кл).</w:t>
            </w:r>
          </w:p>
          <w:p w:rsidR="00F44E79" w:rsidRPr="00A54169" w:rsidRDefault="00F44E79" w:rsidP="000149D8">
            <w:pPr>
              <w:rPr>
                <w:rFonts w:cs="Times New Roman"/>
                <w:szCs w:val="20"/>
              </w:rPr>
            </w:pPr>
            <w:r w:rsidRPr="00A54169">
              <w:rPr>
                <w:rFonts w:cs="Times New Roman"/>
                <w:szCs w:val="20"/>
              </w:rPr>
              <w:t>Опросник «Методика диагностики мотивации учения и эмоционального отношения к учению» (5-10 кл).</w:t>
            </w:r>
          </w:p>
          <w:p w:rsidR="00F44E79" w:rsidRPr="00A54169" w:rsidRDefault="00F44E79" w:rsidP="000149D8">
            <w:pPr>
              <w:rPr>
                <w:rFonts w:cs="Times New Roman"/>
                <w:szCs w:val="20"/>
              </w:rPr>
            </w:pPr>
            <w:r w:rsidRPr="00A54169">
              <w:rPr>
                <w:rFonts w:cs="Times New Roman"/>
                <w:szCs w:val="20"/>
              </w:rPr>
              <w:t>Опросник «Методика выявления уровня нравственно-этической ориентации» (5-9 кл).</w:t>
            </w:r>
          </w:p>
          <w:p w:rsidR="00F44E79" w:rsidRPr="00A54169" w:rsidRDefault="00F44E79" w:rsidP="000149D8">
            <w:pPr>
              <w:rPr>
                <w:rFonts w:cs="Times New Roman"/>
                <w:szCs w:val="20"/>
              </w:rPr>
            </w:pPr>
            <w:r w:rsidRPr="00A54169">
              <w:rPr>
                <w:rFonts w:cs="Times New Roman"/>
                <w:b/>
                <w:bCs/>
                <w:i/>
                <w:iCs/>
                <w:szCs w:val="20"/>
              </w:rPr>
              <w:t>Регулятивные УУД</w:t>
            </w:r>
          </w:p>
          <w:p w:rsidR="00F44E79" w:rsidRPr="00A54169" w:rsidRDefault="00F44E79" w:rsidP="000149D8">
            <w:pPr>
              <w:rPr>
                <w:rFonts w:cs="Times New Roman"/>
                <w:szCs w:val="20"/>
              </w:rPr>
            </w:pPr>
            <w:r w:rsidRPr="00A54169">
              <w:rPr>
                <w:rFonts w:cs="Times New Roman"/>
                <w:szCs w:val="20"/>
              </w:rPr>
              <w:t>Методика «Исследование волевойсаморегуляции» (А.В. Зверькова, Е.В. Эйдман) (7-9 кл).</w:t>
            </w:r>
          </w:p>
          <w:p w:rsidR="00F44E79" w:rsidRPr="00A54169" w:rsidRDefault="00F44E79" w:rsidP="000149D8">
            <w:pPr>
              <w:rPr>
                <w:rFonts w:cs="Times New Roman"/>
                <w:szCs w:val="20"/>
              </w:rPr>
            </w:pPr>
            <w:r w:rsidRPr="00A54169">
              <w:rPr>
                <w:rFonts w:cs="Times New Roman"/>
                <w:b/>
                <w:bCs/>
                <w:i/>
                <w:iCs/>
                <w:szCs w:val="20"/>
              </w:rPr>
              <w:t>Познавательные УУД</w:t>
            </w:r>
          </w:p>
          <w:p w:rsidR="00F44E79" w:rsidRPr="00A54169" w:rsidRDefault="00F44E79" w:rsidP="000149D8">
            <w:pPr>
              <w:rPr>
                <w:rFonts w:cs="Times New Roman"/>
                <w:szCs w:val="20"/>
              </w:rPr>
            </w:pPr>
            <w:r w:rsidRPr="00A54169">
              <w:rPr>
                <w:rFonts w:cs="Times New Roman"/>
                <w:szCs w:val="20"/>
              </w:rPr>
              <w:t>Методики «Числовые ряды», «Аналогии» (5-6 кл).</w:t>
            </w:r>
          </w:p>
          <w:p w:rsidR="00F44E79" w:rsidRPr="00A54169" w:rsidRDefault="00F44E79" w:rsidP="000149D8">
            <w:pPr>
              <w:rPr>
                <w:rFonts w:cs="Times New Roman"/>
                <w:szCs w:val="20"/>
              </w:rPr>
            </w:pPr>
            <w:r w:rsidRPr="00A54169">
              <w:rPr>
                <w:rFonts w:cs="Times New Roman"/>
                <w:szCs w:val="20"/>
              </w:rPr>
              <w:t>Методики «Классификации», «Обобщение» (7 кл).</w:t>
            </w:r>
          </w:p>
          <w:p w:rsidR="00F44E79" w:rsidRPr="00A54169" w:rsidRDefault="00F44E79" w:rsidP="000149D8">
            <w:pPr>
              <w:rPr>
                <w:rFonts w:cs="Times New Roman"/>
                <w:szCs w:val="20"/>
              </w:rPr>
            </w:pPr>
            <w:r w:rsidRPr="00A54169">
              <w:rPr>
                <w:rFonts w:cs="Times New Roman"/>
                <w:szCs w:val="20"/>
              </w:rPr>
              <w:t>Методики «Обобщение» (Р. Амтхауэр) (8-9 кл).</w:t>
            </w:r>
          </w:p>
          <w:p w:rsidR="00F44E79" w:rsidRPr="00A54169" w:rsidRDefault="00F44E79" w:rsidP="000149D8">
            <w:pPr>
              <w:rPr>
                <w:rFonts w:cs="Times New Roman"/>
                <w:szCs w:val="20"/>
              </w:rPr>
            </w:pPr>
            <w:r w:rsidRPr="00A54169">
              <w:rPr>
                <w:rFonts w:cs="Times New Roman"/>
                <w:b/>
                <w:bCs/>
                <w:i/>
                <w:iCs/>
                <w:szCs w:val="20"/>
              </w:rPr>
              <w:t>Коммуникативные УУД</w:t>
            </w:r>
          </w:p>
          <w:p w:rsidR="00F44E79" w:rsidRPr="00A54169" w:rsidRDefault="00F44E79" w:rsidP="000149D8">
            <w:pPr>
              <w:rPr>
                <w:rFonts w:cs="Times New Roman"/>
                <w:szCs w:val="20"/>
              </w:rPr>
            </w:pPr>
            <w:r w:rsidRPr="00A54169">
              <w:rPr>
                <w:rFonts w:cs="Times New Roman"/>
                <w:szCs w:val="20"/>
              </w:rPr>
              <w:t>Методика на определение удовлетворённости школьной жизнью (5-10 кл)</w:t>
            </w:r>
          </w:p>
        </w:tc>
      </w:tr>
      <w:tr w:rsidR="00F44E79" w:rsidRPr="00A54169" w:rsidTr="000149D8">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Диагностика показателей готовности детей начальной школы к переходу в среднее звено</w:t>
            </w:r>
          </w:p>
        </w:tc>
        <w:tc>
          <w:tcPr>
            <w:tcW w:w="19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Преемственность</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Обучающиеся</w:t>
            </w:r>
          </w:p>
          <w:p w:rsidR="00F44E79" w:rsidRPr="00A54169" w:rsidRDefault="00F44E79" w:rsidP="000149D8">
            <w:pPr>
              <w:rPr>
                <w:rFonts w:cs="Times New Roman"/>
                <w:szCs w:val="20"/>
              </w:rPr>
            </w:pPr>
            <w:r w:rsidRPr="00A54169">
              <w:rPr>
                <w:rFonts w:cs="Times New Roman"/>
                <w:szCs w:val="20"/>
              </w:rPr>
              <w:t>4 класса</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Выявление детей с низким уровнем готовности. Выработка рекомендаций классным руководителям и родителям</w:t>
            </w:r>
          </w:p>
          <w:p w:rsidR="00F44E79" w:rsidRPr="00A54169" w:rsidRDefault="00F44E79" w:rsidP="000149D8">
            <w:pPr>
              <w:rPr>
                <w:rFonts w:cs="Times New Roman"/>
                <w:szCs w:val="20"/>
              </w:rPr>
            </w:pPr>
            <w:r w:rsidRPr="00A54169">
              <w:rPr>
                <w:rFonts w:cs="Times New Roman"/>
                <w:szCs w:val="20"/>
              </w:rPr>
              <w:t>Выявление детей с высоким уровнем тревожности. Выработка рекомендаций классным руководителям и родителям.</w:t>
            </w:r>
          </w:p>
          <w:p w:rsidR="00F44E79" w:rsidRPr="00A54169" w:rsidRDefault="00F44E79" w:rsidP="000149D8">
            <w:pPr>
              <w:rPr>
                <w:rFonts w:cs="Times New Roman"/>
                <w:szCs w:val="20"/>
              </w:rPr>
            </w:pPr>
            <w:r w:rsidRPr="00A54169">
              <w:rPr>
                <w:rFonts w:cs="Times New Roman"/>
                <w:szCs w:val="20"/>
              </w:rPr>
              <w:t>Составление сводной таблицы результатов  диагностического исследования учащихся 4-х классов</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4E79" w:rsidRPr="00A54169" w:rsidRDefault="00F44E79" w:rsidP="000149D8">
            <w:pPr>
              <w:rPr>
                <w:rFonts w:cs="Times New Roman"/>
                <w:szCs w:val="20"/>
              </w:rPr>
            </w:pPr>
            <w:r w:rsidRPr="00A54169">
              <w:rPr>
                <w:rFonts w:cs="Times New Roman"/>
                <w:szCs w:val="20"/>
              </w:rPr>
              <w:t>«Диагностическая программа скриннингового исследования в 4 классе». Методика диагностики уровня интеллектуального развития младших школьников при переходе в среднее звено (авторы Л.Ф. Тихомирова, А.В. Басов). Методика диагностики уровня тревожности (автор Р. Кондаш, модификация А. Прихожан). Схема изучения социально-психологической адаптации ребёнка по шкале Э.М. Александровой (экспертная оценка </w:t>
            </w:r>
            <w:r w:rsidRPr="00A54169">
              <w:rPr>
                <w:rFonts w:cs="Times New Roman"/>
                <w:szCs w:val="20"/>
                <w:u w:val="single"/>
              </w:rPr>
              <w:t>учителя</w:t>
            </w:r>
            <w:r w:rsidRPr="00A54169">
              <w:rPr>
                <w:rFonts w:cs="Times New Roman"/>
                <w:szCs w:val="20"/>
              </w:rPr>
              <w:t>)</w:t>
            </w:r>
          </w:p>
        </w:tc>
      </w:tr>
    </w:tbl>
    <w:p w:rsidR="00F44E79" w:rsidRPr="00A54169" w:rsidRDefault="00F44E79" w:rsidP="000149D8">
      <w:pPr>
        <w:shd w:val="clear" w:color="auto" w:fill="FFFFFF"/>
        <w:spacing w:line="360" w:lineRule="auto"/>
        <w:rPr>
          <w:rFonts w:cs="Times New Roman"/>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7"/>
        <w:gridCol w:w="1051"/>
        <w:gridCol w:w="898"/>
        <w:gridCol w:w="1085"/>
        <w:gridCol w:w="1117"/>
        <w:gridCol w:w="1079"/>
      </w:tblGrid>
      <w:tr w:rsidR="00F44E79" w:rsidRPr="00A54169" w:rsidTr="00FE0535">
        <w:tc>
          <w:tcPr>
            <w:tcW w:w="10752" w:type="dxa"/>
            <w:gridSpan w:val="6"/>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План работы на март</w:t>
            </w:r>
          </w:p>
        </w:tc>
      </w:tr>
      <w:tr w:rsidR="00F44E79" w:rsidRPr="00A54169" w:rsidTr="00FE0535">
        <w:tc>
          <w:tcPr>
            <w:tcW w:w="2283" w:type="dxa"/>
            <w:vMerge w:val="restart"/>
          </w:tcPr>
          <w:p w:rsidR="00F44E79" w:rsidRPr="00FE0535" w:rsidRDefault="00F44E79" w:rsidP="00FE0535">
            <w:pPr>
              <w:spacing w:before="30" w:after="30"/>
              <w:rPr>
                <w:rFonts w:ascii="Calibri" w:hAnsi="Calibri" w:cs="Calibri"/>
                <w:b/>
                <w:bCs/>
              </w:rPr>
            </w:pPr>
            <w:r w:rsidRPr="00FE0535">
              <w:rPr>
                <w:rFonts w:ascii="Calibri" w:hAnsi="Calibri" w:cs="Calibri"/>
                <w:b/>
                <w:bCs/>
              </w:rPr>
              <w:t>Наименование работы</w:t>
            </w:r>
          </w:p>
        </w:tc>
        <w:tc>
          <w:tcPr>
            <w:tcW w:w="8469" w:type="dxa"/>
            <w:gridSpan w:val="5"/>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Направление деятельности: диагностическое</w:t>
            </w:r>
          </w:p>
        </w:tc>
      </w:tr>
      <w:tr w:rsidR="00F44E79" w:rsidRPr="00A54169" w:rsidTr="00FE0535">
        <w:tc>
          <w:tcPr>
            <w:tcW w:w="2283" w:type="dxa"/>
            <w:vMerge/>
          </w:tcPr>
          <w:p w:rsidR="00F44E79" w:rsidRPr="00FE0535" w:rsidRDefault="00F44E79" w:rsidP="00FE0535">
            <w:pPr>
              <w:spacing w:before="30" w:after="30"/>
              <w:rPr>
                <w:rFonts w:ascii="Calibri" w:hAnsi="Calibri" w:cs="Calibri"/>
                <w:b/>
                <w:bCs/>
              </w:rPr>
            </w:pPr>
          </w:p>
        </w:tc>
        <w:tc>
          <w:tcPr>
            <w:tcW w:w="1726" w:type="dxa"/>
          </w:tcPr>
          <w:p w:rsidR="00F44E79" w:rsidRPr="00FE0535" w:rsidRDefault="00F44E79" w:rsidP="00FE0535">
            <w:pPr>
              <w:spacing w:before="30" w:after="30"/>
              <w:rPr>
                <w:rFonts w:ascii="Calibri" w:hAnsi="Calibri" w:cs="Calibri"/>
                <w:b/>
                <w:bCs/>
              </w:rPr>
            </w:pPr>
            <w:r w:rsidRPr="00FE0535">
              <w:rPr>
                <w:rFonts w:ascii="Calibri" w:hAnsi="Calibri" w:cs="Calibri"/>
                <w:b/>
                <w:bCs/>
              </w:rPr>
              <w:t>Направление работы</w:t>
            </w:r>
          </w:p>
        </w:tc>
        <w:tc>
          <w:tcPr>
            <w:tcW w:w="1445" w:type="dxa"/>
          </w:tcPr>
          <w:p w:rsidR="00F44E79" w:rsidRPr="00FE0535" w:rsidRDefault="00F44E79" w:rsidP="00FE0535">
            <w:pPr>
              <w:spacing w:before="30" w:after="30"/>
              <w:rPr>
                <w:rFonts w:ascii="Calibri" w:hAnsi="Calibri" w:cs="Calibri"/>
                <w:b/>
                <w:bCs/>
              </w:rPr>
            </w:pPr>
            <w:r w:rsidRPr="00FE0535">
              <w:rPr>
                <w:rFonts w:ascii="Calibri" w:hAnsi="Calibri" w:cs="Calibri"/>
                <w:b/>
                <w:bCs/>
              </w:rPr>
              <w:t>Категория</w:t>
            </w:r>
          </w:p>
        </w:tc>
        <w:tc>
          <w:tcPr>
            <w:tcW w:w="1743" w:type="dxa"/>
          </w:tcPr>
          <w:p w:rsidR="00F44E79" w:rsidRPr="00FE0535" w:rsidRDefault="00F44E79" w:rsidP="00FE0535">
            <w:pPr>
              <w:spacing w:before="30" w:after="30"/>
              <w:rPr>
                <w:rFonts w:ascii="Calibri" w:hAnsi="Calibri" w:cs="Calibri"/>
                <w:b/>
                <w:bCs/>
              </w:rPr>
            </w:pPr>
            <w:r w:rsidRPr="00FE0535">
              <w:rPr>
                <w:rFonts w:ascii="Calibri" w:hAnsi="Calibri" w:cs="Calibri"/>
                <w:b/>
                <w:bCs/>
              </w:rPr>
              <w:t>Планируемый результат</w:t>
            </w:r>
          </w:p>
        </w:tc>
        <w:tc>
          <w:tcPr>
            <w:tcW w:w="1795" w:type="dxa"/>
          </w:tcPr>
          <w:p w:rsidR="00F44E79" w:rsidRPr="00FE0535" w:rsidRDefault="00F44E79" w:rsidP="00FE0535">
            <w:pPr>
              <w:spacing w:before="30" w:after="30"/>
              <w:rPr>
                <w:rFonts w:ascii="Calibri" w:hAnsi="Calibri" w:cs="Calibri"/>
                <w:b/>
                <w:bCs/>
              </w:rPr>
            </w:pPr>
            <w:r w:rsidRPr="00FE0535">
              <w:rPr>
                <w:rFonts w:ascii="Calibri" w:hAnsi="Calibri" w:cs="Calibri"/>
                <w:b/>
                <w:bCs/>
              </w:rPr>
              <w:t>Методики, программы, методические и диагностические материалы</w:t>
            </w:r>
          </w:p>
        </w:tc>
        <w:tc>
          <w:tcPr>
            <w:tcW w:w="1760" w:type="dxa"/>
          </w:tcPr>
          <w:p w:rsidR="00F44E79" w:rsidRPr="00FE0535" w:rsidRDefault="00F44E79" w:rsidP="00FE0535">
            <w:pPr>
              <w:spacing w:before="30" w:after="30"/>
              <w:jc w:val="center"/>
              <w:rPr>
                <w:rFonts w:ascii="Calibri" w:hAnsi="Calibri" w:cs="Calibri"/>
                <w:b/>
                <w:bCs/>
              </w:rPr>
            </w:pPr>
            <w:r w:rsidRPr="00FE0535">
              <w:rPr>
                <w:rFonts w:ascii="Calibri" w:hAnsi="Calibri" w:cs="Calibri"/>
                <w:b/>
                <w:bCs/>
              </w:rPr>
              <w:t>Форма отчётности</w:t>
            </w:r>
          </w:p>
        </w:tc>
      </w:tr>
      <w:tr w:rsidR="00F44E79" w:rsidRPr="00A54169" w:rsidTr="00FE0535">
        <w:tc>
          <w:tcPr>
            <w:tcW w:w="2283"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Исследование процесса адаптации к обучению в начальном звене для создания психолого-педагогических условий, способствующих успешному обучению (итоговая диагностика </w:t>
            </w:r>
            <w:r w:rsidRPr="00FE0535">
              <w:rPr>
                <w:rFonts w:ascii="Calibri" w:hAnsi="Calibri" w:cs="Calibri"/>
                <w:u w:val="single"/>
              </w:rPr>
              <w:t>выборочно или по запросу</w:t>
            </w:r>
            <w:r w:rsidRPr="00FE0535">
              <w:rPr>
                <w:rFonts w:ascii="Calibri" w:hAnsi="Calibri" w:cs="Calibri"/>
              </w:rPr>
              <w:t>)</w:t>
            </w:r>
          </w:p>
        </w:tc>
        <w:tc>
          <w:tcPr>
            <w:tcW w:w="1726"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Психологическое сопровождение ФГОС</w:t>
            </w:r>
          </w:p>
        </w:tc>
        <w:tc>
          <w:tcPr>
            <w:tcW w:w="144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Обучающиеся</w:t>
            </w:r>
          </w:p>
          <w:p w:rsidR="00F44E79" w:rsidRPr="00FE0535" w:rsidRDefault="00F44E79" w:rsidP="000149D8">
            <w:pPr>
              <w:rPr>
                <w:rFonts w:ascii="Calibri" w:hAnsi="Calibri" w:cs="Calibri"/>
              </w:rPr>
            </w:pPr>
            <w:r w:rsidRPr="00FE0535">
              <w:rPr>
                <w:rFonts w:ascii="Calibri" w:hAnsi="Calibri" w:cs="Calibri"/>
              </w:rPr>
              <w:t>1 класса</w:t>
            </w:r>
          </w:p>
        </w:tc>
        <w:tc>
          <w:tcPr>
            <w:tcW w:w="1743"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Выводы по изучению эмоционально-волевой и поведенческой сфер первоклассников. Выявление адаптации к учебной деятельности. Выявление детей с трудностями адаптации. Определение зоны и содержания возможных проблем адаптации.</w:t>
            </w:r>
          </w:p>
          <w:p w:rsidR="00F44E79" w:rsidRPr="00FE0535" w:rsidRDefault="00F44E79" w:rsidP="000149D8">
            <w:pPr>
              <w:rPr>
                <w:rFonts w:ascii="Calibri" w:hAnsi="Calibri" w:cs="Calibri"/>
              </w:rPr>
            </w:pPr>
            <w:r w:rsidRPr="00FE0535">
              <w:rPr>
                <w:rFonts w:ascii="Calibri" w:hAnsi="Calibri" w:cs="Calibri"/>
              </w:rPr>
              <w:t>Определение степени выраженности мотивации учения</w:t>
            </w:r>
          </w:p>
        </w:tc>
        <w:tc>
          <w:tcPr>
            <w:tcW w:w="1795"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Схема изучения социально-психологической адаптации ребёнка по шкале Э.М. Александровй (экспертная оценка учителя).</w:t>
            </w:r>
          </w:p>
          <w:p w:rsidR="00F44E79" w:rsidRPr="00FE0535" w:rsidRDefault="00F44E79" w:rsidP="000149D8">
            <w:pPr>
              <w:rPr>
                <w:rFonts w:ascii="Calibri" w:hAnsi="Calibri" w:cs="Calibri"/>
              </w:rPr>
            </w:pPr>
            <w:r w:rsidRPr="00FE0535">
              <w:rPr>
                <w:rFonts w:ascii="Calibri" w:hAnsi="Calibri" w:cs="Calibri"/>
              </w:rPr>
              <w:t>«Экспертная оценка адаптированности ребёнка к школе» (авторы В.И. Чирков, О.Л. Соколова, О.В. Сорокина).</w:t>
            </w:r>
          </w:p>
          <w:p w:rsidR="00F44E79" w:rsidRPr="00FE0535" w:rsidRDefault="00F44E79" w:rsidP="000149D8">
            <w:pPr>
              <w:rPr>
                <w:rFonts w:ascii="Calibri" w:hAnsi="Calibri" w:cs="Calibri"/>
              </w:rPr>
            </w:pPr>
            <w:r w:rsidRPr="00FE0535">
              <w:rPr>
                <w:rFonts w:ascii="Calibri" w:hAnsi="Calibri" w:cs="Calibri"/>
              </w:rPr>
              <w:t>Анкета «Оценка школьной мотивации» Н.Г. Лускановой</w:t>
            </w:r>
          </w:p>
        </w:tc>
        <w:tc>
          <w:tcPr>
            <w:tcW w:w="1760" w:type="dxa"/>
            <w:tcBorders>
              <w:top w:val="single" w:sz="8" w:space="0" w:color="000000"/>
              <w:left w:val="single" w:sz="8" w:space="0" w:color="000000"/>
              <w:bottom w:val="single" w:sz="8" w:space="0" w:color="000000"/>
              <w:right w:val="single" w:sz="8" w:space="0" w:color="000000"/>
            </w:tcBorders>
          </w:tcPr>
          <w:p w:rsidR="00F44E79" w:rsidRPr="00FE0535" w:rsidRDefault="00F44E79" w:rsidP="000149D8">
            <w:pPr>
              <w:rPr>
                <w:rFonts w:ascii="Calibri" w:hAnsi="Calibri" w:cs="Calibri"/>
              </w:rPr>
            </w:pPr>
            <w:r w:rsidRPr="00FE0535">
              <w:rPr>
                <w:rFonts w:ascii="Calibri" w:hAnsi="Calibri" w:cs="Calibri"/>
              </w:rPr>
              <w:t xml:space="preserve">Мониторинг результатов </w:t>
            </w:r>
          </w:p>
          <w:p w:rsidR="00F44E79" w:rsidRPr="00FE0535" w:rsidRDefault="00F44E79" w:rsidP="000149D8">
            <w:pPr>
              <w:rPr>
                <w:rFonts w:ascii="Calibri" w:hAnsi="Calibri" w:cs="Calibri"/>
              </w:rPr>
            </w:pPr>
            <w:r w:rsidRPr="00FE0535">
              <w:rPr>
                <w:rFonts w:ascii="Calibri" w:hAnsi="Calibri" w:cs="Calibri"/>
              </w:rPr>
              <w:t xml:space="preserve">диагностического исследования </w:t>
            </w:r>
          </w:p>
          <w:p w:rsidR="00F44E79" w:rsidRPr="00FE0535" w:rsidRDefault="00F44E79" w:rsidP="000149D8">
            <w:pPr>
              <w:rPr>
                <w:rFonts w:ascii="Calibri" w:hAnsi="Calibri" w:cs="Calibri"/>
              </w:rPr>
            </w:pPr>
            <w:r w:rsidRPr="00FE0535">
              <w:rPr>
                <w:rFonts w:ascii="Calibri" w:hAnsi="Calibri" w:cs="Calibri"/>
              </w:rPr>
              <w:t>учащихся 1-го классов</w:t>
            </w:r>
          </w:p>
        </w:tc>
      </w:tr>
    </w:tbl>
    <w:p w:rsidR="00F44E79" w:rsidRDefault="00F44E79" w:rsidP="000149D8">
      <w:pPr>
        <w:pStyle w:val="BodyText"/>
        <w:spacing w:after="120"/>
        <w:ind w:firstLine="0"/>
        <w:jc w:val="both"/>
        <w:rPr>
          <w:rStyle w:val="BodyTextChar1"/>
          <w:rFonts w:cs="Georgia"/>
          <w:i/>
          <w:iCs/>
        </w:rPr>
      </w:pPr>
    </w:p>
    <w:p w:rsidR="00F44E79" w:rsidRDefault="00F44E79">
      <w:pPr>
        <w:pStyle w:val="BodyText"/>
        <w:spacing w:after="120"/>
        <w:jc w:val="both"/>
        <w:rPr>
          <w:rFonts w:ascii="Courier New" w:hAnsi="Courier New" w:cs="Courier New"/>
          <w:color w:val="auto"/>
          <w:sz w:val="24"/>
          <w:szCs w:val="24"/>
        </w:rPr>
      </w:pPr>
    </w:p>
    <w:p w:rsidR="00F44E79" w:rsidRPr="000149D8" w:rsidRDefault="00F44E79" w:rsidP="001C7BA4">
      <w:pPr>
        <w:pStyle w:val="33"/>
        <w:keepNext/>
        <w:keepLines/>
        <w:numPr>
          <w:ilvl w:val="0"/>
          <w:numId w:val="78"/>
        </w:numPr>
        <w:tabs>
          <w:tab w:val="left" w:pos="654"/>
        </w:tabs>
        <w:spacing w:after="40" w:line="283" w:lineRule="auto"/>
        <w:jc w:val="both"/>
        <w:rPr>
          <w:rFonts w:ascii="Times New Roman" w:hAnsi="Times New Roman"/>
          <w:b w:val="0"/>
          <w:bCs w:val="0"/>
          <w:color w:val="auto"/>
          <w:sz w:val="24"/>
          <w:szCs w:val="24"/>
        </w:rPr>
      </w:pPr>
      <w:bookmarkStart w:id="1449" w:name="bookmark5992"/>
      <w:bookmarkStart w:id="1450" w:name="bookmark5990"/>
      <w:bookmarkStart w:id="1451" w:name="bookmark5991"/>
      <w:bookmarkStart w:id="1452" w:name="bookmark5993"/>
      <w:bookmarkEnd w:id="1449"/>
      <w:r w:rsidRPr="000149D8">
        <w:rPr>
          <w:rStyle w:val="32"/>
          <w:rFonts w:ascii="Times New Roman" w:hAnsi="Times New Roman"/>
          <w:b/>
          <w:sz w:val="24"/>
          <w:szCs w:val="24"/>
        </w:rPr>
        <w:t>Финансово-экономические условия реализации образовательной программы основного общего образования</w:t>
      </w:r>
      <w:bookmarkEnd w:id="1450"/>
      <w:bookmarkEnd w:id="1451"/>
      <w:bookmarkEnd w:id="1452"/>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Финансовое обеспечение реализации образовательной про</w:t>
      </w:r>
      <w:r w:rsidRPr="000149D8">
        <w:rPr>
          <w:rStyle w:val="BodyTextChar1"/>
          <w:rFonts w:ascii="Times New Roman" w:hAnsi="Times New Roman"/>
          <w:sz w:val="24"/>
          <w:szCs w:val="24"/>
        </w:rPr>
        <w:softHyphen/>
        <w:t>граммы основного общего образования опирается на исполне</w:t>
      </w:r>
      <w:r w:rsidRPr="000149D8">
        <w:rPr>
          <w:rStyle w:val="BodyTextChar1"/>
          <w:rFonts w:ascii="Times New Roman" w:hAnsi="Times New Roman"/>
          <w:sz w:val="24"/>
          <w:szCs w:val="24"/>
        </w:rPr>
        <w:softHyphen/>
        <w:t>ние расходных обязательств, обеспечивающих государствен</w:t>
      </w:r>
      <w:r w:rsidRPr="000149D8">
        <w:rPr>
          <w:rStyle w:val="BodyTextChar1"/>
          <w:rFonts w:ascii="Times New Roman" w:hAnsi="Times New Roman"/>
          <w:sz w:val="24"/>
          <w:szCs w:val="24"/>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0149D8">
        <w:rPr>
          <w:rStyle w:val="BodyTextChar1"/>
          <w:rFonts w:ascii="Times New Roman" w:hAnsi="Times New Roman"/>
          <w:sz w:val="24"/>
          <w:szCs w:val="24"/>
        </w:rPr>
        <w:softHyphen/>
        <w:t>тельной организации.</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Государственное задание устанавливает показатели, харак</w:t>
      </w:r>
      <w:r w:rsidRPr="000149D8">
        <w:rPr>
          <w:rStyle w:val="BodyTextChar1"/>
          <w:rFonts w:ascii="Times New Roman" w:hAnsi="Times New Roman"/>
          <w:sz w:val="24"/>
          <w:szCs w:val="24"/>
        </w:rPr>
        <w:softHyphen/>
        <w:t>теризующие качество и (или) объем (содержание) государствен</w:t>
      </w:r>
      <w:r w:rsidRPr="000149D8">
        <w:rPr>
          <w:rStyle w:val="BodyTextChar1"/>
          <w:rFonts w:ascii="Times New Roman" w:hAnsi="Times New Roman"/>
          <w:sz w:val="24"/>
          <w:szCs w:val="24"/>
        </w:rPr>
        <w:softHyphen/>
        <w:t>ной услуги (работы), а также порядок ее оказания (выполне</w:t>
      </w:r>
      <w:r w:rsidRPr="000149D8">
        <w:rPr>
          <w:rStyle w:val="BodyTextChar1"/>
          <w:rFonts w:ascii="Times New Roman" w:hAnsi="Times New Roman"/>
          <w:sz w:val="24"/>
          <w:szCs w:val="24"/>
        </w:rPr>
        <w:softHyphen/>
        <w:t>ния).</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Финансовое обеспечение реализации образовательной про</w:t>
      </w:r>
      <w:r w:rsidRPr="000149D8">
        <w:rPr>
          <w:rStyle w:val="BodyTextChar1"/>
          <w:rFonts w:ascii="Times New Roman" w:hAnsi="Times New Roman"/>
          <w:sz w:val="24"/>
          <w:szCs w:val="24"/>
        </w:rPr>
        <w:softHyphen/>
        <w:t>граммы основного общего образования бюджетного (автоном</w:t>
      </w:r>
      <w:r w:rsidRPr="000149D8">
        <w:rPr>
          <w:rStyle w:val="BodyTextChar1"/>
          <w:rFonts w:ascii="Times New Roman" w:hAnsi="Times New Roman"/>
          <w:sz w:val="24"/>
          <w:szCs w:val="24"/>
        </w:rPr>
        <w:softHyphen/>
        <w:t>ного) учреждения осуществляется исходя из расходных обяза</w:t>
      </w:r>
      <w:r w:rsidRPr="000149D8">
        <w:rPr>
          <w:rStyle w:val="BodyTextChar1"/>
          <w:rFonts w:ascii="Times New Roman" w:hAnsi="Times New Roman"/>
          <w:sz w:val="24"/>
          <w:szCs w:val="24"/>
        </w:rPr>
        <w:softHyphen/>
        <w:t>тельств на основе государственного (муниципального) задания по оказанию государственных (муниципальных) образователь</w:t>
      </w:r>
      <w:r w:rsidRPr="000149D8">
        <w:rPr>
          <w:rStyle w:val="BodyTextChar1"/>
          <w:rFonts w:ascii="Times New Roman" w:hAnsi="Times New Roman"/>
          <w:sz w:val="24"/>
          <w:szCs w:val="24"/>
        </w:rPr>
        <w:softHyphen/>
        <w:t>ных услуг, казенного учреждения — на основании бюджетной сметы.</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Обеспечение государственных гарантий реализации прав на получение общедоступного и бесплатного основного общего об</w:t>
      </w:r>
      <w:r w:rsidRPr="000149D8">
        <w:rPr>
          <w:rStyle w:val="BodyTextChar1"/>
          <w:rFonts w:ascii="Times New Roman" w:hAnsi="Times New Roman"/>
          <w:sz w:val="24"/>
          <w:szCs w:val="24"/>
        </w:rPr>
        <w:softHyphen/>
        <w:t>разования в общеобразовательных организациях осуществля</w:t>
      </w:r>
      <w:r w:rsidRPr="000149D8">
        <w:rPr>
          <w:rStyle w:val="BodyTextChar1"/>
          <w:rFonts w:ascii="Times New Roman" w:hAnsi="Times New Roman"/>
          <w:sz w:val="24"/>
          <w:szCs w:val="24"/>
        </w:rPr>
        <w:softHyphen/>
        <w:t>ется в соответствии с нормативами, определяемыми органами государственной власти субъектов Российской Федерации.</w:t>
      </w:r>
    </w:p>
    <w:p w:rsidR="00F44E79" w:rsidRPr="000149D8" w:rsidRDefault="00F44E79">
      <w:pPr>
        <w:pStyle w:val="BodyText"/>
        <w:spacing w:after="220" w:line="269" w:lineRule="auto"/>
        <w:jc w:val="both"/>
        <w:rPr>
          <w:rFonts w:ascii="Times New Roman" w:hAnsi="Times New Roman"/>
          <w:color w:val="auto"/>
          <w:sz w:val="24"/>
          <w:szCs w:val="24"/>
        </w:rPr>
      </w:pPr>
      <w:r w:rsidRPr="000149D8">
        <w:rPr>
          <w:rStyle w:val="BodyTextChar1"/>
          <w:rFonts w:ascii="Times New Roman" w:hAnsi="Times New Roman"/>
          <w:sz w:val="24"/>
          <w:szCs w:val="24"/>
        </w:rPr>
        <w:t>При этом формирование и утверждение нормативов финан</w:t>
      </w:r>
      <w:r w:rsidRPr="000149D8">
        <w:rPr>
          <w:rStyle w:val="BodyTextChar1"/>
          <w:rFonts w:ascii="Times New Roman" w:hAnsi="Times New Roman"/>
          <w:sz w:val="24"/>
          <w:szCs w:val="24"/>
        </w:rPr>
        <w:softHyphen/>
        <w:t>сирования государственной (муниципальной) услуги по реали</w:t>
      </w:r>
      <w:r w:rsidRPr="000149D8">
        <w:rPr>
          <w:rStyle w:val="BodyTextChar1"/>
          <w:rFonts w:ascii="Times New Roman" w:hAnsi="Times New Roman"/>
          <w:sz w:val="24"/>
          <w:szCs w:val="24"/>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0149D8">
        <w:rPr>
          <w:rStyle w:val="BodyTextChar1"/>
          <w:rFonts w:ascii="Times New Roman" w:hAnsi="Times New Roman"/>
          <w:sz w:val="24"/>
          <w:szCs w:val="24"/>
        </w:rPr>
        <w:softHyphen/>
        <w:t>него профессионального образования, дополнительного образо</w:t>
      </w:r>
      <w:r w:rsidRPr="000149D8">
        <w:rPr>
          <w:rStyle w:val="BodyTextChar1"/>
          <w:rFonts w:ascii="Times New Roman" w:hAnsi="Times New Roman"/>
          <w:sz w:val="24"/>
          <w:szCs w:val="24"/>
        </w:rPr>
        <w:softHyphen/>
        <w:t>вания детей и взрослых, дополнительного профессионального образования для лиц, имеющих или получающих среднее про</w:t>
      </w:r>
      <w:r w:rsidRPr="000149D8">
        <w:rPr>
          <w:rStyle w:val="BodyTextChar1"/>
          <w:rFonts w:ascii="Times New Roman" w:hAnsi="Times New Roman"/>
          <w:sz w:val="24"/>
          <w:szCs w:val="24"/>
        </w:rPr>
        <w:softHyphen/>
        <w:t>фессиональное образование, профессионального обучения, применяемых при расчете объема субсидии на финансовое обе</w:t>
      </w:r>
      <w:r w:rsidRPr="000149D8">
        <w:rPr>
          <w:rStyle w:val="BodyTextChar1"/>
          <w:rFonts w:ascii="Times New Roman" w:hAnsi="Times New Roman"/>
          <w:sz w:val="24"/>
          <w:szCs w:val="24"/>
        </w:rPr>
        <w:softHyphen/>
        <w:t>спечение выполнения государственного (муниципального) за</w:t>
      </w:r>
      <w:r w:rsidRPr="000149D8">
        <w:rPr>
          <w:rStyle w:val="BodyTextChar1"/>
          <w:rFonts w:ascii="Times New Roman" w:hAnsi="Times New Roman"/>
          <w:sz w:val="24"/>
          <w:szCs w:val="24"/>
        </w:rPr>
        <w:softHyphen/>
        <w:t>дания на оказание государственных (муниципальных) услуг (выполнение работ) государственным (муниципальным) учре</w:t>
      </w:r>
      <w:r w:rsidRPr="000149D8">
        <w:rPr>
          <w:rStyle w:val="BodyTextChar1"/>
          <w:rFonts w:ascii="Times New Roman" w:hAnsi="Times New Roman"/>
          <w:sz w:val="24"/>
          <w:szCs w:val="24"/>
        </w:rPr>
        <w:softHyphen/>
        <w:t>ждением.</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w:t>
      </w:r>
      <w:r w:rsidRPr="000149D8">
        <w:rPr>
          <w:rStyle w:val="BodyTextChar1"/>
          <w:rFonts w:ascii="Times New Roman" w:hAnsi="Times New Roman"/>
          <w:sz w:val="24"/>
          <w:szCs w:val="24"/>
        </w:rPr>
        <w:softHyphen/>
        <w:t>но допустимый объем финансовых средств в год в расчете на одного обучающегося, необходимый для реализации образова</w:t>
      </w:r>
      <w:r w:rsidRPr="000149D8">
        <w:rPr>
          <w:rStyle w:val="BodyTextChar1"/>
          <w:rFonts w:ascii="Times New Roman" w:hAnsi="Times New Roman"/>
          <w:sz w:val="24"/>
          <w:szCs w:val="24"/>
        </w:rPr>
        <w:softHyphen/>
        <w:t>тельной программы основного общего образования, включает:</w:t>
      </w:r>
    </w:p>
    <w:p w:rsidR="00F44E79" w:rsidRPr="000149D8" w:rsidRDefault="00F44E79" w:rsidP="001C7BA4">
      <w:pPr>
        <w:pStyle w:val="BodyText"/>
        <w:numPr>
          <w:ilvl w:val="0"/>
          <w:numId w:val="76"/>
        </w:numPr>
        <w:tabs>
          <w:tab w:val="left" w:pos="207"/>
        </w:tabs>
        <w:spacing w:line="295" w:lineRule="auto"/>
        <w:ind w:left="240" w:hanging="240"/>
        <w:jc w:val="both"/>
        <w:rPr>
          <w:rFonts w:ascii="Times New Roman" w:hAnsi="Times New Roman"/>
          <w:color w:val="auto"/>
          <w:sz w:val="24"/>
          <w:szCs w:val="24"/>
        </w:rPr>
      </w:pPr>
      <w:bookmarkStart w:id="1453" w:name="bookmark5994"/>
      <w:bookmarkEnd w:id="1453"/>
      <w:r w:rsidRPr="000149D8">
        <w:rPr>
          <w:rStyle w:val="BodyTextChar1"/>
          <w:rFonts w:ascii="Times New Roman" w:hAnsi="Times New Roman"/>
          <w:sz w:val="24"/>
          <w:szCs w:val="24"/>
        </w:rPr>
        <w:t>расходы на оплату труда работников, участвующих в разра</w:t>
      </w:r>
      <w:r w:rsidRPr="000149D8">
        <w:rPr>
          <w:rStyle w:val="BodyTextChar1"/>
          <w:rFonts w:ascii="Times New Roman" w:hAnsi="Times New Roman"/>
          <w:sz w:val="24"/>
          <w:szCs w:val="24"/>
        </w:rPr>
        <w:softHyphen/>
        <w:t>ботке и реализации образовательной программы основного общего образования;</w:t>
      </w:r>
    </w:p>
    <w:p w:rsidR="00F44E79" w:rsidRPr="000149D8" w:rsidRDefault="00F44E79" w:rsidP="001C7BA4">
      <w:pPr>
        <w:pStyle w:val="BodyText"/>
        <w:numPr>
          <w:ilvl w:val="0"/>
          <w:numId w:val="76"/>
        </w:numPr>
        <w:tabs>
          <w:tab w:val="left" w:pos="207"/>
        </w:tabs>
        <w:spacing w:line="310" w:lineRule="auto"/>
        <w:ind w:left="240" w:hanging="240"/>
        <w:jc w:val="both"/>
        <w:rPr>
          <w:rFonts w:ascii="Times New Roman" w:hAnsi="Times New Roman"/>
          <w:color w:val="auto"/>
          <w:sz w:val="24"/>
          <w:szCs w:val="24"/>
        </w:rPr>
      </w:pPr>
      <w:bookmarkStart w:id="1454" w:name="bookmark5995"/>
      <w:bookmarkEnd w:id="1454"/>
      <w:r w:rsidRPr="000149D8">
        <w:rPr>
          <w:rStyle w:val="BodyTextChar1"/>
          <w:rFonts w:ascii="Times New Roman" w:hAnsi="Times New Roman"/>
          <w:sz w:val="24"/>
          <w:szCs w:val="24"/>
        </w:rPr>
        <w:t>расходы на приобретение учебников и учебных пособий, средств обучения;</w:t>
      </w:r>
    </w:p>
    <w:p w:rsidR="00F44E79" w:rsidRPr="000149D8" w:rsidRDefault="00F44E79" w:rsidP="001C7BA4">
      <w:pPr>
        <w:pStyle w:val="BodyText"/>
        <w:numPr>
          <w:ilvl w:val="0"/>
          <w:numId w:val="76"/>
        </w:numPr>
        <w:tabs>
          <w:tab w:val="left" w:pos="207"/>
        </w:tabs>
        <w:spacing w:line="295" w:lineRule="auto"/>
        <w:ind w:left="240" w:hanging="240"/>
        <w:jc w:val="both"/>
        <w:rPr>
          <w:rFonts w:ascii="Times New Roman" w:hAnsi="Times New Roman"/>
          <w:color w:val="auto"/>
          <w:sz w:val="24"/>
          <w:szCs w:val="24"/>
        </w:rPr>
      </w:pPr>
      <w:bookmarkStart w:id="1455" w:name="bookmark5996"/>
      <w:bookmarkEnd w:id="1455"/>
      <w:r w:rsidRPr="000149D8">
        <w:rPr>
          <w:rStyle w:val="BodyTextChar1"/>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Нормативные затраты на оказание государственной или му</w:t>
      </w:r>
      <w:r w:rsidRPr="000149D8">
        <w:rPr>
          <w:rStyle w:val="BodyTextChar1"/>
          <w:rFonts w:ascii="Times New Roman" w:hAnsi="Times New Roman"/>
          <w:sz w:val="24"/>
          <w:szCs w:val="24"/>
        </w:rPr>
        <w:softHyphen/>
        <w:t>ниципальной услуги в сфере образования определяются по ка</w:t>
      </w:r>
      <w:r w:rsidRPr="000149D8">
        <w:rPr>
          <w:rStyle w:val="BodyTextChar1"/>
          <w:rFonts w:ascii="Times New Roman" w:hAnsi="Times New Roman"/>
          <w:sz w:val="24"/>
          <w:szCs w:val="24"/>
        </w:rPr>
        <w:softHyphen/>
        <w:t>ждому виду и направленности образовательных программ, с учетом форм обучения, типа образовательной организации, се</w:t>
      </w:r>
      <w:r w:rsidRPr="000149D8">
        <w:rPr>
          <w:rStyle w:val="BodyTextChar1"/>
          <w:rFonts w:ascii="Times New Roman" w:hAnsi="Times New Roman"/>
          <w:sz w:val="24"/>
          <w:szCs w:val="24"/>
        </w:rPr>
        <w:softHyphen/>
        <w:t>тевой формы реализации образовательных программ, образо</w:t>
      </w:r>
      <w:r w:rsidRPr="000149D8">
        <w:rPr>
          <w:rStyle w:val="BodyTextChar1"/>
          <w:rFonts w:ascii="Times New Roman" w:hAnsi="Times New Roman"/>
          <w:sz w:val="24"/>
          <w:szCs w:val="24"/>
        </w:rPr>
        <w:softHyphen/>
        <w:t>вательных технологий, специальных условий получения обра</w:t>
      </w:r>
      <w:r w:rsidRPr="000149D8">
        <w:rPr>
          <w:rStyle w:val="BodyTextChar1"/>
          <w:rFonts w:ascii="Times New Roman" w:hAnsi="Times New Roman"/>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0149D8">
        <w:rPr>
          <w:rStyle w:val="BodyTextChar1"/>
          <w:rFonts w:ascii="Times New Roman" w:hAnsi="Times New Roman"/>
          <w:sz w:val="24"/>
          <w:szCs w:val="24"/>
        </w:rPr>
        <w:softHyphen/>
        <w:t>ны здоровья обучающихся, а также с учетом иных предусмо</w:t>
      </w:r>
      <w:r w:rsidRPr="000149D8">
        <w:rPr>
          <w:rStyle w:val="BodyTextChar1"/>
          <w:rFonts w:ascii="Times New Roman" w:hAnsi="Times New Roman"/>
          <w:sz w:val="24"/>
          <w:szCs w:val="24"/>
        </w:rPr>
        <w:softHyphen/>
        <w:t>тренных законодательством особенностей организации и осу</w:t>
      </w:r>
      <w:r w:rsidRPr="000149D8">
        <w:rPr>
          <w:rStyle w:val="BodyTextChar1"/>
          <w:rFonts w:ascii="Times New Roman" w:hAnsi="Times New Roman"/>
          <w:sz w:val="24"/>
          <w:szCs w:val="24"/>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0149D8">
        <w:rPr>
          <w:rStyle w:val="BodyTextChar1"/>
          <w:rFonts w:ascii="Times New Roman" w:hAnsi="Times New Roman"/>
          <w:sz w:val="24"/>
          <w:szCs w:val="24"/>
        </w:rPr>
        <w:softHyphen/>
        <w:t>ными стандартами, в расчете на одного обучающегося, если иное не установлено законодательством.</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w:t>
      </w:r>
      <w:r w:rsidRPr="000149D8">
        <w:rPr>
          <w:rStyle w:val="BodyTextChar1"/>
          <w:rFonts w:ascii="Times New Roman" w:hAnsi="Times New Roman"/>
          <w:sz w:val="24"/>
          <w:szCs w:val="24"/>
        </w:rPr>
        <w:softHyphen/>
        <w:t>ставления основного общего образования муниципальными об</w:t>
      </w:r>
      <w:r w:rsidRPr="000149D8">
        <w:rPr>
          <w:rStyle w:val="BodyTextChar1"/>
          <w:rFonts w:ascii="Times New Roman" w:hAnsi="Times New Roman"/>
          <w:sz w:val="24"/>
          <w:szCs w:val="24"/>
        </w:rPr>
        <w:softHyphen/>
        <w:t>щеобразовательными организациями в части расходов на опла</w:t>
      </w:r>
      <w:r w:rsidRPr="000149D8">
        <w:rPr>
          <w:rStyle w:val="BodyTextChar1"/>
          <w:rFonts w:ascii="Times New Roman" w:hAnsi="Times New Roman"/>
          <w:sz w:val="24"/>
          <w:szCs w:val="24"/>
        </w:rPr>
        <w:softHyphen/>
        <w:t>ту труда работников, реализующих образовательную программу основного общего образования, расходов на приобретение учеб</w:t>
      </w:r>
      <w:r w:rsidRPr="000149D8">
        <w:rPr>
          <w:rStyle w:val="BodyTextChar1"/>
          <w:rFonts w:ascii="Times New Roman" w:hAnsi="Times New Roman"/>
          <w:sz w:val="24"/>
          <w:szCs w:val="24"/>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В соответствии с расходными обязательствами органов мест</w:t>
      </w:r>
      <w:r w:rsidRPr="000149D8">
        <w:rPr>
          <w:rStyle w:val="BodyTextChar1"/>
          <w:rFonts w:ascii="Times New Roman" w:hAnsi="Times New Roman"/>
          <w:sz w:val="24"/>
          <w:szCs w:val="24"/>
        </w:rPr>
        <w:softHyphen/>
        <w:t>ного самоуправления по организации предоставления общего образования в расходы местных бюджетов включаются расхо</w:t>
      </w:r>
      <w:r w:rsidRPr="000149D8">
        <w:rPr>
          <w:rStyle w:val="BodyTextChar1"/>
          <w:rFonts w:ascii="Times New Roman" w:hAnsi="Times New Roman"/>
          <w:sz w:val="24"/>
          <w:szCs w:val="24"/>
        </w:rPr>
        <w:softHyphen/>
        <w:t>ды, связанные с организацией подвоза обучающихся к образо</w:t>
      </w:r>
      <w:r w:rsidRPr="000149D8">
        <w:rPr>
          <w:rStyle w:val="BodyTextChar1"/>
          <w:rFonts w:ascii="Times New Roman" w:hAnsi="Times New Roman"/>
          <w:sz w:val="24"/>
          <w:szCs w:val="24"/>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44E79" w:rsidRPr="000149D8" w:rsidRDefault="00F44E79">
      <w:pPr>
        <w:pStyle w:val="BodyText"/>
        <w:spacing w:line="269" w:lineRule="auto"/>
        <w:jc w:val="both"/>
        <w:rPr>
          <w:rFonts w:ascii="Times New Roman" w:hAnsi="Times New Roman"/>
          <w:color w:val="auto"/>
          <w:sz w:val="24"/>
          <w:szCs w:val="24"/>
        </w:rPr>
      </w:pPr>
      <w:r w:rsidRPr="000149D8">
        <w:rPr>
          <w:rStyle w:val="BodyTextChar1"/>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w:t>
      </w:r>
      <w:r w:rsidRPr="000149D8">
        <w:rPr>
          <w:rStyle w:val="BodyTextChar1"/>
          <w:rFonts w:ascii="Times New Roman" w:hAnsi="Times New Roman"/>
          <w:sz w:val="24"/>
          <w:szCs w:val="24"/>
        </w:rPr>
        <w:softHyphen/>
        <w:t>ственного (муниципального) задания. И самостоятельно опре</w:t>
      </w:r>
      <w:r w:rsidRPr="000149D8">
        <w:rPr>
          <w:rStyle w:val="BodyTextChar1"/>
          <w:rFonts w:ascii="Times New Roman" w:hAnsi="Times New Roman"/>
          <w:sz w:val="24"/>
          <w:szCs w:val="24"/>
        </w:rPr>
        <w:softHyphen/>
        <w:t>деляет долю средств, направляемых на оплату труда и иные нужды, необходимые для выполнения государственного зада</w:t>
      </w:r>
      <w:r w:rsidRPr="000149D8">
        <w:rPr>
          <w:rStyle w:val="BodyTextChar1"/>
          <w:rFonts w:ascii="Times New Roman" w:hAnsi="Times New Roman"/>
          <w:sz w:val="24"/>
          <w:szCs w:val="24"/>
        </w:rPr>
        <w:softHyphen/>
        <w:t>ния, придерживаясь при этом принципа соответствия струк</w:t>
      </w:r>
      <w:r w:rsidRPr="000149D8">
        <w:rPr>
          <w:rStyle w:val="BodyTextChar1"/>
          <w:rFonts w:ascii="Times New Roman" w:hAnsi="Times New Roman"/>
          <w:sz w:val="24"/>
          <w:szCs w:val="24"/>
        </w:rPr>
        <w:softHyphen/>
        <w:t>туры направления и расходования бюджетных средств в бюд</w:t>
      </w:r>
      <w:r w:rsidRPr="000149D8">
        <w:rPr>
          <w:rStyle w:val="BodyTextChar1"/>
          <w:rFonts w:ascii="Times New Roman" w:hAnsi="Times New Roman"/>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0149D8">
        <w:rPr>
          <w:rStyle w:val="BodyTextChar1"/>
          <w:rFonts w:ascii="Times New Roman" w:hAnsi="Times New Roman"/>
          <w:sz w:val="24"/>
          <w:szCs w:val="24"/>
        </w:rPr>
        <w:softHyphen/>
        <w:t>ных с учебной деятельностью общеобразовательных организа</w:t>
      </w:r>
      <w:r w:rsidRPr="000149D8">
        <w:rPr>
          <w:rStyle w:val="BodyTextChar1"/>
          <w:rFonts w:ascii="Times New Roman" w:hAnsi="Times New Roman"/>
          <w:sz w:val="24"/>
          <w:szCs w:val="24"/>
        </w:rPr>
        <w:softHyphen/>
        <w:t>ций).</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w:t>
      </w:r>
      <w:r w:rsidRPr="000149D8">
        <w:rPr>
          <w:rStyle w:val="BodyTextChar1"/>
          <w:rFonts w:ascii="Times New Roman" w:hAnsi="Times New Roman"/>
          <w:sz w:val="24"/>
          <w:szCs w:val="24"/>
        </w:rPr>
        <w:softHyphen/>
        <w:t>зации образовательной программы основного общего образо</w:t>
      </w:r>
      <w:r w:rsidRPr="000149D8">
        <w:rPr>
          <w:rStyle w:val="BodyTextChar1"/>
          <w:rFonts w:ascii="Times New Roman" w:hAnsi="Times New Roman"/>
          <w:sz w:val="24"/>
          <w:szCs w:val="24"/>
        </w:rPr>
        <w:softHyphen/>
        <w:t>вания для детей с ОВЗ учитывает расходы необходимые для создания специальных условий для коррекции нарушений развития.</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Нормативные затраты на оказание государственных (муни</w:t>
      </w:r>
      <w:r w:rsidRPr="000149D8">
        <w:rPr>
          <w:rStyle w:val="BodyTextChar1"/>
          <w:rFonts w:ascii="Times New Roman" w:hAnsi="Times New Roman"/>
          <w:sz w:val="24"/>
          <w:szCs w:val="24"/>
        </w:rPr>
        <w:softHyphen/>
        <w:t>ципальных) услуг включают в себя затраты на оплату труда педагогических работников с учетом обеспечения уровня сред</w:t>
      </w:r>
      <w:r w:rsidRPr="000149D8">
        <w:rPr>
          <w:rStyle w:val="BodyTextChar1"/>
          <w:rFonts w:ascii="Times New Roman" w:hAnsi="Times New Roman"/>
          <w:sz w:val="24"/>
          <w:szCs w:val="24"/>
        </w:rPr>
        <w:softHyphen/>
        <w:t>ней заработной платы педагогических работников за выполня</w:t>
      </w:r>
      <w:r w:rsidRPr="000149D8">
        <w:rPr>
          <w:rStyle w:val="BodyTextChar1"/>
          <w:rFonts w:ascii="Times New Roman" w:hAnsi="Times New Roman"/>
          <w:sz w:val="24"/>
          <w:szCs w:val="24"/>
        </w:rPr>
        <w:softHyphen/>
        <w:t>емую ими учебную (преподавательскую) работу и другую ра</w:t>
      </w:r>
      <w:r w:rsidRPr="000149D8">
        <w:rPr>
          <w:rStyle w:val="BodyTextChar1"/>
          <w:rFonts w:ascii="Times New Roman" w:hAnsi="Times New Roman"/>
          <w:sz w:val="24"/>
          <w:szCs w:val="24"/>
        </w:rPr>
        <w:softHyphen/>
        <w:t>боту, определяемого в соответствии с Указами Президента Российской Федерации, нормативно-правовыми актами Пра</w:t>
      </w:r>
      <w:r w:rsidRPr="000149D8">
        <w:rPr>
          <w:rStyle w:val="BodyTextChar1"/>
          <w:rFonts w:ascii="Times New Roman" w:hAnsi="Times New Roman"/>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0149D8">
        <w:rPr>
          <w:rStyle w:val="BodyTextChar1"/>
          <w:rFonts w:ascii="Times New Roman" w:hAnsi="Times New Roman"/>
          <w:sz w:val="24"/>
          <w:szCs w:val="24"/>
        </w:rPr>
        <w:softHyphen/>
        <w:t>ботников муниципальных общеобразовательных организаций, включаемые органами государственной власти субъектов Рос</w:t>
      </w:r>
      <w:r w:rsidRPr="000149D8">
        <w:rPr>
          <w:rStyle w:val="BodyTextChar1"/>
          <w:rFonts w:ascii="Times New Roman" w:hAnsi="Times New Roman"/>
          <w:sz w:val="24"/>
          <w:szCs w:val="24"/>
        </w:rPr>
        <w:softHyphen/>
        <w:t>сийской Федерации в нормативы финансового обеспечения, не могут быть ниже уровня, соответствующего средней заработ</w:t>
      </w:r>
      <w:r w:rsidRPr="000149D8">
        <w:rPr>
          <w:rStyle w:val="BodyTextChar1"/>
          <w:rFonts w:ascii="Times New Roman" w:hAnsi="Times New Roman"/>
          <w:sz w:val="24"/>
          <w:szCs w:val="24"/>
        </w:rPr>
        <w:softHyphen/>
        <w:t>ной плате в соответствующем субъекте Российской Федера</w:t>
      </w:r>
      <w:r w:rsidRPr="000149D8">
        <w:rPr>
          <w:rStyle w:val="BodyTextChar1"/>
          <w:rFonts w:ascii="Times New Roman" w:hAnsi="Times New Roman"/>
          <w:sz w:val="24"/>
          <w:szCs w:val="24"/>
        </w:rPr>
        <w:softHyphen/>
        <w:t>ции, на территории которого расположены общеобразователь</w:t>
      </w:r>
      <w:r w:rsidRPr="000149D8">
        <w:rPr>
          <w:rStyle w:val="BodyTextChar1"/>
          <w:rFonts w:ascii="Times New Roman" w:hAnsi="Times New Roman"/>
          <w:sz w:val="24"/>
          <w:szCs w:val="24"/>
        </w:rPr>
        <w:softHyphen/>
        <w:t>ные организации.</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В связи с требованиями ФГОС ООО при расчете региональ</w:t>
      </w:r>
      <w:r w:rsidRPr="000149D8">
        <w:rPr>
          <w:rStyle w:val="BodyTextChar1"/>
          <w:rFonts w:ascii="Times New Roman" w:hAnsi="Times New Roman"/>
          <w:sz w:val="24"/>
          <w:szCs w:val="24"/>
        </w:rPr>
        <w:softHyphen/>
        <w:t>ного норматива должны учитываться затраты рабочего време</w:t>
      </w:r>
      <w:r w:rsidRPr="000149D8">
        <w:rPr>
          <w:rStyle w:val="BodyTextChar1"/>
          <w:rFonts w:ascii="Times New Roman" w:hAnsi="Times New Roman"/>
          <w:sz w:val="24"/>
          <w:szCs w:val="24"/>
        </w:rPr>
        <w:softHyphen/>
        <w:t>ни педагогических работников образовательных организаций на урочную и внеурочную деятельность.</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Формирование фонда оплаты труда образовательной органи</w:t>
      </w:r>
      <w:r w:rsidRPr="000149D8">
        <w:rPr>
          <w:rStyle w:val="BodyTextChar1"/>
          <w:rFonts w:ascii="Times New Roman" w:hAnsi="Times New Roman"/>
          <w:sz w:val="24"/>
          <w:szCs w:val="24"/>
        </w:rPr>
        <w:softHyphen/>
        <w:t>зации осуществляется в пределах объема средств образова</w:t>
      </w:r>
      <w:r w:rsidRPr="000149D8">
        <w:rPr>
          <w:rStyle w:val="BodyTextChar1"/>
          <w:rFonts w:ascii="Times New Roman" w:hAnsi="Times New Roman"/>
          <w:sz w:val="24"/>
          <w:szCs w:val="24"/>
        </w:rPr>
        <w:softHyphen/>
        <w:t>тельной организации на текущий финансовый год, установлен</w:t>
      </w:r>
      <w:r w:rsidRPr="000149D8">
        <w:rPr>
          <w:rStyle w:val="BodyTextChar1"/>
          <w:rFonts w:ascii="Times New Roman" w:hAnsi="Times New Roman"/>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0149D8">
        <w:rPr>
          <w:rStyle w:val="BodyTextChar1"/>
          <w:rFonts w:ascii="Times New Roman" w:hAnsi="Times New Roman"/>
          <w:sz w:val="24"/>
          <w:szCs w:val="24"/>
        </w:rPr>
        <w:softHyphen/>
        <w:t>ствующими поправочными коэффициентами (при их наличии) и локальным нормативным актом образовательной организа</w:t>
      </w:r>
      <w:r w:rsidRPr="000149D8">
        <w:rPr>
          <w:rStyle w:val="BodyTextChar1"/>
          <w:rFonts w:ascii="Times New Roman" w:hAnsi="Times New Roman"/>
          <w:sz w:val="24"/>
          <w:szCs w:val="24"/>
        </w:rPr>
        <w:softHyphen/>
        <w:t>ции, устанавливающим положение об оплате труда работников образовательной организации.</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Размеры, порядок и условия осуществления стимулирую</w:t>
      </w:r>
      <w:r w:rsidRPr="000149D8">
        <w:rPr>
          <w:rStyle w:val="BodyTextChar1"/>
          <w:rFonts w:ascii="Times New Roman" w:hAnsi="Times New Roman"/>
          <w:sz w:val="24"/>
          <w:szCs w:val="24"/>
        </w:rPr>
        <w:softHyphen/>
        <w:t>щих выплат определяются локальными нормативными актами образовательной организации. В локальных нормативных ак</w:t>
      </w:r>
      <w:r w:rsidRPr="000149D8">
        <w:rPr>
          <w:rStyle w:val="BodyTextChar1"/>
          <w:rFonts w:ascii="Times New Roman" w:hAnsi="Times New Roman"/>
          <w:sz w:val="24"/>
          <w:szCs w:val="24"/>
        </w:rPr>
        <w:softHyphen/>
        <w:t>тах о стимулирующих выплатах определены критерии и пока</w:t>
      </w:r>
      <w:r w:rsidRPr="000149D8">
        <w:rPr>
          <w:rStyle w:val="BodyTextChar1"/>
          <w:rFonts w:ascii="Times New Roman" w:hAnsi="Times New Roman"/>
          <w:sz w:val="24"/>
          <w:szCs w:val="24"/>
        </w:rPr>
        <w:softHyphen/>
        <w:t>затели результативности и качества деятельности и результа</w:t>
      </w:r>
      <w:r w:rsidRPr="000149D8">
        <w:rPr>
          <w:rStyle w:val="BodyTextChar1"/>
          <w:rFonts w:ascii="Times New Roman" w:hAnsi="Times New Roman"/>
          <w:sz w:val="24"/>
          <w:szCs w:val="24"/>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0149D8">
        <w:rPr>
          <w:rStyle w:val="BodyTextChar1"/>
          <w:rFonts w:ascii="Times New Roman" w:hAnsi="Times New Roman"/>
          <w:sz w:val="24"/>
          <w:szCs w:val="24"/>
        </w:rPr>
        <w:softHyphen/>
        <w:t>ной деятельности; использование учителями современных пе</w:t>
      </w:r>
      <w:r w:rsidRPr="000149D8">
        <w:rPr>
          <w:rStyle w:val="BodyTextChar1"/>
          <w:rFonts w:ascii="Times New Roman" w:hAnsi="Times New Roman"/>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44E79" w:rsidRPr="000149D8" w:rsidRDefault="00F44E79">
      <w:pPr>
        <w:pStyle w:val="BodyText"/>
        <w:spacing w:line="276" w:lineRule="auto"/>
        <w:jc w:val="both"/>
        <w:rPr>
          <w:rFonts w:ascii="Times New Roman" w:hAnsi="Times New Roman"/>
          <w:color w:val="auto"/>
          <w:sz w:val="24"/>
          <w:szCs w:val="24"/>
        </w:rPr>
      </w:pPr>
      <w:r w:rsidRPr="000149D8">
        <w:rPr>
          <w:rStyle w:val="BodyTextChar1"/>
          <w:rFonts w:ascii="Times New Roman" w:hAnsi="Times New Roman"/>
          <w:sz w:val="24"/>
          <w:szCs w:val="24"/>
        </w:rPr>
        <w:t>Образовательная организация самостоятельно определяет:</w:t>
      </w:r>
    </w:p>
    <w:p w:rsidR="00F44E79" w:rsidRPr="000149D8" w:rsidRDefault="00F44E79" w:rsidP="001C7BA4">
      <w:pPr>
        <w:pStyle w:val="BodyText"/>
        <w:numPr>
          <w:ilvl w:val="0"/>
          <w:numId w:val="76"/>
        </w:numPr>
        <w:tabs>
          <w:tab w:val="left" w:pos="207"/>
        </w:tabs>
        <w:spacing w:line="317" w:lineRule="auto"/>
        <w:ind w:left="240" w:hanging="240"/>
        <w:jc w:val="both"/>
        <w:rPr>
          <w:rFonts w:ascii="Times New Roman" w:hAnsi="Times New Roman"/>
          <w:color w:val="auto"/>
          <w:sz w:val="24"/>
          <w:szCs w:val="24"/>
        </w:rPr>
      </w:pPr>
      <w:bookmarkStart w:id="1456" w:name="bookmark5997"/>
      <w:bookmarkEnd w:id="1456"/>
      <w:r w:rsidRPr="000149D8">
        <w:rPr>
          <w:rStyle w:val="BodyTextChar1"/>
          <w:rFonts w:ascii="Times New Roman" w:hAnsi="Times New Roman"/>
          <w:sz w:val="24"/>
          <w:szCs w:val="24"/>
        </w:rPr>
        <w:t>соотношение базовой и стимулирующей части фонда оплаты труда;</w:t>
      </w:r>
    </w:p>
    <w:p w:rsidR="00F44E79" w:rsidRPr="000149D8" w:rsidRDefault="00F44E79" w:rsidP="001C7BA4">
      <w:pPr>
        <w:pStyle w:val="BodyText"/>
        <w:numPr>
          <w:ilvl w:val="0"/>
          <w:numId w:val="76"/>
        </w:numPr>
        <w:tabs>
          <w:tab w:val="left" w:pos="207"/>
        </w:tabs>
        <w:spacing w:line="295" w:lineRule="auto"/>
        <w:ind w:left="240" w:hanging="240"/>
        <w:jc w:val="both"/>
        <w:rPr>
          <w:rFonts w:ascii="Times New Roman" w:hAnsi="Times New Roman"/>
          <w:color w:val="auto"/>
          <w:sz w:val="24"/>
          <w:szCs w:val="24"/>
        </w:rPr>
      </w:pPr>
      <w:bookmarkStart w:id="1457" w:name="bookmark5998"/>
      <w:bookmarkEnd w:id="1457"/>
      <w:r w:rsidRPr="000149D8">
        <w:rPr>
          <w:rStyle w:val="BodyTextChar1"/>
          <w:rFonts w:ascii="Times New Roman" w:hAnsi="Times New Roman"/>
          <w:sz w:val="24"/>
          <w:szCs w:val="24"/>
        </w:rPr>
        <w:t>соотношение фонда оплаты труда руководящего, педагогиче</w:t>
      </w:r>
      <w:r w:rsidRPr="000149D8">
        <w:rPr>
          <w:rStyle w:val="BodyTextChar1"/>
          <w:rFonts w:ascii="Times New Roman" w:hAnsi="Times New Roman"/>
          <w:sz w:val="24"/>
          <w:szCs w:val="24"/>
        </w:rPr>
        <w:softHyphen/>
        <w:t>ского, инженерно-технического, административно-хозяйст</w:t>
      </w:r>
      <w:r w:rsidRPr="000149D8">
        <w:rPr>
          <w:rStyle w:val="BodyTextChar1"/>
          <w:rFonts w:ascii="Times New Roman" w:hAnsi="Times New Roman"/>
          <w:sz w:val="24"/>
          <w:szCs w:val="24"/>
        </w:rPr>
        <w:softHyphen/>
        <w:t>венного, производственного, учебно-вспомогательного и ино</w:t>
      </w:r>
      <w:r w:rsidRPr="000149D8">
        <w:rPr>
          <w:rStyle w:val="BodyTextChar1"/>
          <w:rFonts w:ascii="Times New Roman" w:hAnsi="Times New Roman"/>
          <w:sz w:val="24"/>
          <w:szCs w:val="24"/>
        </w:rPr>
        <w:softHyphen/>
        <w:t>го персонала;</w:t>
      </w:r>
    </w:p>
    <w:p w:rsidR="00F44E79" w:rsidRPr="000149D8" w:rsidRDefault="00F44E79" w:rsidP="001C7BA4">
      <w:pPr>
        <w:pStyle w:val="BodyText"/>
        <w:numPr>
          <w:ilvl w:val="0"/>
          <w:numId w:val="76"/>
        </w:numPr>
        <w:tabs>
          <w:tab w:val="left" w:pos="207"/>
        </w:tabs>
        <w:spacing w:line="317" w:lineRule="auto"/>
        <w:ind w:left="240" w:hanging="240"/>
        <w:jc w:val="both"/>
        <w:rPr>
          <w:rFonts w:ascii="Times New Roman" w:hAnsi="Times New Roman"/>
          <w:color w:val="auto"/>
          <w:sz w:val="24"/>
          <w:szCs w:val="24"/>
        </w:rPr>
      </w:pPr>
      <w:bookmarkStart w:id="1458" w:name="bookmark5999"/>
      <w:bookmarkEnd w:id="1458"/>
      <w:r w:rsidRPr="000149D8">
        <w:rPr>
          <w:rStyle w:val="BodyTextChar1"/>
          <w:rFonts w:ascii="Times New Roman" w:hAnsi="Times New Roman"/>
          <w:sz w:val="24"/>
          <w:szCs w:val="24"/>
        </w:rPr>
        <w:t>соотношение общей и специальной частей внутри базовой части фонда оплаты труда;</w:t>
      </w:r>
    </w:p>
    <w:p w:rsidR="00F44E79" w:rsidRPr="000149D8" w:rsidRDefault="00F44E79" w:rsidP="001C7BA4">
      <w:pPr>
        <w:pStyle w:val="BodyText"/>
        <w:numPr>
          <w:ilvl w:val="0"/>
          <w:numId w:val="76"/>
        </w:numPr>
        <w:tabs>
          <w:tab w:val="left" w:pos="207"/>
        </w:tabs>
        <w:spacing w:line="302" w:lineRule="auto"/>
        <w:ind w:left="240" w:hanging="240"/>
        <w:jc w:val="both"/>
        <w:rPr>
          <w:rFonts w:ascii="Times New Roman" w:hAnsi="Times New Roman"/>
          <w:color w:val="auto"/>
          <w:sz w:val="24"/>
          <w:szCs w:val="24"/>
        </w:rPr>
      </w:pPr>
      <w:bookmarkStart w:id="1459" w:name="bookmark6000"/>
      <w:bookmarkEnd w:id="1459"/>
      <w:r w:rsidRPr="000149D8">
        <w:rPr>
          <w:rStyle w:val="BodyTextChar1"/>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44E79" w:rsidRPr="000149D8" w:rsidRDefault="00F44E79">
      <w:pPr>
        <w:pStyle w:val="BodyText"/>
        <w:spacing w:line="276" w:lineRule="auto"/>
        <w:jc w:val="both"/>
        <w:rPr>
          <w:rFonts w:ascii="Times New Roman" w:hAnsi="Times New Roman"/>
          <w:color w:val="auto"/>
          <w:sz w:val="24"/>
          <w:szCs w:val="24"/>
        </w:rPr>
      </w:pPr>
      <w:r w:rsidRPr="000149D8">
        <w:rPr>
          <w:rStyle w:val="BodyTextChar1"/>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w:t>
      </w:r>
      <w:r w:rsidRPr="000149D8">
        <w:rPr>
          <w:rStyle w:val="BodyTextChar1"/>
          <w:rFonts w:ascii="Times New Roman" w:hAnsi="Times New Roman"/>
          <w:sz w:val="24"/>
          <w:szCs w:val="24"/>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F44E79" w:rsidRPr="000149D8" w:rsidRDefault="00F44E79">
      <w:pPr>
        <w:pStyle w:val="BodyText"/>
        <w:spacing w:line="276" w:lineRule="auto"/>
        <w:jc w:val="both"/>
        <w:rPr>
          <w:rFonts w:ascii="Times New Roman" w:hAnsi="Times New Roman"/>
          <w:color w:val="auto"/>
          <w:sz w:val="24"/>
          <w:szCs w:val="24"/>
        </w:rPr>
      </w:pPr>
      <w:r w:rsidRPr="000149D8">
        <w:rPr>
          <w:rStyle w:val="BodyTextChar1"/>
          <w:rFonts w:ascii="Times New Roman" w:hAnsi="Times New Roman"/>
          <w:sz w:val="24"/>
          <w:szCs w:val="24"/>
        </w:rPr>
        <w:t>При реализации основной образовательной программы с привлечением ресурсов иных организаций на условиях сетево</w:t>
      </w:r>
      <w:r w:rsidRPr="000149D8">
        <w:rPr>
          <w:rStyle w:val="BodyTextChar1"/>
          <w:rFonts w:ascii="Times New Roman" w:hAnsi="Times New Roman"/>
          <w:sz w:val="24"/>
          <w:szCs w:val="24"/>
        </w:rPr>
        <w:softHyphen/>
        <w:t>го взаимодействия действует механизм финансового обеспече</w:t>
      </w:r>
      <w:r w:rsidRPr="000149D8">
        <w:rPr>
          <w:rStyle w:val="BodyTextChar1"/>
          <w:rFonts w:ascii="Times New Roman" w:hAnsi="Times New Roman"/>
          <w:sz w:val="24"/>
          <w:szCs w:val="24"/>
        </w:rPr>
        <w:softHyphen/>
        <w:t>ния образовательной организацией и организациями дополни</w:t>
      </w:r>
      <w:r w:rsidRPr="000149D8">
        <w:rPr>
          <w:rStyle w:val="BodyTextChar1"/>
          <w:rFonts w:ascii="Times New Roman" w:hAnsi="Times New Roman"/>
          <w:sz w:val="24"/>
          <w:szCs w:val="24"/>
        </w:rPr>
        <w:softHyphen/>
        <w:t>тельного образования детей, а также другими социальными партнерами, организующими внеурочную деятельность обуча</w:t>
      </w:r>
      <w:r w:rsidRPr="000149D8">
        <w:rPr>
          <w:rStyle w:val="BodyTextChar1"/>
          <w:rFonts w:ascii="Times New Roman" w:hAnsi="Times New Roman"/>
          <w:sz w:val="24"/>
          <w:szCs w:val="24"/>
        </w:rPr>
        <w:softHyphen/>
        <w:t>ющихся, и отражает его в своих локальных нормативных ак</w:t>
      </w:r>
      <w:r w:rsidRPr="000149D8">
        <w:rPr>
          <w:rStyle w:val="BodyTextChar1"/>
          <w:rFonts w:ascii="Times New Roman" w:hAnsi="Times New Roman"/>
          <w:sz w:val="24"/>
          <w:szCs w:val="24"/>
        </w:rPr>
        <w:softHyphen/>
        <w:t>тах.</w:t>
      </w:r>
    </w:p>
    <w:p w:rsidR="00F44E79" w:rsidRPr="000149D8" w:rsidRDefault="00F44E79">
      <w:pPr>
        <w:pStyle w:val="BodyText"/>
        <w:spacing w:line="276" w:lineRule="auto"/>
        <w:jc w:val="both"/>
        <w:rPr>
          <w:rFonts w:ascii="Times New Roman" w:hAnsi="Times New Roman"/>
          <w:color w:val="auto"/>
          <w:sz w:val="24"/>
          <w:szCs w:val="24"/>
        </w:rPr>
      </w:pPr>
      <w:r w:rsidRPr="000149D8">
        <w:rPr>
          <w:rStyle w:val="BodyTextChar1"/>
          <w:rFonts w:ascii="Times New Roman" w:hAnsi="Times New Roman"/>
          <w:sz w:val="24"/>
          <w:szCs w:val="24"/>
        </w:rPr>
        <w:t>Взаимодействие осуществляется:</w:t>
      </w:r>
    </w:p>
    <w:p w:rsidR="00F44E79" w:rsidRPr="000149D8" w:rsidRDefault="00F44E79" w:rsidP="001C7BA4">
      <w:pPr>
        <w:pStyle w:val="BodyText"/>
        <w:numPr>
          <w:ilvl w:val="0"/>
          <w:numId w:val="76"/>
        </w:numPr>
        <w:tabs>
          <w:tab w:val="left" w:pos="207"/>
        </w:tabs>
        <w:spacing w:line="288" w:lineRule="auto"/>
        <w:ind w:left="240" w:hanging="240"/>
        <w:jc w:val="both"/>
        <w:rPr>
          <w:rFonts w:ascii="Times New Roman" w:hAnsi="Times New Roman"/>
          <w:color w:val="auto"/>
          <w:sz w:val="24"/>
          <w:szCs w:val="24"/>
        </w:rPr>
      </w:pPr>
      <w:bookmarkStart w:id="1460" w:name="bookmark6001"/>
      <w:bookmarkEnd w:id="1460"/>
      <w:r w:rsidRPr="000149D8">
        <w:rPr>
          <w:rStyle w:val="BodyTextChar1"/>
          <w:rFonts w:ascii="Times New Roman" w:hAnsi="Times New Roman"/>
          <w:sz w:val="24"/>
          <w:szCs w:val="24"/>
        </w:rPr>
        <w:t>на основе соглашений и договоров о сетевой форме реализа</w:t>
      </w:r>
      <w:r w:rsidRPr="000149D8">
        <w:rPr>
          <w:rStyle w:val="BodyTextChar1"/>
          <w:rFonts w:ascii="Times New Roman" w:hAnsi="Times New Roman"/>
          <w:sz w:val="24"/>
          <w:szCs w:val="24"/>
        </w:rPr>
        <w:softHyphen/>
        <w:t>ции образовательных программ на проведение занятий в рамках кружков, секций, клубов и др. по различным направ</w:t>
      </w:r>
      <w:r w:rsidRPr="000149D8">
        <w:rPr>
          <w:rStyle w:val="BodyTextChar1"/>
          <w:rFonts w:ascii="Times New Roman" w:hAnsi="Times New Roman"/>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44E79" w:rsidRPr="000149D8" w:rsidRDefault="00F44E79">
      <w:pPr>
        <w:pStyle w:val="BodyText"/>
        <w:ind w:left="240" w:hanging="240"/>
        <w:jc w:val="both"/>
        <w:rPr>
          <w:rFonts w:ascii="Times New Roman" w:hAnsi="Times New Roman"/>
          <w:color w:val="auto"/>
          <w:sz w:val="24"/>
          <w:szCs w:val="24"/>
        </w:rPr>
      </w:pPr>
      <w:r w:rsidRPr="000149D8">
        <w:rPr>
          <w:rStyle w:val="BodyTextChar1"/>
          <w:rFonts w:ascii="Times New Roman" w:hAnsi="Times New Roman"/>
          <w:sz w:val="24"/>
          <w:szCs w:val="24"/>
        </w:rPr>
        <w:t>■ за счет выделения ставок педагогов дополнительного образо</w:t>
      </w:r>
      <w:r w:rsidRPr="000149D8">
        <w:rPr>
          <w:rStyle w:val="BodyTextChar1"/>
          <w:rFonts w:ascii="Times New Roman" w:hAnsi="Times New Roman"/>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Примерный календарный учебный график реализации обра</w:t>
      </w:r>
      <w:r w:rsidRPr="000149D8">
        <w:rPr>
          <w:rStyle w:val="BodyTextChar1"/>
          <w:rFonts w:ascii="Times New Roman" w:hAnsi="Times New Roman"/>
          <w:sz w:val="24"/>
          <w:szCs w:val="24"/>
        </w:rPr>
        <w:softHyphen/>
        <w:t>зовательной программы, примерные условия образовательной деятельности, включая примерные расчеты нормативных за</w:t>
      </w:r>
      <w:r w:rsidRPr="000149D8">
        <w:rPr>
          <w:rStyle w:val="BodyTextChar1"/>
          <w:rFonts w:ascii="Times New Roman" w:hAnsi="Times New Roman"/>
          <w:sz w:val="24"/>
          <w:szCs w:val="24"/>
        </w:rPr>
        <w:softHyphen/>
        <w:t>трат оказания государственных услуг по реализации образова</w:t>
      </w:r>
      <w:r w:rsidRPr="000149D8">
        <w:rPr>
          <w:rStyle w:val="BodyTextChar1"/>
          <w:rFonts w:ascii="Times New Roman" w:hAnsi="Times New Roman"/>
          <w:sz w:val="24"/>
          <w:szCs w:val="24"/>
        </w:rPr>
        <w:softHyphen/>
        <w:t>тельной программы в соответствии с Федеральным законом № 273-ФЗ «Об образовании в Российской Федерации» (ст. 2, п. 10).</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Примерный расчет нормативных затрат оказания государ</w:t>
      </w:r>
      <w:r w:rsidRPr="000149D8">
        <w:rPr>
          <w:rStyle w:val="BodyTextChar1"/>
          <w:rFonts w:ascii="Times New Roman" w:hAnsi="Times New Roman"/>
          <w:sz w:val="24"/>
          <w:szCs w:val="24"/>
        </w:rPr>
        <w:softHyphen/>
        <w:t>ственных услуг по реализации образовательной программы основного общего образования соответствует нормативным за</w:t>
      </w:r>
      <w:r w:rsidRPr="000149D8">
        <w:rPr>
          <w:rStyle w:val="BodyTextChar1"/>
          <w:rFonts w:ascii="Times New Roman" w:hAnsi="Times New Roman"/>
          <w:sz w:val="24"/>
          <w:szCs w:val="24"/>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0149D8">
        <w:rPr>
          <w:rStyle w:val="BodyTextChar1"/>
          <w:rFonts w:ascii="Times New Roman" w:hAnsi="Times New Roman"/>
          <w:sz w:val="24"/>
          <w:szCs w:val="24"/>
        </w:rPr>
        <w:softHyphen/>
        <w:t>ного профессионального образования для лиц, имеющих или получающих среднее профессиональное образование, профес</w:t>
      </w:r>
      <w:r w:rsidRPr="000149D8">
        <w:rPr>
          <w:rStyle w:val="BodyTextChar1"/>
          <w:rFonts w:ascii="Times New Roman" w:hAnsi="Times New Roman"/>
          <w:sz w:val="24"/>
          <w:szCs w:val="24"/>
        </w:rPr>
        <w:softHyphen/>
        <w:t>сионального обучения, применяемых при расчете объема суб</w:t>
      </w:r>
      <w:r w:rsidRPr="000149D8">
        <w:rPr>
          <w:rStyle w:val="BodyTextChar1"/>
          <w:rFonts w:ascii="Times New Roman" w:hAnsi="Times New Roman"/>
          <w:sz w:val="24"/>
          <w:szCs w:val="24"/>
        </w:rPr>
        <w:softHyphen/>
        <w:t>сидии на финансовое обеспечение выполнения государствен</w:t>
      </w:r>
      <w:r w:rsidRPr="000149D8">
        <w:rPr>
          <w:rStyle w:val="BodyTextChar1"/>
          <w:rFonts w:ascii="Times New Roman" w:hAnsi="Times New Roman"/>
          <w:sz w:val="24"/>
          <w:szCs w:val="24"/>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0149D8">
        <w:rPr>
          <w:rStyle w:val="BodyTextChar1"/>
          <w:rFonts w:ascii="Times New Roman" w:hAnsi="Times New Roman"/>
          <w:sz w:val="24"/>
          <w:szCs w:val="24"/>
        </w:rPr>
        <w:softHyphen/>
        <w:t>ством юстиции Российской Федерации 15 ноября 2021 г., ре</w:t>
      </w:r>
      <w:r w:rsidRPr="000149D8">
        <w:rPr>
          <w:rStyle w:val="BodyTextChar1"/>
          <w:rFonts w:ascii="Times New Roman" w:hAnsi="Times New Roman"/>
          <w:sz w:val="24"/>
          <w:szCs w:val="24"/>
        </w:rPr>
        <w:softHyphen/>
        <w:t>гистрационный № 65811)</w:t>
      </w:r>
    </w:p>
    <w:p w:rsidR="00F44E79" w:rsidRPr="000149D8" w:rsidRDefault="00F44E79">
      <w:pPr>
        <w:pStyle w:val="BodyText"/>
        <w:jc w:val="both"/>
        <w:rPr>
          <w:rFonts w:ascii="Times New Roman" w:hAnsi="Times New Roman"/>
          <w:color w:val="auto"/>
          <w:sz w:val="24"/>
          <w:szCs w:val="24"/>
        </w:rPr>
      </w:pPr>
      <w:r w:rsidRPr="000149D8">
        <w:rPr>
          <w:rStyle w:val="BodyTextChar1"/>
          <w:rFonts w:ascii="Times New Roman" w:hAnsi="Times New Roman"/>
          <w:sz w:val="24"/>
          <w:szCs w:val="24"/>
        </w:rPr>
        <w:t>Примерный расчет нормативных затрат оказания государ</w:t>
      </w:r>
      <w:r w:rsidRPr="000149D8">
        <w:rPr>
          <w:rStyle w:val="BodyTextChar1"/>
          <w:rFonts w:ascii="Times New Roman" w:hAnsi="Times New Roman"/>
          <w:sz w:val="24"/>
          <w:szCs w:val="24"/>
        </w:rPr>
        <w:softHyphen/>
        <w:t>ственных услуг по реализации образовательной программы ос</w:t>
      </w:r>
      <w:r w:rsidRPr="000149D8">
        <w:rPr>
          <w:rStyle w:val="BodyTextChar1"/>
          <w:rFonts w:ascii="Times New Roman" w:hAnsi="Times New Roman"/>
          <w:sz w:val="24"/>
          <w:szCs w:val="24"/>
        </w:rPr>
        <w:softHyphen/>
        <w:t>новного общего образования определяет нормативные затраты субъекта Российской Федерации (муниципального образова</w:t>
      </w:r>
      <w:r w:rsidRPr="000149D8">
        <w:rPr>
          <w:rStyle w:val="BodyTextChar1"/>
          <w:rFonts w:ascii="Times New Roman" w:hAnsi="Times New Roman"/>
          <w:sz w:val="24"/>
          <w:szCs w:val="24"/>
        </w:rPr>
        <w:softHyphen/>
        <w:t>ния), связанные с оказанием государственными (муниципаль</w:t>
      </w:r>
      <w:r w:rsidRPr="000149D8">
        <w:rPr>
          <w:rStyle w:val="BodyTextChar1"/>
          <w:rFonts w:ascii="Times New Roman" w:hAnsi="Times New Roman"/>
          <w:sz w:val="24"/>
          <w:szCs w:val="24"/>
        </w:rPr>
        <w:softHyphen/>
        <w:t>ными) организациями, осуществляющими образовательную деятельность, государственных услуг по реализации образова</w:t>
      </w:r>
      <w:r w:rsidRPr="000149D8">
        <w:rPr>
          <w:rStyle w:val="BodyTextChar1"/>
          <w:rFonts w:ascii="Times New Roman" w:hAnsi="Times New Roman"/>
          <w:sz w:val="24"/>
          <w:szCs w:val="24"/>
        </w:rPr>
        <w:softHyphen/>
        <w:t>тельных программ в соответствии с Федеральным законом «Об образовании в Российской Федерации» (ст. 2, п. 10).</w:t>
      </w:r>
    </w:p>
    <w:p w:rsidR="00F44E79" w:rsidRPr="000149D8" w:rsidRDefault="00F44E79">
      <w:pPr>
        <w:pStyle w:val="BodyText"/>
        <w:jc w:val="both"/>
        <w:rPr>
          <w:rStyle w:val="BodyTextChar1"/>
          <w:rFonts w:ascii="Times New Roman" w:hAnsi="Times New Roman"/>
          <w:sz w:val="24"/>
          <w:szCs w:val="24"/>
        </w:rPr>
      </w:pPr>
      <w:r w:rsidRPr="000149D8">
        <w:rPr>
          <w:rStyle w:val="BodyTextChar1"/>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w:t>
      </w:r>
      <w:r w:rsidRPr="000149D8">
        <w:rPr>
          <w:rStyle w:val="BodyTextChar1"/>
          <w:rFonts w:ascii="Times New Roman" w:hAnsi="Times New Roman"/>
          <w:sz w:val="24"/>
          <w:szCs w:val="24"/>
        </w:rPr>
        <w:softHyphen/>
        <w:t>усмотренных организации на очередной финансовый год.</w:t>
      </w:r>
    </w:p>
    <w:p w:rsidR="00F44E79" w:rsidRPr="000149D8" w:rsidRDefault="00F44E79">
      <w:pPr>
        <w:pStyle w:val="BodyText"/>
        <w:jc w:val="both"/>
        <w:rPr>
          <w:rStyle w:val="BodyTextChar1"/>
          <w:rFonts w:ascii="Times New Roman" w:hAnsi="Times New Roman"/>
          <w:sz w:val="24"/>
          <w:szCs w:val="24"/>
        </w:rPr>
      </w:pPr>
    </w:p>
    <w:p w:rsidR="00F44E79" w:rsidRDefault="00F44E79">
      <w:pPr>
        <w:pStyle w:val="BodyText"/>
        <w:jc w:val="both"/>
        <w:rPr>
          <w:rFonts w:ascii="Courier New" w:hAnsi="Courier New" w:cs="Courier New"/>
          <w:color w:val="auto"/>
          <w:sz w:val="24"/>
          <w:szCs w:val="24"/>
        </w:rPr>
      </w:pPr>
    </w:p>
    <w:p w:rsidR="00F44E79" w:rsidRPr="00E40ED5" w:rsidRDefault="00F44E79" w:rsidP="00E40ED5">
      <w:pPr>
        <w:pStyle w:val="31"/>
        <w:spacing w:after="80" w:line="283" w:lineRule="auto"/>
        <w:jc w:val="both"/>
        <w:rPr>
          <w:rFonts w:ascii="Times New Roman" w:hAnsi="Times New Roman"/>
          <w:b w:val="0"/>
          <w:bCs w:val="0"/>
          <w:color w:val="auto"/>
          <w:sz w:val="24"/>
          <w:szCs w:val="24"/>
        </w:rPr>
      </w:pPr>
      <w:r w:rsidRPr="00E40ED5">
        <w:rPr>
          <w:rStyle w:val="30"/>
          <w:rFonts w:ascii="Times New Roman" w:hAnsi="Times New Roman"/>
          <w:b/>
          <w:sz w:val="24"/>
          <w:szCs w:val="24"/>
        </w:rPr>
        <w:t>3.4.4.Материально-техническое и учебно-методическое обеспечение программы основного общего образования</w:t>
      </w:r>
    </w:p>
    <w:p w:rsidR="00F44E79" w:rsidRPr="00E40ED5" w:rsidRDefault="00F44E79" w:rsidP="00E40ED5">
      <w:pPr>
        <w:pStyle w:val="22"/>
        <w:jc w:val="both"/>
        <w:rPr>
          <w:rFonts w:ascii="Times New Roman" w:hAnsi="Times New Roman"/>
          <w:b w:val="0"/>
          <w:bCs w:val="0"/>
          <w:color w:val="auto"/>
          <w:w w:val="100"/>
          <w:sz w:val="24"/>
          <w:szCs w:val="24"/>
        </w:rPr>
      </w:pPr>
      <w:r w:rsidRPr="00E40ED5">
        <w:rPr>
          <w:rStyle w:val="21"/>
          <w:rFonts w:ascii="Times New Roman" w:hAnsi="Times New Roman"/>
          <w:b/>
          <w:sz w:val="24"/>
          <w:szCs w:val="24"/>
        </w:rPr>
        <w:t>Информационно-образовательная среда</w:t>
      </w:r>
    </w:p>
    <w:p w:rsidR="00F44E79" w:rsidRPr="00E40ED5" w:rsidRDefault="00F44E79" w:rsidP="00E40ED5">
      <w:pPr>
        <w:pStyle w:val="BodyText"/>
        <w:jc w:val="both"/>
        <w:rPr>
          <w:rFonts w:ascii="Times New Roman" w:hAnsi="Times New Roman"/>
          <w:color w:val="auto"/>
          <w:sz w:val="24"/>
          <w:szCs w:val="24"/>
        </w:rPr>
      </w:pPr>
      <w:r w:rsidRPr="00E40ED5">
        <w:rPr>
          <w:rStyle w:val="BodyTextChar1"/>
          <w:rFonts w:ascii="Times New Roman" w:hAnsi="Times New Roman"/>
          <w:sz w:val="24"/>
          <w:szCs w:val="24"/>
        </w:rPr>
        <w:t>Информационно-образовательная среда (ИОС) является от</w:t>
      </w:r>
      <w:r w:rsidRPr="00E40ED5">
        <w:rPr>
          <w:rStyle w:val="BodyTextChar1"/>
          <w:rFonts w:ascii="Times New Roman" w:hAnsi="Times New Roman"/>
          <w:sz w:val="24"/>
          <w:szCs w:val="24"/>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E40ED5">
        <w:rPr>
          <w:rStyle w:val="BodyTextChar1"/>
          <w:rFonts w:ascii="Times New Roman" w:hAnsi="Times New Roman"/>
          <w:sz w:val="24"/>
          <w:szCs w:val="24"/>
        </w:rPr>
        <w:softHyphen/>
        <w:t>спечивающих достижение целей основного общего образова</w:t>
      </w:r>
      <w:r w:rsidRPr="00E40ED5">
        <w:rPr>
          <w:rStyle w:val="BodyTextChar1"/>
          <w:rFonts w:ascii="Times New Roman" w:hAnsi="Times New Roman"/>
          <w:sz w:val="24"/>
          <w:szCs w:val="24"/>
        </w:rPr>
        <w:softHyphen/>
        <w:t>ния, его высокое качество, личностное развитие обучающихся.</w:t>
      </w:r>
    </w:p>
    <w:p w:rsidR="00F44E79" w:rsidRPr="00E40ED5" w:rsidRDefault="00F44E79" w:rsidP="00E40ED5">
      <w:pPr>
        <w:pStyle w:val="BodyText"/>
        <w:jc w:val="both"/>
        <w:rPr>
          <w:rFonts w:ascii="Times New Roman" w:hAnsi="Times New Roman"/>
          <w:color w:val="auto"/>
          <w:sz w:val="24"/>
          <w:szCs w:val="24"/>
        </w:rPr>
      </w:pPr>
      <w:r w:rsidRPr="00E40ED5">
        <w:rPr>
          <w:rStyle w:val="BodyTextChar1"/>
          <w:rFonts w:ascii="Times New Roman" w:hAnsi="Times New Roman"/>
          <w:sz w:val="24"/>
          <w:szCs w:val="24"/>
        </w:rPr>
        <w:t>Основными компонентами ИОС образовательной организа</w:t>
      </w:r>
      <w:r w:rsidRPr="00E40ED5">
        <w:rPr>
          <w:rStyle w:val="BodyTextChar1"/>
          <w:rFonts w:ascii="Times New Roman" w:hAnsi="Times New Roman"/>
          <w:sz w:val="24"/>
          <w:szCs w:val="24"/>
        </w:rPr>
        <w:softHyphen/>
        <w:t>ции являются:</w:t>
      </w:r>
    </w:p>
    <w:p w:rsidR="00F44E79" w:rsidRPr="00E40ED5" w:rsidRDefault="00F44E79" w:rsidP="001C7BA4">
      <w:pPr>
        <w:pStyle w:val="BodyText"/>
        <w:numPr>
          <w:ilvl w:val="0"/>
          <w:numId w:val="76"/>
        </w:numPr>
        <w:tabs>
          <w:tab w:val="left" w:pos="207"/>
        </w:tabs>
        <w:spacing w:line="283" w:lineRule="auto"/>
        <w:ind w:left="240" w:hanging="240"/>
        <w:jc w:val="both"/>
        <w:rPr>
          <w:rFonts w:ascii="Times New Roman" w:hAnsi="Times New Roman"/>
          <w:color w:val="auto"/>
          <w:sz w:val="24"/>
          <w:szCs w:val="24"/>
        </w:rPr>
      </w:pPr>
      <w:bookmarkStart w:id="1461" w:name="bookmark6002"/>
      <w:bookmarkEnd w:id="1461"/>
      <w:r w:rsidRPr="00E40ED5">
        <w:rPr>
          <w:rStyle w:val="BodyTextChar1"/>
          <w:rFonts w:ascii="Times New Roman" w:hAnsi="Times New Roman"/>
          <w:sz w:val="24"/>
          <w:szCs w:val="24"/>
        </w:rPr>
        <w:t>учебно-методические комплекты по всем учебным предметам на государственном языке Российской Федерации (языке ре</w:t>
      </w:r>
      <w:r w:rsidRPr="00E40ED5">
        <w:rPr>
          <w:rStyle w:val="BodyTextChar1"/>
          <w:rFonts w:ascii="Times New Roman" w:hAnsi="Times New Roman"/>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44E79" w:rsidRPr="00E40ED5" w:rsidRDefault="00F44E79" w:rsidP="001C7BA4">
      <w:pPr>
        <w:pStyle w:val="BodyText"/>
        <w:numPr>
          <w:ilvl w:val="0"/>
          <w:numId w:val="76"/>
        </w:numPr>
        <w:tabs>
          <w:tab w:val="left" w:pos="207"/>
        </w:tabs>
        <w:spacing w:line="298" w:lineRule="auto"/>
        <w:ind w:left="240" w:hanging="240"/>
        <w:jc w:val="both"/>
        <w:rPr>
          <w:rFonts w:ascii="Times New Roman" w:hAnsi="Times New Roman"/>
          <w:color w:val="auto"/>
          <w:sz w:val="24"/>
          <w:szCs w:val="24"/>
        </w:rPr>
      </w:pPr>
      <w:bookmarkStart w:id="1462" w:name="bookmark6003"/>
      <w:bookmarkEnd w:id="1462"/>
      <w:r w:rsidRPr="00E40ED5">
        <w:rPr>
          <w:rStyle w:val="BodyTextChar1"/>
          <w:rFonts w:ascii="Times New Roman" w:hAnsi="Times New Roman"/>
          <w:sz w:val="24"/>
          <w:szCs w:val="24"/>
        </w:rPr>
        <w:t>фонд дополнительной литературы (художественная и науч</w:t>
      </w:r>
      <w:r w:rsidRPr="00E40ED5">
        <w:rPr>
          <w:rStyle w:val="BodyTextChar1"/>
          <w:rFonts w:ascii="Times New Roman" w:hAnsi="Times New Roman"/>
          <w:sz w:val="24"/>
          <w:szCs w:val="24"/>
        </w:rPr>
        <w:softHyphen/>
        <w:t>но-популярная литература, справочно-библиографические и периодические издания);</w:t>
      </w:r>
    </w:p>
    <w:p w:rsidR="00F44E79" w:rsidRPr="00E40ED5" w:rsidRDefault="00F44E79" w:rsidP="001C7BA4">
      <w:pPr>
        <w:pStyle w:val="BodyText"/>
        <w:numPr>
          <w:ilvl w:val="0"/>
          <w:numId w:val="76"/>
        </w:numPr>
        <w:tabs>
          <w:tab w:val="left" w:pos="207"/>
        </w:tabs>
        <w:spacing w:line="298" w:lineRule="auto"/>
        <w:ind w:left="240" w:hanging="240"/>
        <w:jc w:val="both"/>
        <w:rPr>
          <w:rFonts w:ascii="Times New Roman" w:hAnsi="Times New Roman"/>
          <w:color w:val="auto"/>
          <w:sz w:val="24"/>
          <w:szCs w:val="24"/>
        </w:rPr>
      </w:pPr>
      <w:bookmarkStart w:id="1463" w:name="bookmark6004"/>
      <w:bookmarkEnd w:id="1463"/>
      <w:r w:rsidRPr="00E40ED5">
        <w:rPr>
          <w:rStyle w:val="BodyTextChar1"/>
          <w:rFonts w:ascii="Times New Roman" w:hAnsi="Times New Roman"/>
          <w:sz w:val="24"/>
          <w:szCs w:val="24"/>
        </w:rPr>
        <w:t>учебно-наглядные пособия (средства натурного фонда, моде</w:t>
      </w:r>
      <w:r w:rsidRPr="00E40ED5">
        <w:rPr>
          <w:rStyle w:val="BodyTextChar1"/>
          <w:rFonts w:ascii="Times New Roman" w:hAnsi="Times New Roman"/>
          <w:sz w:val="24"/>
          <w:szCs w:val="24"/>
        </w:rPr>
        <w:softHyphen/>
        <w:t>ли, печатные, экранно-звуковые средства, мультимедийные средства);</w:t>
      </w:r>
    </w:p>
    <w:p w:rsidR="00F44E79" w:rsidRPr="00E40ED5" w:rsidRDefault="00F44E79" w:rsidP="001C7BA4">
      <w:pPr>
        <w:pStyle w:val="BodyText"/>
        <w:numPr>
          <w:ilvl w:val="0"/>
          <w:numId w:val="76"/>
        </w:numPr>
        <w:tabs>
          <w:tab w:val="left" w:pos="207"/>
        </w:tabs>
        <w:spacing w:line="290" w:lineRule="auto"/>
        <w:ind w:left="240" w:hanging="240"/>
        <w:jc w:val="both"/>
        <w:rPr>
          <w:rFonts w:ascii="Times New Roman" w:hAnsi="Times New Roman"/>
          <w:color w:val="auto"/>
          <w:sz w:val="24"/>
          <w:szCs w:val="24"/>
        </w:rPr>
      </w:pPr>
      <w:bookmarkStart w:id="1464" w:name="bookmark6005"/>
      <w:bookmarkEnd w:id="1464"/>
      <w:r w:rsidRPr="00E40ED5">
        <w:rPr>
          <w:rStyle w:val="BodyTextChar1"/>
          <w:rFonts w:ascii="Times New Roman" w:hAnsi="Times New Roman"/>
          <w:sz w:val="24"/>
          <w:szCs w:val="24"/>
        </w:rPr>
        <w:t>информационно-образовательные ресурсы Интернета, про</w:t>
      </w:r>
      <w:r w:rsidRPr="00E40ED5">
        <w:rPr>
          <w:rStyle w:val="BodyTextChar1"/>
          <w:rFonts w:ascii="Times New Roman" w:hAnsi="Times New Roman"/>
          <w:sz w:val="24"/>
          <w:szCs w:val="24"/>
        </w:rPr>
        <w:softHyphen/>
        <w:t>шедшие в установленом порядке процедуру верификации и обеспечивающие доступ обучающихся к учебным материа</w:t>
      </w:r>
      <w:r w:rsidRPr="00E40ED5">
        <w:rPr>
          <w:rStyle w:val="BodyTextChar1"/>
          <w:rFonts w:ascii="Times New Roman" w:hAnsi="Times New Roman"/>
          <w:sz w:val="24"/>
          <w:szCs w:val="24"/>
        </w:rPr>
        <w:softHyphen/>
        <w:t>лам, в т. ч. к наследию отечественного кинематографа;</w:t>
      </w:r>
    </w:p>
    <w:p w:rsidR="00F44E79" w:rsidRPr="00E40ED5" w:rsidRDefault="00F44E79" w:rsidP="001C7BA4">
      <w:pPr>
        <w:pStyle w:val="BodyText"/>
        <w:numPr>
          <w:ilvl w:val="0"/>
          <w:numId w:val="76"/>
        </w:numPr>
        <w:tabs>
          <w:tab w:val="left" w:pos="207"/>
        </w:tabs>
        <w:spacing w:line="360" w:lineRule="auto"/>
        <w:ind w:firstLine="0"/>
        <w:jc w:val="both"/>
        <w:rPr>
          <w:rFonts w:ascii="Times New Roman" w:hAnsi="Times New Roman"/>
          <w:color w:val="auto"/>
          <w:sz w:val="24"/>
          <w:szCs w:val="24"/>
        </w:rPr>
      </w:pPr>
      <w:bookmarkStart w:id="1465" w:name="bookmark6006"/>
      <w:bookmarkEnd w:id="1465"/>
      <w:r w:rsidRPr="00E40ED5">
        <w:rPr>
          <w:rStyle w:val="BodyTextChar1"/>
          <w:rFonts w:ascii="Times New Roman" w:hAnsi="Times New Roman"/>
          <w:sz w:val="24"/>
          <w:szCs w:val="24"/>
        </w:rPr>
        <w:t>информационно-телекоммуникационная инфраструктура;</w:t>
      </w:r>
    </w:p>
    <w:p w:rsidR="00F44E79" w:rsidRPr="00E40ED5" w:rsidRDefault="00F44E79" w:rsidP="001C7BA4">
      <w:pPr>
        <w:pStyle w:val="BodyText"/>
        <w:numPr>
          <w:ilvl w:val="0"/>
          <w:numId w:val="76"/>
        </w:numPr>
        <w:tabs>
          <w:tab w:val="left" w:pos="207"/>
        </w:tabs>
        <w:spacing w:line="312" w:lineRule="auto"/>
        <w:ind w:left="240" w:hanging="240"/>
        <w:jc w:val="both"/>
        <w:rPr>
          <w:rFonts w:ascii="Times New Roman" w:hAnsi="Times New Roman"/>
          <w:color w:val="auto"/>
          <w:sz w:val="24"/>
          <w:szCs w:val="24"/>
        </w:rPr>
      </w:pPr>
      <w:bookmarkStart w:id="1466" w:name="bookmark6007"/>
      <w:bookmarkEnd w:id="1466"/>
      <w:r w:rsidRPr="00E40ED5">
        <w:rPr>
          <w:rStyle w:val="BodyTextChar1"/>
          <w:rFonts w:ascii="Times New Roman" w:hAnsi="Times New Roman"/>
          <w:sz w:val="24"/>
          <w:szCs w:val="24"/>
        </w:rPr>
        <w:t>технические средства, обеспечивающие функционирование информационно-образовательной среды;</w:t>
      </w:r>
    </w:p>
    <w:p w:rsidR="00F44E79" w:rsidRPr="00E40ED5" w:rsidRDefault="00F44E79" w:rsidP="001C7BA4">
      <w:pPr>
        <w:pStyle w:val="BodyText"/>
        <w:numPr>
          <w:ilvl w:val="0"/>
          <w:numId w:val="76"/>
        </w:numPr>
        <w:tabs>
          <w:tab w:val="left" w:pos="207"/>
        </w:tabs>
        <w:spacing w:line="312" w:lineRule="auto"/>
        <w:ind w:left="240" w:hanging="240"/>
        <w:jc w:val="both"/>
        <w:rPr>
          <w:rFonts w:ascii="Times New Roman" w:hAnsi="Times New Roman"/>
          <w:color w:val="auto"/>
          <w:sz w:val="24"/>
          <w:szCs w:val="24"/>
        </w:rPr>
      </w:pPr>
      <w:bookmarkStart w:id="1467" w:name="bookmark6008"/>
      <w:bookmarkEnd w:id="1467"/>
      <w:r w:rsidRPr="00E40ED5">
        <w:rPr>
          <w:rStyle w:val="BodyTextChar1"/>
          <w:rFonts w:ascii="Times New Roman" w:hAnsi="Times New Roman"/>
          <w:sz w:val="24"/>
          <w:szCs w:val="24"/>
        </w:rPr>
        <w:t>программные инструменты, обеспечивающие функциониро</w:t>
      </w:r>
      <w:r w:rsidRPr="00E40ED5">
        <w:rPr>
          <w:rStyle w:val="BodyTextChar1"/>
          <w:rFonts w:ascii="Times New Roman" w:hAnsi="Times New Roman"/>
          <w:sz w:val="24"/>
          <w:szCs w:val="24"/>
        </w:rPr>
        <w:softHyphen/>
        <w:t>вание информационно-образовательной среды;</w:t>
      </w:r>
    </w:p>
    <w:p w:rsidR="00F44E79" w:rsidRPr="00E40ED5" w:rsidRDefault="00F44E79" w:rsidP="001C7BA4">
      <w:pPr>
        <w:pStyle w:val="BodyText"/>
        <w:numPr>
          <w:ilvl w:val="0"/>
          <w:numId w:val="76"/>
        </w:numPr>
        <w:tabs>
          <w:tab w:val="left" w:pos="207"/>
        </w:tabs>
        <w:spacing w:line="312" w:lineRule="auto"/>
        <w:ind w:left="240" w:hanging="240"/>
        <w:jc w:val="both"/>
        <w:rPr>
          <w:rFonts w:ascii="Times New Roman" w:hAnsi="Times New Roman"/>
          <w:color w:val="auto"/>
          <w:sz w:val="24"/>
          <w:szCs w:val="24"/>
        </w:rPr>
      </w:pPr>
      <w:bookmarkStart w:id="1468" w:name="bookmark6009"/>
      <w:bookmarkEnd w:id="1468"/>
      <w:r w:rsidRPr="00E40ED5">
        <w:rPr>
          <w:rStyle w:val="BodyTextChar1"/>
          <w:rFonts w:ascii="Times New Roman" w:hAnsi="Times New Roman"/>
          <w:sz w:val="24"/>
          <w:szCs w:val="24"/>
        </w:rPr>
        <w:t>служба технической поддержки функционирования инфор</w:t>
      </w:r>
      <w:r w:rsidRPr="00E40ED5">
        <w:rPr>
          <w:rStyle w:val="BodyTextChar1"/>
          <w:rFonts w:ascii="Times New Roman" w:hAnsi="Times New Roman"/>
          <w:sz w:val="24"/>
          <w:szCs w:val="24"/>
        </w:rPr>
        <w:softHyphen/>
        <w:t>мационно-образовательной среды.</w:t>
      </w:r>
    </w:p>
    <w:p w:rsidR="00F44E79" w:rsidRPr="00E40ED5" w:rsidRDefault="00F44E79" w:rsidP="00E40ED5">
      <w:pPr>
        <w:pStyle w:val="BodyText"/>
        <w:jc w:val="both"/>
        <w:rPr>
          <w:rFonts w:ascii="Times New Roman" w:hAnsi="Times New Roman"/>
          <w:color w:val="auto"/>
          <w:sz w:val="24"/>
          <w:szCs w:val="24"/>
        </w:rPr>
      </w:pPr>
      <w:r w:rsidRPr="00E40ED5">
        <w:rPr>
          <w:rStyle w:val="BodyTextChar1"/>
          <w:rFonts w:ascii="Times New Roman" w:hAnsi="Times New Roman"/>
          <w:sz w:val="24"/>
          <w:szCs w:val="24"/>
        </w:rPr>
        <w:t>ИОС образовательной организации предоставляет для участ</w:t>
      </w:r>
      <w:r w:rsidRPr="00E40ED5">
        <w:rPr>
          <w:rStyle w:val="BodyTextChar1"/>
          <w:rFonts w:ascii="Times New Roman" w:hAnsi="Times New Roman"/>
          <w:sz w:val="24"/>
          <w:szCs w:val="24"/>
        </w:rPr>
        <w:softHyphen/>
        <w:t>ников образовательного процесса возможность:</w:t>
      </w:r>
    </w:p>
    <w:p w:rsidR="00F44E79" w:rsidRPr="00E40ED5" w:rsidRDefault="00F44E79" w:rsidP="001C7BA4">
      <w:pPr>
        <w:pStyle w:val="BodyText"/>
        <w:numPr>
          <w:ilvl w:val="0"/>
          <w:numId w:val="76"/>
        </w:numPr>
        <w:tabs>
          <w:tab w:val="left" w:pos="207"/>
        </w:tabs>
        <w:spacing w:after="80" w:line="298" w:lineRule="auto"/>
        <w:ind w:left="240" w:hanging="240"/>
        <w:jc w:val="both"/>
        <w:rPr>
          <w:rFonts w:ascii="Times New Roman" w:hAnsi="Times New Roman"/>
          <w:color w:val="auto"/>
          <w:sz w:val="24"/>
          <w:szCs w:val="24"/>
        </w:rPr>
      </w:pPr>
      <w:bookmarkStart w:id="1469" w:name="bookmark6010"/>
      <w:bookmarkEnd w:id="1469"/>
      <w:r w:rsidRPr="00E40ED5">
        <w:rPr>
          <w:rStyle w:val="BodyTextChar1"/>
          <w:rFonts w:ascii="Times New Roman" w:hAnsi="Times New Roman"/>
          <w:sz w:val="24"/>
          <w:szCs w:val="24"/>
        </w:rPr>
        <w:t>достижения обучающимися планируемых результатов осво</w:t>
      </w:r>
      <w:r w:rsidRPr="00E40ED5">
        <w:rPr>
          <w:rStyle w:val="BodyTextChar1"/>
          <w:rFonts w:ascii="Times New Roman" w:hAnsi="Times New Roman"/>
          <w:sz w:val="24"/>
          <w:szCs w:val="24"/>
        </w:rPr>
        <w:softHyphen/>
        <w:t>ения ООП ООО, в том числе адаптированной для обучающих</w:t>
      </w:r>
      <w:r w:rsidRPr="00E40ED5">
        <w:rPr>
          <w:rStyle w:val="BodyTextChar1"/>
          <w:rFonts w:ascii="Times New Roman" w:hAnsi="Times New Roman"/>
          <w:sz w:val="24"/>
          <w:szCs w:val="24"/>
        </w:rPr>
        <w:softHyphen/>
        <w:t>ся с ограниченными возможностями здоровья (ОВЗ);</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0" w:name="bookmark6011"/>
      <w:bookmarkEnd w:id="1470"/>
      <w:r w:rsidRPr="00E40ED5">
        <w:rPr>
          <w:rStyle w:val="BodyTextChar1"/>
          <w:rFonts w:ascii="Times New Roman" w:hAnsi="Times New Roman"/>
          <w:sz w:val="24"/>
          <w:szCs w:val="24"/>
        </w:rPr>
        <w:t>развития личности, удовлетворения познавательных интере</w:t>
      </w:r>
      <w:r w:rsidRPr="00E40ED5">
        <w:rPr>
          <w:rStyle w:val="BodyTextChar1"/>
          <w:rFonts w:ascii="Times New Roman" w:hAnsi="Times New Roman"/>
          <w:sz w:val="24"/>
          <w:szCs w:val="24"/>
        </w:rPr>
        <w:softHyphen/>
        <w:t>сов, самореализации обучающихся, в том числе одаренных и талантливых, через организацию учебной и внеурочной дея</w:t>
      </w:r>
      <w:r w:rsidRPr="00E40ED5">
        <w:rPr>
          <w:rStyle w:val="BodyTextChar1"/>
          <w:rFonts w:ascii="Times New Roman" w:hAnsi="Times New Roman"/>
          <w:sz w:val="24"/>
          <w:szCs w:val="24"/>
        </w:rPr>
        <w:softHyphen/>
        <w:t>тельности, социальных практик, включая общественно-по</w:t>
      </w:r>
      <w:r w:rsidRPr="00E40ED5">
        <w:rPr>
          <w:rStyle w:val="BodyTextChar1"/>
          <w:rFonts w:ascii="Times New Roman" w:hAnsi="Times New Roman"/>
          <w:sz w:val="24"/>
          <w:szCs w:val="24"/>
        </w:rPr>
        <w:softHyphen/>
        <w:t>лезную деятельность, профессиональной пробы, практиче</w:t>
      </w:r>
      <w:r w:rsidRPr="00E40ED5">
        <w:rPr>
          <w:rStyle w:val="BodyTextChar1"/>
          <w:rFonts w:ascii="Times New Roman" w:hAnsi="Times New Roman"/>
          <w:sz w:val="24"/>
          <w:szCs w:val="24"/>
        </w:rPr>
        <w:softHyphen/>
        <w:t>скую подготовку, систему кружков, клубов, секций, студий с использованием возможностей организаций дополнитель</w:t>
      </w:r>
      <w:r w:rsidRPr="00E40ED5">
        <w:rPr>
          <w:rStyle w:val="BodyTextChar1"/>
          <w:rFonts w:ascii="Times New Roman" w:hAnsi="Times New Roman"/>
          <w:sz w:val="24"/>
          <w:szCs w:val="24"/>
        </w:rPr>
        <w:softHyphen/>
        <w:t>ного образования, культуры и спорта, профессиональных об</w:t>
      </w:r>
      <w:r w:rsidRPr="00E40ED5">
        <w:rPr>
          <w:rStyle w:val="BodyTextChar1"/>
          <w:rFonts w:ascii="Times New Roman" w:hAnsi="Times New Roman"/>
          <w:sz w:val="24"/>
          <w:szCs w:val="24"/>
        </w:rPr>
        <w:softHyphen/>
        <w:t>разовательных организаций и социальных партнеров в про</w:t>
      </w:r>
      <w:r w:rsidRPr="00E40ED5">
        <w:rPr>
          <w:rStyle w:val="BodyTextChar1"/>
          <w:rFonts w:ascii="Times New Roman" w:hAnsi="Times New Roman"/>
          <w:sz w:val="24"/>
          <w:szCs w:val="24"/>
        </w:rPr>
        <w:softHyphen/>
        <w:t>фессионально-производственном окружении;</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1" w:name="bookmark6012"/>
      <w:bookmarkEnd w:id="1471"/>
      <w:r w:rsidRPr="00E40ED5">
        <w:rPr>
          <w:rStyle w:val="BodyTextChar1"/>
          <w:rFonts w:ascii="Times New Roman" w:hAnsi="Times New Roman"/>
          <w:sz w:val="24"/>
          <w:szCs w:val="24"/>
        </w:rPr>
        <w:t>формирования функциональной грамотности обучающихся, включающей овладение ключевыми компетенциями, состав</w:t>
      </w:r>
      <w:r w:rsidRPr="00E40ED5">
        <w:rPr>
          <w:rStyle w:val="BodyTextChar1"/>
          <w:rFonts w:ascii="Times New Roman" w:hAnsi="Times New Roman"/>
          <w:sz w:val="24"/>
          <w:szCs w:val="24"/>
        </w:rPr>
        <w:softHyphen/>
        <w:t>ляющими основу дальнейшего успешного образования и ори</w:t>
      </w:r>
      <w:r w:rsidRPr="00E40ED5">
        <w:rPr>
          <w:rStyle w:val="BodyTextChar1"/>
          <w:rFonts w:ascii="Times New Roman" w:hAnsi="Times New Roman"/>
          <w:sz w:val="24"/>
          <w:szCs w:val="24"/>
        </w:rPr>
        <w:softHyphen/>
        <w:t>ентации в мире профессий;</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2" w:name="bookmark6013"/>
      <w:bookmarkEnd w:id="1472"/>
      <w:r w:rsidRPr="00E40ED5">
        <w:rPr>
          <w:rStyle w:val="BodyTextChar1"/>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w:t>
      </w:r>
      <w:r w:rsidRPr="00E40ED5">
        <w:rPr>
          <w:rStyle w:val="BodyTextChar1"/>
          <w:rFonts w:ascii="Times New Roman" w:hAnsi="Times New Roman"/>
          <w:sz w:val="24"/>
          <w:szCs w:val="24"/>
        </w:rPr>
        <w:softHyphen/>
        <w:t>сийской гражданской идентичности и социально-профессио</w:t>
      </w:r>
      <w:r w:rsidRPr="00E40ED5">
        <w:rPr>
          <w:rStyle w:val="BodyTextChar1"/>
          <w:rFonts w:ascii="Times New Roman" w:hAnsi="Times New Roman"/>
          <w:sz w:val="24"/>
          <w:szCs w:val="24"/>
        </w:rPr>
        <w:softHyphen/>
        <w:t>нальных ориентаций;</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3" w:name="bookmark6014"/>
      <w:bookmarkEnd w:id="1473"/>
      <w:r w:rsidRPr="00E40ED5">
        <w:rPr>
          <w:rStyle w:val="BodyTextChar1"/>
          <w:rFonts w:ascii="Times New Roman" w:hAnsi="Times New Roman"/>
          <w:sz w:val="24"/>
          <w:szCs w:val="24"/>
        </w:rPr>
        <w:t>индивидуализации процесса образования посредством про</w:t>
      </w:r>
      <w:r w:rsidRPr="00E40ED5">
        <w:rPr>
          <w:rStyle w:val="BodyTextChar1"/>
          <w:rFonts w:ascii="Times New Roman" w:hAnsi="Times New Roman"/>
          <w:sz w:val="24"/>
          <w:szCs w:val="24"/>
        </w:rPr>
        <w:softHyphen/>
        <w:t>ектирования и реализации индивидуальных образователь</w:t>
      </w:r>
      <w:r w:rsidRPr="00E40ED5">
        <w:rPr>
          <w:rStyle w:val="BodyTextChar1"/>
          <w:rFonts w:ascii="Times New Roman" w:hAnsi="Times New Roman"/>
          <w:sz w:val="24"/>
          <w:szCs w:val="24"/>
        </w:rPr>
        <w:softHyphen/>
        <w:t>ных планов обучающихся, обеспечения их эффективной са</w:t>
      </w:r>
      <w:r w:rsidRPr="00E40ED5">
        <w:rPr>
          <w:rStyle w:val="BodyTextChar1"/>
          <w:rFonts w:ascii="Times New Roman" w:hAnsi="Times New Roman"/>
          <w:sz w:val="24"/>
          <w:szCs w:val="24"/>
        </w:rPr>
        <w:softHyphen/>
        <w:t>мостоятельной работы при поддержке педагогических работников;</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4" w:name="bookmark6015"/>
      <w:bookmarkEnd w:id="1474"/>
      <w:r w:rsidRPr="00E40ED5">
        <w:rPr>
          <w:rStyle w:val="BodyTextChar1"/>
          <w:rFonts w:ascii="Times New Roman" w:hAnsi="Times New Roman"/>
          <w:sz w:val="24"/>
          <w:szCs w:val="24"/>
        </w:rPr>
        <w:t>включения обучающихся в процесс преобразования социаль</w:t>
      </w:r>
      <w:r w:rsidRPr="00E40ED5">
        <w:rPr>
          <w:rStyle w:val="BodyTextChar1"/>
          <w:rFonts w:ascii="Times New Roman" w:hAnsi="Times New Roman"/>
          <w:sz w:val="24"/>
          <w:szCs w:val="24"/>
        </w:rPr>
        <w:softHyphen/>
        <w:t>ной среды населенного пункта, формирования у них лидер</w:t>
      </w:r>
      <w:r w:rsidRPr="00E40ED5">
        <w:rPr>
          <w:rStyle w:val="BodyTextChar1"/>
          <w:rFonts w:ascii="Times New Roman" w:hAnsi="Times New Roman"/>
          <w:sz w:val="24"/>
          <w:szCs w:val="24"/>
        </w:rPr>
        <w:softHyphen/>
        <w:t>ских качеств, опыта социальной деятельности, реализации социальных проектов и программ, в том числе в качестве волонтеров;</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5" w:name="bookmark6016"/>
      <w:bookmarkEnd w:id="1475"/>
      <w:r w:rsidRPr="00E40ED5">
        <w:rPr>
          <w:rStyle w:val="BodyTextChar1"/>
          <w:rFonts w:ascii="Times New Roman" w:hAnsi="Times New Roman"/>
          <w:sz w:val="24"/>
          <w:szCs w:val="24"/>
        </w:rPr>
        <w:t>формирования у обучающихся опыта самостоятельной обра</w:t>
      </w:r>
      <w:r w:rsidRPr="00E40ED5">
        <w:rPr>
          <w:rStyle w:val="BodyTextChar1"/>
          <w:rFonts w:ascii="Times New Roman" w:hAnsi="Times New Roman"/>
          <w:sz w:val="24"/>
          <w:szCs w:val="24"/>
        </w:rPr>
        <w:softHyphen/>
        <w:t>зовательной и общественной деятельности;</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6" w:name="bookmark6017"/>
      <w:bookmarkEnd w:id="1476"/>
      <w:r w:rsidRPr="00E40ED5">
        <w:rPr>
          <w:rStyle w:val="BodyTextChar1"/>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w:t>
      </w:r>
      <w:r w:rsidRPr="00E40ED5">
        <w:rPr>
          <w:rStyle w:val="BodyTextChar1"/>
          <w:rFonts w:ascii="Times New Roman" w:hAnsi="Times New Roman"/>
          <w:sz w:val="24"/>
          <w:szCs w:val="24"/>
        </w:rPr>
        <w:softHyphen/>
        <w:t>щей его среды образа жизни;</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7" w:name="bookmark6018"/>
      <w:bookmarkEnd w:id="1477"/>
      <w:r w:rsidRPr="00E40ED5">
        <w:rPr>
          <w:rStyle w:val="BodyTextChar1"/>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44E79" w:rsidRPr="00E40ED5" w:rsidRDefault="00F44E79" w:rsidP="001C7BA4">
      <w:pPr>
        <w:pStyle w:val="BodyText"/>
        <w:numPr>
          <w:ilvl w:val="0"/>
          <w:numId w:val="76"/>
        </w:numPr>
        <w:tabs>
          <w:tab w:val="left" w:pos="207"/>
        </w:tabs>
        <w:spacing w:line="276" w:lineRule="auto"/>
        <w:ind w:left="160" w:hanging="160"/>
        <w:jc w:val="both"/>
        <w:rPr>
          <w:rFonts w:ascii="Times New Roman" w:hAnsi="Times New Roman"/>
          <w:color w:val="auto"/>
          <w:sz w:val="24"/>
          <w:szCs w:val="24"/>
        </w:rPr>
      </w:pPr>
      <w:bookmarkStart w:id="1478" w:name="bookmark6019"/>
      <w:bookmarkEnd w:id="1478"/>
      <w:r w:rsidRPr="00E40ED5">
        <w:rPr>
          <w:rStyle w:val="BodyTextChar1"/>
          <w:rFonts w:ascii="Times New Roman" w:hAnsi="Times New Roman"/>
          <w:sz w:val="24"/>
          <w:szCs w:val="24"/>
        </w:rPr>
        <w:t>обновления содержания программы основного общего обра</w:t>
      </w:r>
      <w:r w:rsidRPr="00E40ED5">
        <w:rPr>
          <w:rStyle w:val="BodyTextChar1"/>
          <w:rFonts w:ascii="Times New Roman" w:hAnsi="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E40ED5">
        <w:rPr>
          <w:rStyle w:val="BodyTextChar1"/>
          <w:rFonts w:ascii="Times New Roman" w:hAnsi="Times New Roman"/>
          <w:sz w:val="24"/>
          <w:szCs w:val="24"/>
        </w:rPr>
        <w:softHyphen/>
        <w:t>ющихся и их родителей (законных представителей) с учетом особенностей развития субъекта Российской Федерации;</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79" w:name="bookmark6020"/>
      <w:bookmarkEnd w:id="1479"/>
      <w:r w:rsidRPr="00E40ED5">
        <w:rPr>
          <w:rStyle w:val="BodyTextChar1"/>
          <w:rFonts w:ascii="Times New Roman" w:hAnsi="Times New Roman"/>
          <w:sz w:val="24"/>
          <w:szCs w:val="24"/>
        </w:rPr>
        <w:t>эффективного использования профессионального и творче</w:t>
      </w:r>
      <w:r w:rsidRPr="00E40ED5">
        <w:rPr>
          <w:rStyle w:val="BodyTextChar1"/>
          <w:rFonts w:ascii="Times New Roman" w:hAnsi="Times New Roman"/>
          <w:sz w:val="24"/>
          <w:szCs w:val="24"/>
        </w:rPr>
        <w:softHyphen/>
        <w:t>ского потенциала педагогических и руководящих работни</w:t>
      </w:r>
      <w:r w:rsidRPr="00E40ED5">
        <w:rPr>
          <w:rStyle w:val="BodyTextChar1"/>
          <w:rFonts w:ascii="Times New Roman" w:hAnsi="Times New Roman"/>
          <w:sz w:val="24"/>
          <w:szCs w:val="24"/>
        </w:rPr>
        <w:softHyphen/>
        <w:t>ков организации, повышения их профессиональной, комму</w:t>
      </w:r>
      <w:r w:rsidRPr="00E40ED5">
        <w:rPr>
          <w:rStyle w:val="BodyTextChar1"/>
          <w:rFonts w:ascii="Times New Roman" w:hAnsi="Times New Roman"/>
          <w:sz w:val="24"/>
          <w:szCs w:val="24"/>
        </w:rPr>
        <w:softHyphen/>
        <w:t>никативной, информационной и правовой компетентности;</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0" w:name="bookmark6021"/>
      <w:bookmarkEnd w:id="1480"/>
      <w:r w:rsidRPr="00E40ED5">
        <w:rPr>
          <w:rStyle w:val="BodyTextChar1"/>
          <w:rFonts w:ascii="Times New Roman" w:hAnsi="Times New Roman"/>
          <w:sz w:val="24"/>
          <w:szCs w:val="24"/>
        </w:rPr>
        <w:t>эффективного управления организацией с использованием ИКТ, современных механизмов финансирования.</w:t>
      </w:r>
    </w:p>
    <w:p w:rsidR="00F44E79" w:rsidRPr="00E40ED5" w:rsidRDefault="00F44E79" w:rsidP="00E40ED5">
      <w:pPr>
        <w:pStyle w:val="BodyText"/>
        <w:spacing w:line="269" w:lineRule="auto"/>
        <w:jc w:val="both"/>
        <w:rPr>
          <w:rFonts w:ascii="Times New Roman" w:hAnsi="Times New Roman"/>
          <w:color w:val="auto"/>
          <w:sz w:val="24"/>
          <w:szCs w:val="24"/>
        </w:rPr>
      </w:pPr>
      <w:r w:rsidRPr="00E40ED5">
        <w:rPr>
          <w:rStyle w:val="BodyTextChar1"/>
          <w:rFonts w:ascii="Times New Roman" w:hAnsi="Times New Roman"/>
          <w:sz w:val="24"/>
          <w:szCs w:val="24"/>
        </w:rPr>
        <w:t>Электронная информационно-образовательная среда органи</w:t>
      </w:r>
      <w:r w:rsidRPr="00E40ED5">
        <w:rPr>
          <w:rStyle w:val="BodyTextChar1"/>
          <w:rFonts w:ascii="Times New Roman" w:hAnsi="Times New Roman"/>
          <w:sz w:val="24"/>
          <w:szCs w:val="24"/>
        </w:rPr>
        <w:softHyphen/>
        <w:t>зации обеспечивает:</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1" w:name="bookmark6022"/>
      <w:bookmarkEnd w:id="1481"/>
      <w:r w:rsidRPr="00E40ED5">
        <w:rPr>
          <w:rStyle w:val="BodyTextChar1"/>
          <w:rFonts w:ascii="Times New Roman" w:hAnsi="Times New Roman"/>
          <w:sz w:val="24"/>
          <w:szCs w:val="24"/>
        </w:rPr>
        <w:t>доступ к учебным планам, рабочим программам, электрон</w:t>
      </w:r>
      <w:r w:rsidRPr="00E40ED5">
        <w:rPr>
          <w:rStyle w:val="BodyTextChar1"/>
          <w:rFonts w:ascii="Times New Roman" w:hAnsi="Times New Roman"/>
          <w:sz w:val="24"/>
          <w:szCs w:val="24"/>
        </w:rPr>
        <w:softHyphen/>
        <w:t>ным учебным изданиям и электронным образовательным ресурсам, указанным в рабочих программах посредством сайта (портал</w:t>
      </w:r>
      <w:r>
        <w:rPr>
          <w:rStyle w:val="BodyTextChar1"/>
          <w:rFonts w:ascii="Times New Roman" w:hAnsi="Times New Roman"/>
          <w:sz w:val="24"/>
          <w:szCs w:val="24"/>
        </w:rPr>
        <w:t>а) образовательной организации</w:t>
      </w:r>
      <w:r w:rsidRPr="00E40ED5">
        <w:rPr>
          <w:rStyle w:val="BodyTextChar1"/>
          <w:rFonts w:ascii="Times New Roman" w:hAnsi="Times New Roman"/>
          <w:i/>
          <w:iCs/>
          <w:sz w:val="24"/>
          <w:szCs w:val="24"/>
        </w:rPr>
        <w:t>;</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2" w:name="bookmark6023"/>
      <w:bookmarkEnd w:id="1482"/>
      <w:r w:rsidRPr="00E40ED5">
        <w:rPr>
          <w:rStyle w:val="BodyTextChar1"/>
          <w:rFonts w:ascii="Times New Roman" w:hAnsi="Times New Roman"/>
          <w:sz w:val="24"/>
          <w:szCs w:val="24"/>
        </w:rPr>
        <w:t>формирование и хранение электронного портфолио обучаю</w:t>
      </w:r>
      <w:r w:rsidRPr="00E40ED5">
        <w:rPr>
          <w:rStyle w:val="BodyTextChar1"/>
          <w:rFonts w:ascii="Times New Roman" w:hAnsi="Times New Roman"/>
          <w:sz w:val="24"/>
          <w:szCs w:val="24"/>
        </w:rPr>
        <w:softHyphen/>
        <w:t>щегося, в том числе его работ и оценок за эти работы;</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3" w:name="bookmark6024"/>
      <w:bookmarkEnd w:id="1483"/>
      <w:r w:rsidRPr="00E40ED5">
        <w:rPr>
          <w:rStyle w:val="BodyTextChar1"/>
          <w:rFonts w:ascii="Times New Roman" w:hAnsi="Times New Roman"/>
          <w:sz w:val="24"/>
          <w:szCs w:val="24"/>
        </w:rPr>
        <w:t>фиксацию и хранение информации о ходе образовательного процесса, результатов промежуточной аттестации и резуль</w:t>
      </w:r>
      <w:r w:rsidRPr="00E40ED5">
        <w:rPr>
          <w:rStyle w:val="BodyTextChar1"/>
          <w:rFonts w:ascii="Times New Roman" w:hAnsi="Times New Roman"/>
          <w:sz w:val="24"/>
          <w:szCs w:val="24"/>
        </w:rPr>
        <w:softHyphen/>
        <w:t>татов освоения программы основного общего образования;</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4" w:name="bookmark6025"/>
      <w:bookmarkEnd w:id="1484"/>
      <w:r w:rsidRPr="00E40ED5">
        <w:rPr>
          <w:rStyle w:val="BodyTextChar1"/>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w:t>
      </w:r>
      <w:r w:rsidRPr="00E40ED5">
        <w:rPr>
          <w:rStyle w:val="BodyTextChar1"/>
          <w:rFonts w:ascii="Times New Roman" w:hAnsi="Times New Roman"/>
          <w:sz w:val="24"/>
          <w:szCs w:val="24"/>
        </w:rPr>
        <w:softHyphen/>
        <w:t>ем электронного обучения, дистанционных образовательных технологий;</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5" w:name="bookmark6026"/>
      <w:bookmarkEnd w:id="1485"/>
      <w:r w:rsidRPr="00E40ED5">
        <w:rPr>
          <w:rStyle w:val="BodyTextChar1"/>
          <w:rFonts w:ascii="Times New Roman" w:hAnsi="Times New Roman"/>
          <w:sz w:val="24"/>
          <w:szCs w:val="24"/>
        </w:rPr>
        <w:t>взаимодействие между участниками образовательного про</w:t>
      </w:r>
      <w:r w:rsidRPr="00E40ED5">
        <w:rPr>
          <w:rStyle w:val="BodyTextChar1"/>
          <w:rFonts w:ascii="Times New Roman" w:hAnsi="Times New Roman"/>
          <w:sz w:val="24"/>
          <w:szCs w:val="24"/>
        </w:rPr>
        <w:softHyphen/>
        <w:t>цесса, в том числе синхронные и (или) асинхронные взаимо</w:t>
      </w:r>
      <w:r w:rsidRPr="00E40ED5">
        <w:rPr>
          <w:rStyle w:val="BodyTextChar1"/>
          <w:rFonts w:ascii="Times New Roman" w:hAnsi="Times New Roman"/>
          <w:sz w:val="24"/>
          <w:szCs w:val="24"/>
        </w:rPr>
        <w:softHyphen/>
        <w:t>действия посредством Интернета.</w:t>
      </w:r>
    </w:p>
    <w:p w:rsidR="00F44E79" w:rsidRPr="00E40ED5" w:rsidRDefault="00F44E79" w:rsidP="00E40ED5">
      <w:pPr>
        <w:pStyle w:val="BodyText"/>
        <w:spacing w:line="269" w:lineRule="auto"/>
        <w:jc w:val="both"/>
        <w:rPr>
          <w:rFonts w:ascii="Times New Roman" w:hAnsi="Times New Roman"/>
          <w:color w:val="auto"/>
          <w:sz w:val="24"/>
          <w:szCs w:val="24"/>
        </w:rPr>
      </w:pPr>
      <w:r w:rsidRPr="00E40ED5">
        <w:rPr>
          <w:rStyle w:val="BodyTextChar1"/>
          <w:rFonts w:ascii="Times New Roman" w:hAnsi="Times New Roman"/>
          <w:sz w:val="24"/>
          <w:szCs w:val="24"/>
        </w:rPr>
        <w:t>Электронная информационно-образовательная среда позво</w:t>
      </w:r>
      <w:r w:rsidRPr="00E40ED5">
        <w:rPr>
          <w:rStyle w:val="BodyTextChar1"/>
          <w:rFonts w:ascii="Times New Roman" w:hAnsi="Times New Roman"/>
          <w:sz w:val="24"/>
          <w:szCs w:val="24"/>
        </w:rPr>
        <w:softHyphen/>
        <w:t>ляет обучающимся осуществить:</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6" w:name="bookmark6027"/>
      <w:bookmarkEnd w:id="1486"/>
      <w:r w:rsidRPr="00E40ED5">
        <w:rPr>
          <w:rStyle w:val="BodyTextChar1"/>
          <w:rFonts w:ascii="Times New Roman" w:hAnsi="Times New Roman"/>
          <w:sz w:val="24"/>
          <w:szCs w:val="24"/>
        </w:rPr>
        <w:t>поиск и получение информации в локальной сети организа</w:t>
      </w:r>
      <w:r w:rsidRPr="00E40ED5">
        <w:rPr>
          <w:rStyle w:val="BodyTextChar1"/>
          <w:rFonts w:ascii="Times New Roman" w:hAnsi="Times New Roman"/>
          <w:sz w:val="24"/>
          <w:szCs w:val="24"/>
        </w:rPr>
        <w:softHyphen/>
        <w:t>ции и Глобальной сети — Интернете в соответствии с учебной задачей;</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7" w:name="bookmark6028"/>
      <w:bookmarkEnd w:id="1487"/>
      <w:r w:rsidRPr="00E40ED5">
        <w:rPr>
          <w:rStyle w:val="BodyTextChar1"/>
          <w:rFonts w:ascii="Times New Roman" w:hAnsi="Times New Roman"/>
          <w:sz w:val="24"/>
          <w:szCs w:val="24"/>
        </w:rPr>
        <w:t>обработку информации для выступления с аудио-, видео- и графическим сопровождением;</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88" w:name="bookmark6029"/>
      <w:bookmarkEnd w:id="1488"/>
      <w:r w:rsidRPr="00E40ED5">
        <w:rPr>
          <w:rStyle w:val="BodyTextChar1"/>
          <w:rFonts w:ascii="Times New Roman" w:hAnsi="Times New Roman"/>
          <w:sz w:val="24"/>
          <w:szCs w:val="24"/>
        </w:rPr>
        <w:t>размещение продуктов познавательной, исследовательской и творческой деятельности в сети образовательной организа</w:t>
      </w:r>
      <w:r w:rsidRPr="00E40ED5">
        <w:rPr>
          <w:rStyle w:val="BodyTextChar1"/>
          <w:rFonts w:ascii="Times New Roman" w:hAnsi="Times New Roman"/>
          <w:sz w:val="24"/>
          <w:szCs w:val="24"/>
        </w:rPr>
        <w:softHyphen/>
        <w:t>ции и Интернете;</w:t>
      </w:r>
    </w:p>
    <w:p w:rsidR="00F44E79" w:rsidRPr="00E40ED5" w:rsidRDefault="00F44E79" w:rsidP="001C7BA4">
      <w:pPr>
        <w:pStyle w:val="BodyText"/>
        <w:numPr>
          <w:ilvl w:val="0"/>
          <w:numId w:val="76"/>
        </w:numPr>
        <w:tabs>
          <w:tab w:val="left" w:pos="207"/>
        </w:tabs>
        <w:spacing w:line="269" w:lineRule="auto"/>
        <w:ind w:firstLine="0"/>
        <w:jc w:val="both"/>
        <w:rPr>
          <w:rFonts w:ascii="Times New Roman" w:hAnsi="Times New Roman"/>
          <w:color w:val="auto"/>
          <w:sz w:val="24"/>
          <w:szCs w:val="24"/>
        </w:rPr>
      </w:pPr>
      <w:bookmarkStart w:id="1489" w:name="bookmark6030"/>
      <w:bookmarkEnd w:id="1489"/>
      <w:r w:rsidRPr="00E40ED5">
        <w:rPr>
          <w:rStyle w:val="BodyTextChar1"/>
          <w:rFonts w:ascii="Times New Roman" w:hAnsi="Times New Roman"/>
          <w:sz w:val="24"/>
          <w:szCs w:val="24"/>
        </w:rPr>
        <w:t>выпуск школьных печатных изданий, радиопередач;</w:t>
      </w:r>
    </w:p>
    <w:p w:rsidR="00F44E79" w:rsidRPr="00E40ED5" w:rsidRDefault="00F44E79" w:rsidP="001C7BA4">
      <w:pPr>
        <w:pStyle w:val="BodyText"/>
        <w:numPr>
          <w:ilvl w:val="0"/>
          <w:numId w:val="76"/>
        </w:numPr>
        <w:tabs>
          <w:tab w:val="left" w:pos="207"/>
        </w:tabs>
        <w:spacing w:line="269" w:lineRule="auto"/>
        <w:ind w:left="240" w:hanging="240"/>
        <w:jc w:val="both"/>
        <w:rPr>
          <w:rFonts w:ascii="Times New Roman" w:hAnsi="Times New Roman"/>
          <w:color w:val="auto"/>
          <w:sz w:val="24"/>
          <w:szCs w:val="24"/>
        </w:rPr>
      </w:pPr>
      <w:bookmarkStart w:id="1490" w:name="bookmark6031"/>
      <w:bookmarkEnd w:id="1490"/>
      <w:r w:rsidRPr="00E40ED5">
        <w:rPr>
          <w:rStyle w:val="BodyTextChar1"/>
          <w:rFonts w:ascii="Times New Roman" w:hAnsi="Times New Roman"/>
          <w:sz w:val="24"/>
          <w:szCs w:val="24"/>
        </w:rPr>
        <w:t>участие в массовых мероприятиях (конференциях, собрани</w:t>
      </w:r>
      <w:r w:rsidRPr="00E40ED5">
        <w:rPr>
          <w:rStyle w:val="BodyTextChar1"/>
          <w:rFonts w:ascii="Times New Roman" w:hAnsi="Times New Roman"/>
          <w:sz w:val="24"/>
          <w:szCs w:val="24"/>
        </w:rPr>
        <w:softHyphen/>
        <w:t>ях, представлениях, праздниках), обеспеченных озвучивани</w:t>
      </w:r>
      <w:r w:rsidRPr="00E40ED5">
        <w:rPr>
          <w:rStyle w:val="BodyTextChar1"/>
          <w:rFonts w:ascii="Times New Roman" w:hAnsi="Times New Roman"/>
          <w:sz w:val="24"/>
          <w:szCs w:val="24"/>
        </w:rPr>
        <w:softHyphen/>
        <w:t>ем, освещением и мультимедиа сопровождением.</w:t>
      </w:r>
    </w:p>
    <w:p w:rsidR="00F44E79" w:rsidRDefault="00F44E79" w:rsidP="00E40ED5">
      <w:pPr>
        <w:pStyle w:val="BodyText"/>
        <w:spacing w:line="269" w:lineRule="auto"/>
        <w:jc w:val="both"/>
        <w:rPr>
          <w:rStyle w:val="BodyTextChar1"/>
          <w:rFonts w:ascii="Times New Roman" w:hAnsi="Times New Roman"/>
          <w:sz w:val="24"/>
          <w:szCs w:val="24"/>
        </w:rPr>
      </w:pPr>
      <w:r w:rsidRPr="00E40ED5">
        <w:rPr>
          <w:rStyle w:val="BodyTextChar1"/>
          <w:rFonts w:ascii="Times New Roman" w:hAnsi="Times New Roman"/>
          <w:sz w:val="24"/>
          <w:szCs w:val="24"/>
        </w:rPr>
        <w:t>Характеристика информационно-образовательной среды об</w:t>
      </w:r>
      <w:r w:rsidRPr="00E40ED5">
        <w:rPr>
          <w:rStyle w:val="BodyTextChar1"/>
          <w:rFonts w:ascii="Times New Roman" w:hAnsi="Times New Roman"/>
          <w:sz w:val="24"/>
          <w:szCs w:val="24"/>
        </w:rPr>
        <w:softHyphen/>
        <w:t>разовательной организации по направлениям отражено в та</w:t>
      </w:r>
      <w:r>
        <w:rPr>
          <w:rStyle w:val="BodyTextChar1"/>
          <w:rFonts w:ascii="Times New Roman" w:hAnsi="Times New Roman"/>
          <w:sz w:val="24"/>
          <w:szCs w:val="24"/>
        </w:rPr>
        <w:t>блице.</w:t>
      </w:r>
    </w:p>
    <w:p w:rsidR="00F44E79" w:rsidRDefault="00F44E79" w:rsidP="00E40ED5">
      <w:pPr>
        <w:pStyle w:val="BodyText"/>
        <w:spacing w:line="269" w:lineRule="auto"/>
        <w:jc w:val="both"/>
        <w:rPr>
          <w:rStyle w:val="BodyTextChar1"/>
          <w:rFonts w:ascii="Times New Roman" w:hAnsi="Times New Roman"/>
          <w:sz w:val="24"/>
          <w:szCs w:val="24"/>
        </w:rPr>
      </w:pPr>
    </w:p>
    <w:p w:rsidR="00F44E79" w:rsidRDefault="00F44E79" w:rsidP="00E40ED5">
      <w:pPr>
        <w:pStyle w:val="BodyText"/>
        <w:spacing w:line="269" w:lineRule="auto"/>
        <w:jc w:val="both"/>
        <w:rPr>
          <w:rStyle w:val="BodyTextChar1"/>
          <w:rFonts w:ascii="Times New Roman" w:hAnsi="Times New Roman"/>
          <w:sz w:val="24"/>
          <w:szCs w:val="24"/>
        </w:rPr>
      </w:pPr>
    </w:p>
    <w:p w:rsidR="00F44E79" w:rsidRDefault="00F44E79" w:rsidP="00E40ED5">
      <w:pPr>
        <w:pStyle w:val="BodyText"/>
        <w:spacing w:line="269" w:lineRule="auto"/>
        <w:jc w:val="both"/>
        <w:rPr>
          <w:rStyle w:val="BodyTextChar1"/>
          <w:rFonts w:ascii="Times New Roman" w:hAnsi="Times New Roman"/>
          <w:sz w:val="24"/>
          <w:szCs w:val="24"/>
        </w:rPr>
      </w:pPr>
    </w:p>
    <w:p w:rsidR="00F44E79" w:rsidRDefault="00F44E79" w:rsidP="00E40ED5">
      <w:pPr>
        <w:pStyle w:val="BodyText"/>
        <w:spacing w:line="269" w:lineRule="auto"/>
        <w:jc w:val="both"/>
        <w:rPr>
          <w:rStyle w:val="BodyTextChar1"/>
          <w:rFonts w:ascii="Times New Roman" w:hAnsi="Times New Roman"/>
          <w:sz w:val="24"/>
          <w:szCs w:val="24"/>
        </w:rPr>
      </w:pPr>
    </w:p>
    <w:p w:rsidR="00F44E79" w:rsidRDefault="00F44E79" w:rsidP="00E40ED5">
      <w:pPr>
        <w:pStyle w:val="BodyText"/>
        <w:spacing w:line="269" w:lineRule="auto"/>
        <w:jc w:val="both"/>
        <w:rPr>
          <w:rStyle w:val="BodyTextChar1"/>
          <w:rFonts w:ascii="Times New Roman" w:hAnsi="Times New Roman"/>
          <w:sz w:val="24"/>
          <w:szCs w:val="24"/>
        </w:rPr>
      </w:pPr>
    </w:p>
    <w:p w:rsidR="00F44E79" w:rsidRDefault="00F44E79" w:rsidP="00E40ED5">
      <w:pPr>
        <w:pStyle w:val="BodyText"/>
        <w:spacing w:line="269" w:lineRule="auto"/>
        <w:jc w:val="both"/>
        <w:rPr>
          <w:rStyle w:val="BodyTextChar1"/>
          <w:rFonts w:ascii="Times New Roman" w:hAnsi="Times New Roman"/>
          <w:sz w:val="24"/>
          <w:szCs w:val="24"/>
        </w:rPr>
      </w:pPr>
    </w:p>
    <w:p w:rsidR="00F44E79" w:rsidRDefault="00F44E79" w:rsidP="00E40ED5">
      <w:pPr>
        <w:pStyle w:val="BodyText"/>
        <w:spacing w:line="269" w:lineRule="auto"/>
        <w:jc w:val="both"/>
        <w:rPr>
          <w:rStyle w:val="BodyTextChar1"/>
          <w:rFonts w:ascii="Times New Roman" w:hAnsi="Times New Roman"/>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Default="00F44E79" w:rsidP="00E40ED5">
      <w:pPr>
        <w:pStyle w:val="BodyText"/>
        <w:spacing w:line="269" w:lineRule="auto"/>
        <w:jc w:val="both"/>
        <w:rPr>
          <w:rFonts w:ascii="Times New Roman" w:hAnsi="Times New Roman"/>
          <w:color w:val="auto"/>
          <w:sz w:val="24"/>
          <w:szCs w:val="24"/>
        </w:rPr>
      </w:pPr>
    </w:p>
    <w:p w:rsidR="00F44E79" w:rsidRPr="00355649" w:rsidRDefault="00F44E79" w:rsidP="00FD4913"/>
    <w:p w:rsidR="00F44E79" w:rsidRPr="00355649" w:rsidRDefault="00F44E79" w:rsidP="00FD4913">
      <w:r w:rsidRPr="00355649">
        <w:t>Русский язык и литература</w:t>
      </w:r>
    </w:p>
    <w:tbl>
      <w:tblPr>
        <w:tblW w:w="13935" w:type="dxa"/>
        <w:tblInd w:w="-3" w:type="dxa"/>
        <w:tblLayout w:type="fixed"/>
        <w:tblLook w:val="00A0"/>
      </w:tblPr>
      <w:tblGrid>
        <w:gridCol w:w="1122"/>
        <w:gridCol w:w="2137"/>
        <w:gridCol w:w="933"/>
        <w:gridCol w:w="2396"/>
        <w:gridCol w:w="2224"/>
        <w:gridCol w:w="2749"/>
        <w:gridCol w:w="2374"/>
      </w:tblGrid>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 п/п</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Наименование дисциплины</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класс</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Программы</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Учебники (год, издание), соответствие федеральному перечню</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Используемый методический материал</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Примерная программа основного общего образования по русскому языку.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по русскому языку учебникам 5-9 класса</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 (С.Г.Бархударов, С.Е.Крючков, Л.Ю.Максимов и другие)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2019 г.</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Т.Н.Мамона  «Поурочные разработки по русскому языку в 9 классе»;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Н.В.Егорова «Поурочные разработки по русскому языку»</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КИМы «Русский язык»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«ВАКО»;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М.Ю.Никулина «Тестовые задания по русскому языку 9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Е.М. Сергеева «Тестовые задания по русскому языку»</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по литературе для 5-9 классов под редакцией В.Я. Коровиной</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 (В.Я. Коровина, В.П. Журавлев)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 г.</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И.В. Золотарева,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Н.В. Егорова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«Поурочные разработки по литературе»</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 «Литература»      9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«ВАКО»</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3</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Примерная программа основного общего образования по русскому языку.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по русскому языку к учебникам 5-9 класса</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 (С.Г.Бархударов, С.Е.Крючков, Л.Ю.Максимов и другие)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2019 г.</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Н.Ю. Кадашникова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«Поурочные разработки по русскому языку»</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 «Русский язык»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«ВАКО»;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 Сенина «Тематические тесты. Русский язык. 8 класс»</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4</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по литературе для 5-9 классов под редакцией В.Я. Коровиной</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 (В.Я. Коровина, В.П. Журавлев)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 г.</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Н.В. Егорова, И.В. Золотарева «Поурочные разработки по литературе»</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 «Литература»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«ВАКО»</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Под редакцией М.Т.Баранова, Т.А.Ладыженской, Н.М.Шанского</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язык.7класс. М.:Просвещение 2014 г.</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И.М. Халабаджах. Планы-конспекты уроков. Русский язык. 7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Г.В.Цветкова. Русский язык.Технологические карты уроков в 2-х частях 7 кл.</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Е.А.Влодавская. Диктанты и изложения по русскому языку 7 кл</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О.М.Боякова. Проверочные работы в 2-х частях  по русскому языку  7 кл.</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Е.В.Селезнева.Тесты по русскому языку.7 класс</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239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Под редакцией В.Я.Коровиной</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Литература.7 класс.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В2частях.М.:Просве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щение. 2014 г</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Халабаджах. Планы-конспекты уроков. Литература. 7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О.В.Чермашенцева. Литература. 7 кл.:рабочая программа и система уроков</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КИМы.Литература 7 класс Е.Н.Зубова. Е.Ю.Липина.ЕГЭ: Шаг за шагом.5-8 классы</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Под редакцией М.Т.Баранова, Т.А.Ладыженской, Н.М.Шанско-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го</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язык.6 класс. В 2 частях. М.:Просвещение 2017 г.</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О.В.Чермашенцева, Г.В.Цветкова.Русский язык.6 класс: технологические карты уроков.1,2 полугодие. Волгоград:Учитель, 2015 г.</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Е.В.Селезнева. Диктанты по русскому языку. 6 класс. Москва: Экзамен, 2014 г.</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Рабочая 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 литературе ФГОС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5-9 класса (базовый уровень</w:t>
            </w:r>
          </w:p>
        </w:tc>
        <w:tc>
          <w:tcPr>
            <w:tcW w:w="222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Литература. 6 класс. Учеб. для общеобразоват. организаций с прил. на электрон. носителе. В 2 ч. В. П. Полухина, В.Я. Коровина, В.П. Журавлёв, В.И. Коровин.; под ред. В.Я.Коровиной. – М.: Просвещение, 2017. </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Беляева Н.В. Уроки литературы в 6 классе. Поурочные разработки: учеб. пособие для общеобразоват. организаций / Н.В. Беляева. – 3-е изд. – М. : Просвещение, 2016</w:t>
            </w:r>
          </w:p>
        </w:tc>
        <w:tc>
          <w:tcPr>
            <w:tcW w:w="237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КИМы.Литература 6 класс Е.Н.Зубова.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Е.Ю.Липина.ЕГЭ: Шаг за шагом.5-8 классы</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Русский язык</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Примерная программа основного общего образования по русскому языку.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по русскому языку к учебникам 5-9 класса</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lang w:eastAsia="ar-SA"/>
              </w:rPr>
            </w:pPr>
            <w:r w:rsidRPr="001C7BA4">
              <w:rPr>
                <w:rFonts w:ascii="SchoolBookSanPin-Bold" w:hAnsi="SchoolBookSanPin-Bold" w:cs="SchoolBookSanPin-Bold"/>
                <w:b/>
                <w:bCs/>
                <w:sz w:val="18"/>
                <w:szCs w:val="18"/>
              </w:rPr>
              <w:t xml:space="preserve">Русский язык, 5 класс Т.А. Ладыженская,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М.Т. Баранов,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Л.А. Тростенцова и др. М., «Просвещение», 2012, в 2х частях</w:t>
            </w:r>
          </w:p>
        </w:tc>
        <w:tc>
          <w:tcPr>
            <w:tcW w:w="2749"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lang w:eastAsia="ar-SA"/>
              </w:rPr>
            </w:pPr>
            <w:r w:rsidRPr="001C7BA4">
              <w:rPr>
                <w:rFonts w:ascii="SchoolBookSanPin-Bold" w:hAnsi="SchoolBookSanPin-Bold" w:cs="SchoolBookSanPin-Bold"/>
                <w:b/>
                <w:bCs/>
                <w:sz w:val="18"/>
                <w:szCs w:val="18"/>
              </w:rPr>
              <w:t>Н.В. Егорова Поурочные разработки по русскому языку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 класс</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Русский язык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Тематические тесты 5 класс, «Вако», 2016</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Е.П.Черногрудова Тесты по русскому языку 5 класс «Экзамен», 2015</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Тесты по русскому языку 5 класс Саратов «Лицей»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тетрадь по русскому языку 5 класс</w:t>
            </w: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10</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Рабочая 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 литературе ФГОС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5-9 класса (базовый уровень)</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Литература. 5 класс. Учеб. для общеобразоват. организаций с прил. на электрон. носителе. В 2 ч. В.Я. Коровина, В.П. Журавлёв, В.И. Коровин. – 4-е изд. – М.: Просвещение, 2015.</w:t>
            </w: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Беляева Н.В. Уроки литературы в 5 классе. Поурочные разработки: учеб. пособие для общеобразоват. организаций / Н.В. Беляева. – 3-е изд. – М. : Просвещение, 2016</w:t>
            </w: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тетрадь по литературе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11</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Родной язык (русский)</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Примерная рабочая программа по учебному предмету «Родной язык (русский)» для образовательных организаций, реализующих программы основного общего образования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r w:rsidR="00F44E79" w:rsidRPr="00355649" w:rsidTr="001C7BA4">
        <w:trPr>
          <w:trHeight w:val="69"/>
        </w:trPr>
        <w:tc>
          <w:tcPr>
            <w:tcW w:w="11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12</w:t>
            </w:r>
          </w:p>
        </w:tc>
        <w:tc>
          <w:tcPr>
            <w:tcW w:w="2138"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Родная литература (русская)</w:t>
            </w:r>
          </w:p>
        </w:tc>
        <w:tc>
          <w:tcPr>
            <w:tcW w:w="933"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2396"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программа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 родной (русской) литературе 5-9 классы (базовый уровень</w:t>
            </w:r>
          </w:p>
        </w:tc>
        <w:tc>
          <w:tcPr>
            <w:tcW w:w="222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749"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374" w:type="dxa"/>
            <w:tcBorders>
              <w:top w:val="single" w:sz="4" w:space="0" w:color="auto"/>
              <w:left w:val="single" w:sz="4" w:space="0" w:color="auto"/>
              <w:bottom w:val="single" w:sz="4" w:space="0" w:color="auto"/>
              <w:right w:val="single" w:sz="4" w:space="0" w:color="auto"/>
            </w:tcBorders>
            <w:vAlign w:val="center"/>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bl>
    <w:p w:rsidR="00F44E79" w:rsidRPr="00355649" w:rsidRDefault="00F44E79" w:rsidP="00FD4913"/>
    <w:p w:rsidR="00F44E79" w:rsidRPr="00355649" w:rsidRDefault="00F44E79" w:rsidP="00FD4913"/>
    <w:p w:rsidR="00F44E79" w:rsidRPr="00355649" w:rsidRDefault="00F44E79" w:rsidP="00FD4913">
      <w:r w:rsidRPr="00355649">
        <w:t xml:space="preserve">Иностранные языки </w:t>
      </w:r>
    </w:p>
    <w:p w:rsidR="00F44E79" w:rsidRPr="00355649" w:rsidRDefault="00F44E79" w:rsidP="00FD4913"/>
    <w:p w:rsidR="00F44E79" w:rsidRPr="00355649" w:rsidRDefault="00F44E79" w:rsidP="00FD4913">
      <w:r w:rsidRPr="00355649">
        <w:t>Английский язык</w:t>
      </w:r>
    </w:p>
    <w:p w:rsidR="00F44E79" w:rsidRPr="00355649" w:rsidRDefault="00F44E79" w:rsidP="00FD4913"/>
    <w:p w:rsidR="00F44E79" w:rsidRPr="00355649" w:rsidRDefault="00F44E79" w:rsidP="00FD4913"/>
    <w:tbl>
      <w:tblPr>
        <w:tblW w:w="14460" w:type="dxa"/>
        <w:tblInd w:w="-10" w:type="dxa"/>
        <w:tblLayout w:type="fixed"/>
        <w:tblLook w:val="00A0"/>
      </w:tblPr>
      <w:tblGrid>
        <w:gridCol w:w="573"/>
        <w:gridCol w:w="1842"/>
        <w:gridCol w:w="851"/>
        <w:gridCol w:w="3259"/>
        <w:gridCol w:w="2550"/>
        <w:gridCol w:w="2551"/>
        <w:gridCol w:w="2834"/>
      </w:tblGrid>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 п/п</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Наименование дисциплины</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класс</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Программы</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Учебники (год, издание), соответствие федеральному перечню</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Используемый методический материал</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КИМы</w:t>
            </w:r>
          </w:p>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1</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Английский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5</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Предметная линия учебников Английский в фокусе»  5-9 класс общеобразовательных учреждений. Издательство Просвещение 2016 год</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 Ю. Е Ваулина, Д. Дули </w:t>
            </w:r>
          </w:p>
          <w:p w:rsidR="00F44E79" w:rsidRPr="00355649" w:rsidRDefault="00F44E79" w:rsidP="00FD4913">
            <w:r w:rsidRPr="00355649">
              <w:t>Английский в фокусе 5 класс</w:t>
            </w:r>
          </w:p>
          <w:p w:rsidR="00F44E79" w:rsidRPr="00355649" w:rsidRDefault="00F44E79" w:rsidP="00FD4913">
            <w:r w:rsidRPr="00355649">
              <w:t>Издательство Просвещение</w:t>
            </w:r>
          </w:p>
          <w:p w:rsidR="00F44E79" w:rsidRPr="00355649" w:rsidRDefault="00F44E79" w:rsidP="00FD4913">
            <w:r w:rsidRPr="00355649">
              <w:t xml:space="preserve"> 2016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Ю. Е. Ваулина, Д. Дули </w:t>
            </w:r>
          </w:p>
          <w:p w:rsidR="00F44E79" w:rsidRPr="00355649" w:rsidRDefault="00F44E79" w:rsidP="00FD4913">
            <w:r w:rsidRPr="00355649">
              <w:t xml:space="preserve">Книга для учителя к учебнику  5 класса </w:t>
            </w:r>
          </w:p>
          <w:p w:rsidR="00F44E79" w:rsidRPr="00355649" w:rsidRDefault="00F44E79" w:rsidP="00FD4913">
            <w:r w:rsidRPr="00355649">
              <w:t>Издательство Просвещение</w:t>
            </w:r>
          </w:p>
          <w:p w:rsidR="00F44E79" w:rsidRPr="00355649" w:rsidRDefault="00F44E79" w:rsidP="00FD4913">
            <w:r w:rsidRPr="00355649">
              <w:t xml:space="preserve"> 2016 год</w:t>
            </w:r>
          </w:p>
          <w:p w:rsidR="00F44E79" w:rsidRPr="00355649" w:rsidRDefault="00F44E79" w:rsidP="00FD4913">
            <w:r w:rsidRPr="00355649">
              <w:t>О.В. Наговицына</w:t>
            </w:r>
          </w:p>
          <w:p w:rsidR="00F44E79" w:rsidRPr="00355649" w:rsidRDefault="00F44E79" w:rsidP="00FD4913">
            <w:r w:rsidRPr="00355649">
              <w:t xml:space="preserve">Поурочные разработки к  учебнику  </w:t>
            </w:r>
          </w:p>
          <w:p w:rsidR="00F44E79" w:rsidRPr="00355649" w:rsidRDefault="00F44E79" w:rsidP="00FD4913">
            <w:r w:rsidRPr="00355649">
              <w:t>5 класса 2016 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 xml:space="preserve">Ю. Е. Ваулина, Д. Дули </w:t>
            </w:r>
          </w:p>
          <w:p w:rsidR="00F44E79" w:rsidRPr="00355649" w:rsidRDefault="00F44E79" w:rsidP="00FD4913">
            <w:r w:rsidRPr="00355649">
              <w:t>Контрольные задания</w:t>
            </w:r>
          </w:p>
          <w:p w:rsidR="00F44E79" w:rsidRPr="00355649" w:rsidRDefault="00F44E79" w:rsidP="00FD4913">
            <w:r w:rsidRPr="00355649">
              <w:t>5 класса</w:t>
            </w:r>
          </w:p>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2</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Английский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6</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Предметная линия учебников Английский в фокусе»  5-9 класс общеобразовательных учреждений. Издательство Просвещение 2016 год</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Ю. Е Ваулина, Д. Дули </w:t>
            </w:r>
          </w:p>
          <w:p w:rsidR="00F44E79" w:rsidRPr="00355649" w:rsidRDefault="00F44E79" w:rsidP="00FD4913">
            <w:r w:rsidRPr="00355649">
              <w:t>Английский в фокусе</w:t>
            </w:r>
          </w:p>
          <w:p w:rsidR="00F44E79" w:rsidRPr="00355649" w:rsidRDefault="00F44E79" w:rsidP="00FD4913">
            <w:r w:rsidRPr="00355649">
              <w:t xml:space="preserve"> 6 класс</w:t>
            </w:r>
          </w:p>
          <w:p w:rsidR="00F44E79" w:rsidRPr="00355649" w:rsidRDefault="00F44E79" w:rsidP="00FD4913">
            <w:r w:rsidRPr="00355649">
              <w:t>Издательство Просвещение</w:t>
            </w:r>
          </w:p>
          <w:p w:rsidR="00F44E79" w:rsidRPr="00355649" w:rsidRDefault="00F44E79" w:rsidP="00FD4913">
            <w:r w:rsidRPr="00355649">
              <w:t xml:space="preserve"> 2016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Ю. Е Ваулина, Д. Дули </w:t>
            </w:r>
          </w:p>
          <w:p w:rsidR="00F44E79" w:rsidRPr="00355649" w:rsidRDefault="00F44E79" w:rsidP="00FD4913">
            <w:r w:rsidRPr="00355649">
              <w:t xml:space="preserve">Книга для учителя к учебнику  6 класса </w:t>
            </w:r>
          </w:p>
          <w:p w:rsidR="00F44E79" w:rsidRPr="00355649" w:rsidRDefault="00F44E79" w:rsidP="00FD4913">
            <w:r w:rsidRPr="00355649">
              <w:t>Издательство Просвещение</w:t>
            </w:r>
          </w:p>
          <w:p w:rsidR="00F44E79" w:rsidRPr="00355649" w:rsidRDefault="00F44E79" w:rsidP="00FD4913">
            <w:r w:rsidRPr="00355649">
              <w:t xml:space="preserve"> 2016 год</w:t>
            </w:r>
          </w:p>
          <w:p w:rsidR="00F44E79" w:rsidRPr="00355649" w:rsidRDefault="00F44E79" w:rsidP="00FD4913">
            <w:r w:rsidRPr="00355649">
              <w:t>О.В. Наговицына</w:t>
            </w:r>
          </w:p>
          <w:p w:rsidR="00F44E79" w:rsidRPr="00355649" w:rsidRDefault="00F44E79" w:rsidP="00FD4913">
            <w:r w:rsidRPr="00355649">
              <w:t>Поурочные разработки к  учебнику</w:t>
            </w:r>
          </w:p>
          <w:p w:rsidR="00F44E79" w:rsidRPr="00355649" w:rsidRDefault="00F44E79" w:rsidP="00FD4913">
            <w:r w:rsidRPr="00355649">
              <w:t xml:space="preserve">  6 класса 2016 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 xml:space="preserve">Ю. Е Ваулина, Д. Дули </w:t>
            </w:r>
          </w:p>
          <w:p w:rsidR="00F44E79" w:rsidRPr="00355649" w:rsidRDefault="00F44E79" w:rsidP="00FD4913">
            <w:r w:rsidRPr="00355649">
              <w:t>Контрольные задания</w:t>
            </w:r>
          </w:p>
          <w:p w:rsidR="00F44E79" w:rsidRPr="00355649" w:rsidRDefault="00F44E79" w:rsidP="00FD4913">
            <w:r w:rsidRPr="00355649">
              <w:t>6 класса</w:t>
            </w:r>
          </w:p>
          <w:p w:rsidR="00F44E79" w:rsidRPr="00355649" w:rsidRDefault="00F44E79" w:rsidP="00FD4913"/>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3</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Английский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7</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Предметная линия учебников Английский в фокусе»  5-9 класс общеобразовательных учреждений. Издательство Просвещение 2016 год</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Ю. Е Ваулина, Д. Дули </w:t>
            </w:r>
          </w:p>
          <w:p w:rsidR="00F44E79" w:rsidRPr="00355649" w:rsidRDefault="00F44E79" w:rsidP="00FD4913">
            <w:r w:rsidRPr="00355649">
              <w:t>Английский в фокусе</w:t>
            </w:r>
          </w:p>
          <w:p w:rsidR="00F44E79" w:rsidRPr="00355649" w:rsidRDefault="00F44E79" w:rsidP="00FD4913">
            <w:r w:rsidRPr="00355649">
              <w:t xml:space="preserve"> 7 класс</w:t>
            </w:r>
          </w:p>
          <w:p w:rsidR="00F44E79" w:rsidRPr="00355649" w:rsidRDefault="00F44E79" w:rsidP="00FD4913">
            <w:r w:rsidRPr="00355649">
              <w:t>Издательство Просвещение</w:t>
            </w:r>
          </w:p>
          <w:p w:rsidR="00F44E79" w:rsidRPr="00355649" w:rsidRDefault="00F44E79" w:rsidP="00FD4913">
            <w:r w:rsidRPr="00355649">
              <w:t xml:space="preserve"> 2016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Ю. Е. Ваулина, Д. Дули </w:t>
            </w:r>
          </w:p>
          <w:p w:rsidR="00F44E79" w:rsidRPr="00355649" w:rsidRDefault="00F44E79" w:rsidP="00FD4913">
            <w:r w:rsidRPr="00355649">
              <w:t xml:space="preserve">Книга для учителя к учебнику </w:t>
            </w:r>
          </w:p>
          <w:p w:rsidR="00F44E79" w:rsidRPr="00355649" w:rsidRDefault="00F44E79" w:rsidP="00FD4913">
            <w:r w:rsidRPr="00355649">
              <w:t xml:space="preserve"> 7 класса </w:t>
            </w:r>
          </w:p>
          <w:p w:rsidR="00F44E79" w:rsidRPr="00355649" w:rsidRDefault="00F44E79" w:rsidP="00FD4913">
            <w:r w:rsidRPr="00355649">
              <w:t>Издательство Просвещение</w:t>
            </w:r>
          </w:p>
          <w:p w:rsidR="00F44E79" w:rsidRPr="00355649" w:rsidRDefault="00F44E79" w:rsidP="00FD4913">
            <w:r w:rsidRPr="00355649">
              <w:t xml:space="preserve"> 2016 год</w:t>
            </w:r>
          </w:p>
          <w:p w:rsidR="00F44E79" w:rsidRPr="00355649" w:rsidRDefault="00F44E79" w:rsidP="00FD4913">
            <w:r w:rsidRPr="00355649">
              <w:t>О.В. Наговицына</w:t>
            </w:r>
          </w:p>
          <w:p w:rsidR="00F44E79" w:rsidRPr="00355649" w:rsidRDefault="00F44E79" w:rsidP="00FD4913">
            <w:r w:rsidRPr="00355649">
              <w:t xml:space="preserve">Поурочные разработки к  учебнику  </w:t>
            </w:r>
          </w:p>
          <w:p w:rsidR="00F44E79" w:rsidRPr="00355649" w:rsidRDefault="00F44E79" w:rsidP="00FD4913">
            <w:r w:rsidRPr="00355649">
              <w:t>7 класса 2016 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 xml:space="preserve">Ю. Е Ваулина, Д. Дули </w:t>
            </w:r>
          </w:p>
          <w:p w:rsidR="00F44E79" w:rsidRPr="00355649" w:rsidRDefault="00F44E79" w:rsidP="00FD4913">
            <w:r w:rsidRPr="00355649">
              <w:t>Контрольные задания</w:t>
            </w:r>
          </w:p>
          <w:p w:rsidR="00F44E79" w:rsidRPr="00355649" w:rsidRDefault="00F44E79" w:rsidP="00FD4913">
            <w:r w:rsidRPr="00355649">
              <w:t>7 класса</w:t>
            </w:r>
          </w:p>
          <w:p w:rsidR="00F44E79" w:rsidRPr="00355649" w:rsidRDefault="00F44E79" w:rsidP="00FD4913"/>
          <w:p w:rsidR="00F44E79" w:rsidRPr="00355649" w:rsidRDefault="00F44E79" w:rsidP="00FD4913"/>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4</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Английский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8</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курса английского языка.</w:t>
            </w:r>
          </w:p>
          <w:p w:rsidR="00F44E79" w:rsidRPr="00355649" w:rsidRDefault="00F44E79" w:rsidP="00FD4913">
            <w:r w:rsidRPr="00355649">
              <w:t xml:space="preserve"> М. З. Биболетовой, </w:t>
            </w:r>
          </w:p>
          <w:p w:rsidR="00F44E79" w:rsidRPr="00355649" w:rsidRDefault="00F44E79" w:rsidP="00FD4913">
            <w:r w:rsidRPr="00355649">
              <w:t xml:space="preserve"> « Английский с удовольствием»  для 2-11 классов общеобразовательных учреждений. Издательство Титул 2012 год</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М.З.Биболетова, </w:t>
            </w:r>
          </w:p>
          <w:p w:rsidR="00F44E79" w:rsidRPr="00355649" w:rsidRDefault="00F44E79" w:rsidP="00FD4913">
            <w:r w:rsidRPr="00355649">
              <w:t>Английский с удовольствием 8 класс</w:t>
            </w:r>
          </w:p>
          <w:p w:rsidR="00F44E79" w:rsidRPr="00355649" w:rsidRDefault="00F44E79" w:rsidP="00FD4913">
            <w:r w:rsidRPr="00355649">
              <w:t>Издательство Титул</w:t>
            </w:r>
          </w:p>
          <w:p w:rsidR="00F44E79" w:rsidRPr="00355649" w:rsidRDefault="00F44E79" w:rsidP="00FD4913">
            <w:r w:rsidRPr="00355649">
              <w:t xml:space="preserve"> 2015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М. З. Биболетова</w:t>
            </w:r>
          </w:p>
          <w:p w:rsidR="00F44E79" w:rsidRPr="00355649" w:rsidRDefault="00F44E79" w:rsidP="00FD4913">
            <w:r w:rsidRPr="00355649">
              <w:t xml:space="preserve">Книга для учителя к учебнику 8 класса </w:t>
            </w:r>
          </w:p>
          <w:p w:rsidR="00F44E79" w:rsidRPr="00355649" w:rsidRDefault="00F44E79" w:rsidP="00FD4913">
            <w:r w:rsidRPr="00355649">
              <w:t>Издательство Титул</w:t>
            </w:r>
          </w:p>
          <w:p w:rsidR="00F44E79" w:rsidRPr="00355649" w:rsidRDefault="00F44E79" w:rsidP="00FD4913">
            <w:r w:rsidRPr="00355649">
              <w:t xml:space="preserve"> 2012 год</w:t>
            </w:r>
          </w:p>
          <w:p w:rsidR="00F44E79" w:rsidRPr="00355649" w:rsidRDefault="00F44E79" w:rsidP="00FD4913">
            <w:r w:rsidRPr="00355649">
              <w:t>Е. В. Дзюина</w:t>
            </w:r>
          </w:p>
          <w:p w:rsidR="00F44E79" w:rsidRPr="00355649" w:rsidRDefault="00F44E79" w:rsidP="00FD4913">
            <w:r w:rsidRPr="00355649">
              <w:t xml:space="preserve">Поурочные разработки к  учебнику </w:t>
            </w:r>
          </w:p>
          <w:p w:rsidR="00F44E79" w:rsidRPr="00355649" w:rsidRDefault="00F44E79" w:rsidP="00FD4913">
            <w:r w:rsidRPr="00355649">
              <w:t xml:space="preserve"> 8 класса 2012 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Л. В. Лысакова</w:t>
            </w:r>
          </w:p>
          <w:p w:rsidR="00F44E79" w:rsidRPr="00355649" w:rsidRDefault="00F44E79" w:rsidP="00FD4913">
            <w:r w:rsidRPr="00355649">
              <w:t>Английский язык 8 класс</w:t>
            </w:r>
          </w:p>
          <w:p w:rsidR="00F44E79" w:rsidRPr="00355649" w:rsidRDefault="00F44E79" w:rsidP="00FD4913">
            <w:r w:rsidRPr="00355649">
              <w:t>Москва «Вако» 2012 год</w:t>
            </w:r>
          </w:p>
          <w:p w:rsidR="00F44E79" w:rsidRPr="00355649" w:rsidRDefault="00F44E79" w:rsidP="00FD4913"/>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5</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Английский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9</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курса английского языка.</w:t>
            </w:r>
          </w:p>
          <w:p w:rsidR="00F44E79" w:rsidRPr="00355649" w:rsidRDefault="00F44E79" w:rsidP="00FD4913">
            <w:r w:rsidRPr="00355649">
              <w:t xml:space="preserve"> М. З. Биболетовой, </w:t>
            </w:r>
          </w:p>
          <w:p w:rsidR="00F44E79" w:rsidRPr="00355649" w:rsidRDefault="00F44E79" w:rsidP="00FD4913">
            <w:r w:rsidRPr="00355649">
              <w:t xml:space="preserve"> « Английский с удовольствием»  для 2-11 классов общеобразовательных учреждений. Издательство Титул 2012 год</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М.З.Биболетова, </w:t>
            </w:r>
          </w:p>
          <w:p w:rsidR="00F44E79" w:rsidRPr="00355649" w:rsidRDefault="00F44E79" w:rsidP="00FD4913">
            <w:r w:rsidRPr="00355649">
              <w:t>Английский с удовольствием 9 класс</w:t>
            </w:r>
          </w:p>
          <w:p w:rsidR="00F44E79" w:rsidRPr="00355649" w:rsidRDefault="00F44E79" w:rsidP="00FD4913">
            <w:r w:rsidRPr="00355649">
              <w:t>Издательство Титул</w:t>
            </w:r>
          </w:p>
          <w:p w:rsidR="00F44E79" w:rsidRPr="00355649" w:rsidRDefault="00F44E79" w:rsidP="00FD4913">
            <w:r w:rsidRPr="00355649">
              <w:t xml:space="preserve"> 2015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М. З. Биболетова</w:t>
            </w:r>
          </w:p>
          <w:p w:rsidR="00F44E79" w:rsidRPr="00355649" w:rsidRDefault="00F44E79" w:rsidP="00FD4913">
            <w:r w:rsidRPr="00355649">
              <w:t xml:space="preserve">Книга для учителя к учебнику 9 класса </w:t>
            </w:r>
          </w:p>
          <w:p w:rsidR="00F44E79" w:rsidRPr="00355649" w:rsidRDefault="00F44E79" w:rsidP="00FD4913">
            <w:r w:rsidRPr="00355649">
              <w:t>Издательство Титул</w:t>
            </w:r>
          </w:p>
          <w:p w:rsidR="00F44E79" w:rsidRPr="00355649" w:rsidRDefault="00F44E79" w:rsidP="00FD4913">
            <w:r w:rsidRPr="00355649">
              <w:t xml:space="preserve"> 2012 год</w:t>
            </w:r>
          </w:p>
          <w:p w:rsidR="00F44E79" w:rsidRPr="00355649" w:rsidRDefault="00F44E79" w:rsidP="00FD4913">
            <w:r w:rsidRPr="00355649">
              <w:t>Е. В. Дзюина</w:t>
            </w:r>
          </w:p>
          <w:p w:rsidR="00F44E79" w:rsidRPr="00355649" w:rsidRDefault="00F44E79" w:rsidP="00FD4913">
            <w:r w:rsidRPr="00355649">
              <w:t xml:space="preserve">Поурочные разработки к  учебнику </w:t>
            </w:r>
          </w:p>
          <w:p w:rsidR="00F44E79" w:rsidRPr="00355649" w:rsidRDefault="00F44E79" w:rsidP="00FD4913">
            <w:r w:rsidRPr="00355649">
              <w:t xml:space="preserve"> 9 класса 2012 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Е. В. Сахаров</w:t>
            </w:r>
          </w:p>
          <w:p w:rsidR="00F44E79" w:rsidRPr="00355649" w:rsidRDefault="00F44E79" w:rsidP="00FD4913">
            <w:r w:rsidRPr="00355649">
              <w:t>Английский язык 9 класс</w:t>
            </w:r>
          </w:p>
          <w:p w:rsidR="00F44E79" w:rsidRPr="00355649" w:rsidRDefault="00F44E79" w:rsidP="00FD4913">
            <w:r w:rsidRPr="00355649">
              <w:t>Москва «Вако» 2012 год</w:t>
            </w:r>
          </w:p>
          <w:p w:rsidR="00F44E79" w:rsidRPr="00355649" w:rsidRDefault="00F44E79" w:rsidP="00FD4913"/>
        </w:tc>
      </w:tr>
    </w:tbl>
    <w:p w:rsidR="00F44E79" w:rsidRPr="00355649" w:rsidRDefault="00F44E79" w:rsidP="00FD4913"/>
    <w:p w:rsidR="00F44E79" w:rsidRPr="00355649" w:rsidRDefault="00F44E79" w:rsidP="00FD4913"/>
    <w:p w:rsidR="00F44E79" w:rsidRPr="00355649" w:rsidRDefault="00F44E79" w:rsidP="00FD4913">
      <w:r w:rsidRPr="00355649">
        <w:t>Немецкий язык</w:t>
      </w:r>
    </w:p>
    <w:p w:rsidR="00F44E79" w:rsidRPr="00355649" w:rsidRDefault="00F44E79" w:rsidP="00FD4913"/>
    <w:tbl>
      <w:tblPr>
        <w:tblW w:w="14460" w:type="dxa"/>
        <w:tblInd w:w="-10" w:type="dxa"/>
        <w:tblLayout w:type="fixed"/>
        <w:tblLook w:val="00A0"/>
      </w:tblPr>
      <w:tblGrid>
        <w:gridCol w:w="573"/>
        <w:gridCol w:w="1842"/>
        <w:gridCol w:w="851"/>
        <w:gridCol w:w="3259"/>
        <w:gridCol w:w="2550"/>
        <w:gridCol w:w="2551"/>
        <w:gridCol w:w="2834"/>
      </w:tblGrid>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 п/п</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Наименование дисциплины</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класс</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Программы</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Учебники (год, издание), соответствие федеральному перечню</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Используемый методический материал</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КИМы</w:t>
            </w:r>
          </w:p>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1</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Немецкий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5</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 (ФГОС НОО 21)</w:t>
            </w:r>
          </w:p>
          <w:p w:rsidR="00F44E79" w:rsidRPr="00355649" w:rsidRDefault="00F44E79" w:rsidP="00FD4913">
            <w:r w:rsidRPr="00355649">
              <w:t>Предметная линия учебников И. Л. Бим Немецкий язык 5 - 9 классы для  общеобразовательных учреждений.  Издательство Просвещение 2017г.</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И. Рыжова</w:t>
            </w:r>
          </w:p>
          <w:p w:rsidR="00F44E79" w:rsidRPr="00355649" w:rsidRDefault="00F44E79" w:rsidP="00FD4913">
            <w:r w:rsidRPr="00355649">
              <w:t>Немецкий язык</w:t>
            </w:r>
          </w:p>
          <w:p w:rsidR="00F44E79" w:rsidRPr="00355649" w:rsidRDefault="00F44E79" w:rsidP="00FD4913">
            <w:r w:rsidRPr="00355649">
              <w:t>5 класс</w:t>
            </w:r>
          </w:p>
          <w:p w:rsidR="00F44E79" w:rsidRPr="00355649" w:rsidRDefault="00F44E79" w:rsidP="00FD4913">
            <w:r w:rsidRPr="00355649">
              <w:t>Издательство Просвещение</w:t>
            </w:r>
          </w:p>
          <w:p w:rsidR="00F44E79" w:rsidRPr="00355649" w:rsidRDefault="00F44E79" w:rsidP="00FD4913">
            <w:r w:rsidRPr="00355649">
              <w:t xml:space="preserve"> 2017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В. Садомова</w:t>
            </w:r>
          </w:p>
          <w:p w:rsidR="00F44E79" w:rsidRPr="00355649" w:rsidRDefault="00F44E79" w:rsidP="00FD4913">
            <w:r w:rsidRPr="00355649">
              <w:t>О. В. Каплина</w:t>
            </w:r>
          </w:p>
          <w:p w:rsidR="00F44E79" w:rsidRPr="00355649" w:rsidRDefault="00F44E79" w:rsidP="00FD4913">
            <w:r w:rsidRPr="00355649">
              <w:t xml:space="preserve">Книга для учителя к учебнику  5 класса </w:t>
            </w:r>
          </w:p>
          <w:p w:rsidR="00F44E79" w:rsidRPr="00355649" w:rsidRDefault="00F44E79" w:rsidP="00FD4913">
            <w:r w:rsidRPr="00355649">
              <w:t>Издательство Просвещение</w:t>
            </w:r>
          </w:p>
          <w:p w:rsidR="00F44E79" w:rsidRPr="00355649" w:rsidRDefault="00F44E79" w:rsidP="00FD4913">
            <w:r w:rsidRPr="00355649">
              <w:t xml:space="preserve"> 2017 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2</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Немецкий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7</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Предметная линия учебников И. Л. Бим Немецкий язык 5 - 9 классы для  общеобразовательных учреждений.  Издательство Просвещение 2017г.</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В. Садомова</w:t>
            </w:r>
          </w:p>
          <w:p w:rsidR="00F44E79" w:rsidRPr="00355649" w:rsidRDefault="00F44E79" w:rsidP="00FD4913">
            <w:r w:rsidRPr="00355649">
              <w:t>Немецкий язык</w:t>
            </w:r>
          </w:p>
          <w:p w:rsidR="00F44E79" w:rsidRPr="00355649" w:rsidRDefault="00F44E79" w:rsidP="00FD4913">
            <w:r w:rsidRPr="00355649">
              <w:t>7 класс</w:t>
            </w:r>
          </w:p>
          <w:p w:rsidR="00F44E79" w:rsidRPr="00355649" w:rsidRDefault="00F44E79" w:rsidP="00FD4913">
            <w:r w:rsidRPr="00355649">
              <w:t>Издательство Просвещение</w:t>
            </w:r>
          </w:p>
          <w:p w:rsidR="00F44E79" w:rsidRPr="00355649" w:rsidRDefault="00F44E79" w:rsidP="00FD4913">
            <w:r w:rsidRPr="00355649">
              <w:t xml:space="preserve"> 2017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В. Садомова</w:t>
            </w:r>
          </w:p>
          <w:p w:rsidR="00F44E79" w:rsidRPr="00355649" w:rsidRDefault="00F44E79" w:rsidP="00FD4913">
            <w:r w:rsidRPr="00355649">
              <w:t>Р. Х. Жарова</w:t>
            </w:r>
          </w:p>
          <w:p w:rsidR="00F44E79" w:rsidRPr="00355649" w:rsidRDefault="00F44E79" w:rsidP="00FD4913">
            <w:r w:rsidRPr="00355649">
              <w:t xml:space="preserve">Книга для учителя к учебнику  7 класса </w:t>
            </w:r>
          </w:p>
          <w:p w:rsidR="00F44E79" w:rsidRPr="00355649" w:rsidRDefault="00F44E79" w:rsidP="00FD4913">
            <w:r w:rsidRPr="00355649">
              <w:t>Издательство Просвещение</w:t>
            </w:r>
          </w:p>
          <w:p w:rsidR="00F44E79" w:rsidRPr="00355649" w:rsidRDefault="00F44E79" w:rsidP="00FD4913">
            <w:r w:rsidRPr="00355649">
              <w:t xml:space="preserve"> 2017год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3</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Немецкий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8</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Рабочая программа. Предметная линия учебников И. Л. Бим Немецкий язык 5 - 9 классы для  общеобразовательных учреждений.  Издательство Просвещение 2017г</w:t>
            </w:r>
          </w:p>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В. Садомова</w:t>
            </w:r>
          </w:p>
          <w:p w:rsidR="00F44E79" w:rsidRPr="00355649" w:rsidRDefault="00F44E79" w:rsidP="00FD4913">
            <w:r w:rsidRPr="00355649">
              <w:t>Ж.Я.Крылова</w:t>
            </w:r>
          </w:p>
          <w:p w:rsidR="00F44E79" w:rsidRPr="00355649" w:rsidRDefault="00F44E79" w:rsidP="00FD4913">
            <w:r w:rsidRPr="00355649">
              <w:t>Немецкий язык</w:t>
            </w:r>
          </w:p>
          <w:p w:rsidR="00F44E79" w:rsidRPr="00355649" w:rsidRDefault="00F44E79" w:rsidP="00FD4913">
            <w:r w:rsidRPr="00355649">
              <w:t>8 класс</w:t>
            </w:r>
          </w:p>
          <w:p w:rsidR="00F44E79" w:rsidRPr="00355649" w:rsidRDefault="00F44E79" w:rsidP="00FD4913">
            <w:r w:rsidRPr="00355649">
              <w:t>Издательство Просвещение</w:t>
            </w:r>
          </w:p>
          <w:p w:rsidR="00F44E79" w:rsidRPr="00355649" w:rsidRDefault="00F44E79" w:rsidP="00FD4913">
            <w:r w:rsidRPr="00355649">
              <w:t xml:space="preserve"> 2017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В. Садомова</w:t>
            </w:r>
          </w:p>
          <w:p w:rsidR="00F44E79" w:rsidRPr="00355649" w:rsidRDefault="00F44E79" w:rsidP="00FD4913">
            <w:r w:rsidRPr="00355649">
              <w:t xml:space="preserve">Книга для учителя к учебнику  8 класса </w:t>
            </w:r>
          </w:p>
          <w:p w:rsidR="00F44E79" w:rsidRPr="00355649" w:rsidRDefault="00F44E79" w:rsidP="00FD4913">
            <w:r w:rsidRPr="00355649">
              <w:t>Издательство Просвещение</w:t>
            </w:r>
          </w:p>
          <w:p w:rsidR="00F44E79" w:rsidRPr="00355649" w:rsidRDefault="00F44E79" w:rsidP="00FD4913">
            <w:r w:rsidRPr="00355649">
              <w:t xml:space="preserve"> 2017год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tc>
      </w:tr>
      <w:tr w:rsidR="00F44E79" w:rsidRPr="00355649" w:rsidTr="00FD4913">
        <w:tc>
          <w:tcPr>
            <w:tcW w:w="572" w:type="dxa"/>
            <w:tcBorders>
              <w:top w:val="single" w:sz="4" w:space="0" w:color="000000"/>
              <w:left w:val="single" w:sz="4" w:space="0" w:color="000000"/>
              <w:bottom w:val="single" w:sz="4" w:space="0" w:color="000000"/>
              <w:right w:val="nil"/>
            </w:tcBorders>
          </w:tcPr>
          <w:p w:rsidR="00F44E79" w:rsidRPr="00355649" w:rsidRDefault="00F44E79" w:rsidP="00FD4913">
            <w:r w:rsidRPr="00355649">
              <w:t>4</w:t>
            </w:r>
          </w:p>
        </w:tc>
        <w:tc>
          <w:tcPr>
            <w:tcW w:w="184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Немецкий язык</w:t>
            </w:r>
          </w:p>
        </w:tc>
        <w:tc>
          <w:tcPr>
            <w:tcW w:w="851" w:type="dxa"/>
            <w:tcBorders>
              <w:top w:val="single" w:sz="4" w:space="0" w:color="000000"/>
              <w:left w:val="single" w:sz="4" w:space="0" w:color="000000"/>
              <w:bottom w:val="single" w:sz="4" w:space="0" w:color="000000"/>
              <w:right w:val="nil"/>
            </w:tcBorders>
          </w:tcPr>
          <w:p w:rsidR="00F44E79" w:rsidRPr="00355649" w:rsidRDefault="00F44E79" w:rsidP="00FD4913">
            <w:r w:rsidRPr="00355649">
              <w:t>9</w:t>
            </w:r>
          </w:p>
        </w:tc>
        <w:tc>
          <w:tcPr>
            <w:tcW w:w="3260"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Рабочая программа. Предметная линия учебников И. Л. Бим Немецкий язык 5 - 9 классы для  общеобразовательных учреждений.  Издательство Просвещение 2017г </w:t>
            </w:r>
          </w:p>
          <w:p w:rsidR="00F44E79" w:rsidRPr="00355649" w:rsidRDefault="00F44E79" w:rsidP="00FD4913"/>
        </w:tc>
        <w:tc>
          <w:tcPr>
            <w:tcW w:w="2551"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В. Садомова</w:t>
            </w:r>
          </w:p>
          <w:p w:rsidR="00F44E79" w:rsidRPr="00355649" w:rsidRDefault="00F44E79" w:rsidP="00FD4913">
            <w:r w:rsidRPr="00355649">
              <w:t>Немецкий язык</w:t>
            </w:r>
          </w:p>
          <w:p w:rsidR="00F44E79" w:rsidRPr="00355649" w:rsidRDefault="00F44E79" w:rsidP="00FD4913">
            <w:r w:rsidRPr="00355649">
              <w:t>9 класс</w:t>
            </w:r>
          </w:p>
          <w:p w:rsidR="00F44E79" w:rsidRPr="00355649" w:rsidRDefault="00F44E79" w:rsidP="00FD4913">
            <w:r w:rsidRPr="00355649">
              <w:t>Издательство Просвещение</w:t>
            </w:r>
          </w:p>
          <w:p w:rsidR="00F44E79" w:rsidRPr="00355649" w:rsidRDefault="00F44E79" w:rsidP="00FD4913">
            <w:r w:rsidRPr="00355649">
              <w:t xml:space="preserve"> 2017 год</w:t>
            </w:r>
          </w:p>
        </w:tc>
        <w:tc>
          <w:tcPr>
            <w:tcW w:w="2552" w:type="dxa"/>
            <w:tcBorders>
              <w:top w:val="single" w:sz="4" w:space="0" w:color="000000"/>
              <w:left w:val="single" w:sz="4" w:space="0" w:color="000000"/>
              <w:bottom w:val="single" w:sz="4" w:space="0" w:color="000000"/>
              <w:right w:val="nil"/>
            </w:tcBorders>
          </w:tcPr>
          <w:p w:rsidR="00F44E79" w:rsidRPr="00355649" w:rsidRDefault="00F44E79" w:rsidP="00FD4913">
            <w:r w:rsidRPr="00355649">
              <w:t>И. Л. Бим</w:t>
            </w:r>
          </w:p>
          <w:p w:rsidR="00F44E79" w:rsidRPr="00355649" w:rsidRDefault="00F44E79" w:rsidP="00FD4913">
            <w:r w:rsidRPr="00355649">
              <w:t>Л. В. Садомова</w:t>
            </w:r>
          </w:p>
          <w:p w:rsidR="00F44E79" w:rsidRPr="00355649" w:rsidRDefault="00F44E79" w:rsidP="00FD4913">
            <w:r w:rsidRPr="00355649">
              <w:t>Р.Х.Жарова</w:t>
            </w:r>
          </w:p>
          <w:p w:rsidR="00F44E79" w:rsidRPr="00355649" w:rsidRDefault="00F44E79" w:rsidP="00FD4913">
            <w:r w:rsidRPr="00355649">
              <w:t xml:space="preserve">Книга для учителя к учебнику  9 класса </w:t>
            </w:r>
          </w:p>
          <w:p w:rsidR="00F44E79" w:rsidRPr="00355649" w:rsidRDefault="00F44E79" w:rsidP="00FD4913">
            <w:r w:rsidRPr="00355649">
              <w:t>Издательство Просвещение</w:t>
            </w:r>
          </w:p>
          <w:p w:rsidR="00F44E79" w:rsidRPr="00355649" w:rsidRDefault="00F44E79" w:rsidP="00FD4913">
            <w:r w:rsidRPr="00355649">
              <w:t xml:space="preserve"> 2017год</w:t>
            </w:r>
          </w:p>
        </w:tc>
        <w:tc>
          <w:tcPr>
            <w:tcW w:w="2835"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tc>
      </w:tr>
    </w:tbl>
    <w:p w:rsidR="00F44E79" w:rsidRPr="00355649" w:rsidRDefault="00F44E79" w:rsidP="00FD4913"/>
    <w:p w:rsidR="00F44E79" w:rsidRPr="00355649" w:rsidRDefault="00F44E79" w:rsidP="00FD4913"/>
    <w:p w:rsidR="00F44E79" w:rsidRPr="00355649" w:rsidRDefault="00F44E79" w:rsidP="00FD4913"/>
    <w:p w:rsidR="00F44E79" w:rsidRPr="00355649" w:rsidRDefault="00F44E79" w:rsidP="00FD4913"/>
    <w:p w:rsidR="00F44E79" w:rsidRPr="00355649" w:rsidRDefault="00F44E79" w:rsidP="00FD4913">
      <w:r w:rsidRPr="00355649">
        <w:t xml:space="preserve"> </w:t>
      </w:r>
    </w:p>
    <w:p w:rsidR="00F44E79" w:rsidRPr="00355649" w:rsidRDefault="00F44E79" w:rsidP="00FD4913">
      <w:r w:rsidRPr="00355649">
        <w:t>Математика</w:t>
      </w:r>
    </w:p>
    <w:p w:rsidR="00F44E79" w:rsidRPr="00355649" w:rsidRDefault="00F44E79" w:rsidP="00FD4913"/>
    <w:tbl>
      <w:tblPr>
        <w:tblW w:w="14910" w:type="dxa"/>
        <w:tblInd w:w="-3" w:type="dxa"/>
        <w:tblLayout w:type="fixed"/>
        <w:tblLook w:val="00A0"/>
      </w:tblPr>
      <w:tblGrid>
        <w:gridCol w:w="902"/>
        <w:gridCol w:w="1822"/>
        <w:gridCol w:w="903"/>
        <w:gridCol w:w="2504"/>
        <w:gridCol w:w="2291"/>
        <w:gridCol w:w="3086"/>
        <w:gridCol w:w="3402"/>
      </w:tblGrid>
      <w:tr w:rsidR="00F44E79" w:rsidRPr="00355649" w:rsidTr="001C7BA4">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п/п</w:t>
            </w:r>
          </w:p>
        </w:tc>
        <w:tc>
          <w:tcPr>
            <w:tcW w:w="18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Наименование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дисциплины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класс</w:t>
            </w:r>
          </w:p>
        </w:tc>
        <w:tc>
          <w:tcPr>
            <w:tcW w:w="250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w:t>
            </w:r>
          </w:p>
        </w:tc>
        <w:tc>
          <w:tcPr>
            <w:tcW w:w="229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Учебники (автор, год, издание), соответствие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федеральному закону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308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Используемый методический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материал</w:t>
            </w:r>
          </w:p>
        </w:tc>
        <w:tc>
          <w:tcPr>
            <w:tcW w:w="340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w:t>
            </w:r>
          </w:p>
        </w:tc>
      </w:tr>
      <w:tr w:rsidR="00F44E79" w:rsidRPr="00355649" w:rsidTr="001C7BA4">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3</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4</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7</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8   </w:t>
            </w:r>
          </w:p>
        </w:tc>
        <w:tc>
          <w:tcPr>
            <w:tcW w:w="18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Математика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Математика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50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Рабочая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обще-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образовательных</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учреждений к учебнику Т.Я.Виленкина и другие в 5 классе.  Составитель Т.А.. Бурмистрова, 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Рабочая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обще-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образовательных</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учреждений к учебнику Т.Я.Виленкина и другие в 6 классе.  Составитель Т.А.. Бурмистрова, 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 Рабочая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обще-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образовательных</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учреждений к учебнику Ю.Н. Макарычева  и другие в 7 классе.  Составитель Т.А. Бурмистрова,Москва,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 Рабочая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обще-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образовательных</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учреждений к учебнику Ю.Н. Макарычева  и другие в 8 классе.  Составитель Т.А. Бурмистрова,Москва, Просвещение,2014г.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 Рабочая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обще-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образовательных</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учреждений к учебнику Ю.Н. Макарычева  и другие в 9 классе.  Составитель Т.А. Бурмистрова,Москва,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Просвещение,2014г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Геометрия. Рабочая программа общеобразовательных учреждений к учебнику А.В.Погорелова в  7-9  классе.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Составитель Т.А.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Бурмистрова, Москва, Просвещение, 2014</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 Рабочая программа общеобразовательных учреждений к учебнику А.В.Погорелова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в  7-9  классе.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Составитель Т.А.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Бурмистрова,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Просвещение, 2014</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 Рабочая программа общеобразовательных учреждений к учебнику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А.В.Погорелова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  7-9  классе. Составитель Т.А. Бурмистрова,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Просвещение, 2014</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29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Математика,5класс,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Н.Я. Виленкин, В.И.Жохов,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А.С.Чесноков, С.И. Шварц-Бург. Москва,Мнемозина, 2014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Математика,6класс,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Н.Я. Виленкин, В.И.Жохов,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А.С.Чесноков, С.И. Шварц-Бург. Москва ,Мнемозина, 2014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 7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Макарычев Ю.Н.,Миндюк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Н.Г.,Нешков К.И.и другие.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Просвещение,2012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 8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Макарычев Ю.Н.,Миндюк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Н.Г.,Нешков К.И.и другие.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Просвещение,20124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Алгебра, 9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Макарычев Ю.Н.,Миндюк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Н.Г.,Нешков К.И.и другие.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Просвещение,20124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А.В.Погорелов.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Геометрия,учебник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для   7-9 классов образовательных учреждений,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А.В.Погорелов.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Геометрия,учебник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для   7-9 классов образовательных учреждений,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А.В.Погорелов.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Геометрия,учебник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для   7-9 классов образовательных учреждений,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2014г.</w:t>
            </w:r>
          </w:p>
        </w:tc>
        <w:tc>
          <w:tcPr>
            <w:tcW w:w="308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Попова Л.П. Поурочные разработки  по математие. Математический тренажер. Учебное интерактивное пособие к учебнику Н.Я. Виленкина. Математические диктанты. В.И.Ахременкова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«Технологические карты по ФГОС», 2015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В.И.Ахременкова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«Технологические карты по ФГОС», 2015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Попова Л.П. Поурочные разработки  по математи- ке. Математический тренажер. Учебное интерактивное пособие к учебнику Н.Я. Виленкина. Математические диктанты.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Ю.Н. Макарычев  и другие в 7-9 классе.  Пособие для учителей общеобразовательных учреждений,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Миндюк  Н.Г.Москва,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 2013год.</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Поурочные планы,Е.А.Ким,</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Москва, Просвещение 2012г.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»Раздаточный  материал», Жохов В.И. Маслакова Г.И. ««Технологические карты по ФГОС», 2015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Ю.Н. Макарычев  и другие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 7-9 классе.  Пособие для учителей общеобразовательных учреждений,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Миндюк  Н.Г.Москва,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 2013год.</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Поурочные планы, В.В. Черноруцкий «Кимы»,  Москва, Просвещение 2012 г. Раздаточный материал, Жохов В.И. Уроки   алгебры   в  8  классе.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Ю.Н. Макарычев  и другие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 7-9 классе.  Пособие для учителей общеобразовательных учреждений,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индюк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Н.Г.Москва,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2013год. Поурочные планы,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Е.А.Ким, Москва, Просвещение 2012 г.Раздаточный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материал, Жохов В.И.Уроки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алгебры в 9 классе.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Бутузов В.Ф. Поурочные планы, Москва, ,Просвещение,2014г.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Дидактические материалы , Зив Б.Г., Москва,Просвещение,2014г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В.А.Гусев, А.И.Медяник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Дидактические материа-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лы, Москва,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Бутузов В.Ф. Поурочные планы, Москва, ,Просвещение,2014г. Дидактические материалы , Зив Б.Г., Москва, Просвещение,2014г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В.А.Гусев, А.И.Медяник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Дидактические материалы, Москва,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Бутузов В.Ф. Поурочные планы, Москва,  Просвещение, 2014г.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Дидактические материалы , Зив Б.Г., Москва, Просвещение,2014г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2014г.  В.А.Гусев, А.И.Медяник</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Дидактические материалы, Москва, Просвещение,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2014г.</w:t>
            </w:r>
          </w:p>
        </w:tc>
        <w:tc>
          <w:tcPr>
            <w:tcW w:w="340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А.С.Чесноков. Дидактический материал.</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Раздаточные карточки. Л.И.Мартышова. Аттестация по всем предметам.</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Л.П.Попова «Кимы», 2016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А.С.Чесноков. Дидактический материал</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.Раздаточные карточки. Л.И.Мартышова. Аттестация по всем предметам</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Л.П.Попова «Кимы», 2016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Л.И.Звавич,  Л.В.Кузнецова,С.Б.Суворова. Дидактические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материалы по ал-гебре. Л.И.Мартышова. Аттестация по всем предметам.</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О.Н. Пирютко, Н.Н. Рачковский, Е.Т.Гуре-ев. Разноуровневые тесты. Л.И. Мартышова «Кимы»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В.И.Жохов, Ю.Н.</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Макарычев, Н.Г.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Миндюк. Дидактические материалы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 алгебре. В.В.Черноруцкий.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Аттестация по всем предметам. О.Н.Пирютко,Н.Н.Рачковский,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Е.Т.Гуреев. Разноуровневые тесты.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Л.И.Мартышова. Аттестация по всем предметам.</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О.Н. Пирютко, Н.Н.</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Рачковский,Е.Т.Гуреев.   «Разноуровне-вые тесты».  СтатГрад.</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Диагностические и тренировочные работы. И.В.Ященко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«ОГЭ 2017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Н.Ф.Гаврилова,Кимы,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Москва, ООО»Вако»,2014г.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тетрадь по геометрии.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Н.Ф.Гаврилова,Кимы,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Москва, ООО»Вако»,2014г.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тетрадь по геометрии.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Н.Ф.Гаврилова,Кимы,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Москва, ООО»Вако»,2014г.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тетрадь по геометрии.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СтатГрад.</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Диагностические и тренировочные работы. И.В.Ященко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«ОГЭ 2017 г.</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bl>
    <w:p w:rsidR="00F44E79" w:rsidRPr="00355649" w:rsidRDefault="00F44E79" w:rsidP="00FD4913"/>
    <w:p w:rsidR="00F44E79" w:rsidRPr="00355649" w:rsidRDefault="00F44E79" w:rsidP="00FD4913"/>
    <w:p w:rsidR="00F44E79" w:rsidRPr="00355649" w:rsidRDefault="00F44E79" w:rsidP="00FD4913"/>
    <w:p w:rsidR="00F44E79" w:rsidRPr="00355649" w:rsidRDefault="00F44E79" w:rsidP="00FD4913">
      <w:r w:rsidRPr="00355649">
        <w:t>Информатика, Физика</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1630"/>
        <w:gridCol w:w="859"/>
        <w:gridCol w:w="2018"/>
        <w:gridCol w:w="1697"/>
        <w:gridCol w:w="2622"/>
        <w:gridCol w:w="1982"/>
        <w:gridCol w:w="4474"/>
      </w:tblGrid>
      <w:tr w:rsidR="00F44E79" w:rsidRPr="00355649" w:rsidTr="00FD4913">
        <w:tc>
          <w:tcPr>
            <w:tcW w:w="559" w:type="dxa"/>
          </w:tcPr>
          <w:p w:rsidR="00F44E79" w:rsidRPr="00355649" w:rsidRDefault="00F44E79" w:rsidP="00FD4913">
            <w:pPr>
              <w:rPr>
                <w:lang w:bidi="hi-IN"/>
              </w:rPr>
            </w:pPr>
            <w:r w:rsidRPr="00355649">
              <w:t>№ п/п</w:t>
            </w:r>
          </w:p>
        </w:tc>
        <w:tc>
          <w:tcPr>
            <w:tcW w:w="1629" w:type="dxa"/>
          </w:tcPr>
          <w:p w:rsidR="00F44E79" w:rsidRPr="00355649" w:rsidRDefault="00F44E79" w:rsidP="00FD4913">
            <w:r w:rsidRPr="00355649">
              <w:t>Наименова</w:t>
            </w:r>
          </w:p>
          <w:p w:rsidR="00F44E79" w:rsidRPr="00355649" w:rsidRDefault="00F44E79" w:rsidP="00FD4913">
            <w:r w:rsidRPr="00355649">
              <w:t>ние дисциплины</w:t>
            </w:r>
          </w:p>
        </w:tc>
        <w:tc>
          <w:tcPr>
            <w:tcW w:w="859" w:type="dxa"/>
          </w:tcPr>
          <w:p w:rsidR="00F44E79" w:rsidRPr="00355649" w:rsidRDefault="00F44E79" w:rsidP="00FD4913">
            <w:r w:rsidRPr="00355649">
              <w:t>Класс</w:t>
            </w:r>
          </w:p>
        </w:tc>
        <w:tc>
          <w:tcPr>
            <w:tcW w:w="2017" w:type="dxa"/>
          </w:tcPr>
          <w:p w:rsidR="00F44E79" w:rsidRPr="00355649" w:rsidRDefault="00F44E79" w:rsidP="00FD4913">
            <w:r w:rsidRPr="00355649">
              <w:t>Программы</w:t>
            </w:r>
          </w:p>
        </w:tc>
        <w:tc>
          <w:tcPr>
            <w:tcW w:w="1696" w:type="dxa"/>
          </w:tcPr>
          <w:p w:rsidR="00F44E79" w:rsidRPr="00355649" w:rsidRDefault="00F44E79" w:rsidP="00FD4913">
            <w:r w:rsidRPr="00355649">
              <w:t xml:space="preserve">Учебники </w:t>
            </w:r>
          </w:p>
        </w:tc>
        <w:tc>
          <w:tcPr>
            <w:tcW w:w="2621" w:type="dxa"/>
          </w:tcPr>
          <w:p w:rsidR="00F44E79" w:rsidRPr="00355649" w:rsidRDefault="00F44E79" w:rsidP="00FD4913">
            <w:r w:rsidRPr="00355649">
              <w:t>Используемый методический материал</w:t>
            </w:r>
          </w:p>
        </w:tc>
        <w:tc>
          <w:tcPr>
            <w:tcW w:w="1981" w:type="dxa"/>
          </w:tcPr>
          <w:p w:rsidR="00F44E79" w:rsidRPr="00355649" w:rsidRDefault="00F44E79" w:rsidP="00FD4913">
            <w:r w:rsidRPr="00355649">
              <w:t>КИМы</w:t>
            </w:r>
          </w:p>
        </w:tc>
        <w:tc>
          <w:tcPr>
            <w:tcW w:w="4473" w:type="dxa"/>
          </w:tcPr>
          <w:p w:rsidR="00F44E79" w:rsidRPr="00355649" w:rsidRDefault="00F44E79" w:rsidP="00FD4913">
            <w:r w:rsidRPr="00355649">
              <w:t>ЦОР</w:t>
            </w:r>
          </w:p>
        </w:tc>
      </w:tr>
      <w:tr w:rsidR="00F44E79" w:rsidRPr="00355649" w:rsidTr="00FD4913">
        <w:trPr>
          <w:trHeight w:val="1074"/>
        </w:trPr>
        <w:tc>
          <w:tcPr>
            <w:tcW w:w="559" w:type="dxa"/>
          </w:tcPr>
          <w:p w:rsidR="00F44E79" w:rsidRPr="00355649" w:rsidRDefault="00F44E79" w:rsidP="00FD4913">
            <w:r w:rsidRPr="00355649">
              <w:t>1</w:t>
            </w:r>
          </w:p>
        </w:tc>
        <w:tc>
          <w:tcPr>
            <w:tcW w:w="1629" w:type="dxa"/>
          </w:tcPr>
          <w:p w:rsidR="00F44E79" w:rsidRPr="00355649" w:rsidRDefault="00F44E79" w:rsidP="00FD4913">
            <w:r w:rsidRPr="00355649">
              <w:t>Информатика</w:t>
            </w:r>
          </w:p>
        </w:tc>
        <w:tc>
          <w:tcPr>
            <w:tcW w:w="859" w:type="dxa"/>
          </w:tcPr>
          <w:p w:rsidR="00F44E79" w:rsidRPr="00355649" w:rsidRDefault="00F44E79" w:rsidP="00FD4913">
            <w:r w:rsidRPr="00355649">
              <w:t>5</w:t>
            </w:r>
          </w:p>
        </w:tc>
        <w:tc>
          <w:tcPr>
            <w:tcW w:w="2017" w:type="dxa"/>
          </w:tcPr>
          <w:p w:rsidR="00F44E79" w:rsidRPr="00355649" w:rsidRDefault="00F44E79" w:rsidP="00FD4913">
            <w:r w:rsidRPr="00355649">
              <w:t>Программа для основной школы 5-9 классы  Л.Л. Босовой, А. Ю. Босовой</w:t>
            </w:r>
          </w:p>
        </w:tc>
        <w:tc>
          <w:tcPr>
            <w:tcW w:w="1696" w:type="dxa"/>
          </w:tcPr>
          <w:p w:rsidR="00F44E79" w:rsidRPr="00355649" w:rsidRDefault="00F44E79" w:rsidP="00FD4913">
            <w:r w:rsidRPr="00355649">
              <w:t>Босова Л.Л. Босова А. Ю. Информатика: Учебник для 5 класса. – М.: БИНОМ. Лаборатория знаний, (ФГОС)</w:t>
            </w:r>
          </w:p>
          <w:p w:rsidR="00F44E79" w:rsidRPr="00355649" w:rsidRDefault="00F44E79" w:rsidP="00FD4913"/>
        </w:tc>
        <w:tc>
          <w:tcPr>
            <w:tcW w:w="2621" w:type="dxa"/>
          </w:tcPr>
          <w:p w:rsidR="00F44E79" w:rsidRPr="00355649" w:rsidRDefault="00F44E79" w:rsidP="00FD4913">
            <w:r w:rsidRPr="00355649">
              <w:t>Босова Л.Л., Босова А.Ю. Методическое пособие 5 класс</w:t>
            </w:r>
          </w:p>
          <w:p w:rsidR="00F44E79" w:rsidRPr="00355649" w:rsidRDefault="00F44E79" w:rsidP="00FD4913"/>
        </w:tc>
        <w:tc>
          <w:tcPr>
            <w:tcW w:w="1981" w:type="dxa"/>
          </w:tcPr>
          <w:p w:rsidR="00F44E79" w:rsidRPr="00355649" w:rsidRDefault="00F44E79" w:rsidP="00FD4913"/>
        </w:tc>
        <w:tc>
          <w:tcPr>
            <w:tcW w:w="4473" w:type="dxa"/>
          </w:tcPr>
          <w:p w:rsidR="00F44E79" w:rsidRPr="00355649" w:rsidRDefault="00F44E79" w:rsidP="00FD4913">
            <w:r w:rsidRPr="00355649">
              <w:t>Авторские электронные приложения к урокам</w:t>
            </w:r>
          </w:p>
          <w:p w:rsidR="00F44E79" w:rsidRPr="00355649" w:rsidRDefault="00F44E79" w:rsidP="00FD4913">
            <w:r w:rsidRPr="00355649">
              <w:t>http://metodist.lbz.ru/authors/informatika/3/</w:t>
            </w:r>
          </w:p>
        </w:tc>
      </w:tr>
      <w:tr w:rsidR="00F44E79" w:rsidRPr="00355649" w:rsidTr="00FD4913">
        <w:tc>
          <w:tcPr>
            <w:tcW w:w="559" w:type="dxa"/>
          </w:tcPr>
          <w:p w:rsidR="00F44E79" w:rsidRPr="00355649" w:rsidRDefault="00F44E79" w:rsidP="00FD4913">
            <w:r w:rsidRPr="00355649">
              <w:t>2</w:t>
            </w:r>
          </w:p>
        </w:tc>
        <w:tc>
          <w:tcPr>
            <w:tcW w:w="1629" w:type="dxa"/>
          </w:tcPr>
          <w:p w:rsidR="00F44E79" w:rsidRPr="00355649" w:rsidRDefault="00F44E79" w:rsidP="00FD4913">
            <w:r w:rsidRPr="00355649">
              <w:t>Информатика</w:t>
            </w:r>
          </w:p>
        </w:tc>
        <w:tc>
          <w:tcPr>
            <w:tcW w:w="859" w:type="dxa"/>
          </w:tcPr>
          <w:p w:rsidR="00F44E79" w:rsidRPr="00355649" w:rsidRDefault="00F44E79" w:rsidP="00FD4913">
            <w:r w:rsidRPr="00355649">
              <w:t>6</w:t>
            </w:r>
          </w:p>
        </w:tc>
        <w:tc>
          <w:tcPr>
            <w:tcW w:w="2017" w:type="dxa"/>
          </w:tcPr>
          <w:p w:rsidR="00F44E79" w:rsidRPr="00355649" w:rsidRDefault="00F44E79" w:rsidP="00FD4913">
            <w:r w:rsidRPr="00355649">
              <w:t>Программа для основной школы 5-9 классы  Л.Л. Босовой, А. Ю. Босовой</w:t>
            </w:r>
          </w:p>
          <w:p w:rsidR="00F44E79" w:rsidRPr="00355649" w:rsidRDefault="00F44E79" w:rsidP="00FD4913">
            <w:pPr>
              <w:rPr>
                <w:lang w:eastAsia="zh-CN"/>
              </w:rPr>
            </w:pPr>
          </w:p>
        </w:tc>
        <w:tc>
          <w:tcPr>
            <w:tcW w:w="1696" w:type="dxa"/>
          </w:tcPr>
          <w:p w:rsidR="00F44E79" w:rsidRPr="00355649" w:rsidRDefault="00F44E79" w:rsidP="00FD4913">
            <w:pPr>
              <w:rPr>
                <w:lang w:bidi="hi-IN"/>
              </w:rPr>
            </w:pPr>
            <w:r w:rsidRPr="00355649">
              <w:t>Босова Л.Л. Босова А. Ю. Информатика: Учебник для 6 класса. – М.: БИНОМ. Лаборатория знаний, (ФГОС)</w:t>
            </w:r>
          </w:p>
          <w:p w:rsidR="00F44E79" w:rsidRPr="00355649" w:rsidRDefault="00F44E79" w:rsidP="00FD4913"/>
        </w:tc>
        <w:tc>
          <w:tcPr>
            <w:tcW w:w="2621" w:type="dxa"/>
          </w:tcPr>
          <w:p w:rsidR="00F44E79" w:rsidRPr="00355649" w:rsidRDefault="00F44E79" w:rsidP="00FD4913">
            <w:r w:rsidRPr="00355649">
              <w:t>Босова Л.Л., Босова А.Ю. Методическое пособие 6 класс</w:t>
            </w:r>
          </w:p>
          <w:p w:rsidR="00F44E79" w:rsidRPr="00355649" w:rsidRDefault="00F44E79" w:rsidP="00FD4913"/>
        </w:tc>
        <w:tc>
          <w:tcPr>
            <w:tcW w:w="1981" w:type="dxa"/>
          </w:tcPr>
          <w:p w:rsidR="00F44E79" w:rsidRPr="00355649" w:rsidRDefault="00F44E79" w:rsidP="00FD4913"/>
        </w:tc>
        <w:tc>
          <w:tcPr>
            <w:tcW w:w="4473" w:type="dxa"/>
          </w:tcPr>
          <w:p w:rsidR="00F44E79" w:rsidRPr="00355649" w:rsidRDefault="00F44E79" w:rsidP="00FD4913">
            <w:r w:rsidRPr="00355649">
              <w:t>Авторские электронные приложения к урокам</w:t>
            </w:r>
          </w:p>
          <w:p w:rsidR="00F44E79" w:rsidRPr="00355649" w:rsidRDefault="00F44E79" w:rsidP="00FD4913">
            <w:r w:rsidRPr="00355649">
              <w:t>http://metodist.lbz.ru/authors/informatika/3/</w:t>
            </w:r>
          </w:p>
        </w:tc>
      </w:tr>
      <w:tr w:rsidR="00F44E79" w:rsidRPr="00355649" w:rsidTr="00FD4913">
        <w:tc>
          <w:tcPr>
            <w:tcW w:w="559" w:type="dxa"/>
          </w:tcPr>
          <w:p w:rsidR="00F44E79" w:rsidRPr="00355649" w:rsidRDefault="00F44E79" w:rsidP="00FD4913">
            <w:r w:rsidRPr="00355649">
              <w:t>3</w:t>
            </w:r>
          </w:p>
        </w:tc>
        <w:tc>
          <w:tcPr>
            <w:tcW w:w="1629" w:type="dxa"/>
          </w:tcPr>
          <w:p w:rsidR="00F44E79" w:rsidRPr="00355649" w:rsidRDefault="00F44E79" w:rsidP="00FD4913">
            <w:r w:rsidRPr="00355649">
              <w:t>Информатика</w:t>
            </w:r>
          </w:p>
        </w:tc>
        <w:tc>
          <w:tcPr>
            <w:tcW w:w="859" w:type="dxa"/>
          </w:tcPr>
          <w:p w:rsidR="00F44E79" w:rsidRPr="00355649" w:rsidRDefault="00F44E79" w:rsidP="00FD4913">
            <w:r w:rsidRPr="00355649">
              <w:t>7</w:t>
            </w:r>
          </w:p>
        </w:tc>
        <w:tc>
          <w:tcPr>
            <w:tcW w:w="2017" w:type="dxa"/>
          </w:tcPr>
          <w:p w:rsidR="00F44E79" w:rsidRPr="00355649" w:rsidRDefault="00F44E79" w:rsidP="00FD4913">
            <w:r w:rsidRPr="00355649">
              <w:t>Программа для основной школы 5-9 классы  Л.Л. Босовой, А. Ю. Босовой</w:t>
            </w:r>
          </w:p>
          <w:p w:rsidR="00F44E79" w:rsidRPr="00355649" w:rsidRDefault="00F44E79" w:rsidP="00FD4913"/>
        </w:tc>
        <w:tc>
          <w:tcPr>
            <w:tcW w:w="1696" w:type="dxa"/>
          </w:tcPr>
          <w:p w:rsidR="00F44E79" w:rsidRPr="00355649" w:rsidRDefault="00F44E79" w:rsidP="00FD4913">
            <w:pPr>
              <w:rPr>
                <w:lang w:eastAsia="ar-SA"/>
              </w:rPr>
            </w:pPr>
            <w:r w:rsidRPr="00355649">
              <w:t>Босова Л.Л., Босова А.Ю. Информатика: учебник для 7 класса. БИНОМ. Лаборатория знаний (ФГОС)</w:t>
            </w:r>
          </w:p>
        </w:tc>
        <w:tc>
          <w:tcPr>
            <w:tcW w:w="2621" w:type="dxa"/>
          </w:tcPr>
          <w:p w:rsidR="00F44E79" w:rsidRPr="00355649" w:rsidRDefault="00F44E79" w:rsidP="00FD4913">
            <w:pPr>
              <w:rPr>
                <w:lang w:bidi="hi-IN"/>
              </w:rPr>
            </w:pPr>
            <w:r w:rsidRPr="00355649">
              <w:t>Босова Л.Л., Босова А.Ю. Методическое пособие 7 класс</w:t>
            </w:r>
          </w:p>
          <w:p w:rsidR="00F44E79" w:rsidRPr="00355649" w:rsidRDefault="00F44E79" w:rsidP="00FD4913"/>
        </w:tc>
        <w:tc>
          <w:tcPr>
            <w:tcW w:w="1981" w:type="dxa"/>
          </w:tcPr>
          <w:p w:rsidR="00F44E79" w:rsidRPr="00355649" w:rsidRDefault="00F44E79" w:rsidP="00FD4913">
            <w:r w:rsidRPr="00355649">
              <w:t xml:space="preserve">КИМ. Информатика: 7 класс/сост. Н. А. Сухих,  КИМ. Информатика: 8 класс/сост. Н. А. Сухих, М. В. Соловьева КИМ.  Информатика: 9 класс/сост. М. В. Соловьева </w:t>
            </w:r>
          </w:p>
        </w:tc>
        <w:tc>
          <w:tcPr>
            <w:tcW w:w="4473" w:type="dxa"/>
          </w:tcPr>
          <w:p w:rsidR="00F44E79" w:rsidRPr="00355649" w:rsidRDefault="00F44E79" w:rsidP="00FD4913">
            <w:r w:rsidRPr="00355649">
              <w:t>Авторские электронные приложения к урокам</w:t>
            </w:r>
          </w:p>
          <w:p w:rsidR="00F44E79" w:rsidRPr="00355649" w:rsidRDefault="00F44E79" w:rsidP="00FD4913">
            <w:r w:rsidRPr="00355649">
              <w:t>http://metodist.lbz.ru/authors/informatika/3/</w:t>
            </w:r>
          </w:p>
        </w:tc>
      </w:tr>
      <w:tr w:rsidR="00F44E79" w:rsidRPr="00355649" w:rsidTr="00FD4913">
        <w:tc>
          <w:tcPr>
            <w:tcW w:w="559" w:type="dxa"/>
          </w:tcPr>
          <w:p w:rsidR="00F44E79" w:rsidRPr="00355649" w:rsidRDefault="00F44E79" w:rsidP="00FD4913">
            <w:r w:rsidRPr="00355649">
              <w:t>4</w:t>
            </w:r>
          </w:p>
        </w:tc>
        <w:tc>
          <w:tcPr>
            <w:tcW w:w="1629" w:type="dxa"/>
          </w:tcPr>
          <w:p w:rsidR="00F44E79" w:rsidRPr="00355649" w:rsidRDefault="00F44E79" w:rsidP="00FD4913">
            <w:r w:rsidRPr="00355649">
              <w:t>Информатика</w:t>
            </w:r>
          </w:p>
        </w:tc>
        <w:tc>
          <w:tcPr>
            <w:tcW w:w="859" w:type="dxa"/>
          </w:tcPr>
          <w:p w:rsidR="00F44E79" w:rsidRPr="00355649" w:rsidRDefault="00F44E79" w:rsidP="00FD4913">
            <w:r w:rsidRPr="00355649">
              <w:t>8</w:t>
            </w:r>
          </w:p>
        </w:tc>
        <w:tc>
          <w:tcPr>
            <w:tcW w:w="2017" w:type="dxa"/>
          </w:tcPr>
          <w:p w:rsidR="00F44E79" w:rsidRPr="00355649" w:rsidRDefault="00F44E79" w:rsidP="00FD4913">
            <w:r w:rsidRPr="00355649">
              <w:t>Программа для основной школы 5-9 классы   Л.Л. Босовой, А. Ю. Босовой</w:t>
            </w:r>
          </w:p>
          <w:p w:rsidR="00F44E79" w:rsidRPr="00355649" w:rsidRDefault="00F44E79" w:rsidP="00FD4913"/>
        </w:tc>
        <w:tc>
          <w:tcPr>
            <w:tcW w:w="1696" w:type="dxa"/>
          </w:tcPr>
          <w:p w:rsidR="00F44E79" w:rsidRPr="00355649" w:rsidRDefault="00F44E79" w:rsidP="00FD4913">
            <w:pPr>
              <w:rPr>
                <w:lang w:eastAsia="ar-SA"/>
              </w:rPr>
            </w:pPr>
            <w:r w:rsidRPr="00355649">
              <w:t>Босова Л.Л., Босова А.Ю. Информатика: учебник для 8 класса. БИНОМ. Лаборатория знаний (ФГОС)</w:t>
            </w:r>
          </w:p>
        </w:tc>
        <w:tc>
          <w:tcPr>
            <w:tcW w:w="2621" w:type="dxa"/>
          </w:tcPr>
          <w:p w:rsidR="00F44E79" w:rsidRPr="00355649" w:rsidRDefault="00F44E79" w:rsidP="00FD4913">
            <w:pPr>
              <w:rPr>
                <w:lang w:bidi="hi-IN"/>
              </w:rPr>
            </w:pPr>
            <w:r w:rsidRPr="00355649">
              <w:t>Босова Л.Л., Босова А.Ю. Методическое пособие 8 класс</w:t>
            </w:r>
          </w:p>
          <w:p w:rsidR="00F44E79" w:rsidRPr="00355649" w:rsidRDefault="00F44E79" w:rsidP="00FD4913"/>
        </w:tc>
        <w:tc>
          <w:tcPr>
            <w:tcW w:w="1981" w:type="dxa"/>
          </w:tcPr>
          <w:p w:rsidR="00F44E79" w:rsidRPr="00355649" w:rsidRDefault="00F44E79" w:rsidP="00FD4913">
            <w:r w:rsidRPr="00355649">
              <w:t xml:space="preserve">КИМ. Информатика: 7 класс/сост. Н. А. Сухих,  КИМ. Информатика: 8 класс/сост. Н. А. Сухих, М. В. Соловьева КИМ.  Информатика: 9 класс/сост. М. В. Соловьева </w:t>
            </w:r>
          </w:p>
        </w:tc>
        <w:tc>
          <w:tcPr>
            <w:tcW w:w="4473" w:type="dxa"/>
          </w:tcPr>
          <w:p w:rsidR="00F44E79" w:rsidRPr="00355649" w:rsidRDefault="00F44E79" w:rsidP="00FD4913">
            <w:r w:rsidRPr="00355649">
              <w:t>Авторские электронные приложения к урокам</w:t>
            </w:r>
          </w:p>
          <w:p w:rsidR="00F44E79" w:rsidRPr="00355649" w:rsidRDefault="00F44E79" w:rsidP="00FD4913">
            <w:r w:rsidRPr="00355649">
              <w:t>http://metodist.lbz.ru/authors/informatika/3/</w:t>
            </w:r>
          </w:p>
        </w:tc>
      </w:tr>
      <w:tr w:rsidR="00F44E79" w:rsidRPr="00355649" w:rsidTr="00FD4913">
        <w:tc>
          <w:tcPr>
            <w:tcW w:w="559" w:type="dxa"/>
          </w:tcPr>
          <w:p w:rsidR="00F44E79" w:rsidRPr="00355649" w:rsidRDefault="00F44E79" w:rsidP="00FD4913">
            <w:r w:rsidRPr="00355649">
              <w:t>5</w:t>
            </w:r>
          </w:p>
        </w:tc>
        <w:tc>
          <w:tcPr>
            <w:tcW w:w="1629" w:type="dxa"/>
          </w:tcPr>
          <w:p w:rsidR="00F44E79" w:rsidRPr="00355649" w:rsidRDefault="00F44E79" w:rsidP="00FD4913">
            <w:r w:rsidRPr="00355649">
              <w:t>Информатика</w:t>
            </w:r>
          </w:p>
        </w:tc>
        <w:tc>
          <w:tcPr>
            <w:tcW w:w="859" w:type="dxa"/>
          </w:tcPr>
          <w:p w:rsidR="00F44E79" w:rsidRPr="00355649" w:rsidRDefault="00F44E79" w:rsidP="00FD4913">
            <w:r w:rsidRPr="00355649">
              <w:t>9</w:t>
            </w:r>
          </w:p>
        </w:tc>
        <w:tc>
          <w:tcPr>
            <w:tcW w:w="2017" w:type="dxa"/>
          </w:tcPr>
          <w:p w:rsidR="00F44E79" w:rsidRPr="00355649" w:rsidRDefault="00F44E79" w:rsidP="00FD4913">
            <w:r w:rsidRPr="00355649">
              <w:t>Программа для основной школы 5-9 классы  Л.Л. Босовой, А. Ю. Босовой</w:t>
            </w:r>
          </w:p>
          <w:p w:rsidR="00F44E79" w:rsidRPr="00355649" w:rsidRDefault="00F44E79" w:rsidP="00FD4913">
            <w:pPr>
              <w:rPr>
                <w:lang w:bidi="hi-IN"/>
              </w:rPr>
            </w:pPr>
          </w:p>
        </w:tc>
        <w:tc>
          <w:tcPr>
            <w:tcW w:w="1696" w:type="dxa"/>
          </w:tcPr>
          <w:p w:rsidR="00F44E79" w:rsidRPr="00355649" w:rsidRDefault="00F44E79" w:rsidP="00FD4913">
            <w:r w:rsidRPr="00355649">
              <w:t>Босова Л.Л., Босова А.Ю. Информатика: учебник для 9 класса. БИНОМ. Лаборатория знаний (ФГОС)</w:t>
            </w:r>
          </w:p>
        </w:tc>
        <w:tc>
          <w:tcPr>
            <w:tcW w:w="2621" w:type="dxa"/>
          </w:tcPr>
          <w:p w:rsidR="00F44E79" w:rsidRPr="00355649" w:rsidRDefault="00F44E79" w:rsidP="00FD4913">
            <w:r w:rsidRPr="00355649">
              <w:t xml:space="preserve">Н. Угринович Преподавание курса «Информатика и ИКТ» в основной и старшей школе для 8–11 класса </w:t>
            </w:r>
          </w:p>
          <w:p w:rsidR="00F44E79" w:rsidRPr="00355649" w:rsidRDefault="00F44E79" w:rsidP="00FD4913"/>
        </w:tc>
        <w:tc>
          <w:tcPr>
            <w:tcW w:w="1981" w:type="dxa"/>
          </w:tcPr>
          <w:p w:rsidR="00F44E79" w:rsidRPr="00355649" w:rsidRDefault="00F44E79" w:rsidP="00FD4913">
            <w:r w:rsidRPr="00355649">
              <w:t xml:space="preserve">КИМ. Информатика: 7 класс/сост. Н. А. Сухих,  КИМ. Информатика: 8 класс/сост. Н. А. Сухих, М. В. Соловьева КИМ.  Информатика: 9 класс/сост. М. В. Соловьева </w:t>
            </w:r>
          </w:p>
        </w:tc>
        <w:tc>
          <w:tcPr>
            <w:tcW w:w="4473" w:type="dxa"/>
          </w:tcPr>
          <w:p w:rsidR="00F44E79" w:rsidRPr="00355649" w:rsidRDefault="00F44E79" w:rsidP="00FD4913">
            <w:r w:rsidRPr="00355649">
              <w:t>Авторские электронные приложения к урокам</w:t>
            </w:r>
          </w:p>
          <w:p w:rsidR="00F44E79" w:rsidRPr="00355649" w:rsidRDefault="00F44E79" w:rsidP="00FD4913">
            <w:r w:rsidRPr="00355649">
              <w:t>http://metodist.lbz.ru/authors/informatika/3/</w:t>
            </w:r>
          </w:p>
        </w:tc>
      </w:tr>
      <w:tr w:rsidR="00F44E79" w:rsidRPr="00355649" w:rsidTr="00FD4913">
        <w:tc>
          <w:tcPr>
            <w:tcW w:w="559" w:type="dxa"/>
          </w:tcPr>
          <w:p w:rsidR="00F44E79" w:rsidRPr="00355649" w:rsidRDefault="00F44E79" w:rsidP="00FD4913">
            <w:r w:rsidRPr="00355649">
              <w:t>6</w:t>
            </w:r>
          </w:p>
        </w:tc>
        <w:tc>
          <w:tcPr>
            <w:tcW w:w="1629" w:type="dxa"/>
          </w:tcPr>
          <w:p w:rsidR="00F44E79" w:rsidRPr="00355649" w:rsidRDefault="00F44E79" w:rsidP="00FD4913">
            <w:r w:rsidRPr="00355649">
              <w:t>Физика</w:t>
            </w:r>
          </w:p>
        </w:tc>
        <w:tc>
          <w:tcPr>
            <w:tcW w:w="859" w:type="dxa"/>
          </w:tcPr>
          <w:p w:rsidR="00F44E79" w:rsidRPr="00355649" w:rsidRDefault="00F44E79" w:rsidP="00FD4913">
            <w:r w:rsidRPr="00355649">
              <w:t>7</w:t>
            </w:r>
          </w:p>
        </w:tc>
        <w:tc>
          <w:tcPr>
            <w:tcW w:w="2017" w:type="dxa"/>
          </w:tcPr>
          <w:p w:rsidR="00F44E79" w:rsidRPr="00355649" w:rsidRDefault="00F44E79" w:rsidP="00FD4913">
            <w:r w:rsidRPr="00355649">
              <w:t>Физика 7–9 классы Авторы: А. В. Перышкин, Н. В. Филонович, Е. М. Гутник</w:t>
            </w:r>
          </w:p>
        </w:tc>
        <w:tc>
          <w:tcPr>
            <w:tcW w:w="1696" w:type="dxa"/>
          </w:tcPr>
          <w:p w:rsidR="00F44E79" w:rsidRPr="00355649" w:rsidRDefault="00F44E79" w:rsidP="00FD4913">
            <w:r w:rsidRPr="00355649">
              <w:t xml:space="preserve">Перышкин А.В. Физика-7 </w:t>
            </w:r>
          </w:p>
          <w:p w:rsidR="00F44E79" w:rsidRPr="00355649" w:rsidRDefault="00F44E79" w:rsidP="00FD4913">
            <w:r w:rsidRPr="00355649">
              <w:t>М: Дрофа, (фгос)</w:t>
            </w:r>
          </w:p>
        </w:tc>
        <w:tc>
          <w:tcPr>
            <w:tcW w:w="2621" w:type="dxa"/>
          </w:tcPr>
          <w:p w:rsidR="00F44E79" w:rsidRPr="00355649" w:rsidRDefault="00F44E79" w:rsidP="00FD4913">
            <w:r w:rsidRPr="00355649">
              <w:t xml:space="preserve">Е. М. Гутник, Е. В. Рыбакова Тематическое и поурочное планирование для 7 класса </w:t>
            </w:r>
          </w:p>
          <w:p w:rsidR="00F44E79" w:rsidRPr="00355649" w:rsidRDefault="00F44E79" w:rsidP="00FD4913"/>
        </w:tc>
        <w:tc>
          <w:tcPr>
            <w:tcW w:w="1981" w:type="dxa"/>
          </w:tcPr>
          <w:p w:rsidR="00F44E79" w:rsidRPr="00355649" w:rsidRDefault="00F44E79" w:rsidP="00FD4913">
            <w:pPr>
              <w:rPr>
                <w:lang w:eastAsia="ar-SA"/>
              </w:rPr>
            </w:pPr>
            <w:r w:rsidRPr="00355649">
              <w:t>Громцева, О.И. Контрольные и самостоятельные работы по физике. 7 класс</w:t>
            </w:r>
          </w:p>
          <w:p w:rsidR="00F44E79" w:rsidRPr="00355649" w:rsidRDefault="00F44E79" w:rsidP="00FD4913">
            <w:pPr>
              <w:rPr>
                <w:lang w:bidi="hi-IN"/>
              </w:rPr>
            </w:pPr>
            <w:r w:rsidRPr="00355649">
              <w:t xml:space="preserve">КИМ. Физика: 7 класс/Сост. Н.И. Зорин. – </w:t>
            </w:r>
          </w:p>
        </w:tc>
        <w:tc>
          <w:tcPr>
            <w:tcW w:w="4473" w:type="dxa"/>
          </w:tcPr>
          <w:p w:rsidR="00F44E79" w:rsidRPr="00355649" w:rsidRDefault="00F44E79" w:rsidP="00FD4913">
            <w:r w:rsidRPr="00355649">
              <w:t>Авторские электронные приложения к урокам</w:t>
            </w:r>
          </w:p>
          <w:p w:rsidR="00F44E79" w:rsidRPr="00355649" w:rsidRDefault="00F44E79" w:rsidP="00FD4913">
            <w:pPr>
              <w:rPr>
                <w:lang w:eastAsia="ar-SA"/>
              </w:rPr>
            </w:pPr>
            <w:r w:rsidRPr="00355649">
              <w:t>https://drofa-ventana.ru/catalog/predmet-fizika_umk-liniya-umk-a-v-peryshkina-fizika-7-9/</w:t>
            </w:r>
          </w:p>
        </w:tc>
      </w:tr>
      <w:tr w:rsidR="00F44E79" w:rsidRPr="00355649" w:rsidTr="00FD4913">
        <w:tc>
          <w:tcPr>
            <w:tcW w:w="559" w:type="dxa"/>
          </w:tcPr>
          <w:p w:rsidR="00F44E79" w:rsidRPr="00355649" w:rsidRDefault="00F44E79" w:rsidP="00FD4913">
            <w:pPr>
              <w:rPr>
                <w:lang w:bidi="hi-IN"/>
              </w:rPr>
            </w:pPr>
            <w:r w:rsidRPr="00355649">
              <w:t>7</w:t>
            </w:r>
          </w:p>
        </w:tc>
        <w:tc>
          <w:tcPr>
            <w:tcW w:w="1629" w:type="dxa"/>
          </w:tcPr>
          <w:p w:rsidR="00F44E79" w:rsidRPr="00355649" w:rsidRDefault="00F44E79" w:rsidP="00FD4913">
            <w:r w:rsidRPr="00355649">
              <w:t>Физика</w:t>
            </w:r>
          </w:p>
        </w:tc>
        <w:tc>
          <w:tcPr>
            <w:tcW w:w="859" w:type="dxa"/>
          </w:tcPr>
          <w:p w:rsidR="00F44E79" w:rsidRPr="00355649" w:rsidRDefault="00F44E79" w:rsidP="00FD4913">
            <w:r w:rsidRPr="00355649">
              <w:t>8</w:t>
            </w:r>
          </w:p>
        </w:tc>
        <w:tc>
          <w:tcPr>
            <w:tcW w:w="2017" w:type="dxa"/>
          </w:tcPr>
          <w:p w:rsidR="00F44E79" w:rsidRPr="00355649" w:rsidRDefault="00F44E79" w:rsidP="00FD4913">
            <w:r w:rsidRPr="00355649">
              <w:t>Программа по физике 7-9 классы</w:t>
            </w:r>
          </w:p>
          <w:p w:rsidR="00F44E79" w:rsidRPr="00355649" w:rsidRDefault="00F44E79" w:rsidP="00FD4913">
            <w:r w:rsidRPr="00355649">
              <w:t xml:space="preserve">авторы  Е.М. Гутник, А.В. Перышкин. </w:t>
            </w:r>
          </w:p>
        </w:tc>
        <w:tc>
          <w:tcPr>
            <w:tcW w:w="1696" w:type="dxa"/>
          </w:tcPr>
          <w:p w:rsidR="00F44E79" w:rsidRPr="00355649" w:rsidRDefault="00F44E79" w:rsidP="00FD4913">
            <w:r w:rsidRPr="00355649">
              <w:t xml:space="preserve">Перышкин А.В. Физика-8 </w:t>
            </w:r>
          </w:p>
          <w:p w:rsidR="00F44E79" w:rsidRPr="00355649" w:rsidRDefault="00F44E79" w:rsidP="00FD4913">
            <w:r w:rsidRPr="00355649">
              <w:t xml:space="preserve">М: Дрофа </w:t>
            </w:r>
          </w:p>
        </w:tc>
        <w:tc>
          <w:tcPr>
            <w:tcW w:w="2621" w:type="dxa"/>
          </w:tcPr>
          <w:p w:rsidR="00F44E79" w:rsidRPr="00355649" w:rsidRDefault="00F44E79" w:rsidP="00FD4913">
            <w:r w:rsidRPr="00355649">
              <w:t xml:space="preserve">Е. М. Гутник, Е. В. Рыбакова Тематическое и поурочное планирование для 8 класса </w:t>
            </w:r>
          </w:p>
          <w:p w:rsidR="00F44E79" w:rsidRPr="00355649" w:rsidRDefault="00F44E79" w:rsidP="00FD4913"/>
        </w:tc>
        <w:tc>
          <w:tcPr>
            <w:tcW w:w="1981" w:type="dxa"/>
          </w:tcPr>
          <w:p w:rsidR="00F44E79" w:rsidRPr="00355649" w:rsidRDefault="00F44E79" w:rsidP="00FD4913">
            <w:pPr>
              <w:rPr>
                <w:lang w:eastAsia="ar-SA"/>
              </w:rPr>
            </w:pPr>
            <w:r w:rsidRPr="00355649">
              <w:t>Громцева, О.И. Контрольные и самостоятельные работы по физике. 8 класс</w:t>
            </w:r>
          </w:p>
          <w:p w:rsidR="00F44E79" w:rsidRPr="00355649" w:rsidRDefault="00F44E79" w:rsidP="00FD4913">
            <w:r w:rsidRPr="00355649">
              <w:t xml:space="preserve">КИМ. Физика: 7 класс/Сост. Н.И. Зорин. – </w:t>
            </w:r>
          </w:p>
        </w:tc>
        <w:tc>
          <w:tcPr>
            <w:tcW w:w="4473" w:type="dxa"/>
          </w:tcPr>
          <w:p w:rsidR="00F44E79" w:rsidRPr="00355649" w:rsidRDefault="00F44E79" w:rsidP="00FD4913">
            <w:pPr>
              <w:rPr>
                <w:lang w:bidi="hi-IN"/>
              </w:rPr>
            </w:pPr>
            <w:r w:rsidRPr="00355649">
              <w:t>Авторские электронные приложения к урокам</w:t>
            </w:r>
          </w:p>
          <w:p w:rsidR="00F44E79" w:rsidRPr="00355649" w:rsidRDefault="00F44E79" w:rsidP="00FD4913">
            <w:pPr>
              <w:rPr>
                <w:lang w:eastAsia="ar-SA"/>
              </w:rPr>
            </w:pPr>
            <w:r w:rsidRPr="00355649">
              <w:t>https://drofa-ventana.ru/catalog/predmet-fizika_umk-liniya-umk-a-v-peryshkina-fizika-7-9/</w:t>
            </w:r>
          </w:p>
        </w:tc>
      </w:tr>
      <w:tr w:rsidR="00F44E79" w:rsidRPr="00355649" w:rsidTr="00FD4913">
        <w:tc>
          <w:tcPr>
            <w:tcW w:w="559" w:type="dxa"/>
          </w:tcPr>
          <w:p w:rsidR="00F44E79" w:rsidRPr="00355649" w:rsidRDefault="00F44E79" w:rsidP="00FD4913">
            <w:pPr>
              <w:rPr>
                <w:lang w:bidi="hi-IN"/>
              </w:rPr>
            </w:pPr>
            <w:r w:rsidRPr="00355649">
              <w:t>8</w:t>
            </w:r>
          </w:p>
        </w:tc>
        <w:tc>
          <w:tcPr>
            <w:tcW w:w="1629" w:type="dxa"/>
          </w:tcPr>
          <w:p w:rsidR="00F44E79" w:rsidRPr="00355649" w:rsidRDefault="00F44E79" w:rsidP="00FD4913">
            <w:r w:rsidRPr="00355649">
              <w:t>Физика</w:t>
            </w:r>
          </w:p>
        </w:tc>
        <w:tc>
          <w:tcPr>
            <w:tcW w:w="859" w:type="dxa"/>
          </w:tcPr>
          <w:p w:rsidR="00F44E79" w:rsidRPr="00355649" w:rsidRDefault="00F44E79" w:rsidP="00FD4913">
            <w:r w:rsidRPr="00355649">
              <w:t>9</w:t>
            </w:r>
          </w:p>
        </w:tc>
        <w:tc>
          <w:tcPr>
            <w:tcW w:w="2017" w:type="dxa"/>
          </w:tcPr>
          <w:p w:rsidR="00F44E79" w:rsidRPr="00355649" w:rsidRDefault="00F44E79" w:rsidP="00FD4913">
            <w:r w:rsidRPr="00355649">
              <w:t xml:space="preserve">Программа по физике 7-9 классы </w:t>
            </w:r>
          </w:p>
          <w:p w:rsidR="00F44E79" w:rsidRPr="00355649" w:rsidRDefault="00F44E79" w:rsidP="00FD4913">
            <w:r w:rsidRPr="00355649">
              <w:t xml:space="preserve">авторы </w:t>
            </w:r>
          </w:p>
          <w:p w:rsidR="00F44E79" w:rsidRPr="00355649" w:rsidRDefault="00F44E79" w:rsidP="00FD4913">
            <w:r w:rsidRPr="00355649">
              <w:t xml:space="preserve">Е.М. Гутник, А.В. Перышкин. </w:t>
            </w:r>
          </w:p>
        </w:tc>
        <w:tc>
          <w:tcPr>
            <w:tcW w:w="1696" w:type="dxa"/>
          </w:tcPr>
          <w:p w:rsidR="00F44E79" w:rsidRPr="00355649" w:rsidRDefault="00F44E79" w:rsidP="00FD4913">
            <w:r w:rsidRPr="00355649">
              <w:t xml:space="preserve">Е. М. Гутник, А. В. Перышкин, </w:t>
            </w:r>
          </w:p>
          <w:p w:rsidR="00F44E79" w:rsidRPr="00355649" w:rsidRDefault="00F44E79" w:rsidP="00FD4913">
            <w:r w:rsidRPr="00355649">
              <w:t>Физика-9</w:t>
            </w:r>
          </w:p>
          <w:p w:rsidR="00F44E79" w:rsidRPr="00355649" w:rsidRDefault="00F44E79" w:rsidP="00FD4913">
            <w:r w:rsidRPr="00355649">
              <w:t xml:space="preserve">М: Дрофа </w:t>
            </w:r>
          </w:p>
        </w:tc>
        <w:tc>
          <w:tcPr>
            <w:tcW w:w="2621" w:type="dxa"/>
          </w:tcPr>
          <w:p w:rsidR="00F44E79" w:rsidRPr="00355649" w:rsidRDefault="00F44E79" w:rsidP="00FD4913">
            <w:r w:rsidRPr="00355649">
              <w:t xml:space="preserve">Е. М. Гутник, Е. В. Рыбакова Тематическое и поурочное планирование для 9 класса </w:t>
            </w:r>
          </w:p>
          <w:p w:rsidR="00F44E79" w:rsidRPr="00355649" w:rsidRDefault="00F44E79" w:rsidP="00FD4913"/>
        </w:tc>
        <w:tc>
          <w:tcPr>
            <w:tcW w:w="1981" w:type="dxa"/>
          </w:tcPr>
          <w:p w:rsidR="00F44E79" w:rsidRPr="00355649" w:rsidRDefault="00F44E79" w:rsidP="00FD4913">
            <w:pPr>
              <w:rPr>
                <w:lang w:eastAsia="ar-SA"/>
              </w:rPr>
            </w:pPr>
            <w:r w:rsidRPr="00355649">
              <w:t xml:space="preserve">Громцева, О.И. Контрольные и самостоятельные работы по физике. 9 класс: </w:t>
            </w:r>
          </w:p>
          <w:p w:rsidR="00F44E79" w:rsidRPr="00355649" w:rsidRDefault="00F44E79" w:rsidP="00FD4913">
            <w:r w:rsidRPr="00355649">
              <w:t xml:space="preserve">КИМ. Физика: 7 класс/Сост. Н.И. Зорин. – </w:t>
            </w:r>
          </w:p>
        </w:tc>
        <w:tc>
          <w:tcPr>
            <w:tcW w:w="4473" w:type="dxa"/>
          </w:tcPr>
          <w:p w:rsidR="00F44E79" w:rsidRPr="00355649" w:rsidRDefault="00F44E79" w:rsidP="00FD4913">
            <w:pPr>
              <w:rPr>
                <w:lang w:bidi="hi-IN"/>
              </w:rPr>
            </w:pPr>
            <w:r w:rsidRPr="00355649">
              <w:t>Авторские электронные приложения к урокам</w:t>
            </w:r>
          </w:p>
          <w:p w:rsidR="00F44E79" w:rsidRPr="00355649" w:rsidRDefault="00F44E79" w:rsidP="00FD4913">
            <w:pPr>
              <w:rPr>
                <w:lang w:eastAsia="ar-SA"/>
              </w:rPr>
            </w:pPr>
            <w:r w:rsidRPr="00355649">
              <w:t>https://drofa-ventana.ru/catalog/predmet-fizika_umk-liniya-umk-a-v-peryshkina-fizika-7-9/</w:t>
            </w:r>
          </w:p>
        </w:tc>
      </w:tr>
    </w:tbl>
    <w:p w:rsidR="00F44E79" w:rsidRPr="00355649" w:rsidRDefault="00F44E79" w:rsidP="00FD4913"/>
    <w:p w:rsidR="00F44E79" w:rsidRPr="00355649" w:rsidRDefault="00F44E79" w:rsidP="00FD4913">
      <w:r w:rsidRPr="00355649">
        <w:t>Химия и биология</w:t>
      </w:r>
    </w:p>
    <w:p w:rsidR="00F44E79" w:rsidRPr="00355649" w:rsidRDefault="00F44E79" w:rsidP="00FD4913"/>
    <w:tbl>
      <w:tblPr>
        <w:tblW w:w="14625" w:type="dxa"/>
        <w:tblInd w:w="-5" w:type="dxa"/>
        <w:tblLayout w:type="fixed"/>
        <w:tblLook w:val="00A0"/>
      </w:tblPr>
      <w:tblGrid>
        <w:gridCol w:w="1143"/>
        <w:gridCol w:w="1811"/>
        <w:gridCol w:w="833"/>
        <w:gridCol w:w="3091"/>
        <w:gridCol w:w="2331"/>
        <w:gridCol w:w="3280"/>
        <w:gridCol w:w="2136"/>
      </w:tblGrid>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№п/п</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Наименование дисциплины</w:t>
            </w: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класс</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Программы</w:t>
            </w: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Учебники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(год, издание)</w:t>
            </w: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Используемый методический материал</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w:t>
            </w:r>
          </w:p>
        </w:tc>
      </w:tr>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 Введение в биологию</w:t>
            </w: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Биология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слово»2017</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Типовая рабочая программа. Базовый уровень</w:t>
            </w: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А.А.Плешаков, Э.Л.Введенский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«Русское слово»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М.2013</w:t>
            </w: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А.В.Маринина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Методические рекомендации к учебнику А.А.Плешакова, Э.Л.Введенского Биология. Введение в биологиюМ., «Русское слово»2013</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Текущий и итоговый контроль по курсу «Биология. Введение в биологию»</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К.П.Казарин, А.Н.Кришпота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слово»2014</w:t>
            </w:r>
          </w:p>
        </w:tc>
      </w:tr>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Растения</w:t>
            </w: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Биология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слово»2017</w:t>
            </w: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Т.А.Исаева,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М.2015</w:t>
            </w: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А.В.Маринина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Методическое пособие к учебнику Т.А.Исаевой, Н.И.Романовой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 6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слово»2013</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Текущий и итоговый контроль по курсу «Биология. Введение в биологию»</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К.П.Казарин, А.Н.Кришпота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слово»2014</w:t>
            </w:r>
          </w:p>
        </w:tc>
      </w:tr>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3</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Животные</w:t>
            </w: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Биология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слово»2017</w:t>
            </w: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Е.Т.Тихонова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Н.И.Романова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2015</w:t>
            </w: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А.В.Маринина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Методическое пособие к учебнику Е.Т.Тихоновой Н.И.Романовой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 6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слово»2014</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Текущий и итоговый контроль по курсу «Биология. Введение в биологию»</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К.П.Казарин, А.Н.Кришпота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слово»2014</w:t>
            </w:r>
          </w:p>
        </w:tc>
      </w:tr>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4</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Человек</w:t>
            </w: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Биология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слово»2017</w:t>
            </w: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М.Б.Жемчугова,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2015</w:t>
            </w: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Н.Б.Ренева,Н.И.Романова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Методическое пособие к учебнику М.Б. Жемчуговой, Н.И.Романовой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 8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слово»2015</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Текущий и итоговый контроль по курсу «Биология»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С.Н.Новикова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слово»2015</w:t>
            </w:r>
          </w:p>
        </w:tc>
      </w:tr>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Биология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слово»2017</w:t>
            </w: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С.Б. Данилова,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 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А.И. Владимирская</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«Русское слово»</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2017</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Н.И.Романова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Методическое пособие к учебнику С.Б.Даниловой, Н.И.Романовой, А.И.Владимирской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Биология. 9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слово»2016</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Текущий и итоговый контроль по курсу «Биология. Введение в биологию»</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К.П.Казарин, А.Н.Кришпота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«Русское слово»2014</w:t>
            </w:r>
          </w:p>
        </w:tc>
      </w:tr>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химия</w:t>
            </w: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курса химии 8-11 классов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Общеобразовательных учреждений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(О.С.Габриелян. 2-е изд.перераб. и дополн.)М., «Дрофа», 2009</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О.С. Габриелян</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«Дрофа»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2013</w:t>
            </w: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Настольная книга учителя. Химия 8 класс. Методическое пособие. М., «Дрофа», 2009</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Контрольные и проверочные работы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Химия. К учебнику О.С.Гариеляна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«Химия8»</w:t>
            </w:r>
          </w:p>
        </w:tc>
      </w:tr>
      <w:tr w:rsidR="00F44E79" w:rsidRPr="00355649" w:rsidTr="001C7BA4">
        <w:tc>
          <w:tcPr>
            <w:tcW w:w="114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7</w:t>
            </w:r>
          </w:p>
        </w:tc>
        <w:tc>
          <w:tcPr>
            <w:tcW w:w="181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Химия</w:t>
            </w:r>
          </w:p>
        </w:tc>
        <w:tc>
          <w:tcPr>
            <w:tcW w:w="8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tc>
        <w:tc>
          <w:tcPr>
            <w:tcW w:w="309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 курса химии 8-11 классов</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Общеобразовательных учреждений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(О.С.Габриелян. 2-е изд.перераб. и дополн.)М., «Дрофа», 2009</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33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О.С. Габриелян</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 «Дрофа»</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2014</w:t>
            </w:r>
          </w:p>
        </w:tc>
        <w:tc>
          <w:tcPr>
            <w:tcW w:w="328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Настольная книга учителя. Химия 9 класс. Методическое пособие. М., «Дрофа», 2009</w:t>
            </w:r>
          </w:p>
        </w:tc>
        <w:tc>
          <w:tcPr>
            <w:tcW w:w="213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Контрольные и проверочные работы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Химия. К учебнику О.С.Гариеляна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«Химия9»</w:t>
            </w:r>
          </w:p>
        </w:tc>
      </w:tr>
    </w:tbl>
    <w:p w:rsidR="00F44E79" w:rsidRPr="00355649" w:rsidRDefault="00F44E79" w:rsidP="00FD4913"/>
    <w:p w:rsidR="00F44E79" w:rsidRPr="00355649" w:rsidRDefault="00F44E79" w:rsidP="00FD4913">
      <w:r w:rsidRPr="00355649">
        <w:t>ОБЖ, География</w:t>
      </w:r>
    </w:p>
    <w:p w:rsidR="00F44E79" w:rsidRPr="00355649" w:rsidRDefault="00F44E79" w:rsidP="00FD4913"/>
    <w:tbl>
      <w:tblPr>
        <w:tblW w:w="16845" w:type="dxa"/>
        <w:tblInd w:w="-148" w:type="dxa"/>
        <w:tblLayout w:type="fixed"/>
        <w:tblLook w:val="00A0"/>
      </w:tblPr>
      <w:tblGrid>
        <w:gridCol w:w="559"/>
        <w:gridCol w:w="1823"/>
        <w:gridCol w:w="859"/>
        <w:gridCol w:w="2669"/>
        <w:gridCol w:w="3184"/>
        <w:gridCol w:w="4421"/>
        <w:gridCol w:w="3330"/>
      </w:tblGrid>
      <w:tr w:rsidR="00F44E79" w:rsidRPr="00355649" w:rsidTr="00FD4913">
        <w:tc>
          <w:tcPr>
            <w:tcW w:w="559" w:type="dxa"/>
            <w:tcBorders>
              <w:top w:val="single" w:sz="4" w:space="0" w:color="000000"/>
              <w:left w:val="single" w:sz="4" w:space="0" w:color="000000"/>
              <w:bottom w:val="single" w:sz="4" w:space="0" w:color="000000"/>
              <w:right w:val="nil"/>
            </w:tcBorders>
          </w:tcPr>
          <w:p w:rsidR="00F44E79" w:rsidRPr="00355649" w:rsidRDefault="00F44E79" w:rsidP="00FD4913">
            <w:r w:rsidRPr="00355649">
              <w:t>№ п/п</w:t>
            </w:r>
          </w:p>
        </w:tc>
        <w:tc>
          <w:tcPr>
            <w:tcW w:w="182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Наименование дисциплины</w:t>
            </w:r>
          </w:p>
        </w:tc>
        <w:tc>
          <w:tcPr>
            <w:tcW w:w="859" w:type="dxa"/>
            <w:tcBorders>
              <w:top w:val="single" w:sz="4" w:space="0" w:color="000000"/>
              <w:left w:val="single" w:sz="4" w:space="0" w:color="000000"/>
              <w:bottom w:val="single" w:sz="4" w:space="0" w:color="000000"/>
              <w:right w:val="nil"/>
            </w:tcBorders>
          </w:tcPr>
          <w:p w:rsidR="00F44E79" w:rsidRPr="00355649" w:rsidRDefault="00F44E79" w:rsidP="00FD4913">
            <w:r w:rsidRPr="00355649">
              <w:t>Класс</w:t>
            </w:r>
          </w:p>
        </w:tc>
        <w:tc>
          <w:tcPr>
            <w:tcW w:w="2668" w:type="dxa"/>
            <w:tcBorders>
              <w:top w:val="single" w:sz="4" w:space="0" w:color="000000"/>
              <w:left w:val="single" w:sz="4" w:space="0" w:color="000000"/>
              <w:bottom w:val="single" w:sz="4" w:space="0" w:color="000000"/>
              <w:right w:val="nil"/>
            </w:tcBorders>
          </w:tcPr>
          <w:p w:rsidR="00F44E79" w:rsidRPr="00355649" w:rsidRDefault="00F44E79" w:rsidP="00FD4913">
            <w:r w:rsidRPr="00355649">
              <w:t>Программы</w:t>
            </w:r>
          </w:p>
        </w:tc>
        <w:tc>
          <w:tcPr>
            <w:tcW w:w="3183" w:type="dxa"/>
            <w:tcBorders>
              <w:top w:val="single" w:sz="4" w:space="0" w:color="000000"/>
              <w:left w:val="single" w:sz="4" w:space="0" w:color="000000"/>
              <w:bottom w:val="single" w:sz="4" w:space="0" w:color="000000"/>
              <w:right w:val="nil"/>
            </w:tcBorders>
          </w:tcPr>
          <w:p w:rsidR="00F44E79" w:rsidRPr="00355649" w:rsidRDefault="00F44E79" w:rsidP="00FD4913">
            <w:r w:rsidRPr="00355649">
              <w:t>Учебники (автор, год, издание), соответствие федеральному перечню</w:t>
            </w:r>
          </w:p>
        </w:tc>
        <w:tc>
          <w:tcPr>
            <w:tcW w:w="4420"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Используемый методический материал</w:t>
            </w:r>
          </w:p>
        </w:tc>
        <w:tc>
          <w:tcPr>
            <w:tcW w:w="3329"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КИМ</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1</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ОБЖ</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5</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Н.Ф.Виноградова</w:t>
            </w:r>
          </w:p>
          <w:p w:rsidR="00F44E79" w:rsidRPr="00355649" w:rsidRDefault="00F44E79" w:rsidP="00FD4913">
            <w:r w:rsidRPr="00355649">
              <w:t>Д.В.Смирнов</w:t>
            </w:r>
          </w:p>
          <w:p w:rsidR="00F44E79" w:rsidRPr="00355649" w:rsidRDefault="00F44E79" w:rsidP="00FD4913">
            <w:r w:rsidRPr="00355649">
              <w:t>А.Б.Таранин</w:t>
            </w:r>
          </w:p>
          <w:p w:rsidR="00F44E79" w:rsidRPr="00355649" w:rsidRDefault="00F44E79" w:rsidP="00FD4913">
            <w:r w:rsidRPr="00355649">
              <w:t>Учебная программа «Основы безопасности жизнедеятельности 5-9 классы»</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Н.Ф.Виноградова</w:t>
            </w:r>
          </w:p>
          <w:p w:rsidR="00F44E79" w:rsidRPr="00355649" w:rsidRDefault="00F44E79" w:rsidP="00FD4913">
            <w:r w:rsidRPr="00355649">
              <w:t>Д.В.Смирнов</w:t>
            </w:r>
          </w:p>
          <w:p w:rsidR="00F44E79" w:rsidRPr="00355649" w:rsidRDefault="00F44E79" w:rsidP="00FD4913">
            <w:r w:rsidRPr="00355649">
              <w:t>Л.В.Сидоренко</w:t>
            </w:r>
          </w:p>
          <w:p w:rsidR="00F44E79" w:rsidRPr="00355649" w:rsidRDefault="00F44E79" w:rsidP="00FD4913">
            <w:r w:rsidRPr="00355649">
              <w:t>А.Б.Таранин</w:t>
            </w:r>
          </w:p>
          <w:p w:rsidR="00F44E79" w:rsidRPr="00355649" w:rsidRDefault="00F44E79" w:rsidP="00FD4913">
            <w:r w:rsidRPr="00355649">
              <w:t xml:space="preserve">Москва </w:t>
            </w:r>
          </w:p>
          <w:p w:rsidR="00F44E79" w:rsidRPr="00355649" w:rsidRDefault="00F44E79" w:rsidP="00FD4913">
            <w:r w:rsidRPr="00355649">
              <w:t>Издательский центр «Вентана-Граф»,2020г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Виноградова Н.Ф Основы безопасности жизнедеятельности.5-9 классы: методическое пособие</w:t>
            </w:r>
          </w:p>
          <w:p w:rsidR="00F44E79" w:rsidRPr="00355649" w:rsidRDefault="00F44E79" w:rsidP="00FD4913"/>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М.П.Фролов В.Ф.Спиридонов Безопасность на улицах и дорогах 5-6 кл .Т.: Тульский полиграфист,2000</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2</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ОБЖ</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6</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Н.Ф.Виноградова</w:t>
            </w:r>
          </w:p>
          <w:p w:rsidR="00F44E79" w:rsidRPr="00355649" w:rsidRDefault="00F44E79" w:rsidP="00FD4913">
            <w:r w:rsidRPr="00355649">
              <w:t>Д.В.Смирнов</w:t>
            </w:r>
          </w:p>
          <w:p w:rsidR="00F44E79" w:rsidRPr="00355649" w:rsidRDefault="00F44E79" w:rsidP="00FD4913">
            <w:r w:rsidRPr="00355649">
              <w:t>А.Б.Таранин</w:t>
            </w:r>
          </w:p>
          <w:p w:rsidR="00F44E79" w:rsidRPr="00355649" w:rsidRDefault="00F44E79" w:rsidP="00FD4913">
            <w:r w:rsidRPr="00355649">
              <w:t>Учебная программа «Основы безопасности жизнедеятельности 5-9 классы»</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Н.Ф.Виноградова</w:t>
            </w:r>
          </w:p>
          <w:p w:rsidR="00F44E79" w:rsidRPr="00355649" w:rsidRDefault="00F44E79" w:rsidP="00FD4913">
            <w:r w:rsidRPr="00355649">
              <w:t>Д.В.Смирнов</w:t>
            </w:r>
          </w:p>
          <w:p w:rsidR="00F44E79" w:rsidRPr="00355649" w:rsidRDefault="00F44E79" w:rsidP="00FD4913">
            <w:r w:rsidRPr="00355649">
              <w:t>Л.В.Сидоренко</w:t>
            </w:r>
          </w:p>
          <w:p w:rsidR="00F44E79" w:rsidRPr="00355649" w:rsidRDefault="00F44E79" w:rsidP="00FD4913">
            <w:r w:rsidRPr="00355649">
              <w:t>А.Б.Таранин</w:t>
            </w:r>
          </w:p>
          <w:p w:rsidR="00F44E79" w:rsidRPr="00355649" w:rsidRDefault="00F44E79" w:rsidP="00FD4913">
            <w:r w:rsidRPr="00355649">
              <w:t xml:space="preserve">Москва </w:t>
            </w:r>
          </w:p>
          <w:p w:rsidR="00F44E79" w:rsidRPr="00355649" w:rsidRDefault="00F44E79" w:rsidP="00FD4913">
            <w:r w:rsidRPr="00355649">
              <w:t>Издательский центр «Вентана-Граф»,2020г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Виноградова Н.Ф Основы безопасности жизнедеятельности.5-9 классы: методическое пособие</w:t>
            </w:r>
          </w:p>
          <w:p w:rsidR="00F44E79" w:rsidRPr="00355649" w:rsidRDefault="00F44E79" w:rsidP="00FD4913"/>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Безопасность на улицах и дорогах 5-6 кл.Т.:Тульский полиграфист,2000</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3</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ОБЖ</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7</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Смирнов А.Т</w:t>
            </w:r>
          </w:p>
          <w:p w:rsidR="00F44E79" w:rsidRPr="00355649" w:rsidRDefault="00F44E79" w:rsidP="00FD4913">
            <w:r w:rsidRPr="00355649">
              <w:t>.Хренников Б.О</w:t>
            </w:r>
          </w:p>
          <w:p w:rsidR="00F44E79" w:rsidRPr="00355649" w:rsidRDefault="00F44E79" w:rsidP="00FD4913">
            <w:r w:rsidRPr="00355649">
              <w:t>Учебная программа «Основы безопасности жизнедеятельности»</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Смирнов А.Т</w:t>
            </w:r>
          </w:p>
          <w:p w:rsidR="00F44E79" w:rsidRPr="00355649" w:rsidRDefault="00F44E79" w:rsidP="00FD4913">
            <w:r w:rsidRPr="00355649">
              <w:t>.Хренников Б.О</w:t>
            </w:r>
          </w:p>
          <w:p w:rsidR="00F44E79" w:rsidRPr="00355649" w:rsidRDefault="00F44E79" w:rsidP="00FD4913">
            <w:r w:rsidRPr="00355649">
              <w:t>Просвещение,2013 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 Ю.П.Засядько Основы безопасности жизнедеятельности. Поурочные разработки 7 клВ.:Экстремимум,2005</w:t>
            </w:r>
          </w:p>
          <w:p w:rsidR="00F44E79" w:rsidRPr="00355649" w:rsidRDefault="00F44E79" w:rsidP="00FD4913">
            <w:r w:rsidRPr="00355649">
              <w:t>-Поурочные разработки 7-9кл.</w:t>
            </w:r>
          </w:p>
          <w:p w:rsidR="00F44E79" w:rsidRPr="00355649" w:rsidRDefault="00F44E79" w:rsidP="00FD4913">
            <w:r w:rsidRPr="00355649">
              <w:t>А.Т.Смирнов Б.О.Хренников</w:t>
            </w:r>
          </w:p>
          <w:p w:rsidR="00F44E79" w:rsidRPr="00355649" w:rsidRDefault="00F44E79" w:rsidP="00FD4913">
            <w:r w:rsidRPr="00355649">
              <w:t>-рабочая тетрадь</w:t>
            </w:r>
          </w:p>
          <w:p w:rsidR="00F44E79" w:rsidRPr="00355649" w:rsidRDefault="00F44E79" w:rsidP="00FD4913"/>
          <w:p w:rsidR="00F44E79" w:rsidRPr="00355649" w:rsidRDefault="00F44E79" w:rsidP="00FD4913"/>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А.В.Клюев</w:t>
            </w:r>
          </w:p>
          <w:p w:rsidR="00F44E79" w:rsidRPr="00355649" w:rsidRDefault="00F44E79" w:rsidP="00FD4913">
            <w:r w:rsidRPr="00355649">
              <w:t>Основы безопасности жизнедеятельности</w:t>
            </w:r>
          </w:p>
          <w:p w:rsidR="00F44E79" w:rsidRPr="00355649" w:rsidRDefault="00F44E79" w:rsidP="00FD4913">
            <w:r w:rsidRPr="00355649">
              <w:t>Тесты. Практические задания</w:t>
            </w:r>
          </w:p>
          <w:p w:rsidR="00F44E79" w:rsidRPr="00355649" w:rsidRDefault="00F44E79" w:rsidP="00FD4913">
            <w:r w:rsidRPr="00355649">
              <w:t>Легион,. Ростов-на-Дону 2011 г</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4</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ОБЖ</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8</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Смирнов А.Т</w:t>
            </w:r>
          </w:p>
          <w:p w:rsidR="00F44E79" w:rsidRPr="00355649" w:rsidRDefault="00F44E79" w:rsidP="00FD4913">
            <w:r w:rsidRPr="00355649">
              <w:t>.Хренников Б.О</w:t>
            </w:r>
          </w:p>
          <w:p w:rsidR="00F44E79" w:rsidRPr="00355649" w:rsidRDefault="00F44E79" w:rsidP="00FD4913">
            <w:r w:rsidRPr="00355649">
              <w:t>Учебная программа «Основы безопасности жизнедеятельности»</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Смирнов А.Т</w:t>
            </w:r>
          </w:p>
          <w:p w:rsidR="00F44E79" w:rsidRPr="00355649" w:rsidRDefault="00F44E79" w:rsidP="00FD4913">
            <w:r w:rsidRPr="00355649">
              <w:t>.Хренников Б.О</w:t>
            </w:r>
          </w:p>
          <w:p w:rsidR="00F44E79" w:rsidRPr="00355649" w:rsidRDefault="00F44E79" w:rsidP="00FD4913">
            <w:r w:rsidRPr="00355649">
              <w:t>Просвещение,2013 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Поурочные планы 8 класс.</w:t>
            </w:r>
          </w:p>
          <w:p w:rsidR="00F44E79" w:rsidRPr="00355649" w:rsidRDefault="00F44E79" w:rsidP="00FD4913">
            <w:r w:rsidRPr="00355649">
              <w:t>ШевченкоГ.Н.</w:t>
            </w:r>
          </w:p>
          <w:p w:rsidR="00F44E79" w:rsidRPr="00355649" w:rsidRDefault="00F44E79" w:rsidP="00FD4913">
            <w:r w:rsidRPr="00355649">
              <w:t xml:space="preserve"> Из-во «Учитель»</w:t>
            </w:r>
          </w:p>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А.В.Клюев</w:t>
            </w:r>
          </w:p>
          <w:p w:rsidR="00F44E79" w:rsidRPr="00355649" w:rsidRDefault="00F44E79" w:rsidP="00FD4913">
            <w:r w:rsidRPr="00355649">
              <w:t>Основы безопасности жизнедеятельности</w:t>
            </w:r>
          </w:p>
          <w:p w:rsidR="00F44E79" w:rsidRPr="00355649" w:rsidRDefault="00F44E79" w:rsidP="00FD4913">
            <w:r w:rsidRPr="00355649">
              <w:t>Тесты. Практические задания</w:t>
            </w:r>
          </w:p>
          <w:p w:rsidR="00F44E79" w:rsidRPr="00355649" w:rsidRDefault="00F44E79" w:rsidP="00FD4913">
            <w:r w:rsidRPr="00355649">
              <w:t>Легион,. Ростов-на-Дону 2011 г</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5</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ОБЖ</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9</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Смирнов А.Т</w:t>
            </w:r>
          </w:p>
          <w:p w:rsidR="00F44E79" w:rsidRPr="00355649" w:rsidRDefault="00F44E79" w:rsidP="00FD4913">
            <w:r w:rsidRPr="00355649">
              <w:t>.Хренников Б.О</w:t>
            </w:r>
          </w:p>
          <w:p w:rsidR="00F44E79" w:rsidRPr="00355649" w:rsidRDefault="00F44E79" w:rsidP="00FD4913">
            <w:r w:rsidRPr="00355649">
              <w:t>Учебная программа «Основы безопасности жизнедеятельности»</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Смирнов А.Т</w:t>
            </w:r>
          </w:p>
          <w:p w:rsidR="00F44E79" w:rsidRPr="00355649" w:rsidRDefault="00F44E79" w:rsidP="00FD4913">
            <w:r w:rsidRPr="00355649">
              <w:t>.Хренников Б.О</w:t>
            </w:r>
          </w:p>
          <w:p w:rsidR="00F44E79" w:rsidRPr="00355649" w:rsidRDefault="00F44E79" w:rsidP="00FD4913">
            <w:r w:rsidRPr="00355649">
              <w:t>Просвещение,2013 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Поурочные планы 9 класс.</w:t>
            </w:r>
          </w:p>
          <w:p w:rsidR="00F44E79" w:rsidRPr="00355649" w:rsidRDefault="00F44E79" w:rsidP="00FD4913">
            <w:r w:rsidRPr="00355649">
              <w:t>ШевченкоГ.Н.</w:t>
            </w:r>
          </w:p>
          <w:p w:rsidR="00F44E79" w:rsidRPr="00355649" w:rsidRDefault="00F44E79" w:rsidP="00FD4913">
            <w:r w:rsidRPr="00355649">
              <w:t xml:space="preserve"> Из-во «Учитель»</w:t>
            </w:r>
          </w:p>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А.В.Клюев</w:t>
            </w:r>
          </w:p>
          <w:p w:rsidR="00F44E79" w:rsidRPr="00355649" w:rsidRDefault="00F44E79" w:rsidP="00FD4913">
            <w:r w:rsidRPr="00355649">
              <w:t>Основы безопасности жизнедеятельности</w:t>
            </w:r>
          </w:p>
          <w:p w:rsidR="00F44E79" w:rsidRPr="00355649" w:rsidRDefault="00F44E79" w:rsidP="00FD4913">
            <w:r w:rsidRPr="00355649">
              <w:t>Тесты. Практические задания</w:t>
            </w:r>
          </w:p>
          <w:p w:rsidR="00F44E79" w:rsidRPr="00355649" w:rsidRDefault="00F44E79" w:rsidP="00FD4913">
            <w:r w:rsidRPr="00355649">
              <w:t>Легион,. Ростов-на-Дону 2011 г</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6</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География</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5</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А.И.Алексеев</w:t>
            </w:r>
          </w:p>
          <w:p w:rsidR="00F44E79" w:rsidRPr="00355649" w:rsidRDefault="00F44E79" w:rsidP="00FD4913">
            <w:r w:rsidRPr="00355649">
              <w:t>О.А.Климанова</w:t>
            </w:r>
          </w:p>
          <w:p w:rsidR="00F44E79" w:rsidRPr="00355649" w:rsidRDefault="00F44E79" w:rsidP="00FD4913">
            <w:r w:rsidRPr="00355649">
              <w:t>В.В.Климанов</w:t>
            </w:r>
          </w:p>
          <w:p w:rsidR="00F44E79" w:rsidRPr="00355649" w:rsidRDefault="00F44E79" w:rsidP="00FD4913">
            <w:r w:rsidRPr="00355649">
              <w:t>В.А.Низовцев</w:t>
            </w:r>
          </w:p>
          <w:p w:rsidR="00F44E79" w:rsidRPr="00355649" w:rsidRDefault="00F44E79" w:rsidP="00FD4913">
            <w:r w:rsidRPr="00355649">
              <w:t>Программа основного общего образования по географии 5-9 классы</w:t>
            </w:r>
          </w:p>
          <w:p w:rsidR="00F44E79" w:rsidRPr="00355649" w:rsidRDefault="00F44E79" w:rsidP="00FD4913">
            <w:r w:rsidRPr="00355649">
              <w:t>Москва. Дрофа 2017г</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О.А.Климанова</w:t>
            </w:r>
          </w:p>
          <w:p w:rsidR="00F44E79" w:rsidRPr="00355649" w:rsidRDefault="00F44E79" w:rsidP="00FD4913">
            <w:r w:rsidRPr="00355649">
              <w:t>В.В.Климанов</w:t>
            </w:r>
          </w:p>
          <w:p w:rsidR="00F44E79" w:rsidRPr="00355649" w:rsidRDefault="00F44E79" w:rsidP="00FD4913">
            <w:r w:rsidRPr="00355649">
              <w:t>Э.В.Ким</w:t>
            </w:r>
          </w:p>
          <w:p w:rsidR="00F44E79" w:rsidRPr="00355649" w:rsidRDefault="00F44E79" w:rsidP="00FD4913">
            <w:r w:rsidRPr="00355649">
              <w:t>География.</w:t>
            </w:r>
          </w:p>
          <w:p w:rsidR="00F44E79" w:rsidRPr="00355649" w:rsidRDefault="00F44E79" w:rsidP="00FD4913">
            <w:r w:rsidRPr="00355649">
              <w:t>.Землеведение.</w:t>
            </w:r>
          </w:p>
          <w:p w:rsidR="00F44E79" w:rsidRPr="00355649" w:rsidRDefault="00F44E79" w:rsidP="00FD4913">
            <w:r w:rsidRPr="00355649">
              <w:t>5-6 классы</w:t>
            </w:r>
          </w:p>
          <w:p w:rsidR="00F44E79" w:rsidRPr="00355649" w:rsidRDefault="00F44E79" w:rsidP="00FD4913">
            <w:r w:rsidRPr="00355649">
              <w:t>Москва. Дрофа, 2019г</w:t>
            </w:r>
          </w:p>
          <w:p w:rsidR="00F44E79" w:rsidRPr="00355649" w:rsidRDefault="00F44E79" w:rsidP="00FD4913"/>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География. Землеведение.,5 -6 классы. Методическое пособие (А.В.Румянцев,Э.В.Ким,О.А.Климанова)</w:t>
            </w:r>
          </w:p>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А.В.Румянцев, Э.В.Ким, О.А.Климанова Рабочая тетрадь. 5 класс</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7</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география</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6</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А.И.Алексеев</w:t>
            </w:r>
          </w:p>
          <w:p w:rsidR="00F44E79" w:rsidRPr="00355649" w:rsidRDefault="00F44E79" w:rsidP="00FD4913">
            <w:r w:rsidRPr="00355649">
              <w:t>О.А.Климанова</w:t>
            </w:r>
          </w:p>
          <w:p w:rsidR="00F44E79" w:rsidRPr="00355649" w:rsidRDefault="00F44E79" w:rsidP="00FD4913">
            <w:r w:rsidRPr="00355649">
              <w:t>В.В.Климанов</w:t>
            </w:r>
          </w:p>
          <w:p w:rsidR="00F44E79" w:rsidRPr="00355649" w:rsidRDefault="00F44E79" w:rsidP="00FD4913">
            <w:r w:rsidRPr="00355649">
              <w:t>В.А.Низовцев</w:t>
            </w:r>
          </w:p>
          <w:p w:rsidR="00F44E79" w:rsidRPr="00355649" w:rsidRDefault="00F44E79" w:rsidP="00FD4913">
            <w:r w:rsidRPr="00355649">
              <w:t>Программа основного общего образования по географии 5-9 классы</w:t>
            </w:r>
          </w:p>
          <w:p w:rsidR="00F44E79" w:rsidRPr="00355649" w:rsidRDefault="00F44E79" w:rsidP="00FD4913">
            <w:r w:rsidRPr="00355649">
              <w:t>Москва. Дрофа 2017г</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О.А.Климанова</w:t>
            </w:r>
          </w:p>
          <w:p w:rsidR="00F44E79" w:rsidRPr="00355649" w:rsidRDefault="00F44E79" w:rsidP="00FD4913">
            <w:r w:rsidRPr="00355649">
              <w:t>В.В.Климанов</w:t>
            </w:r>
          </w:p>
          <w:p w:rsidR="00F44E79" w:rsidRPr="00355649" w:rsidRDefault="00F44E79" w:rsidP="00FD4913">
            <w:r w:rsidRPr="00355649">
              <w:t>Э.В.Ким</w:t>
            </w:r>
          </w:p>
          <w:p w:rsidR="00F44E79" w:rsidRPr="00355649" w:rsidRDefault="00F44E79" w:rsidP="00FD4913">
            <w:r w:rsidRPr="00355649">
              <w:t>География.</w:t>
            </w:r>
          </w:p>
          <w:p w:rsidR="00F44E79" w:rsidRPr="00355649" w:rsidRDefault="00F44E79" w:rsidP="00FD4913">
            <w:r w:rsidRPr="00355649">
              <w:t>.Землеведение.</w:t>
            </w:r>
          </w:p>
          <w:p w:rsidR="00F44E79" w:rsidRPr="00355649" w:rsidRDefault="00F44E79" w:rsidP="00FD4913">
            <w:r w:rsidRPr="00355649">
              <w:t>5-6 классы</w:t>
            </w:r>
          </w:p>
          <w:p w:rsidR="00F44E79" w:rsidRPr="00355649" w:rsidRDefault="00F44E79" w:rsidP="00FD4913">
            <w:r w:rsidRPr="00355649">
              <w:t>Москва. Дрофа, 2019г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 xml:space="preserve"> География. Землеведение.,5 -6 классы. Методическое пособие (А.В.Румянцев,Э.В.Ким,О.А.Климанова)</w:t>
            </w:r>
          </w:p>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А.В.Румянцев, Э.В.Ким, О.А.Климанова Рабочая тетрадь. 6 класс</w:t>
            </w:r>
          </w:p>
          <w:p w:rsidR="00F44E79" w:rsidRPr="00355649" w:rsidRDefault="00F44E79" w:rsidP="00FD4913">
            <w:r w:rsidRPr="00355649">
              <w:t>О.В.Чичерина.</w:t>
            </w:r>
          </w:p>
          <w:p w:rsidR="00F44E79" w:rsidRPr="00355649" w:rsidRDefault="00F44E79" w:rsidP="00FD4913">
            <w:r w:rsidRPr="00355649">
              <w:t>Тесты по географии 6 класс.</w:t>
            </w:r>
          </w:p>
          <w:p w:rsidR="00F44E79" w:rsidRPr="00355649" w:rsidRDefault="00F44E79" w:rsidP="00FD4913">
            <w:r w:rsidRPr="00355649">
              <w:t>Е.В.Датская,Е.В.Синицина</w:t>
            </w:r>
          </w:p>
          <w:p w:rsidR="00F44E79" w:rsidRPr="00355649" w:rsidRDefault="00F44E79" w:rsidP="00FD4913">
            <w:r w:rsidRPr="00355649">
              <w:t>Контрольные и проверочные работы по географии 6 кл</w:t>
            </w:r>
          </w:p>
          <w:p w:rsidR="00F44E79" w:rsidRPr="00355649" w:rsidRDefault="00F44E79" w:rsidP="00FD4913">
            <w:r w:rsidRPr="00355649">
              <w:t>С.В.Курчина, О.А.Панасенкова Диагностические работы.</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8</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География</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7</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 xml:space="preserve">Рабочая программа </w:t>
            </w:r>
          </w:p>
          <w:p w:rsidR="00F44E79" w:rsidRPr="00355649" w:rsidRDefault="00F44E79" w:rsidP="00FD4913">
            <w:r w:rsidRPr="00355649">
              <w:t>И.И.Баринова для общеобразовательных школ</w:t>
            </w:r>
          </w:p>
          <w:p w:rsidR="00F44E79" w:rsidRPr="00355649" w:rsidRDefault="00F44E79" w:rsidP="00FD4913">
            <w:r w:rsidRPr="00355649">
              <w:t>И.И.Баринова</w:t>
            </w:r>
          </w:p>
          <w:p w:rsidR="00F44E79" w:rsidRPr="00355649" w:rsidRDefault="00F44E79" w:rsidP="00FD4913">
            <w:r w:rsidRPr="00355649">
              <w:t>Дрофа 2010г</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 xml:space="preserve">В.А.Коринская, И.В.Душина, В.А. Щенев. </w:t>
            </w:r>
          </w:p>
          <w:p w:rsidR="00F44E79" w:rsidRPr="00355649" w:rsidRDefault="00F44E79" w:rsidP="00FD4913">
            <w:r w:rsidRPr="00355649">
              <w:t>География материков и океанов.</w:t>
            </w:r>
          </w:p>
          <w:p w:rsidR="00F44E79" w:rsidRPr="00355649" w:rsidRDefault="00F44E79" w:rsidP="00FD4913">
            <w:r w:rsidRPr="00355649">
              <w:t>Москва. Дрофа.2016г</w:t>
            </w:r>
          </w:p>
          <w:p w:rsidR="00F44E79" w:rsidRPr="00355649" w:rsidRDefault="00F44E79" w:rsidP="00FD4913"/>
          <w:p w:rsidR="00F44E79" w:rsidRPr="00355649" w:rsidRDefault="00F44E79" w:rsidP="00FD4913">
            <w:r w:rsidRPr="00355649">
              <w:t>соответствует</w:t>
            </w:r>
          </w:p>
          <w:p w:rsidR="00F44E79" w:rsidRPr="00355649" w:rsidRDefault="00F44E79" w:rsidP="00FD4913"/>
        </w:tc>
        <w:tc>
          <w:tcPr>
            <w:tcW w:w="4420" w:type="dxa"/>
            <w:tcBorders>
              <w:top w:val="nil"/>
              <w:left w:val="single" w:sz="4" w:space="0" w:color="000000"/>
              <w:bottom w:val="single" w:sz="4" w:space="0" w:color="000000"/>
              <w:right w:val="nil"/>
            </w:tcBorders>
          </w:tcPr>
          <w:p w:rsidR="00F44E79" w:rsidRPr="00355649" w:rsidRDefault="00F44E79" w:rsidP="00FD4913">
            <w:r w:rsidRPr="00355649">
              <w:t>В.А.Коринская, И.В.Душина, В.А. Щенев.  Методическое пособие. География материков и океанов.</w:t>
            </w:r>
          </w:p>
          <w:p w:rsidR="00F44E79" w:rsidRPr="00355649" w:rsidRDefault="00F44E79" w:rsidP="00FD4913">
            <w:r w:rsidRPr="00355649">
              <w:t>Дрофа»,2014</w:t>
            </w:r>
          </w:p>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В.И.Евдокимов Сборник заданий и упражнений по географии 7 кл. М.:Экзамен, 2011</w:t>
            </w:r>
          </w:p>
          <w:p w:rsidR="00F44E79" w:rsidRPr="00355649" w:rsidRDefault="00F44E79" w:rsidP="00FD4913">
            <w:r w:rsidRPr="00355649">
              <w:t>. Н.А.Никитина Поурочные разработки по географии 7 кл.М.:Вако, 2005</w:t>
            </w:r>
          </w:p>
          <w:p w:rsidR="00F44E79" w:rsidRPr="00355649" w:rsidRDefault="00F44E79" w:rsidP="00FD4913"/>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5</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География</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8</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А.И.Алексеев</w:t>
            </w:r>
          </w:p>
          <w:p w:rsidR="00F44E79" w:rsidRPr="00355649" w:rsidRDefault="00F44E79" w:rsidP="00FD4913">
            <w:r w:rsidRPr="00355649">
              <w:t>О.А.Климанова</w:t>
            </w:r>
          </w:p>
          <w:p w:rsidR="00F44E79" w:rsidRPr="00355649" w:rsidRDefault="00F44E79" w:rsidP="00FD4913">
            <w:r w:rsidRPr="00355649">
              <w:t>В.В.Климанов</w:t>
            </w:r>
          </w:p>
          <w:p w:rsidR="00F44E79" w:rsidRPr="00355649" w:rsidRDefault="00F44E79" w:rsidP="00FD4913">
            <w:r w:rsidRPr="00355649">
              <w:t>В.А.Низовцев</w:t>
            </w:r>
          </w:p>
          <w:p w:rsidR="00F44E79" w:rsidRPr="00355649" w:rsidRDefault="00F44E79" w:rsidP="00FD4913">
            <w:r w:rsidRPr="00355649">
              <w:t>Программа основного общего образования по географии 5-9 классы</w:t>
            </w:r>
          </w:p>
          <w:p w:rsidR="00F44E79" w:rsidRPr="00355649" w:rsidRDefault="00F44E79" w:rsidP="00FD4913">
            <w:r w:rsidRPr="00355649">
              <w:t>Москва. Дрофа 2017г</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А.И.Алексеев,В.А.Низовцев, Э.В.Ким</w:t>
            </w:r>
          </w:p>
          <w:p w:rsidR="00F44E79" w:rsidRPr="00355649" w:rsidRDefault="00F44E79" w:rsidP="00FD4913">
            <w:r w:rsidRPr="00355649">
              <w:t>География.География России.Природа и население.</w:t>
            </w:r>
          </w:p>
          <w:p w:rsidR="00F44E79" w:rsidRPr="00355649" w:rsidRDefault="00F44E79" w:rsidP="00FD4913">
            <w:r w:rsidRPr="00355649">
              <w:t>Москва.Дрофа, 2020г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Е.А.Жижина</w:t>
            </w:r>
          </w:p>
          <w:p w:rsidR="00F44E79" w:rsidRPr="00355649" w:rsidRDefault="00F44E79" w:rsidP="00FD4913"/>
          <w:p w:rsidR="00F44E79" w:rsidRPr="00355649" w:rsidRDefault="00F44E79" w:rsidP="00FD4913">
            <w:r w:rsidRPr="00355649">
              <w:t>Поурочные разработки по географии 8 кл</w:t>
            </w:r>
          </w:p>
          <w:p w:rsidR="00F44E79" w:rsidRPr="00355649" w:rsidRDefault="00F44E79" w:rsidP="00FD4913">
            <w:r w:rsidRPr="00355649">
              <w:t>«Вако» 2007 г</w:t>
            </w:r>
          </w:p>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Е.М.Курашева</w:t>
            </w:r>
          </w:p>
          <w:p w:rsidR="00F44E79" w:rsidRPr="00355649" w:rsidRDefault="00F44E79" w:rsidP="00FD4913">
            <w:r w:rsidRPr="00355649">
              <w:t>География России 8-9 кл</w:t>
            </w:r>
          </w:p>
          <w:p w:rsidR="00F44E79" w:rsidRPr="00355649" w:rsidRDefault="00F44E79" w:rsidP="00FD4913">
            <w:r w:rsidRPr="00355649">
              <w:t>«Экзамен», 2010г.,</w:t>
            </w:r>
          </w:p>
          <w:p w:rsidR="00F44E79" w:rsidRPr="00355649" w:rsidRDefault="00F44E79" w:rsidP="00FD4913">
            <w:r w:rsidRPr="00355649">
              <w:t>И.И.Баринова</w:t>
            </w:r>
          </w:p>
          <w:p w:rsidR="00F44E79" w:rsidRPr="00355649" w:rsidRDefault="00F44E79" w:rsidP="00FD4913">
            <w:r w:rsidRPr="00355649">
              <w:t>Сборник заданий и упражнений по географии</w:t>
            </w:r>
          </w:p>
          <w:p w:rsidR="00F44E79" w:rsidRPr="00355649" w:rsidRDefault="00F44E79" w:rsidP="00FD4913">
            <w:r w:rsidRPr="00355649">
              <w:t>«Экзамен» 2007г</w:t>
            </w:r>
          </w:p>
        </w:tc>
      </w:tr>
      <w:tr w:rsidR="00F44E79" w:rsidRPr="00355649" w:rsidTr="00FD4913">
        <w:tc>
          <w:tcPr>
            <w:tcW w:w="559" w:type="dxa"/>
            <w:tcBorders>
              <w:top w:val="nil"/>
              <w:left w:val="single" w:sz="4" w:space="0" w:color="000000"/>
              <w:bottom w:val="single" w:sz="4" w:space="0" w:color="000000"/>
              <w:right w:val="nil"/>
            </w:tcBorders>
          </w:tcPr>
          <w:p w:rsidR="00F44E79" w:rsidRPr="00355649" w:rsidRDefault="00F44E79" w:rsidP="00FD4913">
            <w:r w:rsidRPr="00355649">
              <w:t>10</w:t>
            </w:r>
          </w:p>
        </w:tc>
        <w:tc>
          <w:tcPr>
            <w:tcW w:w="1823" w:type="dxa"/>
            <w:tcBorders>
              <w:top w:val="nil"/>
              <w:left w:val="single" w:sz="4" w:space="0" w:color="000000"/>
              <w:bottom w:val="single" w:sz="4" w:space="0" w:color="000000"/>
              <w:right w:val="nil"/>
            </w:tcBorders>
          </w:tcPr>
          <w:p w:rsidR="00F44E79" w:rsidRPr="00355649" w:rsidRDefault="00F44E79" w:rsidP="00FD4913">
            <w:r w:rsidRPr="00355649">
              <w:t>География</w:t>
            </w:r>
          </w:p>
        </w:tc>
        <w:tc>
          <w:tcPr>
            <w:tcW w:w="859" w:type="dxa"/>
            <w:tcBorders>
              <w:top w:val="nil"/>
              <w:left w:val="single" w:sz="4" w:space="0" w:color="000000"/>
              <w:bottom w:val="single" w:sz="4" w:space="0" w:color="000000"/>
              <w:right w:val="nil"/>
            </w:tcBorders>
          </w:tcPr>
          <w:p w:rsidR="00F44E79" w:rsidRPr="00355649" w:rsidRDefault="00F44E79" w:rsidP="00FD4913">
            <w:r w:rsidRPr="00355649">
              <w:t>9</w:t>
            </w:r>
          </w:p>
        </w:tc>
        <w:tc>
          <w:tcPr>
            <w:tcW w:w="2668" w:type="dxa"/>
            <w:tcBorders>
              <w:top w:val="nil"/>
              <w:left w:val="single" w:sz="4" w:space="0" w:color="000000"/>
              <w:bottom w:val="single" w:sz="4" w:space="0" w:color="000000"/>
              <w:right w:val="nil"/>
            </w:tcBorders>
          </w:tcPr>
          <w:p w:rsidR="00F44E79" w:rsidRPr="00355649" w:rsidRDefault="00F44E79" w:rsidP="00FD4913">
            <w:r w:rsidRPr="00355649">
              <w:t>Рабочая программа</w:t>
            </w:r>
          </w:p>
          <w:p w:rsidR="00F44E79" w:rsidRPr="00355649" w:rsidRDefault="00F44E79" w:rsidP="00FD4913">
            <w:r w:rsidRPr="00355649">
              <w:t>для общеобразовательных школ</w:t>
            </w:r>
          </w:p>
          <w:p w:rsidR="00F44E79" w:rsidRPr="00355649" w:rsidRDefault="00F44E79" w:rsidP="00FD4913">
            <w:r w:rsidRPr="00355649">
              <w:t>В.П.Дронов</w:t>
            </w:r>
          </w:p>
          <w:p w:rsidR="00F44E79" w:rsidRPr="00355649" w:rsidRDefault="00F44E79" w:rsidP="00FD4913">
            <w:r w:rsidRPr="00355649">
              <w:t>Дрофа 2010г</w:t>
            </w:r>
          </w:p>
        </w:tc>
        <w:tc>
          <w:tcPr>
            <w:tcW w:w="3183" w:type="dxa"/>
            <w:tcBorders>
              <w:top w:val="nil"/>
              <w:left w:val="single" w:sz="4" w:space="0" w:color="000000"/>
              <w:bottom w:val="single" w:sz="4" w:space="0" w:color="000000"/>
              <w:right w:val="nil"/>
            </w:tcBorders>
          </w:tcPr>
          <w:p w:rsidR="00F44E79" w:rsidRPr="00355649" w:rsidRDefault="00F44E79" w:rsidP="00FD4913">
            <w:r w:rsidRPr="00355649">
              <w:t>В.П.Дронов, В.Я Ром</w:t>
            </w:r>
          </w:p>
          <w:p w:rsidR="00F44E79" w:rsidRPr="00355649" w:rsidRDefault="00F44E79" w:rsidP="00FD4913">
            <w:r w:rsidRPr="00355649">
              <w:t>География России:население ихозяйство</w:t>
            </w:r>
          </w:p>
          <w:p w:rsidR="00F44E79" w:rsidRPr="00355649" w:rsidRDefault="00F44E79" w:rsidP="00FD4913">
            <w:r w:rsidRPr="00355649">
              <w:t>Дрофа.,2012г</w:t>
            </w:r>
          </w:p>
          <w:p w:rsidR="00F44E79" w:rsidRPr="00355649" w:rsidRDefault="00F44E79" w:rsidP="00FD4913">
            <w:r w:rsidRPr="00355649">
              <w:t>соответствует</w:t>
            </w:r>
          </w:p>
        </w:tc>
        <w:tc>
          <w:tcPr>
            <w:tcW w:w="4420" w:type="dxa"/>
            <w:tcBorders>
              <w:top w:val="nil"/>
              <w:left w:val="single" w:sz="4" w:space="0" w:color="000000"/>
              <w:bottom w:val="single" w:sz="4" w:space="0" w:color="000000"/>
              <w:right w:val="nil"/>
            </w:tcBorders>
          </w:tcPr>
          <w:p w:rsidR="00F44E79" w:rsidRPr="00355649" w:rsidRDefault="00F44E79" w:rsidP="00FD4913">
            <w:r w:rsidRPr="00355649">
              <w:t>Е.А.Жижина</w:t>
            </w:r>
          </w:p>
          <w:p w:rsidR="00F44E79" w:rsidRPr="00355649" w:rsidRDefault="00F44E79" w:rsidP="00FD4913">
            <w:r w:rsidRPr="00355649">
              <w:t>Поурочные разработки по географии 9 кл</w:t>
            </w:r>
          </w:p>
          <w:p w:rsidR="00F44E79" w:rsidRPr="00355649" w:rsidRDefault="00F44E79" w:rsidP="00FD4913">
            <w:r w:rsidRPr="00355649">
              <w:t>«Вако» 2007 г</w:t>
            </w:r>
          </w:p>
        </w:tc>
        <w:tc>
          <w:tcPr>
            <w:tcW w:w="3329" w:type="dxa"/>
            <w:tcBorders>
              <w:top w:val="nil"/>
              <w:left w:val="single" w:sz="4" w:space="0" w:color="000000"/>
              <w:bottom w:val="single" w:sz="4" w:space="0" w:color="000000"/>
              <w:right w:val="single" w:sz="4" w:space="0" w:color="auto"/>
            </w:tcBorders>
          </w:tcPr>
          <w:p w:rsidR="00F44E79" w:rsidRPr="00355649" w:rsidRDefault="00F44E79" w:rsidP="00FD4913">
            <w:r w:rsidRPr="00355649">
              <w:t xml:space="preserve">Л.Н.Полякова </w:t>
            </w:r>
          </w:p>
          <w:p w:rsidR="00F44E79" w:rsidRPr="00355649" w:rsidRDefault="00F44E79" w:rsidP="00FD4913">
            <w:r w:rsidRPr="00355649">
              <w:t>Сборник заданий и упражнений по географии</w:t>
            </w:r>
          </w:p>
          <w:p w:rsidR="00F44E79" w:rsidRPr="00355649" w:rsidRDefault="00F44E79" w:rsidP="00FD4913">
            <w:r w:rsidRPr="00355649">
              <w:t>«Экзамен» 2007г.,</w:t>
            </w:r>
          </w:p>
          <w:p w:rsidR="00F44E79" w:rsidRPr="00355649" w:rsidRDefault="00F44E79" w:rsidP="00FD4913">
            <w:r w:rsidRPr="00355649">
              <w:t>КИМ 9 кл Жижина Е.А.,</w:t>
            </w:r>
          </w:p>
          <w:p w:rsidR="00F44E79" w:rsidRPr="00355649" w:rsidRDefault="00F44E79" w:rsidP="00FD4913">
            <w:r w:rsidRPr="00355649">
              <w:t>«Вако»2011г</w:t>
            </w:r>
          </w:p>
          <w:p w:rsidR="00F44E79" w:rsidRPr="00355649" w:rsidRDefault="00F44E79" w:rsidP="00FD4913">
            <w:r w:rsidRPr="00355649">
              <w:t>Е.М.Курашева</w:t>
            </w:r>
          </w:p>
          <w:p w:rsidR="00F44E79" w:rsidRPr="00355649" w:rsidRDefault="00F44E79" w:rsidP="00FD4913">
            <w:r w:rsidRPr="00355649">
              <w:t>География России 8-9 кл.,</w:t>
            </w:r>
          </w:p>
          <w:p w:rsidR="00F44E79" w:rsidRPr="00355649" w:rsidRDefault="00F44E79" w:rsidP="00FD4913"/>
          <w:p w:rsidR="00F44E79" w:rsidRPr="00355649" w:rsidRDefault="00F44E79" w:rsidP="00FD4913">
            <w:r w:rsidRPr="00355649">
              <w:t>А.Б.Эртель 9-11 кл</w:t>
            </w:r>
          </w:p>
          <w:p w:rsidR="00F44E79" w:rsidRPr="00355649" w:rsidRDefault="00F44E79" w:rsidP="00FD4913">
            <w:r w:rsidRPr="00355649">
              <w:t>Тематические тесты для подготовки к ЕГЭ и ГИА</w:t>
            </w:r>
          </w:p>
          <w:p w:rsidR="00F44E79" w:rsidRPr="00355649" w:rsidRDefault="00F44E79" w:rsidP="00FD4913">
            <w:r w:rsidRPr="00355649">
              <w:t xml:space="preserve"> ООО «Легион», 2010 г</w:t>
            </w:r>
          </w:p>
        </w:tc>
      </w:tr>
    </w:tbl>
    <w:p w:rsidR="00F44E79" w:rsidRPr="00355649" w:rsidRDefault="00F44E79" w:rsidP="00FD4913"/>
    <w:p w:rsidR="00F44E79" w:rsidRPr="00355649" w:rsidRDefault="00F44E79" w:rsidP="00FD4913"/>
    <w:p w:rsidR="00F44E79" w:rsidRPr="00355649" w:rsidRDefault="00F44E79" w:rsidP="00FD4913">
      <w:r w:rsidRPr="00355649">
        <w:t>История и обществоведение</w:t>
      </w:r>
    </w:p>
    <w:p w:rsidR="00F44E79" w:rsidRPr="00355649" w:rsidRDefault="00F44E79" w:rsidP="00FD4913"/>
    <w:tbl>
      <w:tblPr>
        <w:tblW w:w="14595" w:type="dxa"/>
        <w:tblInd w:w="-147" w:type="dxa"/>
        <w:tblLayout w:type="fixed"/>
        <w:tblLook w:val="00A0"/>
      </w:tblPr>
      <w:tblGrid>
        <w:gridCol w:w="636"/>
        <w:gridCol w:w="1597"/>
        <w:gridCol w:w="719"/>
        <w:gridCol w:w="2620"/>
        <w:gridCol w:w="3062"/>
        <w:gridCol w:w="3540"/>
        <w:gridCol w:w="2421"/>
      </w:tblGrid>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 п/п</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Наимено-вание дисципли-ны</w:t>
            </w:r>
          </w:p>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Кл.</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r w:rsidRPr="00355649">
              <w:t>Программы</w:t>
            </w:r>
          </w:p>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Учебники (автор, год, издание), соответствие федеральному перечню</w:t>
            </w:r>
          </w:p>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Используемый методический материал</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КИМЫ</w:t>
            </w:r>
          </w:p>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1</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История</w:t>
            </w:r>
          </w:p>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5</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r w:rsidRPr="00355649">
              <w:t>Программа министерства образования для образовательных учреждений. Рабочая программа к учебнику    Вигасина  А.А. Г.И. Годера</w:t>
            </w:r>
          </w:p>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    Вигасин А.А.,Г.И.  Годер , Свенцицкая И.С.История Древнего мира, 5 класс,2018г.,М., «Просвещение»</w:t>
            </w:r>
          </w:p>
          <w:p w:rsidR="00F44E79" w:rsidRPr="00355649" w:rsidRDefault="00F44E79" w:rsidP="00FD4913"/>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Поурочные разработки по истории Древнего мира. Из-во «Вако». 2010г.</w:t>
            </w:r>
          </w:p>
          <w:p w:rsidR="00F44E79" w:rsidRPr="00355649" w:rsidRDefault="00F44E79" w:rsidP="00FD4913">
            <w:r w:rsidRPr="00355649">
              <w:t>Электронное пособие по истории Древнего мира.ФГОС. М. 2014г.</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История  Древнего мира. 5 класс М., из-во «Вако»2018г.</w:t>
            </w:r>
          </w:p>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2</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6</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История средних веков.6класс. Е.В. Агибалова, Г.М.     Донской. М., «Просвещение» 2018г.</w:t>
            </w:r>
          </w:p>
          <w:p w:rsidR="00F44E79" w:rsidRPr="00355649" w:rsidRDefault="00F44E79" w:rsidP="00FD4913">
            <w:r w:rsidRPr="00355649">
              <w:t>История России 6 класс Н.М.Арсентьев, А.А. Данилов, П.С.Стефанович, А.Я.Токарева. М.,«Просвещение»  2018г. 1и 2 часть..</w:t>
            </w:r>
          </w:p>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w:t>
            </w:r>
          </w:p>
          <w:p w:rsidR="00F44E79" w:rsidRPr="00355649" w:rsidRDefault="00F44E79" w:rsidP="00FD4913">
            <w:r w:rsidRPr="00355649">
              <w:t>Поурочные разработки по истории России. Из-во «Экзамен» М.,2009г.</w:t>
            </w:r>
          </w:p>
          <w:p w:rsidR="00F44E79" w:rsidRPr="00355649" w:rsidRDefault="00F44E79" w:rsidP="00FD4913">
            <w:r w:rsidRPr="00355649">
              <w:t>Электронное пособие по истории средних веков.</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История средних веков. 6 класс М., из-во «Вако». 2018г</w:t>
            </w:r>
          </w:p>
          <w:p w:rsidR="00F44E79" w:rsidRPr="00355649" w:rsidRDefault="00F44E79" w:rsidP="00FD4913"/>
          <w:p w:rsidR="00F44E79" w:rsidRPr="00355649" w:rsidRDefault="00F44E79" w:rsidP="00FD4913"/>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3</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7</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История нового времени 7 класс А.Я.Юдовская ,П.А.Баранов.   М., «Просвещение».2018г.</w:t>
            </w:r>
          </w:p>
          <w:p w:rsidR="00F44E79" w:rsidRPr="00355649" w:rsidRDefault="00F44E79" w:rsidP="00FD4913">
            <w:r w:rsidRPr="00355649">
              <w:t>История России  7 класс под редакцией А.В. Торкунова. М. «Просвещение» 2019г.</w:t>
            </w:r>
          </w:p>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Поурочные разработки по истории России. Из-во «Экзамен» М.,2009г.</w:t>
            </w:r>
          </w:p>
          <w:p w:rsidR="00F44E79" w:rsidRPr="00355649" w:rsidRDefault="00F44E79" w:rsidP="00FD4913">
            <w:r w:rsidRPr="00355649">
              <w:t>Поурочные разработки по Новой истории 7класс М.,      «Просвещение» 2009г. Интернет-ресурсы.</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История нового времени 7 класс</w:t>
            </w:r>
          </w:p>
          <w:p w:rsidR="00F44E79" w:rsidRPr="00355649" w:rsidRDefault="00F44E79" w:rsidP="00FD4913"/>
          <w:p w:rsidR="00F44E79" w:rsidRPr="00355649" w:rsidRDefault="00F44E79" w:rsidP="00FD4913"/>
          <w:p w:rsidR="00F44E79" w:rsidRPr="00355649" w:rsidRDefault="00F44E79" w:rsidP="00FD4913"/>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4</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8</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История нового времени 8 класс А.Я.Юдовская П.А.Баранов     М., «Просвещение».2018г.</w:t>
            </w:r>
          </w:p>
          <w:p w:rsidR="00F44E79" w:rsidRPr="00355649" w:rsidRDefault="00F44E79" w:rsidP="00FD4913">
            <w:r w:rsidRPr="00355649">
              <w:t>История России 8класс М.Н. Арсентьев,.А. А.Данилов.,А.Я.Тока-рев.М.,Просвещение 2018г .</w:t>
            </w:r>
          </w:p>
          <w:p w:rsidR="00F44E79" w:rsidRPr="00355649" w:rsidRDefault="00F44E79" w:rsidP="00FD4913"/>
          <w:p w:rsidR="00F44E79" w:rsidRPr="00355649" w:rsidRDefault="00F44E79" w:rsidP="00FD4913"/>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Поурочные разработки по Новой истории 8 класс   М., «Просвещение».2009гИнтернет-ресурсы.</w:t>
            </w:r>
          </w:p>
          <w:p w:rsidR="00F44E79" w:rsidRPr="00355649" w:rsidRDefault="00F44E79" w:rsidP="00FD4913">
            <w:r w:rsidRPr="00355649">
              <w:t>Поурочные разработки по истории России Из-во «Экзамен» М.,2018г. Интернет-ресурсы.</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 xml:space="preserve">История нового времени 8 класс М., « Вак».2018г. </w:t>
            </w:r>
          </w:p>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5</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9</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Новая.история  зарубежных стран  8класс А.Я.Юдовская, П.А.Баранов, Л.М Ванюшкин. М., «Просвещение» 2018г. История России 9класс под редакциейА.В.Торку-нова А,А. Данилов А.Я.Токарев,М.Ю.Моруков М., «Просвещение».</w:t>
            </w:r>
          </w:p>
          <w:p w:rsidR="00F44E79" w:rsidRPr="00355649" w:rsidRDefault="00F44E79" w:rsidP="00FD4913">
            <w:r w:rsidRPr="00355649">
              <w:t>2019г.</w:t>
            </w:r>
          </w:p>
          <w:p w:rsidR="00F44E79" w:rsidRPr="00355649" w:rsidRDefault="00F44E79" w:rsidP="00FD4913"/>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Поурочные разработки по Новейшей истории 9 класс М., «Экзамен». 2018г.Интернет-ресурсы. </w:t>
            </w:r>
          </w:p>
          <w:p w:rsidR="00F44E79" w:rsidRPr="00355649" w:rsidRDefault="00F44E79" w:rsidP="00FD4913">
            <w:r w:rsidRPr="00355649">
              <w:t>Поурочные разработки по истории России Из-во «Экзамен» М., 2018г.Интернет-ресурсы.</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Новейшая история зарубежных стран 8 класс М., из-во «Вако».2018г.</w:t>
            </w:r>
          </w:p>
          <w:p w:rsidR="00F44E79" w:rsidRPr="00355649" w:rsidRDefault="00F44E79" w:rsidP="00FD4913"/>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6</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r w:rsidRPr="00355649">
              <w:t>Общество-знание</w:t>
            </w:r>
          </w:p>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5</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r w:rsidRPr="00355649">
              <w:t xml:space="preserve">Программа министерства образования для образовательных учреждений </w:t>
            </w:r>
          </w:p>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Обществознание. Л.Н.Боголюбов. М., «Просвещение».2018г.</w:t>
            </w:r>
          </w:p>
          <w:p w:rsidR="00F44E79" w:rsidRPr="00355649" w:rsidRDefault="00F44E79" w:rsidP="00FD4913"/>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Поурочные разработки из-во «Вако» 2018г.Интернет--ресурсы.</w:t>
            </w:r>
          </w:p>
          <w:p w:rsidR="00F44E79" w:rsidRPr="00355649" w:rsidRDefault="00F44E79" w:rsidP="00FD4913"/>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Обществознание 5 класс. Из-во «Вако» 2018г.</w:t>
            </w:r>
          </w:p>
        </w:tc>
      </w:tr>
      <w:tr w:rsidR="00F44E79" w:rsidRPr="00355649" w:rsidTr="00FD4913">
        <w:trPr>
          <w:trHeight w:val="1280"/>
        </w:trPr>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7</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6</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Обществознание. Л.Н. Боголюбов М., из-во «Просвещение».2018г.</w:t>
            </w:r>
          </w:p>
          <w:p w:rsidR="00F44E79" w:rsidRPr="00355649" w:rsidRDefault="00F44E79" w:rsidP="00FD4913"/>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Методические рекомендации. Из-во «Просвещение» 2018г.</w:t>
            </w:r>
          </w:p>
          <w:p w:rsidR="00F44E79" w:rsidRPr="00355649" w:rsidRDefault="00F44E79" w:rsidP="00FD4913">
            <w:r w:rsidRPr="00355649">
              <w:t>Электронное пособие по обществознанию 5-6кл. ФГОС. 2018г.</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 xml:space="preserve">Обществознание. 6 класс.Из-во «Вако»2018г. </w:t>
            </w:r>
          </w:p>
          <w:p w:rsidR="00F44E79" w:rsidRPr="00355649" w:rsidRDefault="00F44E79" w:rsidP="00FD4913"/>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8</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7</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Обществознание. Л.Н. Боголюбов. М., из-во «Просвещение» 2018г.</w:t>
            </w:r>
          </w:p>
          <w:p w:rsidR="00F44E79" w:rsidRPr="00355649" w:rsidRDefault="00F44E79" w:rsidP="00FD4913"/>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Методические рекомендации. Из-во «Просвещение».2018г. Интернет-ресурсы.</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Обществознание. 7 класс. Из-во «Вако». 2018г.</w:t>
            </w:r>
          </w:p>
          <w:p w:rsidR="00F44E79" w:rsidRPr="00355649" w:rsidRDefault="00F44E79" w:rsidP="00FD4913"/>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9</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8</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Обществознание. Л.Н.Боголюбов М., из-во «Просвещение» 2018г.</w:t>
            </w:r>
          </w:p>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Поурочные разработки. Из-во</w:t>
            </w:r>
          </w:p>
          <w:p w:rsidR="00F44E79" w:rsidRPr="00355649" w:rsidRDefault="00F44E79" w:rsidP="00FD4913">
            <w:r w:rsidRPr="00355649">
              <w:t>«Вако». 2018г. Интернет-ресурсы.</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Обществознание. 8 класс. Из-во «Вако». 2018г.</w:t>
            </w:r>
          </w:p>
        </w:tc>
      </w:tr>
      <w:tr w:rsidR="00F44E79" w:rsidRPr="00355649" w:rsidTr="00FD4913">
        <w:tc>
          <w:tcPr>
            <w:tcW w:w="636" w:type="dxa"/>
            <w:tcBorders>
              <w:top w:val="single" w:sz="4" w:space="0" w:color="000000"/>
              <w:left w:val="single" w:sz="4" w:space="0" w:color="000000"/>
              <w:bottom w:val="single" w:sz="4" w:space="0" w:color="000000"/>
              <w:right w:val="nil"/>
            </w:tcBorders>
          </w:tcPr>
          <w:p w:rsidR="00F44E79" w:rsidRPr="00355649" w:rsidRDefault="00F44E79" w:rsidP="00FD4913">
            <w:r w:rsidRPr="00355649">
              <w:t>10</w:t>
            </w:r>
          </w:p>
        </w:tc>
        <w:tc>
          <w:tcPr>
            <w:tcW w:w="1598" w:type="dxa"/>
            <w:tcBorders>
              <w:top w:val="single" w:sz="4" w:space="0" w:color="000000"/>
              <w:left w:val="single" w:sz="4" w:space="0" w:color="000000"/>
              <w:bottom w:val="single" w:sz="4" w:space="0" w:color="000000"/>
              <w:right w:val="nil"/>
            </w:tcBorders>
          </w:tcPr>
          <w:p w:rsidR="00F44E79" w:rsidRPr="00355649" w:rsidRDefault="00F44E79" w:rsidP="00FD4913"/>
        </w:tc>
        <w:tc>
          <w:tcPr>
            <w:tcW w:w="719" w:type="dxa"/>
            <w:tcBorders>
              <w:top w:val="single" w:sz="4" w:space="0" w:color="000000"/>
              <w:left w:val="single" w:sz="4" w:space="0" w:color="000000"/>
              <w:bottom w:val="single" w:sz="4" w:space="0" w:color="000000"/>
              <w:right w:val="single" w:sz="4" w:space="0" w:color="000000"/>
            </w:tcBorders>
          </w:tcPr>
          <w:p w:rsidR="00F44E79" w:rsidRPr="00355649" w:rsidRDefault="00F44E79" w:rsidP="00FD4913">
            <w:r w:rsidRPr="00355649">
              <w:t>9</w:t>
            </w:r>
          </w:p>
        </w:tc>
        <w:tc>
          <w:tcPr>
            <w:tcW w:w="2621" w:type="dxa"/>
            <w:tcBorders>
              <w:top w:val="single" w:sz="4" w:space="0" w:color="000000"/>
              <w:left w:val="single" w:sz="4" w:space="0" w:color="000000"/>
              <w:bottom w:val="single" w:sz="4" w:space="0" w:color="000000"/>
              <w:right w:val="nil"/>
            </w:tcBorders>
          </w:tcPr>
          <w:p w:rsidR="00F44E79" w:rsidRPr="00355649" w:rsidRDefault="00F44E79" w:rsidP="00FD4913"/>
          <w:p w:rsidR="00F44E79" w:rsidRPr="00355649" w:rsidRDefault="00F44E79" w:rsidP="00FD4913"/>
        </w:tc>
        <w:tc>
          <w:tcPr>
            <w:tcW w:w="3063" w:type="dxa"/>
            <w:tcBorders>
              <w:top w:val="single" w:sz="4" w:space="0" w:color="000000"/>
              <w:left w:val="single" w:sz="4" w:space="0" w:color="000000"/>
              <w:bottom w:val="single" w:sz="4" w:space="0" w:color="000000"/>
              <w:right w:val="nil"/>
            </w:tcBorders>
          </w:tcPr>
          <w:p w:rsidR="00F44E79" w:rsidRPr="00355649" w:rsidRDefault="00F44E79" w:rsidP="00FD4913">
            <w:r w:rsidRPr="00355649">
              <w:t>Обществознание. Л.Н. Боголюбов. М., из-во «Просвещение». 2018г.</w:t>
            </w:r>
          </w:p>
        </w:tc>
        <w:tc>
          <w:tcPr>
            <w:tcW w:w="3542" w:type="dxa"/>
            <w:tcBorders>
              <w:top w:val="single" w:sz="4" w:space="0" w:color="000000"/>
              <w:left w:val="single" w:sz="4" w:space="0" w:color="000000"/>
              <w:bottom w:val="single" w:sz="4" w:space="0" w:color="000000"/>
              <w:right w:val="nil"/>
            </w:tcBorders>
          </w:tcPr>
          <w:p w:rsidR="00F44E79" w:rsidRPr="00355649" w:rsidRDefault="00F44E79" w:rsidP="00FD4913">
            <w:r w:rsidRPr="00355649">
              <w:t>Поурочные разработки. Из-во «Вако».2018г.Интернет-ресурсы.</w:t>
            </w:r>
          </w:p>
        </w:tc>
        <w:tc>
          <w:tcPr>
            <w:tcW w:w="2422" w:type="dxa"/>
            <w:tcBorders>
              <w:top w:val="single" w:sz="4" w:space="0" w:color="000000"/>
              <w:left w:val="single" w:sz="4" w:space="0" w:color="000000"/>
              <w:bottom w:val="single" w:sz="4" w:space="0" w:color="000000"/>
              <w:right w:val="single" w:sz="4" w:space="0" w:color="auto"/>
            </w:tcBorders>
          </w:tcPr>
          <w:p w:rsidR="00F44E79" w:rsidRPr="00355649" w:rsidRDefault="00F44E79" w:rsidP="00FD4913">
            <w:r w:rsidRPr="00355649">
              <w:t>Обществознание. 9 класс. Из-во «Вако». 2018г.</w:t>
            </w:r>
          </w:p>
        </w:tc>
      </w:tr>
    </w:tbl>
    <w:p w:rsidR="00F44E79" w:rsidRPr="00355649" w:rsidRDefault="00F44E79" w:rsidP="00FD4913"/>
    <w:p w:rsidR="00F44E79" w:rsidRPr="00355649" w:rsidRDefault="00F44E79" w:rsidP="00FD4913">
      <w:r w:rsidRPr="00355649">
        <w:t>ИЗО</w:t>
      </w:r>
    </w:p>
    <w:tbl>
      <w:tblPr>
        <w:tblW w:w="14595" w:type="dxa"/>
        <w:tblInd w:w="-147" w:type="dxa"/>
        <w:tblLayout w:type="fixed"/>
        <w:tblLook w:val="01E0"/>
      </w:tblPr>
      <w:tblGrid>
        <w:gridCol w:w="903"/>
        <w:gridCol w:w="1971"/>
        <w:gridCol w:w="903"/>
        <w:gridCol w:w="3132"/>
        <w:gridCol w:w="2487"/>
        <w:gridCol w:w="2524"/>
        <w:gridCol w:w="2675"/>
      </w:tblGrid>
      <w:tr w:rsidR="00F44E79" w:rsidRPr="00355649" w:rsidTr="001C7BA4">
        <w:tc>
          <w:tcPr>
            <w:tcW w:w="90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п/п</w:t>
            </w:r>
          </w:p>
        </w:tc>
        <w:tc>
          <w:tcPr>
            <w:tcW w:w="197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Наименование дисциплины</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класс</w:t>
            </w:r>
          </w:p>
        </w:tc>
        <w:tc>
          <w:tcPr>
            <w:tcW w:w="31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программы</w:t>
            </w:r>
          </w:p>
        </w:tc>
        <w:tc>
          <w:tcPr>
            <w:tcW w:w="2488"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Учебники (автор, год, издание). Соответствие федеральному перечню</w:t>
            </w:r>
          </w:p>
        </w:tc>
        <w:tc>
          <w:tcPr>
            <w:tcW w:w="252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Используемый методический материал</w:t>
            </w:r>
          </w:p>
        </w:tc>
        <w:tc>
          <w:tcPr>
            <w:tcW w:w="267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w:t>
            </w:r>
          </w:p>
        </w:tc>
      </w:tr>
      <w:tr w:rsidR="00F44E79" w:rsidRPr="00355649" w:rsidTr="001C7BA4">
        <w:tc>
          <w:tcPr>
            <w:tcW w:w="90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w:t>
            </w:r>
          </w:p>
        </w:tc>
        <w:tc>
          <w:tcPr>
            <w:tcW w:w="197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Изобразительное искусство</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31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программа по изобразительному искусству 5-7 классы (базовый уровень)</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88"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Горяева Н.А. Изобразительное искусство. Декоративно-прикладное искусство в жизни человека. 5 класс: учеб. для общеобразоват. организаций / Н.А. Горяева, О.В. Островская ; под ред. Б.М. Неменского. – 7-е изд. – М. : Просвещение, 2016 </w:t>
            </w:r>
          </w:p>
        </w:tc>
        <w:tc>
          <w:tcPr>
            <w:tcW w:w="252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Горяева Н.А .Уроки изобразительного искусства. Декоративно-прикладное искусство в жизни человека. Поурочные разработки. 5 класс</w:t>
            </w:r>
          </w:p>
        </w:tc>
        <w:tc>
          <w:tcPr>
            <w:tcW w:w="267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r w:rsidR="00F44E79" w:rsidRPr="00355649" w:rsidTr="001C7BA4">
        <w:tc>
          <w:tcPr>
            <w:tcW w:w="90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w:t>
            </w:r>
          </w:p>
        </w:tc>
        <w:tc>
          <w:tcPr>
            <w:tcW w:w="197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Изобразительное искусство </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tc>
        <w:tc>
          <w:tcPr>
            <w:tcW w:w="31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Рабочая 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 изобразительному искусству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5-7 классы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(базовый уровень)</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88"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Неменская Л.А. Изобразительное искусство. Искусство в жизни человека. 6 класс: учеб. для общеобразоват. организаций / Л.А. Неменская ; под ред. Б.М. Неменского. – 7-е изд. – М. : Просвещение, 2015</w:t>
            </w:r>
          </w:p>
        </w:tc>
        <w:tc>
          <w:tcPr>
            <w:tcW w:w="252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Неменская Л.А. Уроки изобразительного искусства. Искусство в жизни человека. Поурочные разработки. 6 класс</w:t>
            </w:r>
          </w:p>
        </w:tc>
        <w:tc>
          <w:tcPr>
            <w:tcW w:w="267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r w:rsidR="00F44E79" w:rsidRPr="00355649" w:rsidTr="001C7BA4">
        <w:tc>
          <w:tcPr>
            <w:tcW w:w="90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3</w:t>
            </w:r>
          </w:p>
        </w:tc>
        <w:tc>
          <w:tcPr>
            <w:tcW w:w="1972"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Изобразительное искусство</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313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Рабочая программа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 изобразительному искусству</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5-7 классы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(базовый уровень)</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88"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Питерских А.С.. Изобразительное искусство. Дизайн и архитектура в жизни человека. 7 класс: учеб. для общеобразоват. организаций / А.С. Питерских, Г.Е. Гуров ; под ред. Б.М. Неменского. – 4-е изд. – М. : Просвещение, 2015</w:t>
            </w:r>
          </w:p>
        </w:tc>
        <w:tc>
          <w:tcPr>
            <w:tcW w:w="252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Питерских А.С.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 Уроки изобразительного искусства. Дизайн и архитектура в жизни человека. Поурочные разработки. 7 класс</w:t>
            </w:r>
          </w:p>
        </w:tc>
        <w:tc>
          <w:tcPr>
            <w:tcW w:w="267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bl>
    <w:p w:rsidR="00F44E79" w:rsidRPr="00355649" w:rsidRDefault="00F44E79" w:rsidP="00FD4913"/>
    <w:p w:rsidR="00F44E79" w:rsidRPr="00355649" w:rsidRDefault="00F44E79" w:rsidP="00FD4913">
      <w:r w:rsidRPr="00355649">
        <w:t>Музыка</w:t>
      </w:r>
    </w:p>
    <w:tbl>
      <w:tblPr>
        <w:tblW w:w="0" w:type="auto"/>
        <w:tblInd w:w="-147" w:type="dxa"/>
        <w:tblLayout w:type="fixed"/>
        <w:tblLook w:val="00A0"/>
      </w:tblPr>
      <w:tblGrid>
        <w:gridCol w:w="539"/>
        <w:gridCol w:w="1714"/>
        <w:gridCol w:w="903"/>
        <w:gridCol w:w="1941"/>
        <w:gridCol w:w="2561"/>
        <w:gridCol w:w="1736"/>
        <w:gridCol w:w="923"/>
      </w:tblGrid>
      <w:tr w:rsidR="00F44E79" w:rsidRPr="00355649" w:rsidTr="001C7BA4">
        <w:tc>
          <w:tcPr>
            <w:tcW w:w="539"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п/п</w:t>
            </w:r>
          </w:p>
        </w:tc>
        <w:tc>
          <w:tcPr>
            <w:tcW w:w="171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Наименование дисциплины</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класс</w:t>
            </w:r>
          </w:p>
        </w:tc>
        <w:tc>
          <w:tcPr>
            <w:tcW w:w="194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программы</w:t>
            </w:r>
          </w:p>
        </w:tc>
        <w:tc>
          <w:tcPr>
            <w:tcW w:w="256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Учебники ( автор, год, издание).Соответствие федеральному перечню</w:t>
            </w:r>
          </w:p>
        </w:tc>
        <w:tc>
          <w:tcPr>
            <w:tcW w:w="173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Используемый методический материал</w:t>
            </w:r>
          </w:p>
        </w:tc>
        <w:tc>
          <w:tcPr>
            <w:tcW w:w="9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w:t>
            </w:r>
          </w:p>
        </w:tc>
      </w:tr>
      <w:tr w:rsidR="00F44E79" w:rsidRPr="00355649" w:rsidTr="001C7BA4">
        <w:tc>
          <w:tcPr>
            <w:tcW w:w="539"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w:t>
            </w:r>
          </w:p>
        </w:tc>
        <w:tc>
          <w:tcPr>
            <w:tcW w:w="171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музыка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194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программа 5-8 класс по Критской Е.Д., Сергеевой Г.П.</w:t>
            </w:r>
          </w:p>
        </w:tc>
        <w:tc>
          <w:tcPr>
            <w:tcW w:w="256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Г.П. Сергеева, Е.Д. Критская, 5 класс, 2016 год , 6 – е издание. Учебник по музыке.</w:t>
            </w:r>
          </w:p>
        </w:tc>
        <w:tc>
          <w:tcPr>
            <w:tcW w:w="173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Поурочные разработки по музыке .М.А. Давыдова , 5 класс, 2015 год</w:t>
            </w:r>
          </w:p>
        </w:tc>
        <w:tc>
          <w:tcPr>
            <w:tcW w:w="9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r w:rsidR="00F44E79" w:rsidRPr="00355649" w:rsidTr="001C7BA4">
        <w:tc>
          <w:tcPr>
            <w:tcW w:w="539"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w:t>
            </w:r>
          </w:p>
        </w:tc>
        <w:tc>
          <w:tcPr>
            <w:tcW w:w="171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музыка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6 </w:t>
            </w:r>
          </w:p>
        </w:tc>
        <w:tc>
          <w:tcPr>
            <w:tcW w:w="194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программа 5-8 класс по Критской Е.Д., Сергеевой Г.П.</w:t>
            </w:r>
          </w:p>
        </w:tc>
        <w:tc>
          <w:tcPr>
            <w:tcW w:w="256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Г.П. Сергеева, Е.Д. Критская, 6 класс, 2019 год , 8 – е издание. Учебник по музыке.</w:t>
            </w:r>
          </w:p>
        </w:tc>
        <w:tc>
          <w:tcPr>
            <w:tcW w:w="173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9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r w:rsidR="00F44E79" w:rsidRPr="00355649" w:rsidTr="001C7BA4">
        <w:tc>
          <w:tcPr>
            <w:tcW w:w="539"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3</w:t>
            </w:r>
          </w:p>
        </w:tc>
        <w:tc>
          <w:tcPr>
            <w:tcW w:w="171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музыка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194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программа 5-8 класс по Критской Е.Д., Сергеевой Г.П.</w:t>
            </w:r>
          </w:p>
        </w:tc>
        <w:tc>
          <w:tcPr>
            <w:tcW w:w="256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Г.П. Сергеева, Е.Д. Критская, 5 класс, 2019 год , 9 – е издание. Учебник по музыке.</w:t>
            </w:r>
          </w:p>
        </w:tc>
        <w:tc>
          <w:tcPr>
            <w:tcW w:w="173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9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r w:rsidR="00F44E79" w:rsidRPr="00355649" w:rsidTr="001C7BA4">
        <w:tc>
          <w:tcPr>
            <w:tcW w:w="539"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4</w:t>
            </w:r>
          </w:p>
        </w:tc>
        <w:tc>
          <w:tcPr>
            <w:tcW w:w="171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музыка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194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Рабочая программа 5-8 класс по Критской Е.Д., Сергеевой Г.П.</w:t>
            </w:r>
          </w:p>
        </w:tc>
        <w:tc>
          <w:tcPr>
            <w:tcW w:w="256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Г.П. Сергеева, Е.Д. Критская, 8 класс, 2020 год , 2 – е издание. Учебник по музыке.</w:t>
            </w:r>
          </w:p>
        </w:tc>
        <w:tc>
          <w:tcPr>
            <w:tcW w:w="1736"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92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r>
    </w:tbl>
    <w:p w:rsidR="00F44E79" w:rsidRPr="00355649" w:rsidRDefault="00F44E79" w:rsidP="00FD4913"/>
    <w:p w:rsidR="00F44E79" w:rsidRPr="00355649" w:rsidRDefault="00F44E79" w:rsidP="00FD4913"/>
    <w:p w:rsidR="00F44E79" w:rsidRPr="00355649" w:rsidRDefault="00F44E79" w:rsidP="00FD4913">
      <w:r w:rsidRPr="00355649">
        <w:t>Физическая культура</w:t>
      </w:r>
    </w:p>
    <w:tbl>
      <w:tblPr>
        <w:tblW w:w="14385" w:type="dxa"/>
        <w:tblInd w:w="-3" w:type="dxa"/>
        <w:tblLayout w:type="fixed"/>
        <w:tblLook w:val="00A0"/>
      </w:tblPr>
      <w:tblGrid>
        <w:gridCol w:w="1265"/>
        <w:gridCol w:w="1834"/>
        <w:gridCol w:w="903"/>
        <w:gridCol w:w="2766"/>
        <w:gridCol w:w="2489"/>
        <w:gridCol w:w="2150"/>
        <w:gridCol w:w="1484"/>
        <w:gridCol w:w="1494"/>
      </w:tblGrid>
      <w:tr w:rsidR="00F44E79" w:rsidRPr="00355649" w:rsidTr="001C7BA4">
        <w:tc>
          <w:tcPr>
            <w:tcW w:w="126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п/п</w:t>
            </w:r>
          </w:p>
        </w:tc>
        <w:tc>
          <w:tcPr>
            <w:tcW w:w="183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Наименование дисциплины</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класс</w:t>
            </w:r>
          </w:p>
        </w:tc>
        <w:tc>
          <w:tcPr>
            <w:tcW w:w="276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Программа</w:t>
            </w:r>
          </w:p>
        </w:tc>
        <w:tc>
          <w:tcPr>
            <w:tcW w:w="2490"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Учебники (автор,год,издание),</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Соответствие федеральному закону</w:t>
            </w:r>
          </w:p>
        </w:tc>
        <w:tc>
          <w:tcPr>
            <w:tcW w:w="215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Используемые методические рекоминдации</w:t>
            </w:r>
          </w:p>
        </w:tc>
        <w:tc>
          <w:tcPr>
            <w:tcW w:w="148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Кимы</w:t>
            </w:r>
          </w:p>
        </w:tc>
        <w:tc>
          <w:tcPr>
            <w:tcW w:w="149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Место в расписании</w:t>
            </w:r>
          </w:p>
        </w:tc>
      </w:tr>
      <w:tr w:rsidR="00F44E79" w:rsidRPr="00355649" w:rsidTr="001C7BA4">
        <w:tc>
          <w:tcPr>
            <w:tcW w:w="126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1</w:t>
            </w:r>
          </w:p>
        </w:tc>
        <w:tc>
          <w:tcPr>
            <w:tcW w:w="183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Физическая культура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276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ФГОС.«Комплексная программа физического воспитания учащихся 1-11 классов» В. И. Ляха, А. А.   Зданевича (М.: Просвещение, 2011).</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90"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Физическая культура 5-6-7 классы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М.Я. Виленский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И.М. Туревский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Т.Ю. Торочкова и др.</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 2015</w:t>
            </w:r>
          </w:p>
        </w:tc>
        <w:tc>
          <w:tcPr>
            <w:tcW w:w="215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Поурочные разработки по физкультуре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Ковалько В.И.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ВАКО 2010</w:t>
            </w:r>
          </w:p>
        </w:tc>
        <w:tc>
          <w:tcPr>
            <w:tcW w:w="148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149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3,1,7</w:t>
            </w:r>
          </w:p>
        </w:tc>
      </w:tr>
      <w:tr w:rsidR="00F44E79" w:rsidRPr="00355649" w:rsidTr="001C7BA4">
        <w:tc>
          <w:tcPr>
            <w:tcW w:w="126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w:t>
            </w:r>
          </w:p>
        </w:tc>
        <w:tc>
          <w:tcPr>
            <w:tcW w:w="183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Физическая культура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w:t>
            </w:r>
          </w:p>
        </w:tc>
        <w:tc>
          <w:tcPr>
            <w:tcW w:w="276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ФГОС.«Комплексная программа физического воспитания учащихся 1-11 классов» В. И. Ляха, А. А.   Зданевича (М.: Просвещение, 2011).</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90"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Физическая культура 5-6-7 классы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М.Я. Виленский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И.М. Туревский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Т.Ю. Торочкова и др.</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 2015</w:t>
            </w:r>
          </w:p>
        </w:tc>
        <w:tc>
          <w:tcPr>
            <w:tcW w:w="215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Поурочные разработки по физкультуре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Ковалько В.И.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ВАКО 2010</w:t>
            </w:r>
          </w:p>
        </w:tc>
        <w:tc>
          <w:tcPr>
            <w:tcW w:w="148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149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 «а» 2,6</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 «б»2,6</w:t>
            </w:r>
          </w:p>
        </w:tc>
      </w:tr>
      <w:tr w:rsidR="00F44E79" w:rsidRPr="00355649" w:rsidTr="001C7BA4">
        <w:tc>
          <w:tcPr>
            <w:tcW w:w="126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3</w:t>
            </w:r>
          </w:p>
        </w:tc>
        <w:tc>
          <w:tcPr>
            <w:tcW w:w="183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Физическая культура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w:t>
            </w:r>
          </w:p>
        </w:tc>
        <w:tc>
          <w:tcPr>
            <w:tcW w:w="276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ФГОС.«Комплексная программа физического воспитания учащихся 1-11 классов» В. И. Ляха, А. А.   Зданевича (М.: Просвещение, 2011).</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90"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Физическая культура 5-6-7 классы</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М.Я. Виленский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И.М. Туревский</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Т.Ю. Торочкова и др.</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 2015</w:t>
            </w:r>
          </w:p>
        </w:tc>
        <w:tc>
          <w:tcPr>
            <w:tcW w:w="215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Поурочные разработки по физкультуре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Ковалько В.И.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ВАКО 2010</w:t>
            </w:r>
          </w:p>
        </w:tc>
        <w:tc>
          <w:tcPr>
            <w:tcW w:w="148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149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2,6,8</w:t>
            </w:r>
          </w:p>
        </w:tc>
      </w:tr>
      <w:tr w:rsidR="00F44E79" w:rsidRPr="00355649" w:rsidTr="001C7BA4">
        <w:tc>
          <w:tcPr>
            <w:tcW w:w="126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4</w:t>
            </w:r>
          </w:p>
        </w:tc>
        <w:tc>
          <w:tcPr>
            <w:tcW w:w="183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Физическая культура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8</w:t>
            </w:r>
          </w:p>
        </w:tc>
        <w:tc>
          <w:tcPr>
            <w:tcW w:w="276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ФГОС.«Комплексная программа физического воспитания учащихся 1-11 классов» В. И. Ляха, А. А.   Зданевича (М.: Просвещение, 2011).</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90"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Физическая культура 8-9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В.И. Лях</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 2015</w:t>
            </w:r>
          </w:p>
        </w:tc>
        <w:tc>
          <w:tcPr>
            <w:tcW w:w="215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Поурочные разработки по физкультуре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Ковалько В.И.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ВАКО 2010</w:t>
            </w:r>
          </w:p>
        </w:tc>
        <w:tc>
          <w:tcPr>
            <w:tcW w:w="148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149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6,1,5</w:t>
            </w:r>
          </w:p>
        </w:tc>
      </w:tr>
      <w:tr w:rsidR="00F44E79" w:rsidRPr="00355649" w:rsidTr="001C7BA4">
        <w:tc>
          <w:tcPr>
            <w:tcW w:w="126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5</w:t>
            </w:r>
          </w:p>
        </w:tc>
        <w:tc>
          <w:tcPr>
            <w:tcW w:w="183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Физическая культура</w:t>
            </w:r>
          </w:p>
        </w:tc>
        <w:tc>
          <w:tcPr>
            <w:tcW w:w="903"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9</w:t>
            </w:r>
          </w:p>
        </w:tc>
        <w:tc>
          <w:tcPr>
            <w:tcW w:w="2767"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ФГОС.«Комплексная программа физического воспитания учащихся 1-11 классов» В. И. Ляха, А. А.   Зданевича (М.: Просвещение, 2011).</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2490"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ФГОС. Физическая культура 8-9 класс</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В.И. Лях</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Просвещение 2015</w:t>
            </w:r>
          </w:p>
        </w:tc>
        <w:tc>
          <w:tcPr>
            <w:tcW w:w="2151"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 xml:space="preserve">Поурочные разработки по физкультуре 5-9 классы </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Ковалько В.И.</w:t>
            </w:r>
          </w:p>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ВАКО 2010</w:t>
            </w:r>
          </w:p>
        </w:tc>
        <w:tc>
          <w:tcPr>
            <w:tcW w:w="1484"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p>
        </w:tc>
        <w:tc>
          <w:tcPr>
            <w:tcW w:w="1495" w:type="dxa"/>
            <w:tcBorders>
              <w:top w:val="single" w:sz="4" w:space="0" w:color="auto"/>
              <w:left w:val="single" w:sz="4" w:space="0" w:color="auto"/>
              <w:bottom w:val="single" w:sz="4" w:space="0" w:color="auto"/>
              <w:right w:val="single" w:sz="4" w:space="0" w:color="auto"/>
            </w:tcBorders>
          </w:tcPr>
          <w:p w:rsidR="00F44E79" w:rsidRPr="001C7BA4" w:rsidRDefault="00F44E79" w:rsidP="001C7BA4">
            <w:pPr>
              <w:tabs>
                <w:tab w:val="left" w:pos="567"/>
              </w:tabs>
              <w:autoSpaceDE w:val="0"/>
              <w:autoSpaceDN w:val="0"/>
              <w:adjustRightInd w:val="0"/>
              <w:spacing w:after="100" w:line="200" w:lineRule="atLeast"/>
              <w:jc w:val="center"/>
              <w:textAlignment w:val="center"/>
              <w:rPr>
                <w:rFonts w:ascii="SchoolBookSanPin-Bold" w:hAnsi="SchoolBookSanPin-Bold" w:cs="SchoolBookSanPin-Bold"/>
                <w:b/>
                <w:bCs/>
                <w:sz w:val="18"/>
                <w:szCs w:val="18"/>
              </w:rPr>
            </w:pPr>
            <w:r w:rsidRPr="001C7BA4">
              <w:rPr>
                <w:rFonts w:ascii="SchoolBookSanPin-Bold" w:hAnsi="SchoolBookSanPin-Bold" w:cs="SchoolBookSanPin-Bold"/>
                <w:b/>
                <w:bCs/>
                <w:sz w:val="18"/>
                <w:szCs w:val="18"/>
              </w:rPr>
              <w:t>7,3</w:t>
            </w:r>
          </w:p>
        </w:tc>
      </w:tr>
    </w:tbl>
    <w:p w:rsidR="00F44E79" w:rsidRPr="00E40ED5" w:rsidRDefault="00F44E79" w:rsidP="00E40ED5">
      <w:pPr>
        <w:pStyle w:val="BodyText"/>
        <w:spacing w:line="269" w:lineRule="auto"/>
        <w:jc w:val="both"/>
        <w:rPr>
          <w:rFonts w:ascii="Times New Roman" w:hAnsi="Times New Roman"/>
          <w:color w:val="auto"/>
          <w:sz w:val="24"/>
          <w:szCs w:val="24"/>
        </w:rPr>
        <w:sectPr w:rsidR="00F44E79" w:rsidRPr="00E40ED5">
          <w:headerReference w:type="even" r:id="rId841"/>
          <w:headerReference w:type="default" r:id="rId842"/>
          <w:footerReference w:type="even" r:id="rId843"/>
          <w:footerReference w:type="default" r:id="rId844"/>
          <w:footnotePr>
            <w:numFmt w:val="upperRoman"/>
          </w:footnotePr>
          <w:pgSz w:w="7824" w:h="12019"/>
          <w:pgMar w:top="608" w:right="709" w:bottom="977" w:left="717" w:header="0" w:footer="3" w:gutter="0"/>
          <w:cols w:space="720"/>
          <w:noEndnote/>
          <w:docGrid w:linePitch="360"/>
        </w:sectPr>
      </w:pPr>
    </w:p>
    <w:p w:rsidR="00F44E79" w:rsidRDefault="00F44E79">
      <w:pPr>
        <w:pStyle w:val="ac"/>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b"/>
          <w:rFonts w:ascii="Tahoma" w:hAnsi="Tahoma" w:cs="Tahoma"/>
          <w:bCs w:val="0"/>
          <w:iCs w:val="0"/>
          <w:sz w:val="15"/>
          <w:szCs w:val="15"/>
        </w:rPr>
        <w:t>1180 Примерная основная образовательная программа основного общего образования</w:t>
      </w:r>
    </w:p>
    <w:p w:rsidR="00F44E79" w:rsidRDefault="00F44E79">
      <w:pPr>
        <w:pStyle w:val="ac"/>
        <w:framePr w:w="5669" w:h="278" w:hSpace="4934" w:wrap="notBeside" w:vAnchor="text" w:hAnchor="text" w:x="423" w:y="390"/>
        <w:rPr>
          <w:rFonts w:ascii="Courier New" w:hAnsi="Courier New" w:cs="Courier New"/>
          <w:b w:val="0"/>
          <w:bCs w:val="0"/>
          <w:i w:val="0"/>
          <w:iCs w:val="0"/>
          <w:color w:val="auto"/>
          <w:sz w:val="24"/>
          <w:szCs w:val="24"/>
        </w:rPr>
      </w:pPr>
    </w:p>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1062" type="#_x0000_t202" style="position:absolute;margin-left:487.7pt;margin-top:0;width:43.7pt;height:11.75pt;z-index:-251658240;mso-wrap-style:none;mso-wrap-distance-left:0;mso-wrap-distance-right:0;mso-position-horizontal-relative:margin;mso-position-vertical-relative:margin" filled="f" stroked="f">
            <v:textbox inset="0,0,0,0">
              <w:txbxContent>
                <w:p w:rsidR="00F44E79" w:rsidRDefault="00F44E79">
                  <w:pPr>
                    <w:pStyle w:val="BodyText"/>
                    <w:spacing w:line="240" w:lineRule="auto"/>
                    <w:ind w:firstLine="0"/>
                    <w:rPr>
                      <w:rFonts w:ascii="Courier New" w:hAnsi="Courier New" w:cs="Courier New"/>
                      <w:color w:val="auto"/>
                      <w:sz w:val="24"/>
                      <w:szCs w:val="24"/>
                    </w:rPr>
                  </w:pPr>
                  <w:r>
                    <w:rPr>
                      <w:rStyle w:val="BodyTextChar1"/>
                      <w:rFonts w:cs="Georgia"/>
                    </w:rPr>
                    <w:t>Таблица</w:t>
                  </w:r>
                </w:p>
              </w:txbxContent>
            </v:textbox>
            <w10:wrap type="square" anchorx="margin" anchory="margin"/>
          </v:shape>
        </w:pict>
      </w:r>
      <w:r>
        <w:rPr>
          <w:color w:val="auto"/>
        </w:rPr>
        <w:br w:type="page"/>
      </w:r>
    </w:p>
    <w:p w:rsidR="00F44E79" w:rsidRDefault="00F44E79">
      <w:pPr>
        <w:pStyle w:val="ac"/>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b"/>
          <w:rFonts w:ascii="Tahoma" w:hAnsi="Tahoma" w:cs="Tahoma"/>
          <w:bCs w:val="0"/>
          <w:iCs w:val="0"/>
          <w:sz w:val="15"/>
          <w:szCs w:val="15"/>
        </w:rPr>
        <w:t>Примерная основная образовательная программа основного общего образования 1181</w:t>
      </w:r>
    </w:p>
    <w:p w:rsidR="00F44E79" w:rsidRDefault="00F44E79">
      <w:pPr>
        <w:spacing w:line="1" w:lineRule="exact"/>
        <w:rPr>
          <w:color w:val="auto"/>
        </w:rPr>
        <w:sectPr w:rsidR="00F44E79">
          <w:headerReference w:type="even" r:id="rId845"/>
          <w:headerReference w:type="default" r:id="rId846"/>
          <w:footerReference w:type="even" r:id="rId847"/>
          <w:footerReference w:type="default" r:id="rId848"/>
          <w:footnotePr>
            <w:numFmt w:val="upperRoman"/>
          </w:footnotePr>
          <w:pgSz w:w="12019" w:h="7824" w:orient="landscape"/>
          <w:pgMar w:top="725" w:right="735" w:bottom="520" w:left="682" w:header="297" w:footer="92" w:gutter="0"/>
          <w:cols w:space="720"/>
          <w:noEndnote/>
          <w:docGrid w:linePitch="360"/>
        </w:sectPr>
      </w:pPr>
    </w:p>
    <w:p w:rsidR="00F44E79" w:rsidRPr="00E40ED5" w:rsidRDefault="00F44E79" w:rsidP="00E40ED5">
      <w:pPr>
        <w:pStyle w:val="BodyText"/>
        <w:spacing w:after="160" w:line="276" w:lineRule="auto"/>
        <w:jc w:val="both"/>
        <w:rPr>
          <w:rFonts w:ascii="Times New Roman" w:hAnsi="Times New Roman"/>
          <w:color w:val="auto"/>
          <w:sz w:val="24"/>
          <w:szCs w:val="24"/>
        </w:rPr>
      </w:pPr>
      <w:r w:rsidRPr="00E40ED5">
        <w:rPr>
          <w:rStyle w:val="BodyTextChar1"/>
          <w:rFonts w:ascii="Times New Roman" w:hAnsi="Times New Roman"/>
          <w:sz w:val="24"/>
          <w:szCs w:val="24"/>
        </w:rPr>
        <w:t>Условия для функционирования информационно-образова</w:t>
      </w:r>
      <w:r w:rsidRPr="00E40ED5">
        <w:rPr>
          <w:rStyle w:val="BodyTextChar1"/>
          <w:rFonts w:ascii="Times New Roman" w:hAnsi="Times New Roman"/>
          <w:sz w:val="24"/>
          <w:szCs w:val="24"/>
        </w:rPr>
        <w:softHyphen/>
        <w:t>тельной среды могут быть созданы с использованием ресурсов иных организаций.</w:t>
      </w:r>
    </w:p>
    <w:p w:rsidR="00F44E79" w:rsidRPr="0002302F" w:rsidRDefault="00F44E79" w:rsidP="0002302F">
      <w:pPr>
        <w:pStyle w:val="31"/>
        <w:spacing w:after="0" w:line="293" w:lineRule="auto"/>
        <w:jc w:val="both"/>
        <w:rPr>
          <w:rFonts w:ascii="Times New Roman" w:hAnsi="Times New Roman"/>
          <w:b w:val="0"/>
          <w:bCs w:val="0"/>
          <w:color w:val="auto"/>
          <w:sz w:val="24"/>
          <w:szCs w:val="24"/>
        </w:rPr>
      </w:pPr>
      <w:r w:rsidRPr="0002302F">
        <w:rPr>
          <w:rStyle w:val="30"/>
          <w:rFonts w:ascii="Times New Roman" w:hAnsi="Times New Roman"/>
          <w:b/>
          <w:sz w:val="24"/>
          <w:szCs w:val="24"/>
        </w:rPr>
        <w:t>Материально-технические условия реализации основной образовательной программы основного общего образования</w:t>
      </w:r>
    </w:p>
    <w:p w:rsidR="00F44E79" w:rsidRPr="0002302F" w:rsidRDefault="00F44E79" w:rsidP="0002302F">
      <w:pPr>
        <w:pStyle w:val="BodyText"/>
        <w:spacing w:line="276" w:lineRule="auto"/>
        <w:jc w:val="both"/>
        <w:rPr>
          <w:rFonts w:ascii="Times New Roman" w:hAnsi="Times New Roman"/>
          <w:color w:val="auto"/>
          <w:sz w:val="24"/>
          <w:szCs w:val="24"/>
        </w:rPr>
      </w:pPr>
      <w:r w:rsidRPr="0002302F">
        <w:rPr>
          <w:rStyle w:val="BodyTextChar1"/>
          <w:rFonts w:ascii="Times New Roman" w:hAnsi="Times New Roman"/>
          <w:sz w:val="24"/>
          <w:szCs w:val="24"/>
        </w:rPr>
        <w:t>Материально-технические условия реализации основной об</w:t>
      </w:r>
      <w:r w:rsidRPr="0002302F">
        <w:rPr>
          <w:rStyle w:val="BodyTextChar1"/>
          <w:rFonts w:ascii="Times New Roman" w:hAnsi="Times New Roman"/>
          <w:sz w:val="24"/>
          <w:szCs w:val="24"/>
        </w:rPr>
        <w:softHyphen/>
        <w:t>разовательной программы основного общего образования долж</w:t>
      </w:r>
      <w:r w:rsidRPr="0002302F">
        <w:rPr>
          <w:rStyle w:val="BodyTextChar1"/>
          <w:rFonts w:ascii="Times New Roman" w:hAnsi="Times New Roman"/>
          <w:sz w:val="24"/>
          <w:szCs w:val="24"/>
        </w:rPr>
        <w:softHyphen/>
        <w:t>ны обеспечивать:</w:t>
      </w:r>
    </w:p>
    <w:p w:rsidR="00F44E79" w:rsidRPr="0002302F" w:rsidRDefault="00F44E79" w:rsidP="001C7BA4">
      <w:pPr>
        <w:pStyle w:val="BodyText"/>
        <w:numPr>
          <w:ilvl w:val="0"/>
          <w:numId w:val="76"/>
        </w:numPr>
        <w:tabs>
          <w:tab w:val="left" w:pos="207"/>
        </w:tabs>
        <w:spacing w:line="300" w:lineRule="auto"/>
        <w:ind w:left="240" w:hanging="240"/>
        <w:jc w:val="both"/>
        <w:rPr>
          <w:rFonts w:ascii="Times New Roman" w:hAnsi="Times New Roman"/>
          <w:color w:val="auto"/>
          <w:sz w:val="24"/>
          <w:szCs w:val="24"/>
        </w:rPr>
      </w:pPr>
      <w:bookmarkStart w:id="1491" w:name="bookmark6032"/>
      <w:bookmarkEnd w:id="1491"/>
      <w:r w:rsidRPr="0002302F">
        <w:rPr>
          <w:rStyle w:val="BodyTextChar1"/>
          <w:rFonts w:ascii="Times New Roman" w:hAnsi="Times New Roman"/>
          <w:sz w:val="24"/>
          <w:szCs w:val="24"/>
        </w:rPr>
        <w:t>возможность достижения обучающимися результатов освое</w:t>
      </w:r>
      <w:r w:rsidRPr="0002302F">
        <w:rPr>
          <w:rStyle w:val="BodyTextChar1"/>
          <w:rFonts w:ascii="Times New Roman" w:hAnsi="Times New Roman"/>
          <w:sz w:val="24"/>
          <w:szCs w:val="24"/>
        </w:rPr>
        <w:softHyphen/>
        <w:t>ния основной образовательной программы основного общего образования;</w:t>
      </w:r>
    </w:p>
    <w:p w:rsidR="00F44E79" w:rsidRPr="0002302F" w:rsidRDefault="00F44E79" w:rsidP="001C7BA4">
      <w:pPr>
        <w:pStyle w:val="BodyText"/>
        <w:numPr>
          <w:ilvl w:val="0"/>
          <w:numId w:val="76"/>
        </w:numPr>
        <w:tabs>
          <w:tab w:val="left" w:pos="207"/>
        </w:tabs>
        <w:spacing w:line="317" w:lineRule="auto"/>
        <w:ind w:left="240" w:hanging="240"/>
        <w:jc w:val="both"/>
        <w:rPr>
          <w:rFonts w:ascii="Times New Roman" w:hAnsi="Times New Roman"/>
          <w:color w:val="auto"/>
          <w:sz w:val="24"/>
          <w:szCs w:val="24"/>
        </w:rPr>
      </w:pPr>
      <w:bookmarkStart w:id="1492" w:name="bookmark6033"/>
      <w:bookmarkEnd w:id="1492"/>
      <w:r w:rsidRPr="0002302F">
        <w:rPr>
          <w:rStyle w:val="BodyTextChar1"/>
          <w:rFonts w:ascii="Times New Roman" w:hAnsi="Times New Roman"/>
          <w:sz w:val="24"/>
          <w:szCs w:val="24"/>
        </w:rPr>
        <w:t>безопасность и комфортность организации учебного про</w:t>
      </w:r>
      <w:r w:rsidRPr="0002302F">
        <w:rPr>
          <w:rStyle w:val="BodyTextChar1"/>
          <w:rFonts w:ascii="Times New Roman" w:hAnsi="Times New Roman"/>
          <w:sz w:val="24"/>
          <w:szCs w:val="24"/>
        </w:rPr>
        <w:softHyphen/>
        <w:t>цесса;</w:t>
      </w:r>
    </w:p>
    <w:p w:rsidR="00F44E79" w:rsidRPr="0002302F" w:rsidRDefault="00F44E79" w:rsidP="001C7BA4">
      <w:pPr>
        <w:pStyle w:val="BodyText"/>
        <w:numPr>
          <w:ilvl w:val="0"/>
          <w:numId w:val="76"/>
        </w:numPr>
        <w:tabs>
          <w:tab w:val="left" w:pos="207"/>
        </w:tabs>
        <w:spacing w:line="290" w:lineRule="auto"/>
        <w:ind w:left="240" w:hanging="240"/>
        <w:jc w:val="both"/>
        <w:rPr>
          <w:rFonts w:ascii="Times New Roman" w:hAnsi="Times New Roman"/>
          <w:color w:val="auto"/>
          <w:sz w:val="24"/>
          <w:szCs w:val="24"/>
        </w:rPr>
      </w:pPr>
      <w:bookmarkStart w:id="1493" w:name="bookmark6034"/>
      <w:bookmarkEnd w:id="1493"/>
      <w:r w:rsidRPr="0002302F">
        <w:rPr>
          <w:rStyle w:val="BodyTextChar1"/>
          <w:rFonts w:ascii="Times New Roman" w:hAnsi="Times New Roman"/>
          <w:sz w:val="24"/>
          <w:szCs w:val="24"/>
        </w:rPr>
        <w:t>соблюдение санитарно-эпидемиологических, санитарно-ги</w:t>
      </w:r>
      <w:r w:rsidRPr="0002302F">
        <w:rPr>
          <w:rStyle w:val="BodyTextChar1"/>
          <w:rFonts w:ascii="Times New Roman" w:hAnsi="Times New Roman"/>
          <w:sz w:val="24"/>
          <w:szCs w:val="24"/>
        </w:rPr>
        <w:softHyphen/>
        <w:t>гиенических правил и нормативов, пожарной и электробез</w:t>
      </w:r>
      <w:r w:rsidRPr="0002302F">
        <w:rPr>
          <w:rStyle w:val="BodyTextChar1"/>
          <w:rFonts w:ascii="Times New Roman" w:hAnsi="Times New Roman"/>
          <w:sz w:val="24"/>
          <w:szCs w:val="24"/>
        </w:rPr>
        <w:softHyphen/>
        <w:t>опасности, требований охраны труда, современных сроков и объемов текущего и капитального ремонта зданий и соору</w:t>
      </w:r>
      <w:r w:rsidRPr="0002302F">
        <w:rPr>
          <w:rStyle w:val="BodyTextChar1"/>
          <w:rFonts w:ascii="Times New Roman" w:hAnsi="Times New Roman"/>
          <w:sz w:val="24"/>
          <w:szCs w:val="24"/>
        </w:rPr>
        <w:softHyphen/>
        <w:t>жений, благоустройства территории;</w:t>
      </w:r>
    </w:p>
    <w:p w:rsidR="00F44E79" w:rsidRPr="0002302F" w:rsidRDefault="00F44E79" w:rsidP="001C7BA4">
      <w:pPr>
        <w:pStyle w:val="BodyText"/>
        <w:numPr>
          <w:ilvl w:val="0"/>
          <w:numId w:val="76"/>
        </w:numPr>
        <w:tabs>
          <w:tab w:val="left" w:pos="207"/>
        </w:tabs>
        <w:spacing w:after="220" w:line="295" w:lineRule="auto"/>
        <w:ind w:left="240" w:hanging="240"/>
        <w:jc w:val="both"/>
        <w:rPr>
          <w:rFonts w:ascii="Times New Roman" w:hAnsi="Times New Roman"/>
          <w:color w:val="auto"/>
          <w:sz w:val="24"/>
          <w:szCs w:val="24"/>
        </w:rPr>
      </w:pPr>
      <w:bookmarkStart w:id="1494" w:name="bookmark6035"/>
      <w:bookmarkEnd w:id="1494"/>
      <w:r w:rsidRPr="0002302F">
        <w:rPr>
          <w:rStyle w:val="BodyTextChar1"/>
          <w:rFonts w:ascii="Times New Roman" w:hAnsi="Times New Roman"/>
          <w:sz w:val="24"/>
          <w:szCs w:val="24"/>
        </w:rPr>
        <w:t>возможность для беспрепятственного доступа всех участни</w:t>
      </w:r>
      <w:r w:rsidRPr="0002302F">
        <w:rPr>
          <w:rStyle w:val="BodyTextChar1"/>
          <w:rFonts w:ascii="Times New Roman" w:hAnsi="Times New Roman"/>
          <w:sz w:val="24"/>
          <w:szCs w:val="24"/>
        </w:rPr>
        <w:softHyphen/>
        <w:t>ков образовательного процесса, в том числе обучающихся с ОВЗ, к объектам инфраструктуры организации, осущест</w:t>
      </w:r>
      <w:r w:rsidRPr="0002302F">
        <w:rPr>
          <w:rStyle w:val="BodyTextChar1"/>
          <w:rFonts w:ascii="Times New Roman" w:hAnsi="Times New Roman"/>
          <w:sz w:val="24"/>
          <w:szCs w:val="24"/>
        </w:rPr>
        <w:softHyphen/>
        <w:t>вляющей образовательную деятельность.</w:t>
      </w:r>
    </w:p>
    <w:p w:rsidR="00F44E79" w:rsidRPr="0002302F" w:rsidRDefault="00F44E79" w:rsidP="0002302F">
      <w:pPr>
        <w:pStyle w:val="BodyText"/>
        <w:spacing w:line="276" w:lineRule="auto"/>
        <w:jc w:val="both"/>
        <w:rPr>
          <w:rFonts w:ascii="Times New Roman" w:hAnsi="Times New Roman"/>
          <w:color w:val="auto"/>
          <w:sz w:val="24"/>
          <w:szCs w:val="24"/>
        </w:rPr>
      </w:pPr>
      <w:r w:rsidRPr="0002302F">
        <w:rPr>
          <w:rStyle w:val="BodyTextChar1"/>
          <w:rFonts w:ascii="Times New Roman" w:hAnsi="Times New Roman"/>
          <w:sz w:val="24"/>
          <w:szCs w:val="24"/>
        </w:rPr>
        <w:t>Критериальными источниками оценки материально-техни</w:t>
      </w:r>
      <w:r w:rsidRPr="0002302F">
        <w:rPr>
          <w:rStyle w:val="BodyTextChar1"/>
          <w:rFonts w:ascii="Times New Roman" w:hAnsi="Times New Roman"/>
          <w:sz w:val="24"/>
          <w:szCs w:val="24"/>
        </w:rPr>
        <w:softHyphen/>
        <w:t>ческих условий образовательной деятельности являются требо</w:t>
      </w:r>
      <w:r w:rsidRPr="0002302F">
        <w:rPr>
          <w:rStyle w:val="BodyTextChar1"/>
          <w:rFonts w:ascii="Times New Roman" w:hAnsi="Times New Roman"/>
          <w:sz w:val="24"/>
          <w:szCs w:val="24"/>
        </w:rPr>
        <w:softHyphen/>
        <w:t>вания ФГОС ООО, лицензионные требования и условия Поло</w:t>
      </w:r>
      <w:r w:rsidRPr="0002302F">
        <w:rPr>
          <w:rStyle w:val="BodyTextChar1"/>
          <w:rFonts w:ascii="Times New Roman" w:hAnsi="Times New Roman"/>
          <w:sz w:val="24"/>
          <w:szCs w:val="24"/>
        </w:rPr>
        <w:softHyphen/>
        <w:t>жения о лицензировании образовательной деятельности, утвержденного постановлением Правительства Российской Фе</w:t>
      </w:r>
      <w:r w:rsidRPr="0002302F">
        <w:rPr>
          <w:rStyle w:val="BodyTextChar1"/>
          <w:rFonts w:ascii="Times New Roman" w:hAnsi="Times New Roman"/>
          <w:sz w:val="24"/>
          <w:szCs w:val="24"/>
        </w:rPr>
        <w:softHyphen/>
        <w:t>дерации 28 октября 2013 г. №966, а также соответствующие приказы и методические рекомендации, в том числе:</w:t>
      </w:r>
    </w:p>
    <w:p w:rsidR="00F44E79" w:rsidRPr="0002302F" w:rsidRDefault="00F44E79" w:rsidP="001C7BA4">
      <w:pPr>
        <w:pStyle w:val="BodyText"/>
        <w:numPr>
          <w:ilvl w:val="0"/>
          <w:numId w:val="76"/>
        </w:numPr>
        <w:tabs>
          <w:tab w:val="left" w:pos="207"/>
        </w:tabs>
        <w:spacing w:line="302" w:lineRule="auto"/>
        <w:ind w:left="240" w:hanging="240"/>
        <w:jc w:val="both"/>
        <w:rPr>
          <w:rFonts w:ascii="Times New Roman" w:hAnsi="Times New Roman"/>
          <w:color w:val="auto"/>
          <w:sz w:val="24"/>
          <w:szCs w:val="24"/>
        </w:rPr>
      </w:pPr>
      <w:bookmarkStart w:id="1495" w:name="bookmark6036"/>
      <w:bookmarkEnd w:id="1495"/>
      <w:r w:rsidRPr="0002302F">
        <w:rPr>
          <w:rStyle w:val="BodyTextChar1"/>
          <w:rFonts w:ascii="Times New Roman" w:hAnsi="Times New Roman"/>
          <w:sz w:val="24"/>
          <w:szCs w:val="24"/>
        </w:rPr>
        <w:t>СП 2.4.3648-20 «Санитарно-эпидемиологические требования к организациям воспитания и обучения, отдыха и оздоровле</w:t>
      </w:r>
      <w:r w:rsidRPr="0002302F">
        <w:rPr>
          <w:rStyle w:val="BodyTextChar1"/>
          <w:rFonts w:ascii="Times New Roman" w:hAnsi="Times New Roman"/>
          <w:sz w:val="24"/>
          <w:szCs w:val="24"/>
        </w:rPr>
        <w:softHyphen/>
        <w:t>ния детей и молодежи»;</w:t>
      </w:r>
    </w:p>
    <w:p w:rsidR="00F44E79" w:rsidRPr="0002302F" w:rsidRDefault="00F44E79" w:rsidP="001C7BA4">
      <w:pPr>
        <w:pStyle w:val="BodyText"/>
        <w:numPr>
          <w:ilvl w:val="0"/>
          <w:numId w:val="76"/>
        </w:numPr>
        <w:tabs>
          <w:tab w:val="left" w:pos="207"/>
        </w:tabs>
        <w:spacing w:after="160" w:line="302" w:lineRule="auto"/>
        <w:ind w:left="240" w:hanging="240"/>
        <w:jc w:val="both"/>
        <w:rPr>
          <w:rFonts w:ascii="Times New Roman" w:hAnsi="Times New Roman"/>
          <w:color w:val="auto"/>
          <w:sz w:val="24"/>
          <w:szCs w:val="24"/>
        </w:rPr>
      </w:pPr>
      <w:bookmarkStart w:id="1496" w:name="bookmark6037"/>
      <w:bookmarkEnd w:id="1496"/>
      <w:r w:rsidRPr="0002302F">
        <w:rPr>
          <w:rStyle w:val="BodyTextChar1"/>
          <w:rFonts w:ascii="Times New Roman" w:hAnsi="Times New Roman"/>
          <w:sz w:val="24"/>
          <w:szCs w:val="24"/>
        </w:rPr>
        <w:t>СанПиН 1.2.3685-21 «Гигиенические нормативы и требова</w:t>
      </w:r>
      <w:r w:rsidRPr="0002302F">
        <w:rPr>
          <w:rStyle w:val="BodyTextChar1"/>
          <w:rFonts w:ascii="Times New Roman" w:hAnsi="Times New Roman"/>
          <w:sz w:val="24"/>
          <w:szCs w:val="24"/>
        </w:rPr>
        <w:softHyphen/>
        <w:t>ния к обеспечению безопасности и (или) безвредности для человека факторов среды обитания»;</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497" w:name="bookmark6038"/>
      <w:bookmarkEnd w:id="1497"/>
      <w:r w:rsidRPr="0002302F">
        <w:rPr>
          <w:rStyle w:val="BodyTextChar1"/>
          <w:rFonts w:ascii="Times New Roman" w:hAnsi="Times New Roman"/>
          <w:sz w:val="24"/>
          <w:szCs w:val="24"/>
        </w:rPr>
        <w:t>перечень учебников, допущенных к использованию при ре</w:t>
      </w:r>
      <w:r w:rsidRPr="0002302F">
        <w:rPr>
          <w:rStyle w:val="BodyTextChar1"/>
          <w:rFonts w:ascii="Times New Roman" w:hAnsi="Times New Roman"/>
          <w:sz w:val="24"/>
          <w:szCs w:val="24"/>
        </w:rPr>
        <w:softHyphen/>
        <w:t>ализации имеющих государственную аккредитацию образо</w:t>
      </w:r>
      <w:r w:rsidRPr="0002302F">
        <w:rPr>
          <w:rStyle w:val="BodyTextChar1"/>
          <w:rFonts w:ascii="Times New Roman" w:hAnsi="Times New Roman"/>
          <w:sz w:val="24"/>
          <w:szCs w:val="24"/>
        </w:rPr>
        <w:softHyphen/>
        <w:t>вательных программ основного общего, среднего общего образования (в соответствии с действующим Приказом Ми</w:t>
      </w:r>
      <w:r w:rsidRPr="0002302F">
        <w:rPr>
          <w:rStyle w:val="BodyTextChar1"/>
          <w:rFonts w:ascii="Times New Roman" w:hAnsi="Times New Roman"/>
          <w:sz w:val="24"/>
          <w:szCs w:val="24"/>
        </w:rPr>
        <w:softHyphen/>
        <w:t>нистерства просвещения РФ);</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498" w:name="bookmark6039"/>
      <w:bookmarkEnd w:id="1498"/>
      <w:r w:rsidRPr="0002302F">
        <w:rPr>
          <w:rStyle w:val="BodyTextChar1"/>
          <w:rFonts w:ascii="Times New Roman" w:hAnsi="Times New Roman"/>
          <w:sz w:val="24"/>
          <w:szCs w:val="24"/>
        </w:rPr>
        <w:t>Приказ Министерства просвещения Российской Федерации от 03.09.2019 № 465 «Об утверждении перечня средств обу</w:t>
      </w:r>
      <w:r w:rsidRPr="0002302F">
        <w:rPr>
          <w:rStyle w:val="BodyTextChar1"/>
          <w:rFonts w:ascii="Times New Roman" w:hAnsi="Times New Roman"/>
          <w:sz w:val="24"/>
          <w:szCs w:val="24"/>
        </w:rPr>
        <w:softHyphen/>
        <w:t>чения и воспитания, необходимых для реализации образова</w:t>
      </w:r>
      <w:r w:rsidRPr="0002302F">
        <w:rPr>
          <w:rStyle w:val="BodyTextChar1"/>
          <w:rFonts w:ascii="Times New Roman" w:hAnsi="Times New Roman"/>
          <w:sz w:val="24"/>
          <w:szCs w:val="24"/>
        </w:rPr>
        <w:softHyphen/>
        <w:t>тельных программ начального общего, основного общего и среднего общего образования, соответствующих современ</w:t>
      </w:r>
      <w:r w:rsidRPr="0002302F">
        <w:rPr>
          <w:rStyle w:val="BodyTextChar1"/>
          <w:rFonts w:ascii="Times New Roman" w:hAnsi="Times New Roman"/>
          <w:sz w:val="24"/>
          <w:szCs w:val="24"/>
        </w:rPr>
        <w:softHyphen/>
        <w:t>ным условиям обучения, необходимого при оснащении обще</w:t>
      </w:r>
      <w:r w:rsidRPr="0002302F">
        <w:rPr>
          <w:rStyle w:val="BodyTextChar1"/>
          <w:rFonts w:ascii="Times New Roman" w:hAnsi="Times New Roman"/>
          <w:sz w:val="24"/>
          <w:szCs w:val="24"/>
        </w:rPr>
        <w:softHyphen/>
        <w:t>образовательных организаций в целях реализации меропри</w:t>
      </w:r>
      <w:r w:rsidRPr="0002302F">
        <w:rPr>
          <w:rStyle w:val="BodyTextChar1"/>
          <w:rFonts w:ascii="Times New Roman" w:hAnsi="Times New Roman"/>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02302F">
        <w:rPr>
          <w:rStyle w:val="BodyTextChar1"/>
          <w:rFonts w:ascii="Times New Roman" w:hAnsi="Times New Roman"/>
          <w:sz w:val="24"/>
          <w:szCs w:val="24"/>
        </w:rPr>
        <w:softHyphen/>
        <w:t>нию, а также норматива стоимости оснащения одного места обучающегося указанными средствами обучения и воспита</w:t>
      </w:r>
      <w:r w:rsidRPr="0002302F">
        <w:rPr>
          <w:rStyle w:val="BodyTextChar1"/>
          <w:rFonts w:ascii="Times New Roman" w:hAnsi="Times New Roman"/>
          <w:sz w:val="24"/>
          <w:szCs w:val="24"/>
        </w:rPr>
        <w:softHyphen/>
        <w:t>ния» (зарегистрирован 25.12.2019 № 56982);</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499" w:name="bookmark6040"/>
      <w:bookmarkEnd w:id="1499"/>
      <w:r w:rsidRPr="0002302F">
        <w:rPr>
          <w:rStyle w:val="BodyTextChar1"/>
          <w:rFonts w:ascii="Times New Roman" w:hAnsi="Times New Roman"/>
          <w:sz w:val="24"/>
          <w:szCs w:val="24"/>
        </w:rPr>
        <w:t>аналогичные перечни, утвержденные региональными норма</w:t>
      </w:r>
      <w:r w:rsidRPr="0002302F">
        <w:rPr>
          <w:rStyle w:val="BodyTextChar1"/>
          <w:rFonts w:ascii="Times New Roman" w:hAnsi="Times New Roman"/>
          <w:sz w:val="24"/>
          <w:szCs w:val="24"/>
        </w:rPr>
        <w:softHyphen/>
        <w:t>тивными актами и локальными актами образовательной ор</w:t>
      </w:r>
      <w:r w:rsidRPr="0002302F">
        <w:rPr>
          <w:rStyle w:val="BodyTextChar1"/>
          <w:rFonts w:ascii="Times New Roman" w:hAnsi="Times New Roman"/>
          <w:sz w:val="24"/>
          <w:szCs w:val="24"/>
        </w:rPr>
        <w:softHyphen/>
        <w:t>ганизации, разработанные с учетом особенностей реализа</w:t>
      </w:r>
      <w:r w:rsidRPr="0002302F">
        <w:rPr>
          <w:rStyle w:val="BodyTextChar1"/>
          <w:rFonts w:ascii="Times New Roman" w:hAnsi="Times New Roman"/>
          <w:sz w:val="24"/>
          <w:szCs w:val="24"/>
        </w:rPr>
        <w:softHyphen/>
        <w:t>ции основной образовательной программы в образовательной организации.</w:t>
      </w:r>
    </w:p>
    <w:p w:rsidR="00F44E79" w:rsidRPr="0002302F" w:rsidRDefault="00F44E79" w:rsidP="0002302F">
      <w:pPr>
        <w:pStyle w:val="BodyText"/>
        <w:spacing w:line="276" w:lineRule="auto"/>
        <w:jc w:val="both"/>
        <w:rPr>
          <w:rFonts w:ascii="Times New Roman" w:hAnsi="Times New Roman"/>
          <w:color w:val="auto"/>
          <w:sz w:val="24"/>
          <w:szCs w:val="24"/>
        </w:rPr>
      </w:pPr>
      <w:r w:rsidRPr="0002302F">
        <w:rPr>
          <w:rStyle w:val="BodyTextChar1"/>
          <w:rFonts w:ascii="Times New Roman" w:hAnsi="Times New Roman"/>
          <w:sz w:val="24"/>
          <w:szCs w:val="24"/>
        </w:rPr>
        <w:t>В зональную структуру образовательной организации вклю</w:t>
      </w:r>
      <w:r w:rsidRPr="0002302F">
        <w:rPr>
          <w:rStyle w:val="BodyTextChar1"/>
          <w:rFonts w:ascii="Times New Roman" w:hAnsi="Times New Roman"/>
          <w:sz w:val="24"/>
          <w:szCs w:val="24"/>
        </w:rPr>
        <w:softHyphen/>
        <w:t>чены:</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0" w:name="bookmark6041"/>
      <w:bookmarkEnd w:id="1500"/>
      <w:r w:rsidRPr="0002302F">
        <w:rPr>
          <w:rStyle w:val="BodyTextChar1"/>
          <w:rFonts w:ascii="Times New Roman" w:hAnsi="Times New Roman"/>
          <w:sz w:val="24"/>
          <w:szCs w:val="24"/>
        </w:rPr>
        <w:t>участки (территории) с целесообразным набором оснащен</w:t>
      </w:r>
      <w:r w:rsidRPr="0002302F">
        <w:rPr>
          <w:rStyle w:val="BodyTextChar1"/>
          <w:rFonts w:ascii="Times New Roman" w:hAnsi="Times New Roman"/>
          <w:sz w:val="24"/>
          <w:szCs w:val="24"/>
        </w:rPr>
        <w:softHyphen/>
        <w:t>ных зон;</w:t>
      </w:r>
    </w:p>
    <w:p w:rsidR="00F44E79" w:rsidRPr="0002302F" w:rsidRDefault="00F44E79" w:rsidP="001C7BA4">
      <w:pPr>
        <w:pStyle w:val="BodyText"/>
        <w:numPr>
          <w:ilvl w:val="0"/>
          <w:numId w:val="76"/>
        </w:numPr>
        <w:tabs>
          <w:tab w:val="left" w:pos="207"/>
        </w:tabs>
        <w:spacing w:after="60" w:line="276" w:lineRule="auto"/>
        <w:ind w:left="240" w:hanging="240"/>
        <w:jc w:val="both"/>
        <w:rPr>
          <w:rFonts w:ascii="Times New Roman" w:hAnsi="Times New Roman"/>
          <w:color w:val="auto"/>
          <w:sz w:val="24"/>
          <w:szCs w:val="24"/>
        </w:rPr>
      </w:pPr>
      <w:bookmarkStart w:id="1501" w:name="bookmark6042"/>
      <w:bookmarkEnd w:id="1501"/>
      <w:r w:rsidRPr="0002302F">
        <w:rPr>
          <w:rStyle w:val="BodyTextChar1"/>
          <w:rFonts w:ascii="Times New Roman" w:hAnsi="Times New Roman"/>
          <w:sz w:val="24"/>
          <w:szCs w:val="24"/>
        </w:rPr>
        <w:t>входная зона;</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2" w:name="bookmark6043"/>
      <w:bookmarkEnd w:id="1502"/>
      <w:r w:rsidRPr="0002302F">
        <w:rPr>
          <w:rStyle w:val="BodyTextChar1"/>
          <w:rFonts w:ascii="Times New Roman" w:hAnsi="Times New Roman"/>
          <w:sz w:val="24"/>
          <w:szCs w:val="24"/>
        </w:rPr>
        <w:t>учебные кабинеты, мастерские, студии для организации учебного процесса;</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3" w:name="bookmark6044"/>
      <w:bookmarkEnd w:id="1503"/>
      <w:r w:rsidRPr="0002302F">
        <w:rPr>
          <w:rStyle w:val="BodyTextChar1"/>
          <w:rFonts w:ascii="Times New Roman" w:hAnsi="Times New Roman"/>
          <w:sz w:val="24"/>
          <w:szCs w:val="24"/>
        </w:rPr>
        <w:t>лаборантские помещения;</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4" w:name="bookmark6045"/>
      <w:bookmarkEnd w:id="1504"/>
      <w:r w:rsidRPr="0002302F">
        <w:rPr>
          <w:rStyle w:val="BodyTextChar1"/>
          <w:rFonts w:ascii="Times New Roman" w:hAnsi="Times New Roman"/>
          <w:sz w:val="24"/>
          <w:szCs w:val="24"/>
        </w:rPr>
        <w:t>библиотека с рабочими зонами: книгохранилищем, медиате</w:t>
      </w:r>
      <w:r w:rsidRPr="0002302F">
        <w:rPr>
          <w:rStyle w:val="BodyTextChar1"/>
          <w:rFonts w:ascii="Times New Roman" w:hAnsi="Times New Roman"/>
          <w:sz w:val="24"/>
          <w:szCs w:val="24"/>
        </w:rPr>
        <w:softHyphen/>
        <w:t>кой, читальным залом;</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5" w:name="bookmark6046"/>
      <w:bookmarkEnd w:id="1505"/>
      <w:r w:rsidRPr="0002302F">
        <w:rPr>
          <w:rStyle w:val="BodyTextChar1"/>
          <w:rFonts w:ascii="Times New Roman" w:hAnsi="Times New Roman"/>
          <w:sz w:val="24"/>
          <w:szCs w:val="24"/>
        </w:rPr>
        <w:t>актовый зал;</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6" w:name="bookmark6047"/>
      <w:bookmarkEnd w:id="1506"/>
      <w:r w:rsidRPr="0002302F">
        <w:rPr>
          <w:rStyle w:val="BodyTextChar1"/>
          <w:rFonts w:ascii="Times New Roman" w:hAnsi="Times New Roman"/>
          <w:sz w:val="24"/>
          <w:szCs w:val="24"/>
        </w:rPr>
        <w:t>спортивные сооружения (зал, спортивная площадка);</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7" w:name="bookmark6048"/>
      <w:bookmarkEnd w:id="1507"/>
      <w:r w:rsidRPr="0002302F">
        <w:rPr>
          <w:rStyle w:val="BodyTextChar1"/>
          <w:rFonts w:ascii="Times New Roman" w:hAnsi="Times New Roman"/>
          <w:sz w:val="24"/>
          <w:szCs w:val="24"/>
        </w:rPr>
        <w:t>пищевой блок;</w:t>
      </w:r>
    </w:p>
    <w:p w:rsidR="00F44E79" w:rsidRPr="0002302F" w:rsidRDefault="00F44E79" w:rsidP="001C7BA4">
      <w:pPr>
        <w:pStyle w:val="BodyText"/>
        <w:numPr>
          <w:ilvl w:val="0"/>
          <w:numId w:val="76"/>
        </w:numPr>
        <w:tabs>
          <w:tab w:val="left" w:pos="207"/>
        </w:tabs>
        <w:spacing w:after="60" w:line="276" w:lineRule="auto"/>
        <w:ind w:left="240" w:hanging="240"/>
        <w:jc w:val="both"/>
        <w:rPr>
          <w:rFonts w:ascii="Times New Roman" w:hAnsi="Times New Roman"/>
          <w:color w:val="auto"/>
          <w:sz w:val="24"/>
          <w:szCs w:val="24"/>
        </w:rPr>
      </w:pPr>
      <w:bookmarkStart w:id="1508" w:name="bookmark6049"/>
      <w:bookmarkEnd w:id="1508"/>
      <w:r w:rsidRPr="0002302F">
        <w:rPr>
          <w:rStyle w:val="BodyTextChar1"/>
          <w:rFonts w:ascii="Times New Roman" w:hAnsi="Times New Roman"/>
          <w:sz w:val="24"/>
          <w:szCs w:val="24"/>
        </w:rPr>
        <w:t>административные помещения;</w:t>
      </w:r>
    </w:p>
    <w:p w:rsidR="00F44E79" w:rsidRPr="0002302F" w:rsidRDefault="00F44E79" w:rsidP="001C7BA4">
      <w:pPr>
        <w:pStyle w:val="BodyText"/>
        <w:numPr>
          <w:ilvl w:val="0"/>
          <w:numId w:val="76"/>
        </w:numPr>
        <w:tabs>
          <w:tab w:val="left" w:pos="207"/>
        </w:tabs>
        <w:spacing w:line="276" w:lineRule="auto"/>
        <w:ind w:left="240" w:hanging="240"/>
        <w:jc w:val="both"/>
        <w:rPr>
          <w:rFonts w:ascii="Times New Roman" w:hAnsi="Times New Roman"/>
          <w:color w:val="auto"/>
          <w:sz w:val="24"/>
          <w:szCs w:val="24"/>
        </w:rPr>
      </w:pPr>
      <w:bookmarkStart w:id="1509" w:name="bookmark6050"/>
      <w:bookmarkEnd w:id="1509"/>
      <w:r w:rsidRPr="0002302F">
        <w:rPr>
          <w:rStyle w:val="BodyTextChar1"/>
          <w:rFonts w:ascii="Times New Roman" w:hAnsi="Times New Roman"/>
          <w:sz w:val="24"/>
          <w:szCs w:val="24"/>
        </w:rPr>
        <w:t>гардеробы;</w:t>
      </w:r>
    </w:p>
    <w:p w:rsidR="00F44E79" w:rsidRPr="0002302F" w:rsidRDefault="00F44E79" w:rsidP="001C7BA4">
      <w:pPr>
        <w:pStyle w:val="BodyText"/>
        <w:numPr>
          <w:ilvl w:val="0"/>
          <w:numId w:val="76"/>
        </w:numPr>
        <w:tabs>
          <w:tab w:val="left" w:pos="207"/>
        </w:tabs>
        <w:spacing w:after="60" w:line="276" w:lineRule="auto"/>
        <w:ind w:left="240" w:hanging="240"/>
        <w:jc w:val="both"/>
        <w:rPr>
          <w:rFonts w:ascii="Times New Roman" w:hAnsi="Times New Roman"/>
          <w:color w:val="auto"/>
          <w:sz w:val="24"/>
          <w:szCs w:val="24"/>
        </w:rPr>
      </w:pPr>
      <w:bookmarkStart w:id="1510" w:name="bookmark6051"/>
      <w:bookmarkEnd w:id="1510"/>
      <w:r w:rsidRPr="0002302F">
        <w:rPr>
          <w:rStyle w:val="BodyTextChar1"/>
          <w:rFonts w:ascii="Times New Roman" w:hAnsi="Times New Roman"/>
          <w:sz w:val="24"/>
          <w:szCs w:val="24"/>
        </w:rPr>
        <w:t>санитарные узлы (туалеты);</w:t>
      </w:r>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11" w:name="bookmark6052"/>
      <w:bookmarkEnd w:id="1511"/>
      <w:r w:rsidRPr="0002302F">
        <w:rPr>
          <w:rStyle w:val="BodyTextChar1"/>
          <w:rFonts w:ascii="Times New Roman" w:hAnsi="Times New Roman"/>
          <w:sz w:val="24"/>
          <w:szCs w:val="24"/>
        </w:rPr>
        <w:t>помещения/ место для хранения уборочного инвентаря.</w:t>
      </w:r>
    </w:p>
    <w:p w:rsidR="00F44E79" w:rsidRPr="0002302F" w:rsidRDefault="00F44E79" w:rsidP="0002302F">
      <w:pPr>
        <w:pStyle w:val="BodyText"/>
        <w:jc w:val="both"/>
        <w:rPr>
          <w:rFonts w:ascii="Times New Roman" w:hAnsi="Times New Roman"/>
          <w:color w:val="auto"/>
          <w:sz w:val="24"/>
          <w:szCs w:val="24"/>
        </w:rPr>
      </w:pPr>
      <w:r w:rsidRPr="0002302F">
        <w:rPr>
          <w:rStyle w:val="BodyTextChar1"/>
          <w:rFonts w:ascii="Times New Roman" w:hAnsi="Times New Roman"/>
          <w:sz w:val="24"/>
          <w:szCs w:val="24"/>
        </w:rPr>
        <w:t>Состав и площади помещений предоставляют условия для:</w:t>
      </w:r>
    </w:p>
    <w:p w:rsidR="00F44E79" w:rsidRPr="0002302F" w:rsidRDefault="00F44E79" w:rsidP="001C7BA4">
      <w:pPr>
        <w:pStyle w:val="BodyText"/>
        <w:numPr>
          <w:ilvl w:val="0"/>
          <w:numId w:val="76"/>
        </w:numPr>
        <w:tabs>
          <w:tab w:val="left" w:pos="267"/>
        </w:tabs>
        <w:ind w:left="240" w:hanging="240"/>
        <w:jc w:val="both"/>
        <w:rPr>
          <w:rFonts w:ascii="Times New Roman" w:hAnsi="Times New Roman"/>
          <w:color w:val="auto"/>
          <w:sz w:val="24"/>
          <w:szCs w:val="24"/>
        </w:rPr>
      </w:pPr>
      <w:bookmarkStart w:id="1512" w:name="bookmark6053"/>
      <w:bookmarkEnd w:id="1512"/>
      <w:r w:rsidRPr="0002302F">
        <w:rPr>
          <w:rStyle w:val="BodyTextChar1"/>
          <w:rFonts w:ascii="Times New Roman" w:hAnsi="Times New Roman"/>
          <w:sz w:val="24"/>
          <w:szCs w:val="24"/>
        </w:rPr>
        <w:t>основного общего образования согласно избранным направ</w:t>
      </w:r>
      <w:r w:rsidRPr="0002302F">
        <w:rPr>
          <w:rStyle w:val="BodyTextChar1"/>
          <w:rFonts w:ascii="Times New Roman" w:hAnsi="Times New Roman"/>
          <w:sz w:val="24"/>
          <w:szCs w:val="24"/>
        </w:rPr>
        <w:softHyphen/>
        <w:t>лениям учебного плана в соответствии с ФГОС ООО;</w:t>
      </w:r>
    </w:p>
    <w:p w:rsidR="00F44E79" w:rsidRPr="0002302F" w:rsidRDefault="00F44E79" w:rsidP="001C7BA4">
      <w:pPr>
        <w:pStyle w:val="BodyText"/>
        <w:numPr>
          <w:ilvl w:val="0"/>
          <w:numId w:val="76"/>
        </w:numPr>
        <w:tabs>
          <w:tab w:val="left" w:pos="267"/>
        </w:tabs>
        <w:ind w:left="240" w:hanging="240"/>
        <w:jc w:val="both"/>
        <w:rPr>
          <w:rFonts w:ascii="Times New Roman" w:hAnsi="Times New Roman"/>
          <w:color w:val="auto"/>
          <w:sz w:val="24"/>
          <w:szCs w:val="24"/>
        </w:rPr>
      </w:pPr>
      <w:bookmarkStart w:id="1513" w:name="bookmark6054"/>
      <w:bookmarkEnd w:id="1513"/>
      <w:r w:rsidRPr="0002302F">
        <w:rPr>
          <w:rStyle w:val="BodyTextChar1"/>
          <w:rFonts w:ascii="Times New Roman" w:hAnsi="Times New Roman"/>
          <w:sz w:val="24"/>
          <w:szCs w:val="24"/>
        </w:rPr>
        <w:t>организации режима труда и отдыха участников образова</w:t>
      </w:r>
      <w:r w:rsidRPr="0002302F">
        <w:rPr>
          <w:rStyle w:val="BodyTextChar1"/>
          <w:rFonts w:ascii="Times New Roman" w:hAnsi="Times New Roman"/>
          <w:sz w:val="24"/>
          <w:szCs w:val="24"/>
        </w:rPr>
        <w:softHyphen/>
        <w:t>тельного процесса;</w:t>
      </w:r>
    </w:p>
    <w:p w:rsidR="00F44E79" w:rsidRPr="0002302F" w:rsidRDefault="00F44E79" w:rsidP="001C7BA4">
      <w:pPr>
        <w:pStyle w:val="BodyText"/>
        <w:numPr>
          <w:ilvl w:val="0"/>
          <w:numId w:val="76"/>
        </w:numPr>
        <w:tabs>
          <w:tab w:val="left" w:pos="267"/>
        </w:tabs>
        <w:ind w:left="240" w:hanging="240"/>
        <w:jc w:val="both"/>
        <w:rPr>
          <w:rFonts w:ascii="Times New Roman" w:hAnsi="Times New Roman"/>
          <w:color w:val="auto"/>
          <w:sz w:val="24"/>
          <w:szCs w:val="24"/>
        </w:rPr>
      </w:pPr>
      <w:bookmarkStart w:id="1514" w:name="bookmark6055"/>
      <w:bookmarkEnd w:id="1514"/>
      <w:r w:rsidRPr="0002302F">
        <w:rPr>
          <w:rStyle w:val="BodyTextChar1"/>
          <w:rFonts w:ascii="Times New Roman" w:hAnsi="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02302F">
        <w:rPr>
          <w:rStyle w:val="BodyTextChar1"/>
          <w:rFonts w:ascii="Times New Roman" w:hAnsi="Times New Roman"/>
          <w:sz w:val="24"/>
          <w:szCs w:val="24"/>
        </w:rPr>
        <w:softHyphen/>
        <w:t>питательного процесса по данному предмету или циклу учеб</w:t>
      </w:r>
      <w:r w:rsidRPr="0002302F">
        <w:rPr>
          <w:rStyle w:val="BodyTextChar1"/>
          <w:rFonts w:ascii="Times New Roman" w:hAnsi="Times New Roman"/>
          <w:sz w:val="24"/>
          <w:szCs w:val="24"/>
        </w:rPr>
        <w:softHyphen/>
        <w:t>ных дисциплин.</w:t>
      </w:r>
    </w:p>
    <w:p w:rsidR="00F44E79" w:rsidRPr="0002302F" w:rsidRDefault="00F44E79" w:rsidP="0002302F">
      <w:pPr>
        <w:pStyle w:val="BodyText"/>
        <w:jc w:val="both"/>
        <w:rPr>
          <w:rFonts w:ascii="Times New Roman" w:hAnsi="Times New Roman"/>
          <w:color w:val="auto"/>
          <w:sz w:val="24"/>
          <w:szCs w:val="24"/>
        </w:rPr>
      </w:pPr>
      <w:r w:rsidRPr="0002302F">
        <w:rPr>
          <w:rStyle w:val="BodyTextChar1"/>
          <w:rFonts w:ascii="Times New Roman" w:hAnsi="Times New Roman"/>
          <w:sz w:val="24"/>
          <w:szCs w:val="24"/>
        </w:rPr>
        <w:t>В состав учебных кабинетов (мастерских, студий) входят:</w:t>
      </w:r>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15" w:name="bookmark6056"/>
      <w:bookmarkEnd w:id="1515"/>
      <w:r w:rsidRPr="0002302F">
        <w:rPr>
          <w:rStyle w:val="BodyTextChar1"/>
          <w:rFonts w:ascii="Times New Roman" w:hAnsi="Times New Roman"/>
          <w:sz w:val="24"/>
          <w:szCs w:val="24"/>
        </w:rPr>
        <w:t>учебный кабинет русского языка и литературы;</w:t>
      </w:r>
      <w:bookmarkStart w:id="1516" w:name="bookmark6057"/>
      <w:bookmarkStart w:id="1517" w:name="bookmark6058"/>
      <w:bookmarkStart w:id="1518" w:name="bookmark6059"/>
      <w:bookmarkEnd w:id="1516"/>
      <w:bookmarkEnd w:id="1517"/>
      <w:bookmarkEnd w:id="1518"/>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19" w:name="bookmark6060"/>
      <w:bookmarkEnd w:id="1519"/>
      <w:r w:rsidRPr="0002302F">
        <w:rPr>
          <w:rStyle w:val="BodyTextChar1"/>
          <w:rFonts w:ascii="Times New Roman" w:hAnsi="Times New Roman"/>
          <w:sz w:val="24"/>
          <w:szCs w:val="24"/>
        </w:rPr>
        <w:t>учебный кабинет иностранного языка;</w:t>
      </w:r>
      <w:bookmarkStart w:id="1520" w:name="bookmark6061"/>
      <w:bookmarkEnd w:id="1520"/>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21" w:name="bookmark6062"/>
      <w:bookmarkEnd w:id="1521"/>
      <w:r w:rsidRPr="0002302F">
        <w:rPr>
          <w:rStyle w:val="BodyTextChar1"/>
          <w:rFonts w:ascii="Times New Roman" w:hAnsi="Times New Roman"/>
          <w:sz w:val="24"/>
          <w:szCs w:val="24"/>
        </w:rPr>
        <w:t>учебный кабинет истории и обществознания</w:t>
      </w:r>
      <w:bookmarkStart w:id="1522" w:name="bookmark6063"/>
      <w:bookmarkEnd w:id="1522"/>
      <w:r w:rsidRPr="0002302F">
        <w:rPr>
          <w:rStyle w:val="BodyTextChar1"/>
          <w:rFonts w:ascii="Times New Roman" w:hAnsi="Times New Roman"/>
          <w:sz w:val="24"/>
          <w:szCs w:val="24"/>
        </w:rPr>
        <w:t>;</w:t>
      </w:r>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23" w:name="bookmark6064"/>
      <w:bookmarkEnd w:id="1523"/>
      <w:r w:rsidRPr="0002302F">
        <w:rPr>
          <w:rStyle w:val="BodyTextChar1"/>
          <w:rFonts w:ascii="Times New Roman" w:hAnsi="Times New Roman"/>
          <w:sz w:val="24"/>
          <w:szCs w:val="24"/>
        </w:rPr>
        <w:t>учебный кабинет ОБЖ и географии;</w:t>
      </w:r>
      <w:bookmarkStart w:id="1524" w:name="bookmark6065"/>
      <w:bookmarkStart w:id="1525" w:name="bookmark6066"/>
      <w:bookmarkStart w:id="1526" w:name="bookmark6067"/>
      <w:bookmarkEnd w:id="1524"/>
      <w:bookmarkEnd w:id="1525"/>
      <w:bookmarkEnd w:id="1526"/>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27" w:name="bookmark6068"/>
      <w:bookmarkEnd w:id="1527"/>
      <w:r w:rsidRPr="0002302F">
        <w:rPr>
          <w:rStyle w:val="BodyTextChar1"/>
          <w:rFonts w:ascii="Times New Roman" w:hAnsi="Times New Roman"/>
          <w:sz w:val="24"/>
          <w:szCs w:val="24"/>
        </w:rPr>
        <w:t>учебный кабинет информатики и физики;</w:t>
      </w:r>
      <w:bookmarkStart w:id="1528" w:name="bookmark6069"/>
      <w:bookmarkEnd w:id="1528"/>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29" w:name="bookmark6070"/>
      <w:bookmarkEnd w:id="1529"/>
      <w:r w:rsidRPr="0002302F">
        <w:rPr>
          <w:rStyle w:val="BodyTextChar1"/>
          <w:rFonts w:ascii="Times New Roman" w:hAnsi="Times New Roman"/>
          <w:sz w:val="24"/>
          <w:szCs w:val="24"/>
        </w:rPr>
        <w:t>учебный кабинет биологии и химии;</w:t>
      </w:r>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30" w:name="bookmark6071"/>
      <w:bookmarkEnd w:id="1530"/>
      <w:r w:rsidRPr="0002302F">
        <w:rPr>
          <w:rStyle w:val="BodyTextChar1"/>
          <w:rFonts w:ascii="Times New Roman" w:hAnsi="Times New Roman"/>
          <w:sz w:val="24"/>
          <w:szCs w:val="24"/>
        </w:rPr>
        <w:t>учебный кабинет математики;</w:t>
      </w:r>
      <w:bookmarkStart w:id="1531" w:name="bookmark6072"/>
      <w:bookmarkEnd w:id="1531"/>
    </w:p>
    <w:p w:rsidR="00F44E79" w:rsidRPr="0002302F" w:rsidRDefault="00F44E79" w:rsidP="001C7BA4">
      <w:pPr>
        <w:pStyle w:val="BodyText"/>
        <w:numPr>
          <w:ilvl w:val="0"/>
          <w:numId w:val="76"/>
        </w:numPr>
        <w:tabs>
          <w:tab w:val="left" w:pos="267"/>
        </w:tabs>
        <w:ind w:firstLine="0"/>
        <w:jc w:val="both"/>
        <w:rPr>
          <w:rFonts w:ascii="Times New Roman" w:hAnsi="Times New Roman"/>
          <w:color w:val="auto"/>
          <w:sz w:val="24"/>
          <w:szCs w:val="24"/>
        </w:rPr>
      </w:pPr>
      <w:bookmarkStart w:id="1532" w:name="bookmark6073"/>
      <w:bookmarkEnd w:id="1532"/>
      <w:r w:rsidRPr="0002302F">
        <w:rPr>
          <w:rStyle w:val="BodyTextChar1"/>
          <w:rFonts w:ascii="Times New Roman" w:hAnsi="Times New Roman"/>
          <w:sz w:val="24"/>
          <w:szCs w:val="24"/>
        </w:rPr>
        <w:t>учебный кабинет (мастерская) технологии</w:t>
      </w:r>
      <w:bookmarkStart w:id="1533" w:name="bookmark6074"/>
      <w:bookmarkEnd w:id="1533"/>
      <w:r w:rsidRPr="0002302F">
        <w:rPr>
          <w:rStyle w:val="BodyTextChar1"/>
          <w:rFonts w:ascii="Times New Roman" w:hAnsi="Times New Roman"/>
          <w:sz w:val="24"/>
          <w:szCs w:val="24"/>
        </w:rPr>
        <w:t>.</w:t>
      </w:r>
    </w:p>
    <w:p w:rsidR="00F44E79" w:rsidRPr="0002302F" w:rsidRDefault="00F44E79" w:rsidP="0002302F">
      <w:pPr>
        <w:pStyle w:val="BodyText"/>
        <w:ind w:firstLine="0"/>
        <w:jc w:val="both"/>
        <w:rPr>
          <w:rFonts w:ascii="Times New Roman" w:hAnsi="Times New Roman"/>
          <w:color w:val="auto"/>
          <w:sz w:val="24"/>
          <w:szCs w:val="24"/>
        </w:rPr>
      </w:pPr>
      <w:r w:rsidRPr="0002302F">
        <w:rPr>
          <w:rStyle w:val="BodyTextChar1"/>
          <w:rFonts w:ascii="Times New Roman" w:hAnsi="Times New Roman"/>
          <w:sz w:val="24"/>
          <w:szCs w:val="24"/>
        </w:rPr>
        <w:t xml:space="preserve"> Возможна интеграция ка</w:t>
      </w:r>
      <w:r w:rsidRPr="0002302F">
        <w:rPr>
          <w:rStyle w:val="BodyTextChar1"/>
          <w:rFonts w:ascii="Times New Roman" w:hAnsi="Times New Roman"/>
          <w:sz w:val="24"/>
          <w:szCs w:val="24"/>
        </w:rPr>
        <w:softHyphen/>
        <w:t>бинетов (например, кабинет русского языка и литературы, кабинет истории и обществознания и другие варианты интеграции), а также создание специализирован</w:t>
      </w:r>
      <w:r w:rsidRPr="0002302F">
        <w:rPr>
          <w:rStyle w:val="BodyTextChar1"/>
          <w:rFonts w:ascii="Times New Roman" w:hAnsi="Times New Roman"/>
          <w:sz w:val="24"/>
          <w:szCs w:val="24"/>
        </w:rPr>
        <w:softHyphen/>
        <w:t>ных кабинетов (кабинет-музей исторического краеведения), наличие которых пред</w:t>
      </w:r>
      <w:r w:rsidRPr="0002302F">
        <w:rPr>
          <w:rStyle w:val="BodyTextChar1"/>
          <w:rFonts w:ascii="Times New Roman" w:hAnsi="Times New Roman"/>
          <w:color w:val="000000"/>
          <w:sz w:val="24"/>
          <w:szCs w:val="24"/>
        </w:rPr>
        <w:t>полагается утвержденной в организации образовательной про</w:t>
      </w:r>
      <w:r w:rsidRPr="0002302F">
        <w:rPr>
          <w:rStyle w:val="BodyTextChar1"/>
          <w:rFonts w:ascii="Times New Roman" w:hAnsi="Times New Roman"/>
          <w:color w:val="000000"/>
          <w:sz w:val="24"/>
          <w:szCs w:val="24"/>
        </w:rPr>
        <w:softHyphen/>
        <w:t>граммой.</w:t>
      </w:r>
    </w:p>
    <w:p w:rsidR="00F44E79" w:rsidRPr="0002302F" w:rsidRDefault="00F44E79" w:rsidP="0002302F">
      <w:pPr>
        <w:pStyle w:val="BodyText"/>
        <w:spacing w:line="269" w:lineRule="auto"/>
        <w:jc w:val="both"/>
        <w:rPr>
          <w:rFonts w:ascii="Times New Roman" w:hAnsi="Times New Roman"/>
          <w:color w:val="auto"/>
          <w:sz w:val="24"/>
          <w:szCs w:val="24"/>
        </w:rPr>
      </w:pPr>
      <w:r w:rsidRPr="0002302F">
        <w:rPr>
          <w:rStyle w:val="BodyTextChar1"/>
          <w:rFonts w:ascii="Times New Roman" w:hAnsi="Times New Roman"/>
          <w:color w:val="000000"/>
          <w:sz w:val="24"/>
          <w:szCs w:val="24"/>
        </w:rPr>
        <w:t>Учебные кабинеты включают следующие зоны:</w:t>
      </w:r>
    </w:p>
    <w:p w:rsidR="00F44E79" w:rsidRPr="0002302F" w:rsidRDefault="00F44E79" w:rsidP="001C7BA4">
      <w:pPr>
        <w:pStyle w:val="BodyText"/>
        <w:numPr>
          <w:ilvl w:val="0"/>
          <w:numId w:val="80"/>
        </w:numPr>
        <w:tabs>
          <w:tab w:val="left" w:pos="267"/>
        </w:tabs>
        <w:spacing w:line="283" w:lineRule="auto"/>
        <w:ind w:left="240" w:hanging="240"/>
        <w:jc w:val="both"/>
        <w:rPr>
          <w:rFonts w:ascii="Times New Roman" w:hAnsi="Times New Roman"/>
          <w:color w:val="auto"/>
          <w:sz w:val="24"/>
          <w:szCs w:val="24"/>
        </w:rPr>
      </w:pPr>
      <w:bookmarkStart w:id="1534" w:name="bookmark6075"/>
      <w:bookmarkEnd w:id="1534"/>
      <w:r w:rsidRPr="0002302F">
        <w:rPr>
          <w:rStyle w:val="BodyTextChar1"/>
          <w:rFonts w:ascii="Times New Roman" w:hAnsi="Times New Roman"/>
          <w:color w:val="000000"/>
          <w:sz w:val="24"/>
          <w:szCs w:val="24"/>
        </w:rPr>
        <w:t>рабочее место учителя с пространством для размещения ча</w:t>
      </w:r>
      <w:r w:rsidRPr="0002302F">
        <w:rPr>
          <w:rStyle w:val="BodyTextChar1"/>
          <w:rFonts w:ascii="Times New Roman" w:hAnsi="Times New Roman"/>
          <w:color w:val="000000"/>
          <w:sz w:val="24"/>
          <w:szCs w:val="24"/>
        </w:rPr>
        <w:softHyphen/>
        <w:t>сто используемого оснащения;</w:t>
      </w:r>
    </w:p>
    <w:p w:rsidR="00F44E79" w:rsidRPr="0002302F" w:rsidRDefault="00F44E79" w:rsidP="001C7BA4">
      <w:pPr>
        <w:pStyle w:val="BodyText"/>
        <w:numPr>
          <w:ilvl w:val="0"/>
          <w:numId w:val="80"/>
        </w:numPr>
        <w:tabs>
          <w:tab w:val="left" w:pos="267"/>
        </w:tabs>
        <w:spacing w:line="283" w:lineRule="auto"/>
        <w:ind w:left="240" w:hanging="240"/>
        <w:jc w:val="both"/>
        <w:rPr>
          <w:rFonts w:ascii="Times New Roman" w:hAnsi="Times New Roman"/>
          <w:color w:val="auto"/>
          <w:sz w:val="24"/>
          <w:szCs w:val="24"/>
        </w:rPr>
      </w:pPr>
      <w:bookmarkStart w:id="1535" w:name="bookmark6076"/>
      <w:bookmarkEnd w:id="1535"/>
      <w:r w:rsidRPr="0002302F">
        <w:rPr>
          <w:rStyle w:val="BodyTextChar1"/>
          <w:rFonts w:ascii="Times New Roman" w:hAnsi="Times New Roman"/>
          <w:color w:val="000000"/>
          <w:sz w:val="24"/>
          <w:szCs w:val="24"/>
        </w:rPr>
        <w:t>рабочую зону учащихся с местом для размещения личных вещей;</w:t>
      </w:r>
    </w:p>
    <w:p w:rsidR="00F44E79" w:rsidRPr="0002302F" w:rsidRDefault="00F44E79" w:rsidP="001C7BA4">
      <w:pPr>
        <w:pStyle w:val="BodyText"/>
        <w:numPr>
          <w:ilvl w:val="0"/>
          <w:numId w:val="80"/>
        </w:numPr>
        <w:tabs>
          <w:tab w:val="left" w:pos="267"/>
        </w:tabs>
        <w:spacing w:line="283" w:lineRule="auto"/>
        <w:ind w:left="240" w:hanging="240"/>
        <w:jc w:val="both"/>
        <w:rPr>
          <w:rFonts w:ascii="Times New Roman" w:hAnsi="Times New Roman"/>
          <w:color w:val="auto"/>
          <w:sz w:val="24"/>
          <w:szCs w:val="24"/>
        </w:rPr>
      </w:pPr>
      <w:bookmarkStart w:id="1536" w:name="bookmark6077"/>
      <w:bookmarkEnd w:id="1536"/>
      <w:r w:rsidRPr="0002302F">
        <w:rPr>
          <w:rStyle w:val="BodyTextChar1"/>
          <w:rFonts w:ascii="Times New Roman" w:hAnsi="Times New Roman"/>
          <w:color w:val="000000"/>
          <w:sz w:val="24"/>
          <w:szCs w:val="24"/>
        </w:rPr>
        <w:t>пространство для размещения и хранения учебного оборудо</w:t>
      </w:r>
      <w:r w:rsidRPr="0002302F">
        <w:rPr>
          <w:rStyle w:val="BodyTextChar1"/>
          <w:rFonts w:ascii="Times New Roman" w:hAnsi="Times New Roman"/>
          <w:color w:val="000000"/>
          <w:sz w:val="24"/>
          <w:szCs w:val="24"/>
        </w:rPr>
        <w:softHyphen/>
        <w:t>вания;</w:t>
      </w:r>
    </w:p>
    <w:p w:rsidR="00F44E79" w:rsidRPr="0002302F" w:rsidRDefault="00F44E79" w:rsidP="001C7BA4">
      <w:pPr>
        <w:pStyle w:val="BodyText"/>
        <w:numPr>
          <w:ilvl w:val="0"/>
          <w:numId w:val="80"/>
        </w:numPr>
        <w:tabs>
          <w:tab w:val="left" w:pos="267"/>
        </w:tabs>
        <w:spacing w:after="40" w:line="298" w:lineRule="auto"/>
        <w:ind w:left="240" w:hanging="240"/>
        <w:jc w:val="both"/>
        <w:rPr>
          <w:rFonts w:ascii="Times New Roman" w:hAnsi="Times New Roman"/>
          <w:color w:val="auto"/>
          <w:sz w:val="24"/>
          <w:szCs w:val="24"/>
        </w:rPr>
      </w:pPr>
      <w:bookmarkStart w:id="1537" w:name="bookmark6078"/>
      <w:bookmarkEnd w:id="1537"/>
      <w:r w:rsidRPr="0002302F">
        <w:rPr>
          <w:rStyle w:val="BodyTextChar1"/>
          <w:rFonts w:ascii="Times New Roman" w:hAnsi="Times New Roman"/>
          <w:color w:val="000000"/>
          <w:sz w:val="24"/>
          <w:szCs w:val="24"/>
        </w:rPr>
        <w:t>демонстрационную зону.</w:t>
      </w:r>
    </w:p>
    <w:p w:rsidR="00F44E79" w:rsidRPr="0002302F" w:rsidRDefault="00F44E79" w:rsidP="0002302F">
      <w:pPr>
        <w:pStyle w:val="BodyText"/>
        <w:spacing w:line="269" w:lineRule="auto"/>
        <w:jc w:val="both"/>
        <w:rPr>
          <w:rFonts w:ascii="Times New Roman" w:hAnsi="Times New Roman"/>
          <w:color w:val="auto"/>
          <w:sz w:val="24"/>
          <w:szCs w:val="24"/>
        </w:rPr>
      </w:pPr>
      <w:r w:rsidRPr="0002302F">
        <w:rPr>
          <w:rStyle w:val="BodyTextChar1"/>
          <w:rFonts w:ascii="Times New Roman" w:hAnsi="Times New Roman"/>
          <w:color w:val="000000"/>
          <w:sz w:val="24"/>
          <w:szCs w:val="24"/>
        </w:rPr>
        <w:t>Организация зональной структуры учебного кабинета отве</w:t>
      </w:r>
      <w:r w:rsidRPr="0002302F">
        <w:rPr>
          <w:rStyle w:val="BodyTextChar1"/>
          <w:rFonts w:ascii="Times New Roman" w:hAnsi="Times New Roman"/>
          <w:color w:val="000000"/>
          <w:sz w:val="24"/>
          <w:szCs w:val="24"/>
        </w:rPr>
        <w:softHyphen/>
        <w:t>чает педагогическим и эргономическим требованиям, комфорт</w:t>
      </w:r>
      <w:r w:rsidRPr="0002302F">
        <w:rPr>
          <w:rStyle w:val="BodyTextChar1"/>
          <w:rFonts w:ascii="Times New Roman" w:hAnsi="Times New Roman"/>
          <w:color w:val="000000"/>
          <w:sz w:val="24"/>
          <w:szCs w:val="24"/>
        </w:rPr>
        <w:softHyphen/>
        <w:t>ности и безопасности образовательного процесса.</w:t>
      </w:r>
    </w:p>
    <w:p w:rsidR="00F44E79" w:rsidRPr="0002302F" w:rsidRDefault="00F44E79" w:rsidP="0002302F">
      <w:pPr>
        <w:pStyle w:val="BodyText"/>
        <w:spacing w:line="269" w:lineRule="auto"/>
        <w:jc w:val="both"/>
        <w:rPr>
          <w:rFonts w:ascii="Times New Roman" w:hAnsi="Times New Roman"/>
          <w:color w:val="auto"/>
          <w:sz w:val="24"/>
          <w:szCs w:val="24"/>
        </w:rPr>
      </w:pPr>
      <w:r w:rsidRPr="0002302F">
        <w:rPr>
          <w:rStyle w:val="BodyTextChar1"/>
          <w:rFonts w:ascii="Times New Roman" w:hAnsi="Times New Roman"/>
          <w:color w:val="000000"/>
          <w:sz w:val="24"/>
          <w:szCs w:val="24"/>
        </w:rPr>
        <w:t>Компонентами оснащения учебного кабинета являются:</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38" w:name="bookmark6079"/>
      <w:bookmarkEnd w:id="1538"/>
      <w:r w:rsidRPr="0002302F">
        <w:rPr>
          <w:rStyle w:val="BodyTextChar1"/>
          <w:rFonts w:ascii="Times New Roman" w:hAnsi="Times New Roman"/>
          <w:color w:val="000000"/>
          <w:sz w:val="24"/>
          <w:szCs w:val="24"/>
        </w:rPr>
        <w:t>школьная мебель;</w:t>
      </w:r>
    </w:p>
    <w:p w:rsidR="00F44E79" w:rsidRPr="0002302F" w:rsidRDefault="00F44E79" w:rsidP="001C7BA4">
      <w:pPr>
        <w:pStyle w:val="BodyText"/>
        <w:numPr>
          <w:ilvl w:val="0"/>
          <w:numId w:val="80"/>
        </w:numPr>
        <w:tabs>
          <w:tab w:val="left" w:pos="267"/>
        </w:tabs>
        <w:spacing w:after="40" w:line="298" w:lineRule="auto"/>
        <w:ind w:firstLine="0"/>
        <w:jc w:val="both"/>
        <w:rPr>
          <w:rFonts w:ascii="Times New Roman" w:hAnsi="Times New Roman"/>
          <w:color w:val="auto"/>
          <w:sz w:val="24"/>
          <w:szCs w:val="24"/>
        </w:rPr>
      </w:pPr>
      <w:bookmarkStart w:id="1539" w:name="bookmark6080"/>
      <w:bookmarkEnd w:id="1539"/>
      <w:r w:rsidRPr="0002302F">
        <w:rPr>
          <w:rStyle w:val="BodyTextChar1"/>
          <w:rFonts w:ascii="Times New Roman" w:hAnsi="Times New Roman"/>
          <w:color w:val="000000"/>
          <w:sz w:val="24"/>
          <w:szCs w:val="24"/>
        </w:rPr>
        <w:t>технические средства;</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40" w:name="bookmark6081"/>
      <w:bookmarkEnd w:id="1540"/>
      <w:r w:rsidRPr="0002302F">
        <w:rPr>
          <w:rStyle w:val="BodyTextChar1"/>
          <w:rFonts w:ascii="Times New Roman" w:hAnsi="Times New Roman"/>
          <w:color w:val="000000"/>
          <w:sz w:val="24"/>
          <w:szCs w:val="24"/>
        </w:rPr>
        <w:t>лабораторно-технологическое оборудование;</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41" w:name="bookmark6082"/>
      <w:bookmarkEnd w:id="1541"/>
      <w:r w:rsidRPr="0002302F">
        <w:rPr>
          <w:rStyle w:val="BodyTextChar1"/>
          <w:rFonts w:ascii="Times New Roman" w:hAnsi="Times New Roman"/>
          <w:color w:val="000000"/>
          <w:sz w:val="24"/>
          <w:szCs w:val="24"/>
        </w:rPr>
        <w:t>фонд дополнительной литературы;</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42" w:name="bookmark6083"/>
      <w:bookmarkEnd w:id="1542"/>
      <w:r w:rsidRPr="0002302F">
        <w:rPr>
          <w:rStyle w:val="BodyTextChar1"/>
          <w:rFonts w:ascii="Times New Roman" w:hAnsi="Times New Roman"/>
          <w:color w:val="000000"/>
          <w:sz w:val="24"/>
          <w:szCs w:val="24"/>
        </w:rPr>
        <w:t>учебно-наглядные пособия;</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43" w:name="bookmark6084"/>
      <w:bookmarkEnd w:id="1543"/>
      <w:r w:rsidRPr="0002302F">
        <w:rPr>
          <w:rStyle w:val="BodyTextChar1"/>
          <w:rFonts w:ascii="Times New Roman" w:hAnsi="Times New Roman"/>
          <w:color w:val="000000"/>
          <w:sz w:val="24"/>
          <w:szCs w:val="24"/>
        </w:rPr>
        <w:t>учебно-методические материалы.</w:t>
      </w:r>
    </w:p>
    <w:p w:rsidR="00F44E79" w:rsidRPr="0002302F" w:rsidRDefault="00F44E79" w:rsidP="0002302F">
      <w:pPr>
        <w:pStyle w:val="BodyText"/>
        <w:spacing w:line="269" w:lineRule="auto"/>
        <w:jc w:val="both"/>
        <w:rPr>
          <w:rFonts w:ascii="Times New Roman" w:hAnsi="Times New Roman"/>
          <w:color w:val="auto"/>
          <w:sz w:val="24"/>
          <w:szCs w:val="24"/>
        </w:rPr>
      </w:pPr>
      <w:r w:rsidRPr="0002302F">
        <w:rPr>
          <w:rStyle w:val="BodyTextChar1"/>
          <w:rFonts w:ascii="Times New Roman" w:hAnsi="Times New Roman"/>
          <w:color w:val="000000"/>
          <w:sz w:val="24"/>
          <w:szCs w:val="24"/>
        </w:rPr>
        <w:t>В базовый комплект мебели входят:</w:t>
      </w:r>
    </w:p>
    <w:p w:rsidR="00F44E79" w:rsidRPr="0002302F" w:rsidRDefault="00F44E79" w:rsidP="001C7BA4">
      <w:pPr>
        <w:pStyle w:val="BodyText"/>
        <w:numPr>
          <w:ilvl w:val="0"/>
          <w:numId w:val="80"/>
        </w:numPr>
        <w:tabs>
          <w:tab w:val="left" w:pos="267"/>
        </w:tabs>
        <w:spacing w:after="40" w:line="298" w:lineRule="auto"/>
        <w:ind w:firstLine="0"/>
        <w:jc w:val="both"/>
        <w:rPr>
          <w:rFonts w:ascii="Times New Roman" w:hAnsi="Times New Roman"/>
          <w:color w:val="auto"/>
          <w:sz w:val="24"/>
          <w:szCs w:val="24"/>
        </w:rPr>
      </w:pPr>
      <w:bookmarkStart w:id="1544" w:name="bookmark6085"/>
      <w:bookmarkEnd w:id="1544"/>
      <w:r w:rsidRPr="0002302F">
        <w:rPr>
          <w:rStyle w:val="BodyTextChar1"/>
          <w:rFonts w:ascii="Times New Roman" w:hAnsi="Times New Roman"/>
          <w:color w:val="000000"/>
          <w:sz w:val="24"/>
          <w:szCs w:val="24"/>
        </w:rPr>
        <w:t>доска классная;</w:t>
      </w:r>
    </w:p>
    <w:p w:rsidR="00F44E79" w:rsidRPr="0002302F" w:rsidRDefault="00F44E79" w:rsidP="001C7BA4">
      <w:pPr>
        <w:pStyle w:val="BodyText"/>
        <w:numPr>
          <w:ilvl w:val="0"/>
          <w:numId w:val="80"/>
        </w:numPr>
        <w:tabs>
          <w:tab w:val="left" w:pos="267"/>
        </w:tabs>
        <w:spacing w:after="40" w:line="298" w:lineRule="auto"/>
        <w:ind w:firstLine="0"/>
        <w:jc w:val="both"/>
        <w:rPr>
          <w:rFonts w:ascii="Times New Roman" w:hAnsi="Times New Roman"/>
          <w:color w:val="auto"/>
          <w:sz w:val="24"/>
          <w:szCs w:val="24"/>
        </w:rPr>
      </w:pPr>
      <w:bookmarkStart w:id="1545" w:name="bookmark6086"/>
      <w:bookmarkEnd w:id="1545"/>
      <w:r w:rsidRPr="0002302F">
        <w:rPr>
          <w:rStyle w:val="BodyTextChar1"/>
          <w:rFonts w:ascii="Times New Roman" w:hAnsi="Times New Roman"/>
          <w:color w:val="000000"/>
          <w:sz w:val="24"/>
          <w:szCs w:val="24"/>
        </w:rPr>
        <w:t>стол учителя;</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46" w:name="bookmark6087"/>
      <w:bookmarkEnd w:id="1546"/>
      <w:r w:rsidRPr="0002302F">
        <w:rPr>
          <w:rStyle w:val="BodyTextChar1"/>
          <w:rFonts w:ascii="Times New Roman" w:hAnsi="Times New Roman"/>
          <w:color w:val="000000"/>
          <w:sz w:val="24"/>
          <w:szCs w:val="24"/>
        </w:rPr>
        <w:t>стул учителя (приставной);</w:t>
      </w:r>
    </w:p>
    <w:p w:rsidR="00F44E79" w:rsidRPr="0002302F" w:rsidRDefault="00F44E79" w:rsidP="001C7BA4">
      <w:pPr>
        <w:pStyle w:val="BodyText"/>
        <w:numPr>
          <w:ilvl w:val="0"/>
          <w:numId w:val="80"/>
        </w:numPr>
        <w:tabs>
          <w:tab w:val="left" w:pos="267"/>
        </w:tabs>
        <w:spacing w:after="40" w:line="298" w:lineRule="auto"/>
        <w:ind w:firstLine="0"/>
        <w:jc w:val="both"/>
        <w:rPr>
          <w:rFonts w:ascii="Times New Roman" w:hAnsi="Times New Roman"/>
          <w:color w:val="auto"/>
          <w:sz w:val="24"/>
          <w:szCs w:val="24"/>
        </w:rPr>
      </w:pPr>
      <w:bookmarkStart w:id="1547" w:name="bookmark6088"/>
      <w:bookmarkEnd w:id="1547"/>
      <w:r w:rsidRPr="0002302F">
        <w:rPr>
          <w:rStyle w:val="BodyTextChar1"/>
          <w:rFonts w:ascii="Times New Roman" w:hAnsi="Times New Roman"/>
          <w:color w:val="000000"/>
          <w:sz w:val="24"/>
          <w:szCs w:val="24"/>
        </w:rPr>
        <w:t>кресло для учителя;</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48" w:name="bookmark6089"/>
      <w:bookmarkEnd w:id="1548"/>
      <w:r w:rsidRPr="0002302F">
        <w:rPr>
          <w:rStyle w:val="BodyTextChar1"/>
          <w:rFonts w:ascii="Times New Roman" w:hAnsi="Times New Roman"/>
          <w:color w:val="000000"/>
          <w:sz w:val="24"/>
          <w:szCs w:val="24"/>
        </w:rPr>
        <w:t>столы ученические;</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49" w:name="bookmark6090"/>
      <w:bookmarkEnd w:id="1549"/>
      <w:r w:rsidRPr="0002302F">
        <w:rPr>
          <w:rStyle w:val="BodyTextChar1"/>
          <w:rFonts w:ascii="Times New Roman" w:hAnsi="Times New Roman"/>
          <w:color w:val="000000"/>
          <w:sz w:val="24"/>
          <w:szCs w:val="24"/>
        </w:rPr>
        <w:t>стулья ученические;</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50" w:name="bookmark6091"/>
      <w:bookmarkEnd w:id="1550"/>
      <w:r w:rsidRPr="0002302F">
        <w:rPr>
          <w:rStyle w:val="BodyTextChar1"/>
          <w:rFonts w:ascii="Times New Roman" w:hAnsi="Times New Roman"/>
          <w:color w:val="000000"/>
          <w:sz w:val="24"/>
          <w:szCs w:val="24"/>
        </w:rPr>
        <w:t>шкаф для хранения учебных пособий;</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51" w:name="bookmark6092"/>
      <w:bookmarkEnd w:id="1551"/>
      <w:r w:rsidRPr="0002302F">
        <w:rPr>
          <w:rStyle w:val="BodyTextChar1"/>
          <w:rFonts w:ascii="Times New Roman" w:hAnsi="Times New Roman"/>
          <w:color w:val="000000"/>
          <w:sz w:val="24"/>
          <w:szCs w:val="24"/>
        </w:rPr>
        <w:t>стеллаж демонстрационный.</w:t>
      </w:r>
    </w:p>
    <w:p w:rsidR="00F44E79" w:rsidRPr="0002302F" w:rsidRDefault="00F44E79" w:rsidP="0002302F">
      <w:pPr>
        <w:pStyle w:val="BodyText"/>
        <w:spacing w:line="269" w:lineRule="auto"/>
        <w:jc w:val="both"/>
        <w:rPr>
          <w:rFonts w:ascii="Times New Roman" w:hAnsi="Times New Roman"/>
          <w:color w:val="auto"/>
          <w:sz w:val="24"/>
          <w:szCs w:val="24"/>
        </w:rPr>
      </w:pPr>
      <w:r w:rsidRPr="0002302F">
        <w:rPr>
          <w:rStyle w:val="BodyTextChar1"/>
          <w:rFonts w:ascii="Times New Roman" w:hAnsi="Times New Roman"/>
          <w:color w:val="000000"/>
          <w:sz w:val="24"/>
          <w:szCs w:val="24"/>
        </w:rPr>
        <w:t>Мебель, приспособления, оргтехника и иное оборудование отвечают требованиям учебного назначения, максимально при</w:t>
      </w:r>
      <w:r w:rsidRPr="0002302F">
        <w:rPr>
          <w:rStyle w:val="BodyTextChar1"/>
          <w:rFonts w:ascii="Times New Roman" w:hAnsi="Times New Roman"/>
          <w:color w:val="000000"/>
          <w:sz w:val="24"/>
          <w:szCs w:val="24"/>
        </w:rPr>
        <w:softHyphen/>
        <w:t>способлены к особенностям обучения, имеют сертификаты со</w:t>
      </w:r>
      <w:r w:rsidRPr="0002302F">
        <w:rPr>
          <w:rStyle w:val="BodyTextChar1"/>
          <w:rFonts w:ascii="Times New Roman" w:hAnsi="Times New Roman"/>
          <w:color w:val="000000"/>
          <w:sz w:val="24"/>
          <w:szCs w:val="24"/>
        </w:rPr>
        <w:softHyphen/>
        <w:t>ответствия принятой категории разработанного стандарта (ре</w:t>
      </w:r>
      <w:r w:rsidRPr="0002302F">
        <w:rPr>
          <w:rStyle w:val="BodyTextChar1"/>
          <w:rFonts w:ascii="Times New Roman" w:hAnsi="Times New Roman"/>
          <w:color w:val="000000"/>
          <w:sz w:val="24"/>
          <w:szCs w:val="24"/>
        </w:rPr>
        <w:softHyphen/>
        <w:t>гламента).</w:t>
      </w:r>
    </w:p>
    <w:p w:rsidR="00F44E79" w:rsidRPr="0002302F" w:rsidRDefault="00F44E79" w:rsidP="0002302F">
      <w:pPr>
        <w:pStyle w:val="BodyText"/>
        <w:spacing w:line="269" w:lineRule="auto"/>
        <w:jc w:val="both"/>
        <w:rPr>
          <w:rFonts w:ascii="Times New Roman" w:hAnsi="Times New Roman"/>
          <w:color w:val="auto"/>
          <w:sz w:val="24"/>
          <w:szCs w:val="24"/>
        </w:rPr>
      </w:pPr>
      <w:r w:rsidRPr="0002302F">
        <w:rPr>
          <w:rStyle w:val="BodyTextChar1"/>
          <w:rFonts w:ascii="Times New Roman" w:hAnsi="Times New Roman"/>
          <w:color w:val="000000"/>
          <w:sz w:val="24"/>
          <w:szCs w:val="24"/>
        </w:rPr>
        <w:t>В базовый комплект технических средств входят:</w:t>
      </w:r>
    </w:p>
    <w:p w:rsidR="00F44E79" w:rsidRPr="0002302F" w:rsidRDefault="00F44E79" w:rsidP="001C7BA4">
      <w:pPr>
        <w:pStyle w:val="BodyText"/>
        <w:numPr>
          <w:ilvl w:val="0"/>
          <w:numId w:val="80"/>
        </w:numPr>
        <w:tabs>
          <w:tab w:val="left" w:pos="267"/>
        </w:tabs>
        <w:spacing w:line="298" w:lineRule="auto"/>
        <w:ind w:firstLine="0"/>
        <w:jc w:val="both"/>
        <w:rPr>
          <w:rFonts w:ascii="Times New Roman" w:hAnsi="Times New Roman"/>
          <w:color w:val="auto"/>
          <w:sz w:val="24"/>
          <w:szCs w:val="24"/>
        </w:rPr>
      </w:pPr>
      <w:bookmarkStart w:id="1552" w:name="bookmark6093"/>
      <w:bookmarkEnd w:id="1552"/>
      <w:r w:rsidRPr="0002302F">
        <w:rPr>
          <w:rStyle w:val="BodyTextChar1"/>
          <w:rFonts w:ascii="Times New Roman" w:hAnsi="Times New Roman"/>
          <w:color w:val="000000"/>
          <w:sz w:val="24"/>
          <w:szCs w:val="24"/>
        </w:rPr>
        <w:t>компьютер/ноутбук с периферией;</w:t>
      </w:r>
    </w:p>
    <w:p w:rsidR="00F44E79" w:rsidRPr="0002302F" w:rsidRDefault="00F44E79" w:rsidP="001C7BA4">
      <w:pPr>
        <w:pStyle w:val="BodyText"/>
        <w:numPr>
          <w:ilvl w:val="0"/>
          <w:numId w:val="80"/>
        </w:numPr>
        <w:tabs>
          <w:tab w:val="left" w:pos="267"/>
        </w:tabs>
        <w:spacing w:line="283" w:lineRule="auto"/>
        <w:ind w:left="240" w:hanging="240"/>
        <w:jc w:val="both"/>
        <w:rPr>
          <w:rFonts w:ascii="Times New Roman" w:hAnsi="Times New Roman"/>
          <w:color w:val="auto"/>
          <w:sz w:val="24"/>
          <w:szCs w:val="24"/>
        </w:rPr>
      </w:pPr>
      <w:bookmarkStart w:id="1553" w:name="bookmark6094"/>
      <w:bookmarkEnd w:id="1553"/>
      <w:r w:rsidRPr="0002302F">
        <w:rPr>
          <w:rStyle w:val="BodyTextChar1"/>
          <w:rFonts w:ascii="Times New Roman" w:hAnsi="Times New Roman"/>
          <w:color w:val="000000"/>
          <w:sz w:val="24"/>
          <w:szCs w:val="24"/>
        </w:rPr>
        <w:t>многофункциональное устройство (МФУ) или принтер, ска</w:t>
      </w:r>
      <w:r w:rsidRPr="0002302F">
        <w:rPr>
          <w:rStyle w:val="BodyTextChar1"/>
          <w:rFonts w:ascii="Times New Roman" w:hAnsi="Times New Roman"/>
          <w:color w:val="000000"/>
          <w:sz w:val="24"/>
          <w:szCs w:val="24"/>
        </w:rPr>
        <w:softHyphen/>
        <w:t>нер, ксерокс;</w:t>
      </w:r>
    </w:p>
    <w:p w:rsidR="00F44E79" w:rsidRPr="0002302F" w:rsidRDefault="00F44E79" w:rsidP="001C7BA4">
      <w:pPr>
        <w:pStyle w:val="BodyText"/>
        <w:numPr>
          <w:ilvl w:val="0"/>
          <w:numId w:val="80"/>
        </w:numPr>
        <w:tabs>
          <w:tab w:val="left" w:pos="267"/>
        </w:tabs>
        <w:spacing w:line="298" w:lineRule="auto"/>
        <w:ind w:left="240" w:hanging="240"/>
        <w:jc w:val="both"/>
        <w:rPr>
          <w:rFonts w:ascii="Times New Roman" w:hAnsi="Times New Roman"/>
          <w:color w:val="auto"/>
          <w:sz w:val="24"/>
          <w:szCs w:val="24"/>
        </w:rPr>
      </w:pPr>
      <w:bookmarkStart w:id="1554" w:name="bookmark6095"/>
      <w:bookmarkEnd w:id="1554"/>
      <w:r w:rsidRPr="0002302F">
        <w:rPr>
          <w:rStyle w:val="BodyTextChar1"/>
          <w:rFonts w:ascii="Times New Roman" w:hAnsi="Times New Roman"/>
          <w:color w:val="000000"/>
          <w:sz w:val="24"/>
          <w:szCs w:val="24"/>
        </w:rPr>
        <w:t>сетевой фильтр;</w:t>
      </w:r>
    </w:p>
    <w:p w:rsidR="00F44E79" w:rsidRPr="0002302F" w:rsidRDefault="00F44E79" w:rsidP="001C7BA4">
      <w:pPr>
        <w:pStyle w:val="BodyText"/>
        <w:numPr>
          <w:ilvl w:val="0"/>
          <w:numId w:val="80"/>
        </w:numPr>
        <w:tabs>
          <w:tab w:val="left" w:pos="267"/>
        </w:tabs>
        <w:spacing w:after="40" w:line="298" w:lineRule="auto"/>
        <w:ind w:left="240" w:hanging="240"/>
        <w:jc w:val="both"/>
        <w:rPr>
          <w:rStyle w:val="30"/>
          <w:rFonts w:ascii="Times New Roman" w:hAnsi="Times New Roman"/>
          <w:b w:val="0"/>
          <w:color w:val="auto"/>
          <w:sz w:val="24"/>
          <w:szCs w:val="24"/>
        </w:rPr>
      </w:pPr>
      <w:bookmarkStart w:id="1555" w:name="bookmark6096"/>
      <w:bookmarkEnd w:id="1555"/>
      <w:r w:rsidRPr="0002302F">
        <w:rPr>
          <w:rStyle w:val="BodyTextChar1"/>
          <w:rFonts w:ascii="Times New Roman" w:hAnsi="Times New Roman"/>
          <w:color w:val="000000"/>
          <w:sz w:val="24"/>
          <w:szCs w:val="24"/>
        </w:rPr>
        <w:t>документ-камера.</w:t>
      </w:r>
    </w:p>
    <w:p w:rsidR="00F44E79" w:rsidRDefault="00F44E79">
      <w:pPr>
        <w:pStyle w:val="31"/>
        <w:spacing w:after="180" w:line="211" w:lineRule="auto"/>
        <w:rPr>
          <w:rFonts w:ascii="Courier New" w:hAnsi="Courier New" w:cs="Courier New"/>
          <w:b w:val="0"/>
          <w:bCs w:val="0"/>
          <w:color w:val="auto"/>
          <w:sz w:val="24"/>
          <w:szCs w:val="24"/>
        </w:rPr>
      </w:pPr>
    </w:p>
    <w:p w:rsidR="00F44E79" w:rsidRPr="0002302F" w:rsidRDefault="00F44E79" w:rsidP="0002302F">
      <w:pPr>
        <w:pStyle w:val="BodyText"/>
        <w:spacing w:line="266" w:lineRule="auto"/>
        <w:jc w:val="both"/>
        <w:rPr>
          <w:rFonts w:ascii="Times New Roman" w:hAnsi="Times New Roman"/>
          <w:color w:val="auto"/>
          <w:sz w:val="24"/>
          <w:szCs w:val="24"/>
        </w:rPr>
      </w:pPr>
      <w:r w:rsidRPr="0002302F">
        <w:rPr>
          <w:rStyle w:val="BodyTextChar1"/>
          <w:rFonts w:ascii="Times New Roman" w:hAnsi="Times New Roman"/>
          <w:sz w:val="24"/>
          <w:szCs w:val="24"/>
        </w:rPr>
        <w:t>Спортивный зал, включая помещение для хранения спортив</w:t>
      </w:r>
      <w:r w:rsidRPr="0002302F">
        <w:rPr>
          <w:rStyle w:val="BodyTextChar1"/>
          <w:rFonts w:ascii="Times New Roman" w:hAnsi="Times New Roman"/>
          <w:sz w:val="24"/>
          <w:szCs w:val="24"/>
        </w:rPr>
        <w:softHyphen/>
        <w:t>ного инвентаря, в соответствии с рабочей программой, утверж</w:t>
      </w:r>
      <w:r w:rsidRPr="0002302F">
        <w:rPr>
          <w:rStyle w:val="BodyTextChar1"/>
          <w:rFonts w:ascii="Times New Roman" w:hAnsi="Times New Roman"/>
          <w:sz w:val="24"/>
          <w:szCs w:val="24"/>
        </w:rPr>
        <w:softHyphen/>
        <w:t>денной организацией, оснащается:</w:t>
      </w:r>
    </w:p>
    <w:p w:rsidR="00F44E79" w:rsidRPr="0002302F" w:rsidRDefault="00F44E79" w:rsidP="001C7BA4">
      <w:pPr>
        <w:pStyle w:val="BodyText"/>
        <w:numPr>
          <w:ilvl w:val="0"/>
          <w:numId w:val="80"/>
        </w:numPr>
        <w:tabs>
          <w:tab w:val="left" w:pos="267"/>
        </w:tabs>
        <w:spacing w:line="307" w:lineRule="auto"/>
        <w:ind w:left="240" w:hanging="240"/>
        <w:jc w:val="both"/>
        <w:rPr>
          <w:rFonts w:ascii="Times New Roman" w:hAnsi="Times New Roman"/>
          <w:color w:val="auto"/>
          <w:sz w:val="24"/>
          <w:szCs w:val="24"/>
        </w:rPr>
      </w:pPr>
      <w:bookmarkStart w:id="1556" w:name="bookmark6097"/>
      <w:bookmarkEnd w:id="1556"/>
      <w:r w:rsidRPr="0002302F">
        <w:rPr>
          <w:rStyle w:val="BodyTextChar1"/>
          <w:rFonts w:ascii="Times New Roman" w:hAnsi="Times New Roman"/>
          <w:sz w:val="24"/>
          <w:szCs w:val="24"/>
        </w:rPr>
        <w:t>инвентарем и оборудованием для проведения занятий по фи</w:t>
      </w:r>
      <w:r w:rsidRPr="0002302F">
        <w:rPr>
          <w:rStyle w:val="BodyTextChar1"/>
          <w:rFonts w:ascii="Times New Roman" w:hAnsi="Times New Roman"/>
          <w:sz w:val="24"/>
          <w:szCs w:val="24"/>
        </w:rPr>
        <w:softHyphen/>
        <w:t>зической культуре и спортивным играм;</w:t>
      </w:r>
    </w:p>
    <w:p w:rsidR="00F44E79" w:rsidRPr="0002302F" w:rsidRDefault="00F44E79" w:rsidP="001C7BA4">
      <w:pPr>
        <w:pStyle w:val="BodyText"/>
        <w:numPr>
          <w:ilvl w:val="0"/>
          <w:numId w:val="80"/>
        </w:numPr>
        <w:tabs>
          <w:tab w:val="left" w:pos="267"/>
        </w:tabs>
        <w:spacing w:after="60" w:line="360" w:lineRule="auto"/>
        <w:ind w:firstLine="0"/>
        <w:jc w:val="both"/>
        <w:rPr>
          <w:rFonts w:ascii="Times New Roman" w:hAnsi="Times New Roman"/>
          <w:color w:val="auto"/>
          <w:sz w:val="24"/>
          <w:szCs w:val="24"/>
        </w:rPr>
      </w:pPr>
      <w:bookmarkStart w:id="1557" w:name="bookmark6098"/>
      <w:bookmarkEnd w:id="1557"/>
      <w:r w:rsidRPr="0002302F">
        <w:rPr>
          <w:rStyle w:val="BodyTextChar1"/>
          <w:rFonts w:ascii="Times New Roman" w:hAnsi="Times New Roman"/>
          <w:sz w:val="24"/>
          <w:szCs w:val="24"/>
        </w:rPr>
        <w:t>стеллажами для спортивного инвентаря;</w:t>
      </w:r>
    </w:p>
    <w:p w:rsidR="00F44E79" w:rsidRPr="0002302F" w:rsidRDefault="00F44E79" w:rsidP="001C7BA4">
      <w:pPr>
        <w:pStyle w:val="BodyText"/>
        <w:numPr>
          <w:ilvl w:val="0"/>
          <w:numId w:val="80"/>
        </w:numPr>
        <w:tabs>
          <w:tab w:val="left" w:pos="267"/>
        </w:tabs>
        <w:spacing w:after="60" w:line="360" w:lineRule="auto"/>
        <w:ind w:firstLine="0"/>
        <w:jc w:val="both"/>
        <w:rPr>
          <w:rFonts w:ascii="Times New Roman" w:hAnsi="Times New Roman"/>
          <w:color w:val="auto"/>
          <w:sz w:val="24"/>
          <w:szCs w:val="24"/>
        </w:rPr>
      </w:pPr>
      <w:bookmarkStart w:id="1558" w:name="bookmark6099"/>
      <w:bookmarkEnd w:id="1558"/>
      <w:r w:rsidRPr="0002302F">
        <w:rPr>
          <w:rStyle w:val="BodyTextChar1"/>
          <w:rFonts w:ascii="Times New Roman" w:hAnsi="Times New Roman"/>
          <w:sz w:val="24"/>
          <w:szCs w:val="24"/>
        </w:rPr>
        <w:t>комплектом скамеек.</w:t>
      </w:r>
    </w:p>
    <w:p w:rsidR="00F44E79" w:rsidRPr="0002302F" w:rsidRDefault="00F44E79" w:rsidP="0002302F">
      <w:pPr>
        <w:pStyle w:val="BodyText"/>
        <w:spacing w:line="266" w:lineRule="auto"/>
        <w:jc w:val="both"/>
        <w:rPr>
          <w:rFonts w:ascii="Times New Roman" w:hAnsi="Times New Roman"/>
          <w:color w:val="auto"/>
          <w:sz w:val="24"/>
          <w:szCs w:val="24"/>
        </w:rPr>
      </w:pPr>
      <w:r w:rsidRPr="0002302F">
        <w:rPr>
          <w:rStyle w:val="BodyTextChar1"/>
          <w:rFonts w:ascii="Times New Roman" w:hAnsi="Times New Roman"/>
          <w:sz w:val="24"/>
          <w:szCs w:val="24"/>
        </w:rPr>
        <w:t>Библиотека (информационно-библиотечный центр образова</w:t>
      </w:r>
      <w:r w:rsidRPr="0002302F">
        <w:rPr>
          <w:rStyle w:val="BodyTextChar1"/>
          <w:rFonts w:ascii="Times New Roman" w:hAnsi="Times New Roman"/>
          <w:sz w:val="24"/>
          <w:szCs w:val="24"/>
        </w:rPr>
        <w:softHyphen/>
        <w:t>тельной организации) включает:</w:t>
      </w:r>
    </w:p>
    <w:p w:rsidR="00F44E79" w:rsidRPr="0002302F" w:rsidRDefault="00F44E79" w:rsidP="001C7BA4">
      <w:pPr>
        <w:pStyle w:val="BodyText"/>
        <w:numPr>
          <w:ilvl w:val="0"/>
          <w:numId w:val="80"/>
        </w:numPr>
        <w:tabs>
          <w:tab w:val="left" w:pos="267"/>
        </w:tabs>
        <w:spacing w:line="360" w:lineRule="auto"/>
        <w:ind w:firstLine="0"/>
        <w:jc w:val="both"/>
        <w:rPr>
          <w:rFonts w:ascii="Times New Roman" w:hAnsi="Times New Roman"/>
          <w:color w:val="auto"/>
          <w:sz w:val="24"/>
          <w:szCs w:val="24"/>
        </w:rPr>
      </w:pPr>
      <w:bookmarkStart w:id="1559" w:name="bookmark6100"/>
      <w:bookmarkEnd w:id="1559"/>
      <w:r w:rsidRPr="0002302F">
        <w:rPr>
          <w:rStyle w:val="BodyTextChar1"/>
          <w:rFonts w:ascii="Times New Roman" w:hAnsi="Times New Roman"/>
          <w:sz w:val="24"/>
          <w:szCs w:val="24"/>
        </w:rPr>
        <w:t>стол библиотекаря, кресло библиотекаря;</w:t>
      </w:r>
    </w:p>
    <w:p w:rsidR="00F44E79" w:rsidRPr="0002302F" w:rsidRDefault="00F44E79" w:rsidP="001C7BA4">
      <w:pPr>
        <w:pStyle w:val="BodyText"/>
        <w:numPr>
          <w:ilvl w:val="0"/>
          <w:numId w:val="80"/>
        </w:numPr>
        <w:tabs>
          <w:tab w:val="left" w:pos="267"/>
        </w:tabs>
        <w:spacing w:after="100" w:line="307" w:lineRule="auto"/>
        <w:ind w:left="240" w:hanging="240"/>
        <w:jc w:val="both"/>
        <w:rPr>
          <w:rFonts w:ascii="Times New Roman" w:hAnsi="Times New Roman"/>
          <w:color w:val="auto"/>
          <w:sz w:val="24"/>
          <w:szCs w:val="24"/>
        </w:rPr>
      </w:pPr>
      <w:bookmarkStart w:id="1560" w:name="bookmark6101"/>
      <w:bookmarkEnd w:id="1560"/>
      <w:r w:rsidRPr="0002302F">
        <w:rPr>
          <w:rStyle w:val="BodyTextChar1"/>
          <w:rFonts w:ascii="Times New Roman" w:hAnsi="Times New Roman"/>
          <w:sz w:val="24"/>
          <w:szCs w:val="24"/>
        </w:rPr>
        <w:t>стеллажи библиотечные для хранения и демонстрации пе</w:t>
      </w:r>
      <w:r w:rsidRPr="0002302F">
        <w:rPr>
          <w:rStyle w:val="BodyTextChar1"/>
          <w:rFonts w:ascii="Times New Roman" w:hAnsi="Times New Roman"/>
          <w:sz w:val="24"/>
          <w:szCs w:val="24"/>
        </w:rPr>
        <w:softHyphen/>
        <w:t>чатных и медиапособий, художественной литературы;</w:t>
      </w:r>
    </w:p>
    <w:p w:rsidR="00F44E79" w:rsidRPr="0002302F" w:rsidRDefault="00F44E79" w:rsidP="001C7BA4">
      <w:pPr>
        <w:pStyle w:val="BodyText"/>
        <w:numPr>
          <w:ilvl w:val="0"/>
          <w:numId w:val="80"/>
        </w:numPr>
        <w:tabs>
          <w:tab w:val="left" w:pos="207"/>
        </w:tabs>
        <w:spacing w:line="266" w:lineRule="auto"/>
        <w:ind w:firstLine="0"/>
        <w:jc w:val="both"/>
        <w:rPr>
          <w:rFonts w:ascii="Times New Roman" w:hAnsi="Times New Roman"/>
          <w:color w:val="auto"/>
          <w:sz w:val="24"/>
          <w:szCs w:val="24"/>
        </w:rPr>
      </w:pPr>
      <w:bookmarkStart w:id="1561" w:name="bookmark6102"/>
      <w:bookmarkEnd w:id="1561"/>
      <w:r w:rsidRPr="0002302F">
        <w:rPr>
          <w:rStyle w:val="BodyTextChar1"/>
          <w:rFonts w:ascii="Times New Roman" w:hAnsi="Times New Roman"/>
          <w:sz w:val="24"/>
          <w:szCs w:val="24"/>
        </w:rPr>
        <w:t>стол для выдачи учебных изданий;</w:t>
      </w:r>
    </w:p>
    <w:p w:rsidR="00F44E79" w:rsidRPr="0002302F" w:rsidRDefault="00F44E79" w:rsidP="001C7BA4">
      <w:pPr>
        <w:pStyle w:val="BodyText"/>
        <w:numPr>
          <w:ilvl w:val="0"/>
          <w:numId w:val="80"/>
        </w:numPr>
        <w:tabs>
          <w:tab w:val="left" w:pos="207"/>
        </w:tabs>
        <w:spacing w:line="266" w:lineRule="auto"/>
        <w:ind w:firstLine="0"/>
        <w:jc w:val="both"/>
        <w:rPr>
          <w:rFonts w:ascii="Times New Roman" w:hAnsi="Times New Roman"/>
          <w:color w:val="auto"/>
          <w:sz w:val="24"/>
          <w:szCs w:val="24"/>
        </w:rPr>
      </w:pPr>
      <w:bookmarkStart w:id="1562" w:name="bookmark6103"/>
      <w:bookmarkEnd w:id="1562"/>
      <w:r w:rsidRPr="0002302F">
        <w:rPr>
          <w:rStyle w:val="BodyTextChar1"/>
          <w:rFonts w:ascii="Times New Roman" w:hAnsi="Times New Roman"/>
          <w:sz w:val="24"/>
          <w:szCs w:val="24"/>
        </w:rPr>
        <w:t>шкаф для читательских формуляров;</w:t>
      </w:r>
    </w:p>
    <w:p w:rsidR="00F44E79" w:rsidRPr="0002302F" w:rsidRDefault="00F44E79" w:rsidP="001C7BA4">
      <w:pPr>
        <w:pStyle w:val="BodyText"/>
        <w:numPr>
          <w:ilvl w:val="0"/>
          <w:numId w:val="80"/>
        </w:numPr>
        <w:tabs>
          <w:tab w:val="left" w:pos="207"/>
        </w:tabs>
        <w:spacing w:after="40" w:line="266" w:lineRule="auto"/>
        <w:ind w:firstLine="0"/>
        <w:jc w:val="both"/>
        <w:rPr>
          <w:rFonts w:ascii="Times New Roman" w:hAnsi="Times New Roman"/>
          <w:color w:val="auto"/>
          <w:sz w:val="24"/>
          <w:szCs w:val="24"/>
        </w:rPr>
      </w:pPr>
      <w:bookmarkStart w:id="1563" w:name="bookmark6104"/>
      <w:bookmarkEnd w:id="1563"/>
      <w:r w:rsidRPr="0002302F">
        <w:rPr>
          <w:rStyle w:val="BodyTextChar1"/>
          <w:rFonts w:ascii="Times New Roman" w:hAnsi="Times New Roman"/>
          <w:sz w:val="24"/>
          <w:szCs w:val="24"/>
        </w:rPr>
        <w:t>картотеку;</w:t>
      </w:r>
    </w:p>
    <w:p w:rsidR="00F44E79" w:rsidRPr="0002302F" w:rsidRDefault="00F44E79" w:rsidP="001C7BA4">
      <w:pPr>
        <w:pStyle w:val="BodyText"/>
        <w:numPr>
          <w:ilvl w:val="0"/>
          <w:numId w:val="80"/>
        </w:numPr>
        <w:tabs>
          <w:tab w:val="left" w:pos="207"/>
        </w:tabs>
        <w:spacing w:line="266" w:lineRule="auto"/>
        <w:ind w:left="240" w:hanging="240"/>
        <w:jc w:val="both"/>
        <w:rPr>
          <w:rFonts w:ascii="Times New Roman" w:hAnsi="Times New Roman"/>
          <w:color w:val="auto"/>
          <w:sz w:val="24"/>
          <w:szCs w:val="24"/>
        </w:rPr>
      </w:pPr>
      <w:bookmarkStart w:id="1564" w:name="bookmark6105"/>
      <w:bookmarkEnd w:id="1564"/>
      <w:r w:rsidRPr="0002302F">
        <w:rPr>
          <w:rStyle w:val="BodyTextChar1"/>
          <w:rFonts w:ascii="Times New Roman" w:hAnsi="Times New Roman"/>
          <w:sz w:val="24"/>
          <w:szCs w:val="24"/>
        </w:rPr>
        <w:t>столы ученич</w:t>
      </w:r>
      <w:r>
        <w:rPr>
          <w:rStyle w:val="BodyTextChar1"/>
          <w:rFonts w:ascii="Times New Roman" w:hAnsi="Times New Roman"/>
          <w:sz w:val="24"/>
          <w:szCs w:val="24"/>
        </w:rPr>
        <w:t>еские (для читального зала</w:t>
      </w:r>
      <w:r w:rsidRPr="0002302F">
        <w:rPr>
          <w:rStyle w:val="BodyTextChar1"/>
          <w:rFonts w:ascii="Times New Roman" w:hAnsi="Times New Roman"/>
          <w:sz w:val="24"/>
          <w:szCs w:val="24"/>
        </w:rPr>
        <w:t>);</w:t>
      </w:r>
    </w:p>
    <w:p w:rsidR="00F44E79" w:rsidRPr="0002302F" w:rsidRDefault="00F44E79" w:rsidP="001C7BA4">
      <w:pPr>
        <w:pStyle w:val="BodyText"/>
        <w:numPr>
          <w:ilvl w:val="0"/>
          <w:numId w:val="80"/>
        </w:numPr>
        <w:tabs>
          <w:tab w:val="left" w:pos="207"/>
        </w:tabs>
        <w:spacing w:after="40" w:line="266" w:lineRule="auto"/>
        <w:ind w:firstLine="0"/>
        <w:jc w:val="both"/>
        <w:rPr>
          <w:rFonts w:ascii="Times New Roman" w:hAnsi="Times New Roman"/>
          <w:color w:val="auto"/>
          <w:sz w:val="24"/>
          <w:szCs w:val="24"/>
        </w:rPr>
      </w:pPr>
      <w:bookmarkStart w:id="1565" w:name="bookmark6106"/>
      <w:bookmarkEnd w:id="1565"/>
      <w:r w:rsidRPr="0002302F">
        <w:rPr>
          <w:rStyle w:val="BodyTextChar1"/>
          <w:rFonts w:ascii="Times New Roman" w:hAnsi="Times New Roman"/>
          <w:sz w:val="24"/>
          <w:szCs w:val="24"/>
        </w:rPr>
        <w:t>стулья уч</w:t>
      </w:r>
      <w:r>
        <w:rPr>
          <w:rStyle w:val="BodyTextChar1"/>
          <w:rFonts w:ascii="Times New Roman" w:hAnsi="Times New Roman"/>
          <w:sz w:val="24"/>
          <w:szCs w:val="24"/>
        </w:rPr>
        <w:t>енические</w:t>
      </w:r>
      <w:bookmarkStart w:id="1566" w:name="bookmark6107"/>
      <w:bookmarkEnd w:id="1566"/>
    </w:p>
    <w:p w:rsidR="00F44E79" w:rsidRPr="0002302F" w:rsidRDefault="00F44E79" w:rsidP="001C7BA4">
      <w:pPr>
        <w:pStyle w:val="BodyText"/>
        <w:numPr>
          <w:ilvl w:val="0"/>
          <w:numId w:val="80"/>
        </w:numPr>
        <w:tabs>
          <w:tab w:val="left" w:pos="207"/>
        </w:tabs>
        <w:spacing w:line="266" w:lineRule="auto"/>
        <w:ind w:left="240" w:hanging="240"/>
        <w:jc w:val="both"/>
        <w:rPr>
          <w:rFonts w:ascii="Times New Roman" w:hAnsi="Times New Roman"/>
          <w:color w:val="auto"/>
          <w:sz w:val="24"/>
          <w:szCs w:val="24"/>
        </w:rPr>
      </w:pPr>
      <w:bookmarkStart w:id="1567" w:name="bookmark6108"/>
      <w:bookmarkEnd w:id="1567"/>
      <w:r w:rsidRPr="0002302F">
        <w:rPr>
          <w:rStyle w:val="BodyTextChar1"/>
          <w:rFonts w:ascii="Times New Roman" w:hAnsi="Times New Roman"/>
          <w:sz w:val="24"/>
          <w:szCs w:val="24"/>
        </w:rPr>
        <w:t>технические средства обучения (персональные компьютеры (настольные, ноутбуки), планшеты, копировально-множи</w:t>
      </w:r>
      <w:r w:rsidRPr="0002302F">
        <w:rPr>
          <w:rStyle w:val="BodyTextChar1"/>
          <w:rFonts w:ascii="Times New Roman" w:hAnsi="Times New Roman"/>
          <w:sz w:val="24"/>
          <w:szCs w:val="24"/>
        </w:rPr>
        <w:softHyphen/>
        <w:t>тельная техника), обеспечивающие возможность доступа к электронной ИОС организации и использования электрон</w:t>
      </w:r>
      <w:r w:rsidRPr="0002302F">
        <w:rPr>
          <w:rStyle w:val="BodyTextChar1"/>
          <w:rFonts w:ascii="Times New Roman" w:hAnsi="Times New Roman"/>
          <w:sz w:val="24"/>
          <w:szCs w:val="24"/>
        </w:rPr>
        <w:softHyphen/>
        <w:t>ных образовательных ресурсов участниками образовательно</w:t>
      </w:r>
      <w:r w:rsidRPr="0002302F">
        <w:rPr>
          <w:rStyle w:val="BodyTextChar1"/>
          <w:rFonts w:ascii="Times New Roman" w:hAnsi="Times New Roman"/>
          <w:sz w:val="24"/>
          <w:szCs w:val="24"/>
        </w:rPr>
        <w:softHyphen/>
        <w:t>го процесса.</w:t>
      </w:r>
    </w:p>
    <w:p w:rsidR="00F44E79" w:rsidRPr="0002302F" w:rsidRDefault="00F44E79" w:rsidP="00386670">
      <w:pPr>
        <w:pStyle w:val="BodyText"/>
        <w:spacing w:line="266" w:lineRule="auto"/>
        <w:jc w:val="both"/>
        <w:rPr>
          <w:rFonts w:ascii="Times New Roman" w:hAnsi="Times New Roman"/>
          <w:color w:val="auto"/>
          <w:sz w:val="24"/>
          <w:szCs w:val="24"/>
        </w:rPr>
      </w:pPr>
      <w:r w:rsidRPr="0002302F">
        <w:rPr>
          <w:rStyle w:val="BodyTextChar1"/>
          <w:rFonts w:ascii="Times New Roman" w:hAnsi="Times New Roman"/>
          <w:sz w:val="24"/>
          <w:szCs w:val="24"/>
        </w:rPr>
        <w:t>При формировании и комплектовании учебных кабинетов и иных подразделений образовательной организации при реали</w:t>
      </w:r>
      <w:r w:rsidRPr="0002302F">
        <w:rPr>
          <w:rStyle w:val="BodyTextChar1"/>
          <w:rFonts w:ascii="Times New Roman" w:hAnsi="Times New Roman"/>
          <w:sz w:val="24"/>
          <w:szCs w:val="24"/>
        </w:rPr>
        <w:softHyphen/>
        <w:t>зации различных вариантов адаптированных ООП ООО для об</w:t>
      </w:r>
      <w:r w:rsidRPr="0002302F">
        <w:rPr>
          <w:rStyle w:val="BodyTextChar1"/>
          <w:rFonts w:ascii="Times New Roman" w:hAnsi="Times New Roman"/>
          <w:sz w:val="24"/>
          <w:szCs w:val="24"/>
        </w:rPr>
        <w:softHyphen/>
        <w:t>учающихся с ОВЗ создается безбарьерная архитектурная среда, оборудуются специальные рабочие места для обучающихся.</w:t>
      </w:r>
    </w:p>
    <w:p w:rsidR="00F44E79" w:rsidRDefault="00F44E79" w:rsidP="00386670">
      <w:pPr>
        <w:suppressAutoHyphens/>
        <w:jc w:val="both"/>
        <w:rPr>
          <w:rStyle w:val="BodyTextChar1"/>
          <w:rFonts w:ascii="Times New Roman" w:hAnsi="Times New Roman" w:cs="Times New Roman"/>
          <w:sz w:val="24"/>
        </w:rPr>
      </w:pPr>
      <w:r w:rsidRPr="0002302F">
        <w:rPr>
          <w:rStyle w:val="BodyTextChar1"/>
          <w:rFonts w:ascii="Times New Roman" w:hAnsi="Times New Roman" w:cs="Times New Roman"/>
          <w:sz w:val="24"/>
        </w:rPr>
        <w:t>Обеспечение техническими средствами обучения (персональ</w:t>
      </w:r>
      <w:r w:rsidRPr="0002302F">
        <w:rPr>
          <w:rStyle w:val="BodyTextChar1"/>
          <w:rFonts w:ascii="Times New Roman" w:hAnsi="Times New Roman" w:cs="Times New Roman"/>
          <w:sz w:val="24"/>
        </w:rPr>
        <w:softHyphen/>
        <w:t>ными компьютерами), лицензированными программными про</w:t>
      </w:r>
      <w:r w:rsidRPr="0002302F">
        <w:rPr>
          <w:rStyle w:val="BodyTextChar1"/>
          <w:rFonts w:ascii="Times New Roman" w:hAnsi="Times New Roman" w:cs="Times New Roman"/>
          <w:sz w:val="24"/>
        </w:rPr>
        <w:softHyphen/>
        <w:t>дуктами, базами данных и доступом к информационно-образо</w:t>
      </w:r>
      <w:r w:rsidRPr="0002302F">
        <w:rPr>
          <w:rStyle w:val="BodyTextChar1"/>
          <w:rFonts w:ascii="Times New Roman" w:hAnsi="Times New Roman" w:cs="Times New Roman"/>
          <w:sz w:val="24"/>
        </w:rPr>
        <w:softHyphen/>
        <w:t>вательным ресурсам должно осуществляться с учетом создания и обеспечения функционирования автоматизированных рабо</w:t>
      </w:r>
      <w:r w:rsidRPr="0002302F">
        <w:rPr>
          <w:rStyle w:val="BodyTextChar1"/>
          <w:rFonts w:ascii="Times New Roman" w:hAnsi="Times New Roman" w:cs="Times New Roman"/>
          <w:sz w:val="24"/>
        </w:rPr>
        <w:softHyphen/>
        <w:t>чих мест для педагогических работников, административно-управленческого и учебно-вспомогательного персонала, уча</w:t>
      </w:r>
      <w:r w:rsidRPr="0002302F">
        <w:rPr>
          <w:rStyle w:val="BodyTextChar1"/>
          <w:rFonts w:ascii="Times New Roman" w:hAnsi="Times New Roman" w:cs="Times New Roman"/>
          <w:sz w:val="24"/>
        </w:rPr>
        <w:softHyphen/>
        <w:t>ствующих в разработке и реализации основной образователь</w:t>
      </w:r>
      <w:r w:rsidRPr="0002302F">
        <w:rPr>
          <w:rStyle w:val="BodyTextChar1"/>
          <w:rFonts w:ascii="Times New Roman" w:hAnsi="Times New Roman" w:cs="Times New Roman"/>
          <w:sz w:val="24"/>
        </w:rPr>
        <w:softHyphen/>
        <w:t>ной программы основного общего образования.</w:t>
      </w:r>
    </w:p>
    <w:p w:rsidR="00F44E79" w:rsidRDefault="00F44E79" w:rsidP="00386670">
      <w:pPr>
        <w:suppressAutoHyphens/>
        <w:jc w:val="center"/>
        <w:rPr>
          <w:rFonts w:ascii="Times New Roman" w:hAnsi="Times New Roman" w:cs="Times New Roman"/>
          <w:b/>
          <w:color w:val="auto"/>
          <w:lang w:eastAsia="ar-SA"/>
        </w:rPr>
      </w:pPr>
      <w:r w:rsidRPr="00386670">
        <w:rPr>
          <w:rFonts w:ascii="Times New Roman" w:hAnsi="Times New Roman" w:cs="Times New Roman"/>
          <w:b/>
          <w:lang w:eastAsia="ar-SA"/>
        </w:rPr>
        <w:t xml:space="preserve"> </w:t>
      </w:r>
      <w:r>
        <w:rPr>
          <w:rFonts w:ascii="Times New Roman" w:hAnsi="Times New Roman" w:cs="Times New Roman"/>
          <w:b/>
          <w:lang w:eastAsia="ar-SA"/>
        </w:rPr>
        <w:t>Оснащение кабинетов  начальных классов</w:t>
      </w:r>
    </w:p>
    <w:p w:rsidR="00F44E79" w:rsidRDefault="00F44E79" w:rsidP="00386670">
      <w:pPr>
        <w:suppressAutoHyphens/>
        <w:rPr>
          <w:rFonts w:ascii="Times New Roman" w:hAnsi="Times New Roman" w:cs="Times New Roman"/>
          <w:b/>
          <w:lang w:eastAsia="ar-SA"/>
        </w:rPr>
      </w:pPr>
    </w:p>
    <w:p w:rsidR="00F44E79" w:rsidRDefault="00F44E79" w:rsidP="00386670">
      <w:pPr>
        <w:suppressAutoHyphens/>
        <w:rPr>
          <w:rFonts w:ascii="Times New Roman" w:hAnsi="Times New Roman" w:cs="Times New Roman"/>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6"/>
        <w:gridCol w:w="2311"/>
        <w:gridCol w:w="1870"/>
        <w:gridCol w:w="1558"/>
      </w:tblGrid>
      <w:tr w:rsidR="00F44E79" w:rsidTr="00FE0535">
        <w:trPr>
          <w:trHeight w:val="625"/>
        </w:trPr>
        <w:tc>
          <w:tcPr>
            <w:tcW w:w="847" w:type="dxa"/>
          </w:tcPr>
          <w:p w:rsidR="00F44E79" w:rsidRPr="00FE0535" w:rsidRDefault="00F44E79" w:rsidP="00FE0535">
            <w:pPr>
              <w:shd w:val="clear" w:color="auto" w:fill="FFFFFF"/>
              <w:suppressAutoHyphens/>
              <w:snapToGrid w:val="0"/>
              <w:jc w:val="center"/>
              <w:rPr>
                <w:rFonts w:ascii="Times New Roman" w:hAnsi="Times New Roman" w:cs="Times New Roman"/>
                <w:b/>
                <w:w w:val="108"/>
                <w:lang w:eastAsia="ar-SA"/>
              </w:rPr>
            </w:pPr>
            <w:r w:rsidRPr="00FE0535">
              <w:rPr>
                <w:rFonts w:ascii="Calibri" w:hAnsi="Calibri" w:cs="Times New Roman"/>
                <w:b/>
                <w:w w:val="108"/>
                <w:lang w:eastAsia="ar-SA"/>
              </w:rPr>
              <w:t>№п/п</w:t>
            </w:r>
          </w:p>
        </w:tc>
        <w:tc>
          <w:tcPr>
            <w:tcW w:w="6459" w:type="dxa"/>
          </w:tcPr>
          <w:p w:rsidR="00F44E79" w:rsidRPr="00FE0535" w:rsidRDefault="00F44E79" w:rsidP="00FE0535">
            <w:pPr>
              <w:suppressAutoHyphens/>
              <w:rPr>
                <w:rFonts w:ascii="Calibri" w:hAnsi="Calibri" w:cs="Times New Roman"/>
                <w:b/>
                <w:color w:val="auto"/>
                <w:lang w:eastAsia="ar-SA"/>
              </w:rPr>
            </w:pPr>
            <w:r w:rsidRPr="00FE0535">
              <w:rPr>
                <w:rFonts w:ascii="Calibri" w:hAnsi="Calibri" w:cs="Times New Roman"/>
                <w:b/>
                <w:lang w:eastAsia="ar-SA"/>
              </w:rPr>
              <w:t>Перечень необходимого оборудования</w:t>
            </w:r>
          </w:p>
        </w:tc>
        <w:tc>
          <w:tcPr>
            <w:tcW w:w="3653" w:type="dxa"/>
          </w:tcPr>
          <w:p w:rsidR="00F44E79" w:rsidRPr="00FE0535" w:rsidRDefault="00F44E79" w:rsidP="00FE0535">
            <w:pPr>
              <w:suppressAutoHyphens/>
              <w:jc w:val="center"/>
              <w:rPr>
                <w:rFonts w:ascii="Calibri" w:hAnsi="Calibri" w:cs="Times New Roman"/>
                <w:b/>
                <w:lang w:eastAsia="ar-SA"/>
              </w:rPr>
            </w:pPr>
            <w:r w:rsidRPr="00FE0535">
              <w:rPr>
                <w:rFonts w:ascii="Calibri" w:hAnsi="Calibri" w:cs="Times New Roman"/>
                <w:b/>
                <w:lang w:eastAsia="ar-SA"/>
              </w:rPr>
              <w:t>Количество необходимого оборудования</w:t>
            </w:r>
          </w:p>
        </w:tc>
        <w:tc>
          <w:tcPr>
            <w:tcW w:w="3653" w:type="dxa"/>
          </w:tcPr>
          <w:p w:rsidR="00F44E79" w:rsidRPr="00FE0535" w:rsidRDefault="00F44E79" w:rsidP="00FE0535">
            <w:pPr>
              <w:suppressAutoHyphens/>
              <w:jc w:val="center"/>
              <w:rPr>
                <w:rFonts w:ascii="Calibri" w:hAnsi="Calibri" w:cs="Times New Roman"/>
                <w:b/>
                <w:lang w:eastAsia="ar-SA"/>
              </w:rPr>
            </w:pPr>
            <w:r w:rsidRPr="00FE0535">
              <w:rPr>
                <w:rFonts w:ascii="Calibri" w:hAnsi="Calibri" w:cs="Times New Roman"/>
                <w:b/>
                <w:lang w:eastAsia="ar-SA"/>
              </w:rPr>
              <w:t>Количество</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Доска интерактивная</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24"/>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2</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Акустическая система</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3</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Проектор мультимедийный</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4</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Портативный компьютер</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24"/>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5</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Моноблок для начальной школы</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6</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Стол для детей с ОВЗ с регулировкой уровня высоты</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2</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2</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7</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Стул школьный регулируемый по высоте</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2</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2</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8</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Светильник настольный на струбцине люминисцетный</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9</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eastAsia="ar-SA"/>
              </w:rPr>
              <w:t xml:space="preserve">Ноутбук </w:t>
            </w:r>
            <w:r w:rsidRPr="00FE0535">
              <w:rPr>
                <w:rFonts w:ascii="Calibri" w:hAnsi="Calibri" w:cs="Times New Roman"/>
                <w:lang w:val="en-US" w:eastAsia="ar-SA"/>
              </w:rPr>
              <w:t>Samsung</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10</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Телевизор</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11</w:t>
            </w:r>
          </w:p>
        </w:tc>
        <w:tc>
          <w:tcPr>
            <w:tcW w:w="6459" w:type="dxa"/>
          </w:tcPr>
          <w:p w:rsidR="00F44E79" w:rsidRPr="00FE0535" w:rsidRDefault="00F44E79" w:rsidP="00FE0535">
            <w:pPr>
              <w:suppressAutoHyphens/>
              <w:rPr>
                <w:rFonts w:ascii="Calibri" w:hAnsi="Calibri" w:cs="Times New Roman"/>
                <w:b/>
                <w:lang w:eastAsia="ar-SA"/>
              </w:rPr>
            </w:pPr>
            <w:r w:rsidRPr="00FE0535">
              <w:rPr>
                <w:rFonts w:ascii="Calibri" w:hAnsi="Calibri" w:cs="Times New Roman"/>
                <w:lang w:eastAsia="ar-SA"/>
              </w:rPr>
              <w:t xml:space="preserve">Интерактивный комплекс с вычислительным блоком и мобильным креплением </w:t>
            </w:r>
            <w:r w:rsidRPr="00FE0535">
              <w:rPr>
                <w:rFonts w:ascii="Calibri" w:hAnsi="Calibri" w:cs="Times New Roman"/>
                <w:lang w:val="en-US" w:eastAsia="ar-SA"/>
              </w:rPr>
              <w:t>EDFLAT</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12</w:t>
            </w:r>
          </w:p>
        </w:tc>
        <w:tc>
          <w:tcPr>
            <w:tcW w:w="6459" w:type="dxa"/>
          </w:tcPr>
          <w:p w:rsidR="00F44E79" w:rsidRPr="00FE0535" w:rsidRDefault="00F44E79" w:rsidP="00FE0535">
            <w:pPr>
              <w:suppressAutoHyphens/>
              <w:rPr>
                <w:rFonts w:ascii="Calibri" w:hAnsi="Calibri" w:cs="Times New Roman"/>
                <w:b/>
                <w:lang w:eastAsia="ar-SA"/>
              </w:rPr>
            </w:pPr>
            <w:r w:rsidRPr="00FE0535">
              <w:rPr>
                <w:rFonts w:ascii="Calibri" w:hAnsi="Calibri" w:cs="Times New Roman"/>
                <w:lang w:eastAsia="ar-SA"/>
              </w:rPr>
              <w:t xml:space="preserve">Ноутбук мобильного класса </w:t>
            </w:r>
            <w:r w:rsidRPr="00FE0535">
              <w:rPr>
                <w:rFonts w:ascii="Calibri" w:hAnsi="Calibri" w:cs="Times New Roman"/>
                <w:lang w:val="en-US" w:eastAsia="ar-SA"/>
              </w:rPr>
              <w:t>HP</w:t>
            </w:r>
            <w:r w:rsidRPr="00FE0535">
              <w:rPr>
                <w:rFonts w:ascii="Calibri" w:hAnsi="Calibri" w:cs="Times New Roman"/>
                <w:lang w:eastAsia="ar-SA"/>
              </w:rPr>
              <w:t xml:space="preserve"> </w:t>
            </w:r>
            <w:r w:rsidRPr="00FE0535">
              <w:rPr>
                <w:rFonts w:ascii="Calibri" w:hAnsi="Calibri" w:cs="Times New Roman"/>
                <w:lang w:val="en-US" w:eastAsia="ar-SA"/>
              </w:rPr>
              <w:t>Pro</w:t>
            </w:r>
            <w:r w:rsidRPr="00FE0535">
              <w:rPr>
                <w:rFonts w:ascii="Calibri" w:hAnsi="Calibri" w:cs="Times New Roman"/>
                <w:lang w:eastAsia="ar-SA"/>
              </w:rPr>
              <w:t xml:space="preserve"> </w:t>
            </w:r>
            <w:r w:rsidRPr="00FE0535">
              <w:rPr>
                <w:rFonts w:ascii="Calibri" w:hAnsi="Calibri" w:cs="Times New Roman"/>
                <w:lang w:val="en-US" w:eastAsia="ar-SA"/>
              </w:rPr>
              <w:t>Book</w:t>
            </w:r>
            <w:r w:rsidRPr="00FE0535">
              <w:rPr>
                <w:rFonts w:ascii="Calibri" w:hAnsi="Calibri" w:cs="Times New Roman"/>
                <w:lang w:eastAsia="ar-SA"/>
              </w:rPr>
              <w:t xml:space="preserve"> х 360 11 </w:t>
            </w:r>
            <w:r w:rsidRPr="00FE0535">
              <w:rPr>
                <w:rFonts w:ascii="Calibri" w:hAnsi="Calibri" w:cs="Times New Roman"/>
                <w:lang w:val="en-US" w:eastAsia="ar-SA"/>
              </w:rPr>
              <w:t>G</w:t>
            </w:r>
            <w:r w:rsidRPr="00FE0535">
              <w:rPr>
                <w:rFonts w:ascii="Calibri" w:hAnsi="Calibri" w:cs="Times New Roman"/>
                <w:lang w:eastAsia="ar-SA"/>
              </w:rPr>
              <w:t xml:space="preserve"> 5 </w:t>
            </w:r>
            <w:r w:rsidRPr="00FE0535">
              <w:rPr>
                <w:rFonts w:ascii="Calibri" w:hAnsi="Calibri" w:cs="Times New Roman"/>
                <w:lang w:val="en-US" w:eastAsia="ar-SA"/>
              </w:rPr>
              <w:t>EE</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2</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2</w:t>
            </w:r>
          </w:p>
        </w:tc>
      </w:tr>
    </w:tbl>
    <w:p w:rsidR="00F44E79" w:rsidRDefault="00F44E79" w:rsidP="00386670">
      <w:pPr>
        <w:suppressAutoHyphens/>
        <w:rPr>
          <w:rFonts w:ascii="Times New Roman" w:hAnsi="Times New Roman" w:cs="Times New Roman"/>
          <w:lang w:eastAsia="ar-SA"/>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uppressAutoHyphens/>
        <w:rPr>
          <w:rFonts w:ascii="Times New Roman" w:hAnsi="Times New Roman" w:cs="Times New Roman"/>
          <w:color w:val="auto"/>
          <w:lang w:eastAsia="ar-SA"/>
        </w:rPr>
      </w:pPr>
      <w:r>
        <w:rPr>
          <w:rFonts w:ascii="Times New Roman" w:hAnsi="Times New Roman" w:cs="Times New Roman"/>
          <w:b/>
          <w:lang w:eastAsia="ar-SA"/>
        </w:rPr>
        <w:t>Оснащение кабинетов  естественно-математического цикла (кабинетов информатики и физики, математики, химии и биологии, географии)</w:t>
      </w:r>
    </w:p>
    <w:p w:rsidR="00F44E79" w:rsidRDefault="00F44E79" w:rsidP="00386670">
      <w:pPr>
        <w:suppressAutoHyphens/>
        <w:rPr>
          <w:rFonts w:ascii="Times New Roman" w:hAnsi="Times New Roman" w:cs="Times New Roman"/>
          <w:lang w:eastAsia="ar-SA"/>
        </w:rPr>
      </w:pPr>
    </w:p>
    <w:p w:rsidR="00F44E79" w:rsidRDefault="00F44E79" w:rsidP="00386670">
      <w:pPr>
        <w:suppressAutoHyphens/>
        <w:rPr>
          <w:rFonts w:ascii="Times New Roman" w:hAnsi="Times New Roman" w:cs="Times New Roman"/>
          <w:lang w:eastAsia="ar-SA"/>
        </w:rPr>
      </w:pPr>
    </w:p>
    <w:p w:rsidR="00F44E79" w:rsidRDefault="00F44E79" w:rsidP="00386670">
      <w:pPr>
        <w:suppressAutoHyphens/>
        <w:rPr>
          <w:rFonts w:ascii="Times New Roman" w:hAnsi="Times New Roman" w:cs="Times New Roman"/>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8"/>
        <w:gridCol w:w="2356"/>
        <w:gridCol w:w="1871"/>
        <w:gridCol w:w="1560"/>
      </w:tblGrid>
      <w:tr w:rsidR="00F44E79" w:rsidTr="00FE0535">
        <w:trPr>
          <w:trHeight w:val="625"/>
        </w:trPr>
        <w:tc>
          <w:tcPr>
            <w:tcW w:w="847" w:type="dxa"/>
          </w:tcPr>
          <w:p w:rsidR="00F44E79" w:rsidRPr="00FE0535" w:rsidRDefault="00F44E79" w:rsidP="00FE0535">
            <w:pPr>
              <w:suppressAutoHyphens/>
              <w:rPr>
                <w:rFonts w:ascii="Times New Roman" w:hAnsi="Times New Roman" w:cs="Times New Roman"/>
                <w:b/>
                <w:lang w:eastAsia="ar-SA"/>
              </w:rPr>
            </w:pPr>
            <w:r w:rsidRPr="00FE0535">
              <w:rPr>
                <w:rFonts w:ascii="Calibri" w:hAnsi="Calibri" w:cs="Times New Roman"/>
                <w:b/>
                <w:lang w:eastAsia="ar-SA"/>
              </w:rPr>
              <w:t>№п/п</w:t>
            </w:r>
          </w:p>
        </w:tc>
        <w:tc>
          <w:tcPr>
            <w:tcW w:w="6459" w:type="dxa"/>
          </w:tcPr>
          <w:p w:rsidR="00F44E79" w:rsidRPr="00FE0535" w:rsidRDefault="00F44E79" w:rsidP="00FE0535">
            <w:pPr>
              <w:suppressAutoHyphens/>
              <w:rPr>
                <w:rFonts w:ascii="Calibri" w:hAnsi="Calibri" w:cs="Times New Roman"/>
                <w:b/>
                <w:lang w:eastAsia="ar-SA"/>
              </w:rPr>
            </w:pPr>
            <w:r w:rsidRPr="00FE0535">
              <w:rPr>
                <w:rFonts w:ascii="Calibri" w:hAnsi="Calibri" w:cs="Times New Roman"/>
                <w:b/>
                <w:lang w:eastAsia="ar-SA"/>
              </w:rPr>
              <w:t>Перечень необходимого оборудования</w:t>
            </w:r>
          </w:p>
        </w:tc>
        <w:tc>
          <w:tcPr>
            <w:tcW w:w="3653" w:type="dxa"/>
          </w:tcPr>
          <w:p w:rsidR="00F44E79" w:rsidRPr="00FE0535" w:rsidRDefault="00F44E79" w:rsidP="00FE0535">
            <w:pPr>
              <w:suppressAutoHyphens/>
              <w:rPr>
                <w:rFonts w:ascii="Calibri" w:hAnsi="Calibri" w:cs="Times New Roman"/>
                <w:b/>
                <w:lang w:eastAsia="ar-SA"/>
              </w:rPr>
            </w:pPr>
            <w:r w:rsidRPr="00FE0535">
              <w:rPr>
                <w:rFonts w:ascii="Calibri" w:hAnsi="Calibri" w:cs="Times New Roman"/>
                <w:b/>
                <w:lang w:eastAsia="ar-SA"/>
              </w:rPr>
              <w:t>Количество необходимого оборудования</w:t>
            </w:r>
          </w:p>
        </w:tc>
        <w:tc>
          <w:tcPr>
            <w:tcW w:w="3653" w:type="dxa"/>
          </w:tcPr>
          <w:p w:rsidR="00F44E79" w:rsidRPr="00FE0535" w:rsidRDefault="00F44E79" w:rsidP="00FE0535">
            <w:pPr>
              <w:suppressAutoHyphens/>
              <w:rPr>
                <w:rFonts w:ascii="Calibri" w:hAnsi="Calibri" w:cs="Times New Roman"/>
                <w:b/>
                <w:lang w:eastAsia="ar-SA"/>
              </w:rPr>
            </w:pPr>
            <w:r w:rsidRPr="00FE0535">
              <w:rPr>
                <w:rFonts w:ascii="Calibri" w:hAnsi="Calibri" w:cs="Times New Roman"/>
                <w:b/>
                <w:lang w:eastAsia="ar-SA"/>
              </w:rPr>
              <w:t>Количество</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Мультимедийный проектор </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24"/>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2</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eastAsia="ar-SA"/>
              </w:rPr>
              <w:t xml:space="preserve">Ноутбук </w:t>
            </w:r>
            <w:r w:rsidRPr="00FE0535">
              <w:rPr>
                <w:rFonts w:ascii="Calibri" w:hAnsi="Calibri" w:cs="Times New Roman"/>
                <w:lang w:val="en-US" w:eastAsia="ar-SA"/>
              </w:rPr>
              <w:t>Lenovo</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3</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Экран </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4</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Ноутбук мобильного класса </w:t>
            </w:r>
            <w:r w:rsidRPr="00FE0535">
              <w:rPr>
                <w:rFonts w:ascii="Calibri" w:hAnsi="Calibri" w:cs="Times New Roman"/>
                <w:lang w:val="en-US" w:eastAsia="ar-SA"/>
              </w:rPr>
              <w:t>HP</w:t>
            </w:r>
            <w:r w:rsidRPr="00FE0535">
              <w:rPr>
                <w:rFonts w:ascii="Calibri" w:hAnsi="Calibri" w:cs="Times New Roman"/>
                <w:lang w:eastAsia="ar-SA"/>
              </w:rPr>
              <w:t xml:space="preserve"> </w:t>
            </w:r>
            <w:r w:rsidRPr="00FE0535">
              <w:rPr>
                <w:rFonts w:ascii="Calibri" w:hAnsi="Calibri" w:cs="Times New Roman"/>
                <w:lang w:val="en-US" w:eastAsia="ar-SA"/>
              </w:rPr>
              <w:t>Pro</w:t>
            </w:r>
            <w:r w:rsidRPr="00FE0535">
              <w:rPr>
                <w:rFonts w:ascii="Calibri" w:hAnsi="Calibri" w:cs="Times New Roman"/>
                <w:lang w:eastAsia="ar-SA"/>
              </w:rPr>
              <w:t xml:space="preserve"> </w:t>
            </w:r>
            <w:r w:rsidRPr="00FE0535">
              <w:rPr>
                <w:rFonts w:ascii="Calibri" w:hAnsi="Calibri" w:cs="Times New Roman"/>
                <w:lang w:val="en-US" w:eastAsia="ar-SA"/>
              </w:rPr>
              <w:t>Book</w:t>
            </w:r>
            <w:r w:rsidRPr="00FE0535">
              <w:rPr>
                <w:rFonts w:ascii="Calibri" w:hAnsi="Calibri" w:cs="Times New Roman"/>
                <w:lang w:eastAsia="ar-SA"/>
              </w:rPr>
              <w:t xml:space="preserve"> х 360 11 </w:t>
            </w:r>
            <w:r w:rsidRPr="00FE0535">
              <w:rPr>
                <w:rFonts w:ascii="Calibri" w:hAnsi="Calibri" w:cs="Times New Roman"/>
                <w:lang w:val="en-US" w:eastAsia="ar-SA"/>
              </w:rPr>
              <w:t>G</w:t>
            </w:r>
            <w:r w:rsidRPr="00FE0535">
              <w:rPr>
                <w:rFonts w:ascii="Calibri" w:hAnsi="Calibri" w:cs="Times New Roman"/>
                <w:lang w:eastAsia="ar-SA"/>
              </w:rPr>
              <w:t xml:space="preserve"> 5 </w:t>
            </w:r>
            <w:r w:rsidRPr="00FE0535">
              <w:rPr>
                <w:rFonts w:ascii="Calibri" w:hAnsi="Calibri" w:cs="Times New Roman"/>
                <w:lang w:val="en-US" w:eastAsia="ar-SA"/>
              </w:rPr>
              <w:t>EE</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24"/>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5</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Интерактивный комплекс с вычислительным блоком и мобильным креплением </w:t>
            </w:r>
            <w:r w:rsidRPr="00FE0535">
              <w:rPr>
                <w:rFonts w:ascii="Calibri" w:hAnsi="Calibri" w:cs="Times New Roman"/>
                <w:lang w:val="en-US" w:eastAsia="ar-SA"/>
              </w:rPr>
              <w:t>EDFLAT</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6</w:t>
            </w:r>
          </w:p>
        </w:tc>
        <w:tc>
          <w:tcPr>
            <w:tcW w:w="6459" w:type="dxa"/>
          </w:tcPr>
          <w:p w:rsidR="00F44E79" w:rsidRPr="00FE0535" w:rsidRDefault="00F44E79" w:rsidP="00FE0535">
            <w:pPr>
              <w:suppressAutoHyphens/>
              <w:rPr>
                <w:rFonts w:ascii="Calibri" w:hAnsi="Calibri" w:cs="Times New Roman"/>
                <w:lang w:val="en-US"/>
              </w:rPr>
            </w:pPr>
            <w:r w:rsidRPr="00FE0535">
              <w:rPr>
                <w:rFonts w:ascii="Calibri" w:hAnsi="Calibri" w:cs="Times New Roman"/>
                <w:lang w:eastAsia="ar-SA"/>
              </w:rPr>
              <w:t>Ноутбук</w:t>
            </w:r>
            <w:r w:rsidRPr="00FE0535">
              <w:rPr>
                <w:rFonts w:ascii="Calibri" w:hAnsi="Calibri" w:cs="Times New Roman"/>
                <w:lang w:val="en-US" w:eastAsia="ar-SA"/>
              </w:rPr>
              <w:t xml:space="preserve"> Intel Celeron № 4100 CPU 1.1</w:t>
            </w:r>
            <w:r w:rsidRPr="00FE0535">
              <w:rPr>
                <w:rFonts w:ascii="Calibri" w:hAnsi="Calibri" w:cs="Times New Roman"/>
                <w:lang w:eastAsia="ar-SA"/>
              </w:rPr>
              <w:t>ГГц</w:t>
            </w:r>
            <w:r w:rsidRPr="00FE0535">
              <w:rPr>
                <w:rFonts w:ascii="Calibri" w:hAnsi="Calibri" w:cs="Times New Roman"/>
                <w:lang w:val="en-US" w:eastAsia="ar-SA"/>
              </w:rPr>
              <w:t xml:space="preserve"> </w:t>
            </w:r>
            <w:r w:rsidRPr="00FE0535">
              <w:rPr>
                <w:rFonts w:ascii="Calibri" w:hAnsi="Calibri" w:cs="Times New Roman"/>
                <w:lang w:eastAsia="ar-SA"/>
              </w:rPr>
              <w:t>ОЗУ</w:t>
            </w:r>
            <w:r w:rsidRPr="00FE0535">
              <w:rPr>
                <w:rFonts w:ascii="Calibri" w:hAnsi="Calibri" w:cs="Times New Roman"/>
                <w:lang w:val="en-US" w:eastAsia="ar-SA"/>
              </w:rPr>
              <w:t xml:space="preserve"> 4 </w:t>
            </w:r>
            <w:r w:rsidRPr="00FE0535">
              <w:rPr>
                <w:rFonts w:ascii="Calibri" w:hAnsi="Calibri" w:cs="Times New Roman"/>
                <w:lang w:eastAsia="ar-SA"/>
              </w:rPr>
              <w:t>Гб</w:t>
            </w:r>
            <w:r w:rsidRPr="00FE0535">
              <w:rPr>
                <w:rFonts w:ascii="Calibri" w:hAnsi="Calibri" w:cs="Times New Roman"/>
                <w:lang w:val="en-US" w:eastAsia="ar-SA"/>
              </w:rPr>
              <w:t xml:space="preserve"> </w:t>
            </w:r>
            <w:r w:rsidRPr="00FE0535">
              <w:rPr>
                <w:rFonts w:ascii="Calibri" w:hAnsi="Calibri" w:cs="Times New Roman"/>
                <w:lang w:eastAsia="ar-SA"/>
              </w:rPr>
              <w:t>ОС</w:t>
            </w:r>
            <w:r w:rsidRPr="00FE0535">
              <w:rPr>
                <w:rFonts w:ascii="Calibri" w:hAnsi="Calibri" w:cs="Times New Roman"/>
                <w:lang w:val="en-US" w:eastAsia="ar-SA"/>
              </w:rPr>
              <w:t xml:space="preserve"> № I ndows 10. HP</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eastAsia="ar-SA"/>
              </w:rPr>
              <w:t>1</w:t>
            </w:r>
            <w:r w:rsidRPr="00FE0535">
              <w:rPr>
                <w:rFonts w:ascii="Calibri" w:hAnsi="Calibri" w:cs="Times New Roman"/>
                <w:lang w:val="en-US" w:eastAsia="ar-SA"/>
              </w:rPr>
              <w:t>8</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18</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7</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eastAsia="ar-SA"/>
              </w:rPr>
              <w:t>Ноутбук</w:t>
            </w:r>
            <w:r w:rsidRPr="00FE0535">
              <w:rPr>
                <w:rFonts w:ascii="Calibri" w:hAnsi="Calibri" w:cs="Times New Roman"/>
                <w:lang w:val="en-US" w:eastAsia="ar-SA"/>
              </w:rPr>
              <w:t xml:space="preserve"> Intel Core™i3-6006 </w:t>
            </w:r>
            <w:r w:rsidRPr="00FE0535">
              <w:rPr>
                <w:rFonts w:ascii="Calibri" w:hAnsi="Calibri" w:cs="Times New Roman"/>
                <w:lang w:eastAsia="ar-SA"/>
              </w:rPr>
              <w:t>и</w:t>
            </w:r>
            <w:r w:rsidRPr="00FE0535">
              <w:rPr>
                <w:rFonts w:ascii="Calibri" w:hAnsi="Calibri" w:cs="Times New Roman"/>
                <w:lang w:val="en-US" w:eastAsia="ar-SA"/>
              </w:rPr>
              <w:t xml:space="preserve"> CPU 2</w:t>
            </w:r>
            <w:r w:rsidRPr="00FE0535">
              <w:rPr>
                <w:rFonts w:ascii="Calibri" w:hAnsi="Calibri" w:cs="Times New Roman"/>
                <w:lang w:eastAsia="ar-SA"/>
              </w:rPr>
              <w:t>ГГц</w:t>
            </w:r>
            <w:r w:rsidRPr="00FE0535">
              <w:rPr>
                <w:rFonts w:ascii="Calibri" w:hAnsi="Calibri" w:cs="Times New Roman"/>
                <w:lang w:val="en-US" w:eastAsia="ar-SA"/>
              </w:rPr>
              <w:t xml:space="preserve"> </w:t>
            </w:r>
            <w:r w:rsidRPr="00FE0535">
              <w:rPr>
                <w:rFonts w:ascii="Calibri" w:hAnsi="Calibri" w:cs="Times New Roman"/>
                <w:lang w:eastAsia="ar-SA"/>
              </w:rPr>
              <w:t>ОЗУ</w:t>
            </w:r>
            <w:r w:rsidRPr="00FE0535">
              <w:rPr>
                <w:rFonts w:ascii="Calibri" w:hAnsi="Calibri" w:cs="Times New Roman"/>
                <w:lang w:val="en-US" w:eastAsia="ar-SA"/>
              </w:rPr>
              <w:t xml:space="preserve"> 4 </w:t>
            </w:r>
            <w:r w:rsidRPr="00FE0535">
              <w:rPr>
                <w:rFonts w:ascii="Calibri" w:hAnsi="Calibri" w:cs="Times New Roman"/>
                <w:lang w:eastAsia="ar-SA"/>
              </w:rPr>
              <w:t>Гб</w:t>
            </w:r>
            <w:r w:rsidRPr="00FE0535">
              <w:rPr>
                <w:rFonts w:ascii="Calibri" w:hAnsi="Calibri" w:cs="Times New Roman"/>
                <w:lang w:val="en-US" w:eastAsia="ar-SA"/>
              </w:rPr>
              <w:t xml:space="preserve"> </w:t>
            </w:r>
            <w:r w:rsidRPr="00FE0535">
              <w:rPr>
                <w:rFonts w:ascii="Calibri" w:hAnsi="Calibri" w:cs="Times New Roman"/>
                <w:lang w:eastAsia="ar-SA"/>
              </w:rPr>
              <w:t>ОС</w:t>
            </w:r>
            <w:r w:rsidRPr="00FE0535">
              <w:rPr>
                <w:rFonts w:ascii="Calibri" w:hAnsi="Calibri" w:cs="Times New Roman"/>
                <w:lang w:val="en-US" w:eastAsia="ar-SA"/>
              </w:rPr>
              <w:t xml:space="preserve"> № I ndows 10. HP</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8</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eastAsia="ar-SA"/>
              </w:rPr>
              <w:t>Ноутбук</w:t>
            </w:r>
            <w:r w:rsidRPr="00FE0535">
              <w:rPr>
                <w:rFonts w:ascii="Calibri" w:hAnsi="Calibri" w:cs="Times New Roman"/>
                <w:lang w:val="en-US" w:eastAsia="ar-SA"/>
              </w:rPr>
              <w:t xml:space="preserve"> Intel Celeron №3060 CPU 1.6</w:t>
            </w:r>
            <w:r w:rsidRPr="00FE0535">
              <w:rPr>
                <w:rFonts w:ascii="Calibri" w:hAnsi="Calibri" w:cs="Times New Roman"/>
                <w:lang w:eastAsia="ar-SA"/>
              </w:rPr>
              <w:t>ГГц</w:t>
            </w:r>
            <w:r w:rsidRPr="00FE0535">
              <w:rPr>
                <w:rFonts w:ascii="Calibri" w:hAnsi="Calibri" w:cs="Times New Roman"/>
                <w:lang w:val="en-US" w:eastAsia="ar-SA"/>
              </w:rPr>
              <w:t xml:space="preserve"> </w:t>
            </w:r>
            <w:r w:rsidRPr="00FE0535">
              <w:rPr>
                <w:rFonts w:ascii="Calibri" w:hAnsi="Calibri" w:cs="Times New Roman"/>
                <w:lang w:eastAsia="ar-SA"/>
              </w:rPr>
              <w:t>ОЗУ</w:t>
            </w:r>
            <w:r w:rsidRPr="00FE0535">
              <w:rPr>
                <w:rFonts w:ascii="Calibri" w:hAnsi="Calibri" w:cs="Times New Roman"/>
                <w:lang w:val="en-US" w:eastAsia="ar-SA"/>
              </w:rPr>
              <w:t xml:space="preserve"> 4 </w:t>
            </w:r>
            <w:r w:rsidRPr="00FE0535">
              <w:rPr>
                <w:rFonts w:ascii="Calibri" w:hAnsi="Calibri" w:cs="Times New Roman"/>
                <w:lang w:eastAsia="ar-SA"/>
              </w:rPr>
              <w:t>Гб</w:t>
            </w:r>
            <w:r w:rsidRPr="00FE0535">
              <w:rPr>
                <w:rFonts w:ascii="Calibri" w:hAnsi="Calibri" w:cs="Times New Roman"/>
                <w:lang w:val="en-US" w:eastAsia="ar-SA"/>
              </w:rPr>
              <w:t xml:space="preserve"> </w:t>
            </w:r>
            <w:r w:rsidRPr="00FE0535">
              <w:rPr>
                <w:rFonts w:ascii="Calibri" w:hAnsi="Calibri" w:cs="Times New Roman"/>
                <w:lang w:eastAsia="ar-SA"/>
              </w:rPr>
              <w:t>ОС</w:t>
            </w:r>
            <w:r w:rsidRPr="00FE0535">
              <w:rPr>
                <w:rFonts w:ascii="Calibri" w:hAnsi="Calibri" w:cs="Times New Roman"/>
                <w:lang w:val="en-US" w:eastAsia="ar-SA"/>
              </w:rPr>
              <w:t xml:space="preserve"> № I ndows 10. HP</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5</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5</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9</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bidi="hi-IN"/>
              </w:rPr>
              <w:t>Интерактивная панель</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10</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bidi="hi-IN"/>
              </w:rPr>
              <w:t xml:space="preserve">Наушники </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5</w:t>
            </w:r>
          </w:p>
        </w:tc>
        <w:tc>
          <w:tcPr>
            <w:tcW w:w="3653"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val="en-US" w:eastAsia="ar-SA"/>
              </w:rPr>
              <w:t>5</w:t>
            </w:r>
          </w:p>
        </w:tc>
      </w:tr>
      <w:tr w:rsidR="00F44E79" w:rsidTr="00FE0535">
        <w:trPr>
          <w:trHeight w:val="302"/>
        </w:trPr>
        <w:tc>
          <w:tcPr>
            <w:tcW w:w="847"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11</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eastAsia="ar-SA"/>
              </w:rPr>
              <w:t>Проектор</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1</w:t>
            </w:r>
          </w:p>
        </w:tc>
      </w:tr>
    </w:tbl>
    <w:p w:rsidR="00F44E79" w:rsidRDefault="00F44E79" w:rsidP="00386670">
      <w:pPr>
        <w:suppressAutoHyphens/>
        <w:rPr>
          <w:rFonts w:ascii="Times New Roman" w:hAnsi="Times New Roman" w:cs="Times New Roman"/>
          <w:lang w:eastAsia="ar-SA"/>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uppressAutoHyphens/>
        <w:jc w:val="center"/>
        <w:rPr>
          <w:rFonts w:ascii="Times New Roman" w:hAnsi="Times New Roman" w:cs="Times New Roman"/>
          <w:color w:val="auto"/>
          <w:lang w:eastAsia="ar-SA"/>
        </w:rPr>
      </w:pPr>
      <w:r>
        <w:rPr>
          <w:rFonts w:ascii="Times New Roman" w:hAnsi="Times New Roman" w:cs="Times New Roman"/>
          <w:b/>
          <w:lang w:eastAsia="ar-SA"/>
        </w:rPr>
        <w:t>Оснащение кабинетов  гуманитарного цикла (кабинетов русского языка и литературы, иностранных языков, истории и обществознания)</w:t>
      </w:r>
    </w:p>
    <w:p w:rsidR="00F44E79" w:rsidRDefault="00F44E79" w:rsidP="00386670">
      <w:pPr>
        <w:suppressAutoHyphens/>
        <w:rPr>
          <w:rFonts w:ascii="Times New Roman" w:hAnsi="Times New Roman" w:cs="Times New Roman"/>
          <w:lang w:eastAsia="ar-SA"/>
        </w:rPr>
      </w:pPr>
    </w:p>
    <w:p w:rsidR="00F44E79" w:rsidRDefault="00F44E79" w:rsidP="00386670">
      <w:pPr>
        <w:suppressAutoHyphens/>
        <w:rPr>
          <w:rFonts w:ascii="Times New Roman" w:hAnsi="Times New Roman" w:cs="Times New Roman"/>
          <w:lang w:eastAsia="ar-SA"/>
        </w:rPr>
      </w:pPr>
    </w:p>
    <w:p w:rsidR="00F44E79" w:rsidRDefault="00F44E79" w:rsidP="00386670">
      <w:pPr>
        <w:suppressAutoHyphens/>
        <w:rPr>
          <w:rFonts w:ascii="Times New Roman" w:hAnsi="Times New Roman" w:cs="Times New Roman"/>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6"/>
        <w:gridCol w:w="2331"/>
        <w:gridCol w:w="1861"/>
        <w:gridCol w:w="1547"/>
      </w:tblGrid>
      <w:tr w:rsidR="00F44E79" w:rsidTr="00FE0535">
        <w:trPr>
          <w:trHeight w:val="625"/>
        </w:trPr>
        <w:tc>
          <w:tcPr>
            <w:tcW w:w="847" w:type="dxa"/>
          </w:tcPr>
          <w:p w:rsidR="00F44E79" w:rsidRPr="00FE0535" w:rsidRDefault="00F44E79" w:rsidP="00FE0535">
            <w:pPr>
              <w:shd w:val="clear" w:color="auto" w:fill="FFFFFF"/>
              <w:suppressAutoHyphens/>
              <w:snapToGrid w:val="0"/>
              <w:jc w:val="center"/>
              <w:rPr>
                <w:rFonts w:ascii="Times New Roman" w:hAnsi="Times New Roman" w:cs="Times New Roman"/>
                <w:b/>
                <w:w w:val="108"/>
                <w:lang w:eastAsia="ar-SA"/>
              </w:rPr>
            </w:pPr>
            <w:r w:rsidRPr="00FE0535">
              <w:rPr>
                <w:rFonts w:ascii="Calibri" w:hAnsi="Calibri" w:cs="Times New Roman"/>
                <w:b/>
                <w:w w:val="108"/>
                <w:lang w:eastAsia="ar-SA"/>
              </w:rPr>
              <w:t>№п/п</w:t>
            </w:r>
          </w:p>
        </w:tc>
        <w:tc>
          <w:tcPr>
            <w:tcW w:w="6459" w:type="dxa"/>
          </w:tcPr>
          <w:p w:rsidR="00F44E79" w:rsidRPr="00FE0535" w:rsidRDefault="00F44E79" w:rsidP="00FE0535">
            <w:pPr>
              <w:suppressAutoHyphens/>
              <w:rPr>
                <w:rFonts w:ascii="Calibri" w:hAnsi="Calibri" w:cs="Times New Roman"/>
                <w:b/>
                <w:color w:val="auto"/>
                <w:lang w:eastAsia="ar-SA"/>
              </w:rPr>
            </w:pPr>
            <w:r w:rsidRPr="00FE0535">
              <w:rPr>
                <w:rFonts w:ascii="Calibri" w:hAnsi="Calibri" w:cs="Times New Roman"/>
                <w:b/>
                <w:lang w:eastAsia="ar-SA"/>
              </w:rPr>
              <w:t>Перечень необходимого оборудования</w:t>
            </w:r>
          </w:p>
        </w:tc>
        <w:tc>
          <w:tcPr>
            <w:tcW w:w="3653" w:type="dxa"/>
          </w:tcPr>
          <w:p w:rsidR="00F44E79" w:rsidRPr="00FE0535" w:rsidRDefault="00F44E79" w:rsidP="00FE0535">
            <w:pPr>
              <w:suppressAutoHyphens/>
              <w:jc w:val="center"/>
              <w:rPr>
                <w:rFonts w:ascii="Calibri" w:hAnsi="Calibri" w:cs="Times New Roman"/>
                <w:b/>
                <w:lang w:eastAsia="ar-SA"/>
              </w:rPr>
            </w:pPr>
            <w:r w:rsidRPr="00FE0535">
              <w:rPr>
                <w:rFonts w:ascii="Calibri" w:hAnsi="Calibri" w:cs="Times New Roman"/>
                <w:b/>
                <w:lang w:eastAsia="ar-SA"/>
              </w:rPr>
              <w:t>Количество необходимого оборудования</w:t>
            </w:r>
          </w:p>
        </w:tc>
        <w:tc>
          <w:tcPr>
            <w:tcW w:w="3653" w:type="dxa"/>
          </w:tcPr>
          <w:p w:rsidR="00F44E79" w:rsidRPr="00FE0535" w:rsidRDefault="00F44E79" w:rsidP="00FE0535">
            <w:pPr>
              <w:suppressAutoHyphens/>
              <w:jc w:val="center"/>
              <w:rPr>
                <w:rFonts w:ascii="Calibri" w:hAnsi="Calibri" w:cs="Times New Roman"/>
                <w:b/>
                <w:lang w:eastAsia="ar-SA"/>
              </w:rPr>
            </w:pPr>
            <w:r w:rsidRPr="00FE0535">
              <w:rPr>
                <w:rFonts w:ascii="Calibri" w:hAnsi="Calibri" w:cs="Times New Roman"/>
                <w:b/>
                <w:lang w:eastAsia="ar-SA"/>
              </w:rPr>
              <w:t>Количество</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Мультимедийный проектор </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24"/>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2</w:t>
            </w:r>
          </w:p>
        </w:tc>
        <w:tc>
          <w:tcPr>
            <w:tcW w:w="6459" w:type="dxa"/>
          </w:tcPr>
          <w:p w:rsidR="00F44E79" w:rsidRPr="00FE0535" w:rsidRDefault="00F44E79" w:rsidP="00FE0535">
            <w:pPr>
              <w:suppressAutoHyphens/>
              <w:rPr>
                <w:rFonts w:ascii="Calibri" w:hAnsi="Calibri" w:cs="Times New Roman"/>
                <w:lang w:val="en-US" w:eastAsia="ar-SA"/>
              </w:rPr>
            </w:pPr>
            <w:r w:rsidRPr="00FE0535">
              <w:rPr>
                <w:rFonts w:ascii="Calibri" w:hAnsi="Calibri" w:cs="Times New Roman"/>
                <w:lang w:eastAsia="ar-SA"/>
              </w:rPr>
              <w:t xml:space="preserve">Ноутбук </w:t>
            </w:r>
            <w:r w:rsidRPr="00FE0535">
              <w:rPr>
                <w:rFonts w:ascii="Calibri" w:hAnsi="Calibri" w:cs="Times New Roman"/>
                <w:lang w:val="en-US" w:eastAsia="ar-SA"/>
              </w:rPr>
              <w:t>Lenovo</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3</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Экран </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02"/>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4</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Ноутбук мобильного класса </w:t>
            </w:r>
            <w:r w:rsidRPr="00FE0535">
              <w:rPr>
                <w:rFonts w:ascii="Calibri" w:hAnsi="Calibri" w:cs="Times New Roman"/>
                <w:lang w:val="en-US" w:eastAsia="ar-SA"/>
              </w:rPr>
              <w:t>HP</w:t>
            </w:r>
            <w:r w:rsidRPr="00FE0535">
              <w:rPr>
                <w:rFonts w:ascii="Calibri" w:hAnsi="Calibri" w:cs="Times New Roman"/>
                <w:lang w:eastAsia="ar-SA"/>
              </w:rPr>
              <w:t xml:space="preserve"> </w:t>
            </w:r>
            <w:r w:rsidRPr="00FE0535">
              <w:rPr>
                <w:rFonts w:ascii="Calibri" w:hAnsi="Calibri" w:cs="Times New Roman"/>
                <w:lang w:val="en-US" w:eastAsia="ar-SA"/>
              </w:rPr>
              <w:t>Pro</w:t>
            </w:r>
            <w:r w:rsidRPr="00FE0535">
              <w:rPr>
                <w:rFonts w:ascii="Calibri" w:hAnsi="Calibri" w:cs="Times New Roman"/>
                <w:lang w:eastAsia="ar-SA"/>
              </w:rPr>
              <w:t xml:space="preserve"> </w:t>
            </w:r>
            <w:r w:rsidRPr="00FE0535">
              <w:rPr>
                <w:rFonts w:ascii="Calibri" w:hAnsi="Calibri" w:cs="Times New Roman"/>
                <w:lang w:val="en-US" w:eastAsia="ar-SA"/>
              </w:rPr>
              <w:t>Book</w:t>
            </w:r>
            <w:r w:rsidRPr="00FE0535">
              <w:rPr>
                <w:rFonts w:ascii="Calibri" w:hAnsi="Calibri" w:cs="Times New Roman"/>
                <w:lang w:eastAsia="ar-SA"/>
              </w:rPr>
              <w:t xml:space="preserve"> х 360 11 </w:t>
            </w:r>
            <w:r w:rsidRPr="00FE0535">
              <w:rPr>
                <w:rFonts w:ascii="Calibri" w:hAnsi="Calibri" w:cs="Times New Roman"/>
                <w:lang w:val="en-US" w:eastAsia="ar-SA"/>
              </w:rPr>
              <w:t>G</w:t>
            </w:r>
            <w:r w:rsidRPr="00FE0535">
              <w:rPr>
                <w:rFonts w:ascii="Calibri" w:hAnsi="Calibri" w:cs="Times New Roman"/>
                <w:lang w:eastAsia="ar-SA"/>
              </w:rPr>
              <w:t xml:space="preserve"> 5 </w:t>
            </w:r>
            <w:r w:rsidRPr="00FE0535">
              <w:rPr>
                <w:rFonts w:ascii="Calibri" w:hAnsi="Calibri" w:cs="Times New Roman"/>
                <w:lang w:val="en-US" w:eastAsia="ar-SA"/>
              </w:rPr>
              <w:t>EE</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r w:rsidR="00F44E79" w:rsidTr="00FE0535">
        <w:trPr>
          <w:trHeight w:val="324"/>
        </w:trPr>
        <w:tc>
          <w:tcPr>
            <w:tcW w:w="847"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5</w:t>
            </w:r>
          </w:p>
        </w:tc>
        <w:tc>
          <w:tcPr>
            <w:tcW w:w="6459" w:type="dxa"/>
          </w:tcPr>
          <w:p w:rsidR="00F44E79" w:rsidRPr="00FE0535" w:rsidRDefault="00F44E79" w:rsidP="00FE0535">
            <w:pPr>
              <w:suppressAutoHyphens/>
              <w:rPr>
                <w:rFonts w:ascii="Calibri" w:hAnsi="Calibri" w:cs="Times New Roman"/>
                <w:lang w:eastAsia="ar-SA"/>
              </w:rPr>
            </w:pPr>
            <w:r w:rsidRPr="00FE0535">
              <w:rPr>
                <w:rFonts w:ascii="Calibri" w:hAnsi="Calibri" w:cs="Times New Roman"/>
                <w:lang w:eastAsia="ar-SA"/>
              </w:rPr>
              <w:t xml:space="preserve">Интерактивный комплекс с вычислительным блоком и мобильным креплением </w:t>
            </w:r>
            <w:r w:rsidRPr="00FE0535">
              <w:rPr>
                <w:rFonts w:ascii="Calibri" w:hAnsi="Calibri" w:cs="Times New Roman"/>
                <w:lang w:val="en-US" w:eastAsia="ar-SA"/>
              </w:rPr>
              <w:t>EDFLAT</w:t>
            </w:r>
          </w:p>
        </w:tc>
        <w:tc>
          <w:tcPr>
            <w:tcW w:w="3653" w:type="dxa"/>
          </w:tcPr>
          <w:p w:rsidR="00F44E79" w:rsidRPr="00FE0535" w:rsidRDefault="00F44E79" w:rsidP="00FE0535">
            <w:pPr>
              <w:suppressAutoHyphens/>
              <w:jc w:val="center"/>
              <w:rPr>
                <w:rFonts w:ascii="Calibri" w:hAnsi="Calibri" w:cs="Times New Roman"/>
                <w:lang w:eastAsia="ar-SA"/>
              </w:rPr>
            </w:pPr>
            <w:r w:rsidRPr="00FE0535">
              <w:rPr>
                <w:rFonts w:ascii="Calibri" w:hAnsi="Calibri" w:cs="Times New Roman"/>
                <w:lang w:eastAsia="ar-SA"/>
              </w:rPr>
              <w:t>1</w:t>
            </w:r>
          </w:p>
        </w:tc>
        <w:tc>
          <w:tcPr>
            <w:tcW w:w="3653" w:type="dxa"/>
          </w:tcPr>
          <w:p w:rsidR="00F44E79" w:rsidRPr="00FE0535" w:rsidRDefault="00F44E79" w:rsidP="00FE0535">
            <w:pPr>
              <w:suppressAutoHyphens/>
              <w:jc w:val="center"/>
              <w:rPr>
                <w:rFonts w:ascii="Calibri" w:hAnsi="Calibri" w:cs="Times New Roman"/>
                <w:lang w:val="en-US" w:eastAsia="ar-SA"/>
              </w:rPr>
            </w:pPr>
            <w:r w:rsidRPr="00FE0535">
              <w:rPr>
                <w:rFonts w:ascii="Calibri" w:hAnsi="Calibri" w:cs="Times New Roman"/>
                <w:lang w:val="en-US" w:eastAsia="ar-SA"/>
              </w:rPr>
              <w:t>1</w:t>
            </w:r>
          </w:p>
        </w:tc>
      </w:tr>
    </w:tbl>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Pr="00FD4913" w:rsidRDefault="00F44E79" w:rsidP="00FD4913">
      <w:pPr>
        <w:rPr>
          <w:lang w:eastAsia="ar-SA"/>
        </w:rPr>
      </w:pPr>
      <w:r w:rsidRPr="00FD4913">
        <w:rPr>
          <w:lang w:eastAsia="ar-SA"/>
        </w:rPr>
        <w:t>Оснащение кабинета ОБЖ</w:t>
      </w:r>
    </w:p>
    <w:p w:rsidR="00F44E79" w:rsidRPr="00FD4913" w:rsidRDefault="00F44E79" w:rsidP="00FD4913">
      <w:pPr>
        <w:rPr>
          <w:lang w:eastAsia="ar-SA"/>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7931"/>
        <w:gridCol w:w="5819"/>
      </w:tblGrid>
      <w:tr w:rsidR="00F44E79" w:rsidRPr="00FD4913" w:rsidTr="00FD4913">
        <w:tc>
          <w:tcPr>
            <w:tcW w:w="14567" w:type="dxa"/>
            <w:gridSpan w:val="3"/>
          </w:tcPr>
          <w:p w:rsidR="00F44E79" w:rsidRPr="00FD4913" w:rsidRDefault="00F44E79" w:rsidP="00FD4913"/>
          <w:p w:rsidR="00F44E79" w:rsidRPr="00FD4913" w:rsidRDefault="00F44E79" w:rsidP="00FD4913">
            <w:r w:rsidRPr="00FD4913">
              <w:t>Оборудование</w:t>
            </w:r>
          </w:p>
        </w:tc>
      </w:tr>
      <w:tr w:rsidR="00F44E79" w:rsidRPr="00FD4913" w:rsidTr="00FD4913">
        <w:tc>
          <w:tcPr>
            <w:tcW w:w="817" w:type="dxa"/>
          </w:tcPr>
          <w:p w:rsidR="00F44E79" w:rsidRPr="00FD4913" w:rsidRDefault="00F44E79" w:rsidP="00FD4913">
            <w:r w:rsidRPr="00FD4913">
              <w:t>1</w:t>
            </w:r>
          </w:p>
        </w:tc>
        <w:tc>
          <w:tcPr>
            <w:tcW w:w="7931" w:type="dxa"/>
          </w:tcPr>
          <w:p w:rsidR="00F44E79" w:rsidRPr="00FD4913" w:rsidRDefault="00F44E79" w:rsidP="00FD4913">
            <w:r w:rsidRPr="00FD4913">
              <w:t>Макет АК-105</w:t>
            </w:r>
          </w:p>
        </w:tc>
        <w:tc>
          <w:tcPr>
            <w:tcW w:w="5819" w:type="dxa"/>
          </w:tcPr>
          <w:p w:rsidR="00F44E79" w:rsidRPr="00FD4913" w:rsidRDefault="00F44E79" w:rsidP="00FD4913">
            <w:r w:rsidRPr="00FD4913">
              <w:t>1</w:t>
            </w:r>
          </w:p>
        </w:tc>
      </w:tr>
      <w:tr w:rsidR="00F44E79" w:rsidRPr="00FD4913" w:rsidTr="00FD4913">
        <w:tc>
          <w:tcPr>
            <w:tcW w:w="817" w:type="dxa"/>
          </w:tcPr>
          <w:p w:rsidR="00F44E79" w:rsidRPr="00FD4913" w:rsidRDefault="00F44E79" w:rsidP="00FD4913">
            <w:r w:rsidRPr="00FD4913">
              <w:t>2</w:t>
            </w:r>
          </w:p>
        </w:tc>
        <w:tc>
          <w:tcPr>
            <w:tcW w:w="7931" w:type="dxa"/>
          </w:tcPr>
          <w:p w:rsidR="00F44E79" w:rsidRPr="00FD4913" w:rsidRDefault="00F44E79" w:rsidP="00FD4913">
            <w:r w:rsidRPr="00FD4913">
              <w:t>Пневматические винтовки</w:t>
            </w:r>
          </w:p>
        </w:tc>
        <w:tc>
          <w:tcPr>
            <w:tcW w:w="5819" w:type="dxa"/>
          </w:tcPr>
          <w:p w:rsidR="00F44E79" w:rsidRPr="00FD4913" w:rsidRDefault="00F44E79" w:rsidP="00FD4913">
            <w:r w:rsidRPr="00FD4913">
              <w:t>3</w:t>
            </w:r>
          </w:p>
        </w:tc>
      </w:tr>
      <w:tr w:rsidR="00F44E79" w:rsidRPr="00FD4913" w:rsidTr="00FD4913">
        <w:tc>
          <w:tcPr>
            <w:tcW w:w="817" w:type="dxa"/>
          </w:tcPr>
          <w:p w:rsidR="00F44E79" w:rsidRPr="00FD4913" w:rsidRDefault="00F44E79" w:rsidP="00FD4913">
            <w:r w:rsidRPr="00FD4913">
              <w:t>3</w:t>
            </w:r>
          </w:p>
        </w:tc>
        <w:tc>
          <w:tcPr>
            <w:tcW w:w="7931" w:type="dxa"/>
          </w:tcPr>
          <w:p w:rsidR="00F44E79" w:rsidRPr="00FD4913" w:rsidRDefault="00F44E79" w:rsidP="00FD4913">
            <w:r w:rsidRPr="00FD4913">
              <w:t>Винтовка «Юнкер»</w:t>
            </w:r>
          </w:p>
        </w:tc>
        <w:tc>
          <w:tcPr>
            <w:tcW w:w="5819" w:type="dxa"/>
          </w:tcPr>
          <w:p w:rsidR="00F44E79" w:rsidRPr="00FD4913" w:rsidRDefault="00F44E79" w:rsidP="00FD4913">
            <w:r w:rsidRPr="00FD4913">
              <w:t>1</w:t>
            </w:r>
          </w:p>
        </w:tc>
      </w:tr>
      <w:tr w:rsidR="00F44E79" w:rsidRPr="00FD4913" w:rsidTr="00FD4913">
        <w:tc>
          <w:tcPr>
            <w:tcW w:w="817" w:type="dxa"/>
          </w:tcPr>
          <w:p w:rsidR="00F44E79" w:rsidRPr="00FD4913" w:rsidRDefault="00F44E79" w:rsidP="00FD4913">
            <w:r w:rsidRPr="00FD4913">
              <w:t>4</w:t>
            </w:r>
          </w:p>
        </w:tc>
        <w:tc>
          <w:tcPr>
            <w:tcW w:w="7931" w:type="dxa"/>
          </w:tcPr>
          <w:p w:rsidR="00F44E79" w:rsidRPr="00FD4913" w:rsidRDefault="00F44E79" w:rsidP="00FD4913">
            <w:r w:rsidRPr="00FD4913">
              <w:t>Пистолет ИЖ-40</w:t>
            </w:r>
          </w:p>
        </w:tc>
        <w:tc>
          <w:tcPr>
            <w:tcW w:w="5819" w:type="dxa"/>
          </w:tcPr>
          <w:p w:rsidR="00F44E79" w:rsidRPr="00FD4913" w:rsidRDefault="00F44E79" w:rsidP="00FD4913"/>
        </w:tc>
      </w:tr>
      <w:tr w:rsidR="00F44E79" w:rsidRPr="00FD4913" w:rsidTr="00FD4913">
        <w:tc>
          <w:tcPr>
            <w:tcW w:w="817" w:type="dxa"/>
          </w:tcPr>
          <w:p w:rsidR="00F44E79" w:rsidRPr="00FD4913" w:rsidRDefault="00F44E79" w:rsidP="00FD4913">
            <w:r w:rsidRPr="00FD4913">
              <w:t>5</w:t>
            </w:r>
          </w:p>
        </w:tc>
        <w:tc>
          <w:tcPr>
            <w:tcW w:w="7931" w:type="dxa"/>
          </w:tcPr>
          <w:p w:rsidR="00F44E79" w:rsidRPr="00FD4913" w:rsidRDefault="00F44E79" w:rsidP="00FD4913">
            <w:r w:rsidRPr="00FD4913">
              <w:t>Ракетница СП-81</w:t>
            </w:r>
          </w:p>
        </w:tc>
        <w:tc>
          <w:tcPr>
            <w:tcW w:w="5819" w:type="dxa"/>
          </w:tcPr>
          <w:p w:rsidR="00F44E79" w:rsidRPr="00FD4913" w:rsidRDefault="00F44E79" w:rsidP="00FD4913"/>
        </w:tc>
      </w:tr>
    </w:tbl>
    <w:p w:rsidR="00F44E79" w:rsidRPr="00FD4913" w:rsidRDefault="00F44E79" w:rsidP="00FD4913"/>
    <w:p w:rsidR="00F44E79" w:rsidRPr="00FD4913" w:rsidRDefault="00F44E79" w:rsidP="00FD4913"/>
    <w:p w:rsidR="00F44E79" w:rsidRPr="00FD4913" w:rsidRDefault="00F44E79" w:rsidP="00FD4913">
      <w:r w:rsidRPr="00FD4913">
        <w:t>Оснащение кабинета химии</w:t>
      </w:r>
    </w:p>
    <w:p w:rsidR="00F44E79" w:rsidRPr="00FD4913" w:rsidRDefault="00F44E79" w:rsidP="00FD4913">
      <w:r w:rsidRPr="00FD4913">
        <w:t>Технические средства обучения учебного кабинета химии</w:t>
      </w:r>
    </w:p>
    <w:tbl>
      <w:tblPr>
        <w:tblW w:w="9106" w:type="dxa"/>
        <w:tblInd w:w="98" w:type="dxa"/>
        <w:tblCellMar>
          <w:left w:w="0" w:type="dxa"/>
          <w:right w:w="0" w:type="dxa"/>
        </w:tblCellMar>
        <w:tblLook w:val="00A0"/>
      </w:tblPr>
      <w:tblGrid>
        <w:gridCol w:w="651"/>
        <w:gridCol w:w="5865"/>
        <w:gridCol w:w="1456"/>
        <w:gridCol w:w="1134"/>
      </w:tblGrid>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68" w:name="5"/>
            <w:bookmarkStart w:id="1569" w:name="fff42e4a735ad6e5ea7ac0bce01590bd2069ea44"/>
            <w:bookmarkEnd w:id="1568"/>
            <w:bookmarkEnd w:id="1569"/>
            <w:r w:rsidRPr="00FD4913">
              <w:t>№</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ТС</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Кол-во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Ед.</w:t>
            </w:r>
          </w:p>
        </w:tc>
      </w:tr>
      <w:tr w:rsidR="00F44E79" w:rsidRPr="00FD4913" w:rsidTr="00FD4913">
        <w:trPr>
          <w:trHeight w:val="52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Стенд  "Периодическая система химических элементов Д.И.Менделеева "(2200*1200)</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6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Стенд  " Растворимость кислот,оснований и солей в воде"</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8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Стенд-лента " Электрохимический ряд напряжений металлов "</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52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Стенд "Электрохимический ряд и окраска индикаторов в различных средах "</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6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Стенд-уголок "Юный химик"</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6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Стенд-уголок "Техника безопасности на уроках химии"</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30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"Алюминий"</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6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"Волокна"демонстрационная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32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"Волокна" раздаточная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2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"Гранит и его составные части"</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32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"Каменный уголь и продукты его переработки"</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30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Коллекция"Каменный уголь и продукты его пер-ки"раз</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"Металлы"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Коллекция"Минералы и горные породы"40видов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"Нефть и продукты ее переработки" (раздаточная)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Коллекция"Пластмассы"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Коллекция"Стекло и изделия из стекла"</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"Сырье для топливной промышленности" (раздаточная)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"Сырье для химической промышленности" (раздаточная)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Коллекция"Топливо"</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 "Торф и продукты его переработки"</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Коллекция"Чугун и сталь"</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Коллекция"Шкала твердости"</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Демонстрационный набор для составления объемных моделей молекул</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модель "Кристалическая решетка алмаза"(дем)</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модель "Кристалическая решетка графита"(дем)</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Модель"Кристаллическая решетка железа" (дем)</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 ОС Кислоты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2 ОС Кислоты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3 ОС Гидроксиды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4 ОС Оксиды металлов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5 ОС Металлы (малый)</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6 ОС "Щелочные и щелочноземельные металлы"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7 ОС "Огнеопасные вещества".</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8 ОС Галогены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9 ОС Галогениды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10 ОС Сульфаты.Сульфиты. Сульфиды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11 ОС Карбонаты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12 ОС Фосфаты, Силикаты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13 Ацетаты. Роданиды. Цианиды.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14 ОС "Соединения марганца"</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15 ОС "Соединения хрома"</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№16 ОС Нитраты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17 ОС Индикаторы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№18 ОС "Минеральные удобрения"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19 ОС Углеводороды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20 ОС Кислородсодержащие органические вещества</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21 ОС Кислоты органические</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22 ОС Углеводы. Амины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 23 ОС Образцы органических веществ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№24 ОС Материалы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материалов по химии</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Аппарат для дистилляции воды220в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Доска для сушки посуды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Аппарат Киппа 250мл</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склянок для растворов 250мл</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склянок и банок для лабораторных работ</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Штатив лабораторный комбинированный ШЛб</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посуды для демонстрационных опытов по хим</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деталей к установке для перегонки веществ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склянок с дозатором для хранения растворов (0.5л)</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Прибор для иллюстрацииии зависимости скорости химической реакции от условий</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Весы учебные с гирями до 200г.</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Весы электронные</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Горючее сухое</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Ложка для сжигания веществ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Набор химической посуды и принадлежностей для лабораторных работ по химии (НПХЛ)</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6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69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Пластина для капельного анализа (8 гнезд)</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Пластина для работ с малым количеством веществ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Прибор для иллюстр.закона сохранения массы веществ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Пробирка 14*120</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Пробирка 16*150 химическая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Спиртовка лабораторная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Штатив лабораторный ШЛХ</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орг.химии"Высокомолекулярные вещества.Полимеры"</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орг.химии"Природные источники углеводородов."</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орг.химии"Реакции органических веществ" (6 табл.)</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79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орг.химии"Строение орг.веществ"16т</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химии дем."Металлы"(10т,А1,лам)</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 xml:space="preserve">                  1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химии дем."Начала химии"(16т,А1,л)</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82</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химии дем."Неметаллы"(16т,А1,лам)</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83</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химии дем."Растворы.Электрическая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84</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химии дем."Строение вещ-ва.Хим.свя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85</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химии дем."Хим.реакции"(14т)</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86</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Комплект т-ц по химии дем."Хим. пр-во.Металлургия"</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87</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Таблица демонстрационная "Алканы и алкилы" (винил 100×140)</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88</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Таблица демонстрационная "Генетическая связь неорганических соединений" (винил 100×140)</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89</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Таблица демонстрационная "Генетическая связь органических веществ" (винил 100×140)</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90</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Таблица демонстрационная "Общие сведения о группах углеводородов" (винил 100х140)</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r w:rsidR="00F44E79" w:rsidRPr="00FD4913" w:rsidTr="00FD4913">
        <w:trPr>
          <w:trHeight w:val="240"/>
        </w:trPr>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91</w:t>
            </w:r>
          </w:p>
        </w:tc>
        <w:tc>
          <w:tcPr>
            <w:tcW w:w="5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Таблица демонстрационная "Правила техники безопасности в кабинете химии" (винил 100×140)</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шт</w:t>
            </w:r>
          </w:p>
        </w:tc>
      </w:tr>
    </w:tbl>
    <w:p w:rsidR="00F44E79" w:rsidRPr="00FD4913" w:rsidRDefault="00F44E79" w:rsidP="00FD4913"/>
    <w:p w:rsidR="00F44E79" w:rsidRPr="00FD4913" w:rsidRDefault="00F44E79" w:rsidP="00FD4913"/>
    <w:p w:rsidR="00F44E79" w:rsidRPr="00FD4913" w:rsidRDefault="00F44E79" w:rsidP="00FD4913">
      <w:r w:rsidRPr="00FD4913">
        <w:t>ПЕРЕЧЕНЬ РЕАКТИВОВ КАБИНЕТА ХИМИИ</w:t>
      </w:r>
    </w:p>
    <w:p w:rsidR="00F44E79" w:rsidRPr="00FD4913" w:rsidRDefault="00F44E79" w:rsidP="00FD4913">
      <w:r w:rsidRPr="00FD4913">
        <w:t>Неорганические кислоты</w:t>
      </w:r>
    </w:p>
    <w:tbl>
      <w:tblPr>
        <w:tblW w:w="12000" w:type="dxa"/>
        <w:tblInd w:w="-252" w:type="dxa"/>
        <w:tblCellMar>
          <w:left w:w="0" w:type="dxa"/>
          <w:right w:w="0" w:type="dxa"/>
        </w:tblCellMar>
        <w:tblLook w:val="00A0"/>
      </w:tblPr>
      <w:tblGrid>
        <w:gridCol w:w="4353"/>
        <w:gridCol w:w="2977"/>
        <w:gridCol w:w="3387"/>
        <w:gridCol w:w="1283"/>
      </w:tblGrid>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70" w:name="3f8a8841e0be641f9f68316c991506175f083b85"/>
            <w:bookmarkStart w:id="1571" w:name="6"/>
            <w:bookmarkEnd w:id="1570"/>
            <w:bookmarkEnd w:id="1571"/>
            <w:r w:rsidRPr="00FD4913">
              <w:t>Название реактива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наличие</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Азотная кислота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HNO3</w:t>
            </w:r>
          </w:p>
        </w:tc>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Ортофосфорная кислота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H3PO4</w:t>
            </w:r>
          </w:p>
        </w:tc>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Серная кислота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H2SO4</w:t>
            </w:r>
          </w:p>
        </w:tc>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Соляная кислота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HCl</w:t>
            </w:r>
          </w:p>
        </w:tc>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bl>
    <w:p w:rsidR="00F44E79" w:rsidRPr="00FD4913" w:rsidRDefault="00F44E79" w:rsidP="00FD4913">
      <w:r w:rsidRPr="00FD4913">
        <w:t>Органические кислоты</w:t>
      </w:r>
    </w:p>
    <w:tbl>
      <w:tblPr>
        <w:tblW w:w="12000" w:type="dxa"/>
        <w:tblInd w:w="-252" w:type="dxa"/>
        <w:tblCellMar>
          <w:left w:w="0" w:type="dxa"/>
          <w:right w:w="0" w:type="dxa"/>
        </w:tblCellMar>
        <w:tblLook w:val="00A0"/>
      </w:tblPr>
      <w:tblGrid>
        <w:gridCol w:w="4353"/>
        <w:gridCol w:w="2977"/>
        <w:gridCol w:w="3701"/>
        <w:gridCol w:w="969"/>
      </w:tblGrid>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72" w:name="6e3f2493a4fe64c4d7b36248ef3c21f365084b07"/>
            <w:bookmarkStart w:id="1573" w:name="7"/>
            <w:bookmarkEnd w:id="1572"/>
            <w:bookmarkEnd w:id="1573"/>
            <w:r w:rsidRPr="00FD4913">
              <w:t>Название реактива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Нали</w:t>
            </w:r>
          </w:p>
          <w:p w:rsidR="00F44E79" w:rsidRPr="00FD4913" w:rsidRDefault="00F44E79" w:rsidP="00FD4913">
            <w:r w:rsidRPr="00FD4913">
              <w:t>чие</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аминоуксусная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CH2NH2COOH</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бензойная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C6H5COOH</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муравьиная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НСООН</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олеиновая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С17Н33СООН</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пальмитиновая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CH3(CH2)14COOH</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стеариновая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CH3(CH2)16COOH</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щавелевая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С2Н4О2</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Кислота уксусная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CH3COOH</w:t>
            </w:r>
          </w:p>
        </w:tc>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bl>
    <w:p w:rsidR="00F44E79" w:rsidRPr="00FD4913" w:rsidRDefault="00F44E79" w:rsidP="00FD4913">
      <w:r w:rsidRPr="00FD4913">
        <w:t>ЛВ твердые (сейф)</w:t>
      </w:r>
    </w:p>
    <w:tbl>
      <w:tblPr>
        <w:tblW w:w="12000" w:type="dxa"/>
        <w:tblInd w:w="-252" w:type="dxa"/>
        <w:tblCellMar>
          <w:left w:w="0" w:type="dxa"/>
          <w:right w:w="0" w:type="dxa"/>
        </w:tblCellMar>
        <w:tblLook w:val="00A0"/>
      </w:tblPr>
      <w:tblGrid>
        <w:gridCol w:w="4353"/>
        <w:gridCol w:w="3119"/>
        <w:gridCol w:w="3569"/>
        <w:gridCol w:w="959"/>
      </w:tblGrid>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74" w:name="906c892dd78a8405f5557e0685d1ae9bc6dbfed2"/>
            <w:bookmarkStart w:id="1575" w:name="8"/>
            <w:bookmarkEnd w:id="1574"/>
            <w:bookmarkEnd w:id="1575"/>
            <w:r w:rsidRPr="00FD4913">
              <w:t>Название реактива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35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Нали</w:t>
            </w:r>
          </w:p>
          <w:p w:rsidR="00F44E79" w:rsidRPr="00FD4913" w:rsidRDefault="00F44E79" w:rsidP="00FD4913">
            <w:r w:rsidRPr="00FD4913">
              <w:t>чие</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Сера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S</w:t>
            </w:r>
          </w:p>
        </w:tc>
        <w:tc>
          <w:tcPr>
            <w:tcW w:w="35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Фосфор красный</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P</w:t>
            </w:r>
          </w:p>
        </w:tc>
        <w:tc>
          <w:tcPr>
            <w:tcW w:w="35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Фосфор (V) окись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P</w:t>
            </w:r>
          </w:p>
        </w:tc>
        <w:tc>
          <w:tcPr>
            <w:tcW w:w="35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Парафин</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tc>
        <w:tc>
          <w:tcPr>
            <w:tcW w:w="35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Сухое горючее</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tc>
        <w:tc>
          <w:tcPr>
            <w:tcW w:w="35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bl>
    <w:p w:rsidR="00F44E79" w:rsidRPr="00FD4913" w:rsidRDefault="00F44E79" w:rsidP="00FD4913">
      <w:r w:rsidRPr="00FD4913">
        <w:t>ЛВ жидкости</w:t>
      </w:r>
    </w:p>
    <w:tbl>
      <w:tblPr>
        <w:tblW w:w="12000" w:type="dxa"/>
        <w:tblInd w:w="-252" w:type="dxa"/>
        <w:tblCellMar>
          <w:left w:w="0" w:type="dxa"/>
          <w:right w:w="0" w:type="dxa"/>
        </w:tblCellMar>
        <w:tblLook w:val="00A0"/>
      </w:tblPr>
      <w:tblGrid>
        <w:gridCol w:w="4353"/>
        <w:gridCol w:w="3260"/>
        <w:gridCol w:w="3395"/>
        <w:gridCol w:w="992"/>
      </w:tblGrid>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76" w:name="4f95d85502538349d5cb197c14815c87149c267b"/>
            <w:bookmarkStart w:id="1577" w:name="9"/>
            <w:bookmarkEnd w:id="1576"/>
            <w:bookmarkEnd w:id="1577"/>
            <w:r w:rsidRPr="00FD4913">
              <w:t>Название реактива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Нали</w:t>
            </w:r>
          </w:p>
          <w:p w:rsidR="00F44E79" w:rsidRPr="00FD4913" w:rsidRDefault="00F44E79" w:rsidP="00FD4913">
            <w:r w:rsidRPr="00FD4913">
              <w:t>чие</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Ацетон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CH3-C(O)-CH3</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Бензол</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C6H6</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Бензин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Гексан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C6H14</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Глицерин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C3H5(OH)3</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Диэтиловый эфир</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C2H5OC2H5</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Нефть</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Спирт изобутиловый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(CH3)2CHCH2OH</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Спирт н-бутиловый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C4H9OH</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Спирт этиловый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C2H5OH</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Толуол</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C6H5CH3</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Формалин 40%- ный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СН2О</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Циклогексан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C6H12</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Этиленгликоль</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HOCH2CH2OH</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Изоамиловый спирт (изопентанол)</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С5Н11ОН</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Этиловый эфир уксусной к-ты (этилацетат)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CH3COOC2H5</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IV</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bl>
    <w:p w:rsidR="00F44E79" w:rsidRPr="00FD4913" w:rsidRDefault="00F44E79" w:rsidP="00FD4913">
      <w:r w:rsidRPr="00FD4913">
        <w:t>Серебро</w:t>
      </w:r>
    </w:p>
    <w:tbl>
      <w:tblPr>
        <w:tblW w:w="10307" w:type="dxa"/>
        <w:tblInd w:w="-252" w:type="dxa"/>
        <w:tblCellMar>
          <w:left w:w="0" w:type="dxa"/>
          <w:right w:w="0" w:type="dxa"/>
        </w:tblCellMar>
        <w:tblLook w:val="00A0"/>
      </w:tblPr>
      <w:tblGrid>
        <w:gridCol w:w="4353"/>
        <w:gridCol w:w="3260"/>
        <w:gridCol w:w="2694"/>
      </w:tblGrid>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78" w:name="50191cf22505a6f57162c3c59b55423fc3345014"/>
            <w:bookmarkStart w:id="1579" w:name="10"/>
            <w:bookmarkEnd w:id="1578"/>
            <w:bookmarkEnd w:id="1579"/>
            <w:r w:rsidRPr="00FD4913">
              <w:t>Название реактива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Серебро азотнокислое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AgNO3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bl>
    <w:p w:rsidR="00F44E79" w:rsidRPr="00FD4913" w:rsidRDefault="00F44E79" w:rsidP="00FD4913">
      <w:r w:rsidRPr="00FD4913">
        <w:t>Органические вещества</w:t>
      </w:r>
    </w:p>
    <w:tbl>
      <w:tblPr>
        <w:tblW w:w="12294" w:type="dxa"/>
        <w:tblInd w:w="-294" w:type="dxa"/>
        <w:tblCellMar>
          <w:left w:w="0" w:type="dxa"/>
          <w:right w:w="0" w:type="dxa"/>
        </w:tblCellMar>
        <w:tblLook w:val="00A0"/>
      </w:tblPr>
      <w:tblGrid>
        <w:gridCol w:w="4395"/>
        <w:gridCol w:w="3260"/>
        <w:gridCol w:w="3657"/>
        <w:gridCol w:w="982"/>
      </w:tblGrid>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80" w:name="461d951979cfd391c058aadd0019eb9bd1ce54d7"/>
            <w:bookmarkStart w:id="1581" w:name="11"/>
            <w:bookmarkEnd w:id="1580"/>
            <w:bookmarkEnd w:id="1581"/>
            <w:r w:rsidRPr="00FD4913">
              <w:t>Название реактива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Нали</w:t>
            </w:r>
          </w:p>
          <w:p w:rsidR="00F44E79" w:rsidRPr="00FD4913" w:rsidRDefault="00F44E79" w:rsidP="00FD4913">
            <w:r w:rsidRPr="00FD4913">
              <w:t>чие</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Анилин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C6H5NH2</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Анилин сернокислый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(C6H5NH2)2 • H2SO4</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Дихлорметан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СН2Сl2</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Углерод четыреххлористый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CCl4</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Фенол</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C6H5OH</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Хлорбензол</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C6H5Сl</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Хлороформ</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CHCl3</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Глюкоза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C6H12O6</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Сахароза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C12H22O11</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Карбамид</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H2N-CO-NH2</w:t>
            </w:r>
          </w:p>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Вазелин</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tc>
        <w:tc>
          <w:tcPr>
            <w:tcW w:w="3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bl>
    <w:p w:rsidR="00F44E79" w:rsidRPr="00FD4913" w:rsidRDefault="00F44E79" w:rsidP="00FD4913">
      <w:r w:rsidRPr="00FD4913">
        <w:t>Простые вещества</w:t>
      </w:r>
    </w:p>
    <w:tbl>
      <w:tblPr>
        <w:tblW w:w="10207" w:type="dxa"/>
        <w:tblInd w:w="-294" w:type="dxa"/>
        <w:tblCellMar>
          <w:left w:w="0" w:type="dxa"/>
          <w:right w:w="0" w:type="dxa"/>
        </w:tblCellMar>
        <w:tblLook w:val="00A0"/>
      </w:tblPr>
      <w:tblGrid>
        <w:gridCol w:w="4395"/>
        <w:gridCol w:w="3260"/>
        <w:gridCol w:w="2552"/>
      </w:tblGrid>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82" w:name="12"/>
            <w:bookmarkStart w:id="1583" w:name="b36c33f4b237377768b907359d6d17312f66a68d"/>
            <w:bookmarkEnd w:id="1582"/>
            <w:bookmarkEnd w:id="1583"/>
            <w:r w:rsidRPr="00FD4913">
              <w:t>Название реактива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Активированный уголь</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Бром</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Br2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Йод кристаллический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Олово (гранулы)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Sn</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Алюминий</w:t>
      </w:r>
    </w:p>
    <w:tbl>
      <w:tblPr>
        <w:tblW w:w="10207" w:type="dxa"/>
        <w:tblInd w:w="-294" w:type="dxa"/>
        <w:tblCellMar>
          <w:left w:w="0" w:type="dxa"/>
          <w:right w:w="0" w:type="dxa"/>
        </w:tblCellMar>
        <w:tblLook w:val="00A0"/>
      </w:tblPr>
      <w:tblGrid>
        <w:gridCol w:w="4253"/>
        <w:gridCol w:w="3402"/>
        <w:gridCol w:w="2552"/>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84" w:name="13"/>
            <w:bookmarkStart w:id="1585" w:name="fc916676cdf09a0802d720cb268045eeb2e82122"/>
            <w:bookmarkEnd w:id="1584"/>
            <w:bookmarkEnd w:id="1585"/>
            <w:r w:rsidRPr="00FD4913">
              <w:t>Название реактива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Алюминий мет. (пудра)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Al</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Алюминий мет. (гранулы)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Al</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Алюминия окись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Al2O3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Алюминий хлористый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AlCl3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Алюминий азотнокислый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Al(NO3)3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Алюминий сернокислый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Al2(SO4)3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Алюмoкалиевые квасцы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K2SO4*Al2(SO4)3*24H20</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Аммония катион</w:t>
      </w:r>
    </w:p>
    <w:tbl>
      <w:tblPr>
        <w:tblW w:w="10207" w:type="dxa"/>
        <w:tblInd w:w="-294" w:type="dxa"/>
        <w:tblCellMar>
          <w:left w:w="0" w:type="dxa"/>
          <w:right w:w="0" w:type="dxa"/>
        </w:tblCellMar>
        <w:tblLook w:val="00A0"/>
      </w:tblPr>
      <w:tblGrid>
        <w:gridCol w:w="4253"/>
        <w:gridCol w:w="3402"/>
        <w:gridCol w:w="2552"/>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86" w:name="95070b3ce74b2f5d2e7b7b5298f31b7c2cbf06f7"/>
            <w:bookmarkStart w:id="1587" w:name="14"/>
            <w:bookmarkEnd w:id="1586"/>
            <w:bookmarkEnd w:id="1587"/>
            <w:r w:rsidRPr="00FD4913">
              <w:t>Название реактива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Аммиак 25% водный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NH3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Аммоний двухромовокислый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(NH4)2Cr2O7</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Аммоний хлористый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NH4Cl</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Аммоний азотнокислый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NH4NO3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Аммоний углекислый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(NH4)2CO3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Аммоний сернокислый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(NH4)SO4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Аммоний фосфорнокисл.(аммофос)</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NH4H2PO4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Барий</w:t>
      </w:r>
    </w:p>
    <w:tbl>
      <w:tblPr>
        <w:tblW w:w="10207" w:type="dxa"/>
        <w:tblInd w:w="-294" w:type="dxa"/>
        <w:tblCellMar>
          <w:left w:w="0" w:type="dxa"/>
          <w:right w:w="0" w:type="dxa"/>
        </w:tblCellMar>
        <w:tblLook w:val="00A0"/>
      </w:tblPr>
      <w:tblGrid>
        <w:gridCol w:w="4253"/>
        <w:gridCol w:w="3402"/>
        <w:gridCol w:w="2552"/>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88" w:name="15"/>
            <w:bookmarkStart w:id="1589" w:name="aff3611c8e105316285e387f85fe802538457dca"/>
            <w:bookmarkEnd w:id="1588"/>
            <w:bookmarkEnd w:id="1589"/>
            <w:r w:rsidRPr="00FD4913">
              <w:t>Название реактива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Бария окись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BaO</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Бария гидроокись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Ba(OH)2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Барий хлористый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BaCl2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Барий азотнокислый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Ba(NO3)2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bl>
    <w:p w:rsidR="00F44E79" w:rsidRPr="00FD4913" w:rsidRDefault="00F44E79" w:rsidP="00FD4913">
      <w:r w:rsidRPr="00FD4913">
        <w:t>Кальций</w:t>
      </w:r>
    </w:p>
    <w:tbl>
      <w:tblPr>
        <w:tblW w:w="10349" w:type="dxa"/>
        <w:tblInd w:w="-294" w:type="dxa"/>
        <w:tblCellMar>
          <w:left w:w="0" w:type="dxa"/>
          <w:right w:w="0" w:type="dxa"/>
        </w:tblCellMar>
        <w:tblLook w:val="00A0"/>
      </w:tblPr>
      <w:tblGrid>
        <w:gridCol w:w="4253"/>
        <w:gridCol w:w="3402"/>
        <w:gridCol w:w="2694"/>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90" w:name="53f8ec1d0fd57cd9d89f89ce499bdad2c3b028f6"/>
            <w:bookmarkStart w:id="1591" w:name="16"/>
            <w:bookmarkEnd w:id="1590"/>
            <w:bookmarkEnd w:id="1591"/>
            <w:r w:rsidRPr="00FD4913">
              <w:t>Название реактива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Кальция окись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CaO</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Кальция гидроксид</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Ca(OH)2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Кальций хлористый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CaCl2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Кальция карбонат (мрамор)</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CaCO3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p w:rsidR="00F44E79" w:rsidRPr="00FD4913" w:rsidRDefault="00F44E79" w:rsidP="00FD4913">
      <w:r w:rsidRPr="00FD4913">
        <w:t>Железо</w:t>
      </w:r>
    </w:p>
    <w:tbl>
      <w:tblPr>
        <w:tblW w:w="10349" w:type="dxa"/>
        <w:tblInd w:w="-294" w:type="dxa"/>
        <w:tblCellMar>
          <w:left w:w="0" w:type="dxa"/>
          <w:right w:w="0" w:type="dxa"/>
        </w:tblCellMar>
        <w:tblLook w:val="00A0"/>
      </w:tblPr>
      <w:tblGrid>
        <w:gridCol w:w="4253"/>
        <w:gridCol w:w="3402"/>
        <w:gridCol w:w="2694"/>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92" w:name="17"/>
            <w:bookmarkStart w:id="1593" w:name="f2ff085643965f46752408292250b9996abc511b"/>
            <w:bookmarkEnd w:id="1592"/>
            <w:bookmarkEnd w:id="1593"/>
            <w:r w:rsidRPr="00FD4913">
              <w:t>Название реактива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Железо восстановленное (порошок)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Fe</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Железа (III) окись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Fe2O3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Железо (III) хлорное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FeCl3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Железо (II) сернокислое семиводное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FeSO4•7H2O</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Калий</w:t>
      </w:r>
    </w:p>
    <w:tbl>
      <w:tblPr>
        <w:tblW w:w="10349" w:type="dxa"/>
        <w:tblInd w:w="-294" w:type="dxa"/>
        <w:tblCellMar>
          <w:left w:w="0" w:type="dxa"/>
          <w:right w:w="0" w:type="dxa"/>
        </w:tblCellMar>
        <w:tblLook w:val="00A0"/>
      </w:tblPr>
      <w:tblGrid>
        <w:gridCol w:w="7130"/>
        <w:gridCol w:w="2521"/>
        <w:gridCol w:w="1369"/>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94" w:name="824ff94e48ff65fc2a27d20b093a61ebe2d7d895"/>
            <w:bookmarkStart w:id="1595" w:name="18"/>
            <w:bookmarkEnd w:id="1594"/>
            <w:bookmarkEnd w:id="1595"/>
            <w:r w:rsidRPr="00FD4913">
              <w:t>Название реактива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хлористый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KCl</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йодистый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KJ</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азотнокислый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KNO3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углекислый кислый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K2CO3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Калия гидрокарбонат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KНCO3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сернокислый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K2SO4</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Калия моногидрофосфат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K2HPO4</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марганцевокислый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КМnО4</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двухромовокислый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K2Cr2O7</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хромовокислый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K2CrO4</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Калия роданид</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KSCN</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железосинеродистый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K4[Fe(CN)6]</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железисто-синеродистый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K4(Fe(CN)6)*3H2O</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Калий уксуснокислый  (ацетат)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CH3COOK</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Кобальт</w:t>
      </w:r>
    </w:p>
    <w:tbl>
      <w:tblPr>
        <w:tblW w:w="11070" w:type="dxa"/>
        <w:tblInd w:w="-294" w:type="dxa"/>
        <w:tblCellMar>
          <w:left w:w="0" w:type="dxa"/>
          <w:right w:w="0" w:type="dxa"/>
        </w:tblCellMar>
        <w:tblLook w:val="00A0"/>
      </w:tblPr>
      <w:tblGrid>
        <w:gridCol w:w="4232"/>
        <w:gridCol w:w="3082"/>
        <w:gridCol w:w="2963"/>
        <w:gridCol w:w="793"/>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96" w:name="8016d397533f0b5ab2f13600e0d80812381ae689"/>
            <w:bookmarkStart w:id="1597" w:name="19"/>
            <w:bookmarkEnd w:id="1596"/>
            <w:bookmarkEnd w:id="1597"/>
            <w:r w:rsidRPr="00FD4913">
              <w:t>Название реактива</w:t>
            </w:r>
          </w:p>
        </w:tc>
        <w:tc>
          <w:tcPr>
            <w:tcW w:w="3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Нали</w:t>
            </w:r>
          </w:p>
          <w:p w:rsidR="00F44E79" w:rsidRPr="00FD4913" w:rsidRDefault="00F44E79" w:rsidP="00FD4913">
            <w:r w:rsidRPr="00FD4913">
              <w:t>чие</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Кобальт (II) сернокислый</w:t>
            </w:r>
          </w:p>
        </w:tc>
        <w:tc>
          <w:tcPr>
            <w:tcW w:w="3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CoSO4</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w:t>
            </w:r>
          </w:p>
        </w:tc>
      </w:tr>
    </w:tbl>
    <w:p w:rsidR="00F44E79" w:rsidRPr="00FD4913" w:rsidRDefault="00F44E79" w:rsidP="00FD4913">
      <w:r w:rsidRPr="00FD4913">
        <w:t>Литий</w:t>
      </w:r>
    </w:p>
    <w:tbl>
      <w:tblPr>
        <w:tblW w:w="10349" w:type="dxa"/>
        <w:tblInd w:w="-294" w:type="dxa"/>
        <w:tblCellMar>
          <w:left w:w="0" w:type="dxa"/>
          <w:right w:w="0" w:type="dxa"/>
        </w:tblCellMar>
        <w:tblLook w:val="00A0"/>
      </w:tblPr>
      <w:tblGrid>
        <w:gridCol w:w="4253"/>
        <w:gridCol w:w="3402"/>
        <w:gridCol w:w="2694"/>
      </w:tblGrid>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598" w:name="3002941bb8f6d18be1171fa78ed552b833dadc1a"/>
            <w:bookmarkStart w:id="1599" w:name="20"/>
            <w:bookmarkEnd w:id="1598"/>
            <w:bookmarkEnd w:id="1599"/>
            <w:r w:rsidRPr="00FD4913">
              <w:t>Название реактива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Литий  металлический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Li</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Литий хлористый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LiCl</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Магний</w:t>
      </w:r>
    </w:p>
    <w:tbl>
      <w:tblPr>
        <w:tblW w:w="10349" w:type="dxa"/>
        <w:tblInd w:w="-294" w:type="dxa"/>
        <w:tblCellMar>
          <w:left w:w="0" w:type="dxa"/>
          <w:right w:w="0" w:type="dxa"/>
        </w:tblCellMar>
        <w:tblLook w:val="00A0"/>
      </w:tblPr>
      <w:tblGrid>
        <w:gridCol w:w="4395"/>
        <w:gridCol w:w="3260"/>
        <w:gridCol w:w="2694"/>
      </w:tblGrid>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00" w:name="54b8b53fe03fdaf16d6e4b67d9ffd312bacbc2b5"/>
            <w:bookmarkStart w:id="1601" w:name="21"/>
            <w:bookmarkEnd w:id="1600"/>
            <w:bookmarkEnd w:id="1601"/>
            <w:r w:rsidRPr="00FD4913">
              <w:t>Название реактива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Магний металлический (порошок)</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Mg</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Магний металлический (лента)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Mg</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Магния окись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MgO</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Магний хлористый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MgCl2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Магний сернокислый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MgSO4</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Марганец</w:t>
      </w:r>
    </w:p>
    <w:tbl>
      <w:tblPr>
        <w:tblW w:w="10349" w:type="dxa"/>
        <w:tblInd w:w="-294" w:type="dxa"/>
        <w:tblCellMar>
          <w:left w:w="0" w:type="dxa"/>
          <w:right w:w="0" w:type="dxa"/>
        </w:tblCellMar>
        <w:tblLook w:val="00A0"/>
      </w:tblPr>
      <w:tblGrid>
        <w:gridCol w:w="4537"/>
        <w:gridCol w:w="3118"/>
        <w:gridCol w:w="2694"/>
      </w:tblGrid>
      <w:tr w:rsidR="00F44E79" w:rsidRPr="00FD4913" w:rsidTr="00FD4913">
        <w:tc>
          <w:tcPr>
            <w:tcW w:w="4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02" w:name="22"/>
            <w:bookmarkStart w:id="1603" w:name="d11789b3ce2197d8b4495e05c378bfa0fe8e1dfc"/>
            <w:bookmarkEnd w:id="1602"/>
            <w:bookmarkEnd w:id="1603"/>
            <w:r w:rsidRPr="00FD4913">
              <w:t>Название реактива</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Марганца (IV) окись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MnO2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r w:rsidR="00F44E79" w:rsidRPr="00FD4913" w:rsidTr="00FD4913">
        <w:tc>
          <w:tcPr>
            <w:tcW w:w="4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Марганец (II) сернокислый</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MnSO4</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Марганец (II) хлористый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MnCl2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Медь</w:t>
      </w:r>
    </w:p>
    <w:tbl>
      <w:tblPr>
        <w:tblW w:w="10349" w:type="dxa"/>
        <w:tblInd w:w="-294" w:type="dxa"/>
        <w:tblCellMar>
          <w:left w:w="0" w:type="dxa"/>
          <w:right w:w="0" w:type="dxa"/>
        </w:tblCellMar>
        <w:tblLook w:val="00A0"/>
      </w:tblPr>
      <w:tblGrid>
        <w:gridCol w:w="4177"/>
        <w:gridCol w:w="4249"/>
        <w:gridCol w:w="1923"/>
      </w:tblGrid>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04" w:name="23"/>
            <w:bookmarkStart w:id="1605" w:name="d011e6fdb6f82740ccd496e47cff1cad97428acb"/>
            <w:bookmarkEnd w:id="1604"/>
            <w:bookmarkEnd w:id="1605"/>
            <w:r w:rsidRPr="00FD4913">
              <w:t>Название реактива</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Медь (гранулы)                </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Cu</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Меди оксид (гранулы, порошок)</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CuO</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Медь хлорная              </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CuCl2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Медь (II) сернокислая пятиводная</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CuSO4•5H2O</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Меди (II) карбонат (Малахит)</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CuCO3·Cu(ОН)2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Никель</w:t>
      </w:r>
    </w:p>
    <w:tbl>
      <w:tblPr>
        <w:tblW w:w="10349" w:type="dxa"/>
        <w:tblInd w:w="-294" w:type="dxa"/>
        <w:tblCellMar>
          <w:left w:w="0" w:type="dxa"/>
          <w:right w:w="0" w:type="dxa"/>
        </w:tblCellMar>
        <w:tblLook w:val="00A0"/>
      </w:tblPr>
      <w:tblGrid>
        <w:gridCol w:w="4679"/>
        <w:gridCol w:w="2976"/>
        <w:gridCol w:w="2694"/>
      </w:tblGrid>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06" w:name="24"/>
            <w:bookmarkStart w:id="1607" w:name="d2603b02f4846b487babf99bc1b51e7f0f78f6b6"/>
            <w:bookmarkEnd w:id="1606"/>
            <w:bookmarkEnd w:id="1607"/>
            <w:r w:rsidRPr="00FD4913">
              <w:t>Название реактива</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Никель сернокислый</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NiSO4</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bl>
    <w:p w:rsidR="00F44E79" w:rsidRPr="00FD4913" w:rsidRDefault="00F44E79" w:rsidP="00FD4913">
      <w:r w:rsidRPr="00FD4913">
        <w:t>Свинец</w:t>
      </w:r>
    </w:p>
    <w:tbl>
      <w:tblPr>
        <w:tblW w:w="10207" w:type="dxa"/>
        <w:tblInd w:w="-294" w:type="dxa"/>
        <w:tblCellMar>
          <w:left w:w="0" w:type="dxa"/>
          <w:right w:w="0" w:type="dxa"/>
        </w:tblCellMar>
        <w:tblLook w:val="00A0"/>
      </w:tblPr>
      <w:tblGrid>
        <w:gridCol w:w="4820"/>
        <w:gridCol w:w="2835"/>
        <w:gridCol w:w="2552"/>
      </w:tblGrid>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08" w:name="25"/>
            <w:bookmarkStart w:id="1609" w:name="edcd1af9afe4bc18135f0d172c7e1d455bdf968b"/>
            <w:bookmarkEnd w:id="1608"/>
            <w:bookmarkEnd w:id="1609"/>
            <w:r w:rsidRPr="00FD4913">
              <w:t>Название реактива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Свинца оксид</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PbO</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Свинец уксуснокислый (ацетат)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Pb(CH3COO)2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Свинца хромат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PbCrO4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bl>
    <w:p w:rsidR="00F44E79" w:rsidRPr="00FD4913" w:rsidRDefault="00F44E79" w:rsidP="00FD4913">
      <w:r w:rsidRPr="00FD4913">
        <w:t>Цинк</w:t>
      </w:r>
    </w:p>
    <w:tbl>
      <w:tblPr>
        <w:tblW w:w="10207" w:type="dxa"/>
        <w:tblInd w:w="-294" w:type="dxa"/>
        <w:tblCellMar>
          <w:left w:w="0" w:type="dxa"/>
          <w:right w:w="0" w:type="dxa"/>
        </w:tblCellMar>
        <w:tblLook w:val="00A0"/>
      </w:tblPr>
      <w:tblGrid>
        <w:gridCol w:w="4820"/>
        <w:gridCol w:w="2694"/>
        <w:gridCol w:w="2693"/>
      </w:tblGrid>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10" w:name="15ff87fd27bd00d198611c2165905adb45bd5216"/>
            <w:bookmarkStart w:id="1611" w:name="26"/>
            <w:bookmarkEnd w:id="1610"/>
            <w:bookmarkEnd w:id="1611"/>
            <w:r w:rsidRPr="00FD4913">
              <w:t>Название реактива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Цинк (гранулы)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Zn</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Цинк (пыль)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Zn</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Цинка окись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ZnO</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Цинк хлористый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ZnCl2</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bl>
    <w:p w:rsidR="00F44E79" w:rsidRPr="00FD4913" w:rsidRDefault="00F44E79" w:rsidP="00FD4913">
      <w:r w:rsidRPr="00FD4913">
        <w:t>Натрий</w:t>
      </w:r>
    </w:p>
    <w:tbl>
      <w:tblPr>
        <w:tblW w:w="10207" w:type="dxa"/>
        <w:tblInd w:w="-294" w:type="dxa"/>
        <w:tblCellMar>
          <w:left w:w="0" w:type="dxa"/>
          <w:right w:w="0" w:type="dxa"/>
        </w:tblCellMar>
        <w:tblLook w:val="00A0"/>
      </w:tblPr>
      <w:tblGrid>
        <w:gridCol w:w="4825"/>
        <w:gridCol w:w="2692"/>
        <w:gridCol w:w="2690"/>
      </w:tblGrid>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12" w:name="27"/>
            <w:bookmarkStart w:id="1613" w:name="ea820493f3db2855582d93b7f74fee6b64c95258"/>
            <w:bookmarkEnd w:id="1612"/>
            <w:bookmarkEnd w:id="1613"/>
            <w:r w:rsidRPr="00FD4913">
              <w:t>Название реактива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металлический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хлористый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NaCl</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азотнокислый  (селитра)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NaNO3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бромистый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NaBr</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гидроокись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NaOH</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фтористый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NaF</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Натрия гидросульфат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NaHSO4</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углекислый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Na2CO3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углекислый десятиводный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NaHCO3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Натрия гидроортофосфат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Na2HPO4</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Натрия дигидроортофосфат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NaH2PO4</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Натрия сульфит</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Na2SO3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сернистый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Na2S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кремнекислый (силикат) 9в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Na2SiO3•9H2O</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Натрий уксуснокислый (ацетат)</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CH3COONa</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Хром</w:t>
      </w:r>
    </w:p>
    <w:tbl>
      <w:tblPr>
        <w:tblW w:w="10207" w:type="dxa"/>
        <w:tblInd w:w="-294" w:type="dxa"/>
        <w:tblCellMar>
          <w:left w:w="0" w:type="dxa"/>
          <w:right w:w="0" w:type="dxa"/>
        </w:tblCellMar>
        <w:tblLook w:val="00A0"/>
      </w:tblPr>
      <w:tblGrid>
        <w:gridCol w:w="4820"/>
        <w:gridCol w:w="2694"/>
        <w:gridCol w:w="2693"/>
      </w:tblGrid>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14" w:name="28"/>
            <w:bookmarkStart w:id="1615" w:name="bb9f817d78f48b593831a9af18ea2b4425ecdab5"/>
            <w:bookmarkEnd w:id="1614"/>
            <w:bookmarkEnd w:id="1615"/>
            <w:r w:rsidRPr="00FD4913">
              <w:t>Название реактива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Xрома окись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CrO</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Хром  (III) хлорный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CrCl3 * 9H2O</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VIII</w:t>
            </w:r>
          </w:p>
        </w:tc>
      </w:tr>
    </w:tbl>
    <w:p w:rsidR="00F44E79" w:rsidRPr="00FD4913" w:rsidRDefault="00F44E79" w:rsidP="00FD4913">
      <w:r w:rsidRPr="00FD4913">
        <w:t>Индикаторы</w:t>
      </w:r>
    </w:p>
    <w:tbl>
      <w:tblPr>
        <w:tblW w:w="10207" w:type="dxa"/>
        <w:tblInd w:w="-294" w:type="dxa"/>
        <w:tblCellMar>
          <w:left w:w="0" w:type="dxa"/>
          <w:right w:w="0" w:type="dxa"/>
        </w:tblCellMar>
        <w:tblLook w:val="00A0"/>
      </w:tblPr>
      <w:tblGrid>
        <w:gridCol w:w="4820"/>
        <w:gridCol w:w="2552"/>
        <w:gridCol w:w="2835"/>
      </w:tblGrid>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bookmarkStart w:id="1616" w:name="29"/>
            <w:bookmarkStart w:id="1617" w:name="e48920e3927d4a387007aff9d0f8b5d54fec6f1f"/>
            <w:bookmarkEnd w:id="1616"/>
            <w:bookmarkEnd w:id="1617"/>
            <w:r w:rsidRPr="00FD4913">
              <w:t>Название реактива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Химическая формула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4E79" w:rsidRPr="00FD4913" w:rsidRDefault="00F44E79" w:rsidP="00FD4913">
            <w:r w:rsidRPr="00FD4913">
              <w:t>Группа хранения реактива</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Фенолфталиин</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C20H14O4</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Метиловый оранжевый</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C14H14N3NaO3S</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r w:rsidR="00F44E79" w:rsidRPr="00FD4913" w:rsidTr="00FD4913">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Лакмус</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44E79" w:rsidRPr="00FD4913" w:rsidRDefault="00F44E79" w:rsidP="00FD4913">
            <w:r w:rsidRPr="00FD4913">
              <w:t>VII</w:t>
            </w:r>
          </w:p>
        </w:tc>
      </w:tr>
    </w:tbl>
    <w:p w:rsidR="00F44E79" w:rsidRPr="00FD4913" w:rsidRDefault="00F44E79" w:rsidP="00FD4913"/>
    <w:p w:rsidR="00F44E79" w:rsidRPr="00FD4913" w:rsidRDefault="00F44E79" w:rsidP="00FD4913"/>
    <w:p w:rsidR="00F44E79" w:rsidRPr="00FD4913" w:rsidRDefault="00F44E79" w:rsidP="00FD4913"/>
    <w:p w:rsidR="00F44E79" w:rsidRPr="00FD4913" w:rsidRDefault="00F44E79" w:rsidP="00FD4913"/>
    <w:p w:rsidR="00F44E79" w:rsidRPr="00FD4913" w:rsidRDefault="00F44E79" w:rsidP="00FD4913">
      <w:r w:rsidRPr="00FD4913">
        <w:t>Оснащение спортивного зала и спортивной площадки</w:t>
      </w:r>
    </w:p>
    <w:p w:rsidR="00F44E79" w:rsidRPr="00FD4913" w:rsidRDefault="00F44E79" w:rsidP="00FD4913"/>
    <w:p w:rsidR="00F44E79" w:rsidRPr="00FD4913" w:rsidRDefault="00F44E79" w:rsidP="00FD4913">
      <w:r w:rsidRPr="00FD4913">
        <w:t>1) перекладина — 2;</w:t>
      </w:r>
    </w:p>
    <w:p w:rsidR="00F44E79" w:rsidRPr="00FD4913" w:rsidRDefault="00F44E79" w:rsidP="00FD4913">
      <w:r w:rsidRPr="00FD4913">
        <w:t xml:space="preserve"> 2) барьеры лёгкоатлетические — 7; </w:t>
      </w:r>
    </w:p>
    <w:p w:rsidR="00F44E79" w:rsidRPr="00FD4913" w:rsidRDefault="00F44E79" w:rsidP="00FD4913">
      <w:r w:rsidRPr="00FD4913">
        <w:t xml:space="preserve">3) скамья гимнастическая — 2; </w:t>
      </w:r>
    </w:p>
    <w:p w:rsidR="00F44E79" w:rsidRPr="00FD4913" w:rsidRDefault="00F44E79" w:rsidP="00FD4913">
      <w:r w:rsidRPr="00FD4913">
        <w:t>4) сетка — 2;</w:t>
      </w:r>
    </w:p>
    <w:p w:rsidR="00F44E79" w:rsidRPr="00FD4913" w:rsidRDefault="00F44E79" w:rsidP="00FD4913">
      <w:r w:rsidRPr="00FD4913">
        <w:t xml:space="preserve"> 5) козёл гимнастический — 1+1; </w:t>
      </w:r>
    </w:p>
    <w:p w:rsidR="00F44E79" w:rsidRPr="00FD4913" w:rsidRDefault="00F44E79" w:rsidP="00FD4913">
      <w:r w:rsidRPr="00FD4913">
        <w:t xml:space="preserve">6) маты — 7; </w:t>
      </w:r>
    </w:p>
    <w:p w:rsidR="00F44E79" w:rsidRPr="00FD4913" w:rsidRDefault="00F44E79" w:rsidP="00FD4913">
      <w:r w:rsidRPr="00FD4913">
        <w:t xml:space="preserve">7) стенка — 2; </w:t>
      </w:r>
    </w:p>
    <w:p w:rsidR="00F44E79" w:rsidRPr="00FD4913" w:rsidRDefault="00F44E79" w:rsidP="00FD4913">
      <w:r w:rsidRPr="00FD4913">
        <w:t>8) мост гимнастический — 3;</w:t>
      </w:r>
    </w:p>
    <w:p w:rsidR="00F44E79" w:rsidRPr="00FD4913" w:rsidRDefault="00F44E79" w:rsidP="00FD4913">
      <w:r w:rsidRPr="00FD4913">
        <w:t xml:space="preserve"> 9) лестница — 1; </w:t>
      </w:r>
    </w:p>
    <w:p w:rsidR="00F44E79" w:rsidRPr="00FD4913" w:rsidRDefault="00F44E79" w:rsidP="00FD4913">
      <w:r w:rsidRPr="00FD4913">
        <w:t xml:space="preserve">10) лыжи -27 ; </w:t>
      </w:r>
    </w:p>
    <w:p w:rsidR="00F44E79" w:rsidRPr="00FD4913" w:rsidRDefault="00F44E79" w:rsidP="00FD4913">
      <w:r w:rsidRPr="00FD4913">
        <w:t xml:space="preserve">11) гири - 4; </w:t>
      </w:r>
    </w:p>
    <w:p w:rsidR="00F44E79" w:rsidRPr="00FD4913" w:rsidRDefault="00F44E79" w:rsidP="00FD4913">
      <w:r w:rsidRPr="00FD4913">
        <w:t xml:space="preserve">12) эспандеры - 5; </w:t>
      </w:r>
    </w:p>
    <w:p w:rsidR="00F44E79" w:rsidRPr="00FD4913" w:rsidRDefault="00F44E79" w:rsidP="00FD4913">
      <w:r w:rsidRPr="00FD4913">
        <w:t xml:space="preserve">13) гантели - 6; </w:t>
      </w:r>
    </w:p>
    <w:p w:rsidR="00F44E79" w:rsidRPr="00FD4913" w:rsidRDefault="00F44E79" w:rsidP="00FD4913">
      <w:r w:rsidRPr="00FD4913">
        <w:t xml:space="preserve">14) конь гимнастический - 1; </w:t>
      </w:r>
    </w:p>
    <w:p w:rsidR="00F44E79" w:rsidRPr="00FD4913" w:rsidRDefault="00F44E79" w:rsidP="00FD4913">
      <w:r w:rsidRPr="00FD4913">
        <w:t>15) мячи волейбольные, футбольные    и баскетбольные – 11;</w:t>
      </w:r>
    </w:p>
    <w:p w:rsidR="00F44E79" w:rsidRPr="00FD4913" w:rsidRDefault="00F44E79" w:rsidP="00FD4913">
      <w:r w:rsidRPr="00FD4913">
        <w:t xml:space="preserve">16) теннисный стол - 1; </w:t>
      </w:r>
    </w:p>
    <w:p w:rsidR="00F44E79" w:rsidRPr="00FD4913" w:rsidRDefault="00F44E79" w:rsidP="00FD4913">
      <w:r w:rsidRPr="00FD4913">
        <w:t xml:space="preserve">17) стойки для прыжков в высоту – 2 </w:t>
      </w:r>
    </w:p>
    <w:p w:rsidR="00F44E79" w:rsidRPr="00FD4913" w:rsidRDefault="00F44E79" w:rsidP="00FD4913">
      <w:r w:rsidRPr="00FD4913">
        <w:t xml:space="preserve">18) брусья гимнастические — 2; </w:t>
      </w:r>
    </w:p>
    <w:p w:rsidR="00F44E79" w:rsidRPr="00FD4913" w:rsidRDefault="00F44E79" w:rsidP="00FD4913">
      <w:r w:rsidRPr="00FD4913">
        <w:t xml:space="preserve">19) беговая дорожка — 1; </w:t>
      </w:r>
    </w:p>
    <w:p w:rsidR="00F44E79" w:rsidRPr="00FD4913" w:rsidRDefault="00F44E79" w:rsidP="00FD4913">
      <w:r w:rsidRPr="00FD4913">
        <w:t xml:space="preserve">20) велотренажёр — 1; </w:t>
      </w:r>
    </w:p>
    <w:p w:rsidR="00F44E79" w:rsidRPr="00FD4913" w:rsidRDefault="00F44E79" w:rsidP="00FD4913">
      <w:r w:rsidRPr="00FD4913">
        <w:t xml:space="preserve">21) скамья для пресса — 1.  </w:t>
      </w:r>
    </w:p>
    <w:p w:rsidR="00F44E79" w:rsidRPr="00FD4913" w:rsidRDefault="00F44E79" w:rsidP="00FD4913">
      <w:r w:rsidRPr="00FD4913">
        <w:t>22) форма футбольная – 12;</w:t>
      </w:r>
    </w:p>
    <w:p w:rsidR="00F44E79" w:rsidRPr="00FD4913" w:rsidRDefault="00F44E79" w:rsidP="00FD4913">
      <w:r w:rsidRPr="00FD4913">
        <w:t>23) форма вратарская – 1</w:t>
      </w:r>
    </w:p>
    <w:p w:rsidR="00F44E79" w:rsidRPr="00FD4913" w:rsidRDefault="00F44E79" w:rsidP="00FD4913">
      <w:r w:rsidRPr="00FD4913">
        <w:t>24) набор тренировочный – 1</w:t>
      </w:r>
    </w:p>
    <w:p w:rsidR="00F44E79" w:rsidRPr="00FD4913" w:rsidRDefault="00F44E79" w:rsidP="00FD4913">
      <w:r w:rsidRPr="00FD4913">
        <w:t>25) ворота для мини – футбола – 1</w:t>
      </w:r>
    </w:p>
    <w:p w:rsidR="00F44E79" w:rsidRPr="00FD4913" w:rsidRDefault="00F44E79" w:rsidP="00FD4913">
      <w:r w:rsidRPr="00FD4913">
        <w:t>26) бревно гимнастическое – 1</w:t>
      </w:r>
    </w:p>
    <w:p w:rsidR="00F44E79" w:rsidRPr="00FD4913" w:rsidRDefault="00F44E79" w:rsidP="00FD4913">
      <w:r w:rsidRPr="00FD4913">
        <w:t>27) атлетический уличный комплекс – 1</w:t>
      </w:r>
    </w:p>
    <w:p w:rsidR="00F44E79" w:rsidRPr="00FD4913" w:rsidRDefault="00F44E79" w:rsidP="00FD4913"/>
    <w:p w:rsidR="00F44E79" w:rsidRPr="00FD4913" w:rsidRDefault="00F44E79" w:rsidP="00FD4913">
      <w:r w:rsidRPr="00FD4913">
        <w:t>С 2022-2023учебного года в школе функционирует Центр естественно-научной и технологической направленности «Точка роста» с соответствующим оборудованием.</w:t>
      </w:r>
    </w:p>
    <w:p w:rsidR="00F44E79" w:rsidRPr="00FD4913" w:rsidRDefault="00F44E79" w:rsidP="00FD4913"/>
    <w:p w:rsidR="00F44E79" w:rsidRPr="00FD4913" w:rsidRDefault="00F44E79" w:rsidP="00FD4913">
      <w:r w:rsidRPr="00FD4913">
        <w:object w:dxaOrig="18600" w:dyaOrig="19532">
          <v:shape id="_x0000_i1026" type="#_x0000_t75" style="width:930pt;height:976.5pt" o:ole="">
            <v:imagedata r:id="rId849" o:title=""/>
          </v:shape>
          <o:OLEObject Type="Embed" ProgID="Excel.SheetMacroEnabled.12" ShapeID="_x0000_i1026" DrawAspect="Content" ObjectID="_1732948698" r:id="rId850"/>
        </w:object>
      </w: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Default="00F44E79" w:rsidP="00386670">
      <w:pPr>
        <w:shd w:val="clear" w:color="auto" w:fill="FFFFFF"/>
        <w:ind w:right="-114"/>
        <w:jc w:val="both"/>
        <w:rPr>
          <w:rStyle w:val="c7"/>
          <w:rFonts w:ascii="Arial" w:hAnsi="Arial" w:cs="Arial"/>
          <w:color w:val="222A35"/>
        </w:rPr>
      </w:pPr>
    </w:p>
    <w:p w:rsidR="00F44E79" w:rsidRPr="00386670" w:rsidRDefault="00F44E79" w:rsidP="00386670">
      <w:pPr>
        <w:rPr>
          <w:rFonts w:ascii="Calibri" w:hAnsi="Calibri" w:cs="Times New Roman"/>
          <w:sz w:val="22"/>
          <w:szCs w:val="22"/>
        </w:rPr>
      </w:pPr>
    </w:p>
    <w:p w:rsidR="00F44E79" w:rsidRPr="0002302F" w:rsidRDefault="00F44E79" w:rsidP="0002302F">
      <w:pPr>
        <w:pStyle w:val="BodyText"/>
        <w:spacing w:after="40" w:line="266" w:lineRule="auto"/>
        <w:jc w:val="both"/>
        <w:rPr>
          <w:rFonts w:ascii="Times New Roman" w:hAnsi="Times New Roman"/>
          <w:color w:val="auto"/>
          <w:sz w:val="24"/>
          <w:szCs w:val="24"/>
        </w:rPr>
      </w:pPr>
    </w:p>
    <w:sectPr w:rsidR="00F44E79" w:rsidRPr="0002302F" w:rsidSect="003163CD">
      <w:headerReference w:type="even" r:id="rId851"/>
      <w:headerReference w:type="default" r:id="rId852"/>
      <w:footerReference w:type="even" r:id="rId853"/>
      <w:footerReference w:type="default" r:id="rId854"/>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E79" w:rsidRDefault="00F44E79">
      <w:pPr>
        <w:rPr>
          <w:color w:val="auto"/>
        </w:rPr>
      </w:pPr>
      <w:r>
        <w:rPr>
          <w:color w:val="auto"/>
        </w:rPr>
        <w:separator/>
      </w:r>
    </w:p>
  </w:endnote>
  <w:endnote w:type="continuationSeparator" w:id="0">
    <w:p w:rsidR="00F44E79" w:rsidRDefault="00F44E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SchoolBookSanPin">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3" w:usb1="00000000" w:usb2="00000000" w:usb3="00000000" w:csb0="00000005" w:csb1="00000000"/>
  </w:font>
  <w:font w:name="OfficinaSansMediumITC">
    <w:altName w:val="Franklin Gothic Medium Cond"/>
    <w:panose1 w:val="00000000000000000000"/>
    <w:charset w:val="00"/>
    <w:family w:val="swiss"/>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PMingLiU"/>
    <w:panose1 w:val="00000000000000000000"/>
    <w:charset w:val="88"/>
    <w:family w:val="auto"/>
    <w:notTrueType/>
    <w:pitch w:val="default"/>
    <w:sig w:usb0="00000001" w:usb1="08080000" w:usb2="00000010" w:usb3="00000000" w:csb0="00100000" w:csb1="00000000"/>
  </w:font>
  <w:font w:name="MingLiU">
    <w:altName w:val="??c???"/>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MS Gothic">
    <w:altName w:val="?l?r ?S?V?b?N"/>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choolBookC">
    <w:altName w:val="Arial Unicode MS"/>
    <w:panose1 w:val="00000000000000000000"/>
    <w:charset w:val="CC"/>
    <w:family w:val="auto"/>
    <w:notTrueType/>
    <w:pitch w:val="default"/>
    <w:sig w:usb0="00000201" w:usb1="00000000" w:usb2="00000000" w:usb3="00000000" w:csb0="00000004" w:csb1="00000000"/>
  </w:font>
  <w:font w:name="SchoolBookSanPin Cyr Cyr">
    <w:altName w:val="Times New Roman"/>
    <w:panose1 w:val="00000000000000000000"/>
    <w:charset w:val="CC"/>
    <w:family w:val="auto"/>
    <w:notTrueType/>
    <w:pitch w:val="variable"/>
    <w:sig w:usb0="00000201" w:usb1="00000000" w:usb2="00000000" w:usb3="00000000" w:csb0="00000004" w:csb1="00000000"/>
  </w:font>
  <w:font w:name="SchoolBookSanPin Cyr">
    <w:altName w:val="Times New Roman"/>
    <w:panose1 w:val="00000000000000000000"/>
    <w:charset w:val="00"/>
    <w:family w:val="auto"/>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imSun">
    <w:altName w:val="§­§°§®§Ц"/>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49" type="#_x0000_t202" style="position:absolute;margin-left:37.7pt;margin-top:557.05pt;width:316.1pt;height:8.65pt;z-index:-251676672;mso-wrap-style:none;mso-wrap-distance-left:0;mso-wrap-distance-right:0;mso-position-horizontal-relative:page;mso-position-vertical-relative:page" filled="f" stroked="f">
          <v:textbox style="mso-next-textbox:#_x0000_s2049;mso-fit-shape-to-text:t" inset="0,0,0,0">
            <w:txbxContent>
              <w:p w:rsidR="00F44E79" w:rsidRDefault="00F44E79">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2</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7" type="#_x0000_t202" style="position:absolute;margin-left:34.7pt;margin-top:563.6pt;width:318.95pt;height:8.65pt;z-index:-251668480;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232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8" type="#_x0000_t202" style="position:absolute;margin-left:38.05pt;margin-top:562.2pt;width:318.7pt;height:9.35pt;z-index:-251669504;mso-wrap-distance-left:0;mso-wrap-distance-right:0;mso-position-horizontal-relative:page;mso-position-vertical-relative:page" filled="f" stroked="f">
          <v:textbox style="mso-fit-shape-to-text:t" inset="0,0,0,0">
            <w:txbxContent>
              <w:p w:rsidR="00F44E79" w:rsidRDefault="00F44E79">
                <w:pPr>
                  <w:pStyle w:val="a8"/>
                  <w:tabs>
                    <w:tab w:val="right" w:pos="6374"/>
                  </w:tabs>
                  <w:rPr>
                    <w:rFonts w:ascii="Courier New" w:hAnsi="Courier New" w:cs="Courier New"/>
                    <w:color w:val="auto"/>
                    <w:sz w:val="24"/>
                    <w:szCs w:val="24"/>
                  </w:rPr>
                </w:pPr>
                <w:r>
                  <w:rPr>
                    <w:rStyle w:val="a7"/>
                    <w:rFonts w:cs="Tahoma"/>
                    <w:b/>
                    <w:bCs/>
                    <w:sz w:val="14"/>
                    <w:szCs w:val="14"/>
                  </w:rPr>
                  <w:t>НЕМЕЦКИЙ ЯЗЫК. 5-9 классы</w:t>
                </w:r>
                <w:r>
                  <w:rPr>
                    <w:rStyle w:val="a7"/>
                    <w:rFonts w:cs="Tahoma"/>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231</w:t>
                </w:r>
                <w:r>
                  <w:rPr>
                    <w:rFonts w:ascii="Courier New" w:hAnsi="Courier New" w:cs="Courier New"/>
                    <w:color w:val="auto"/>
                    <w:sz w:val="24"/>
                    <w:szCs w:val="24"/>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9" type="#_x0000_t202" style="position:absolute;margin-left:34.7pt;margin-top:563.6pt;width:318.95pt;height:8.65pt;z-index:-251666432;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296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0" type="#_x0000_t202" style="position:absolute;margin-left:38.25pt;margin-top:559.45pt;width:315.85pt;height:6.5pt;z-index:-251667456;mso-wrap-distance-left:0;mso-wrap-distance-right:0;mso-position-horizontal-relative:page;mso-position-vertical-relative:page" filled="f" stroked="f">
          <v:textbox style="mso-fit-shape-to-text:t" inset="0,0,0,0">
            <w:txbxContent>
              <w:p w:rsidR="00F44E79" w:rsidRDefault="00F44E79">
                <w:pPr>
                  <w:pStyle w:val="a8"/>
                  <w:tabs>
                    <w:tab w:val="right" w:pos="6317"/>
                  </w:tabs>
                  <w:rPr>
                    <w:rFonts w:ascii="Courier New" w:hAnsi="Courier New" w:cs="Courier New"/>
                    <w:color w:val="auto"/>
                    <w:sz w:val="24"/>
                    <w:szCs w:val="24"/>
                  </w:rPr>
                </w:pPr>
                <w:r>
                  <w:rPr>
                    <w:rStyle w:val="a7"/>
                    <w:rFonts w:cs="Tahoma"/>
                  </w:rPr>
                  <w:t>ИСТОРИЯ. 5—9 классы</w:t>
                </w:r>
                <w:r>
                  <w:rPr>
                    <w:rStyle w:val="a7"/>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297</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1" type="#_x0000_t202" style="position:absolute;margin-left:34.7pt;margin-top:563.6pt;width:318.95pt;height:8.65pt;z-index:-251664384;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332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2" type="#_x0000_t202" style="position:absolute;margin-left:37.5pt;margin-top:563.1pt;width:316.55pt;height:7.9pt;z-index:-251665408;mso-wrap-distance-left:0;mso-wrap-distance-right:0;mso-position-horizontal-relative:page;mso-position-vertical-relative:page" filled="f" stroked="f">
          <v:textbox style="mso-fit-shape-to-text:t" inset="0,0,0,0">
            <w:txbxContent>
              <w:p w:rsidR="00F44E79" w:rsidRDefault="00F44E79">
                <w:pPr>
                  <w:pStyle w:val="a8"/>
                  <w:tabs>
                    <w:tab w:val="right" w:pos="6331"/>
                  </w:tabs>
                  <w:rPr>
                    <w:rFonts w:ascii="Courier New" w:hAnsi="Courier New" w:cs="Courier New"/>
                    <w:color w:val="auto"/>
                    <w:sz w:val="24"/>
                    <w:szCs w:val="24"/>
                  </w:rPr>
                </w:pPr>
                <w:r>
                  <w:rPr>
                    <w:rStyle w:val="a7"/>
                    <w:rFonts w:ascii="Arial" w:hAnsi="Arial" w:cs="Arial"/>
                    <w:sz w:val="14"/>
                    <w:szCs w:val="14"/>
                  </w:rPr>
                  <w:t>ОБЩЕСТВОЗНАНИЕ. 6—9 классы</w:t>
                </w:r>
                <w:r>
                  <w:rPr>
                    <w:rStyle w:val="a7"/>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333</w:t>
                </w:r>
                <w:r>
                  <w:rPr>
                    <w:rFonts w:ascii="Courier New" w:hAnsi="Courier New" w:cs="Courier New"/>
                    <w:color w:val="auto"/>
                    <w:sz w:val="24"/>
                    <w:szCs w:val="24"/>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3" type="#_x0000_t202" style="position:absolute;margin-left:34.7pt;margin-top:563.6pt;width:318.95pt;height:8.65pt;z-index:-251662336;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388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4" type="#_x0000_t202" style="position:absolute;margin-left:38.1pt;margin-top:562.3pt;width:315.85pt;height:6.7pt;z-index:-251663360;mso-wrap-distance-left:0;mso-wrap-distance-right:0;mso-position-horizontal-relative:page;mso-position-vertical-relative:page" filled="f" stroked="f">
          <v:textbox style="mso-fit-shape-to-text:t" inset="0,0,0,0">
            <w:txbxContent>
              <w:p w:rsidR="00F44E79" w:rsidRDefault="00F44E79">
                <w:pPr>
                  <w:pStyle w:val="a8"/>
                  <w:tabs>
                    <w:tab w:val="right" w:pos="6317"/>
                  </w:tabs>
                  <w:rPr>
                    <w:rFonts w:ascii="Courier New" w:hAnsi="Courier New" w:cs="Courier New"/>
                    <w:color w:val="auto"/>
                    <w:sz w:val="24"/>
                    <w:szCs w:val="24"/>
                  </w:rPr>
                </w:pPr>
                <w:r>
                  <w:rPr>
                    <w:rStyle w:val="a7"/>
                    <w:rFonts w:ascii="Arial" w:hAnsi="Arial" w:cs="Arial"/>
                    <w:sz w:val="14"/>
                    <w:szCs w:val="14"/>
                  </w:rPr>
                  <w:t>ГЕОГРАФИЯ. 5—9 классы</w:t>
                </w:r>
                <w:r>
                  <w:rPr>
                    <w:rStyle w:val="a7"/>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379</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pStyle w:val="Footer"/>
      <w:jc w:val="right"/>
    </w:pPr>
    <w:fldSimple w:instr=" PAGE   \* MERGEFORMAT ">
      <w:r>
        <w:rPr>
          <w:noProof/>
        </w:rPr>
        <w:t>389</w:t>
      </w:r>
    </w:fldSimple>
  </w:p>
  <w:p w:rsidR="00F44E79" w:rsidRDefault="00F44E79">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5" type="#_x0000_t202" style="position:absolute;margin-left:34.7pt;margin-top:563.6pt;width:318.95pt;height:8.65pt;z-index:-251660288;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406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0" type="#_x0000_t202" style="position:absolute;margin-left:37.7pt;margin-top:557.05pt;width:316.1pt;height:8.65pt;z-index:-251677696;mso-wrap-style:none;mso-wrap-distance-left:0;mso-wrap-distance-right:0;mso-position-horizontal-relative:page;mso-position-vertical-relative:page" filled="f" stroked="f">
          <v:textbox style="mso-next-textbox:#_x0000_s2050;mso-fit-shape-to-text:t" inset="0,0,0,0">
            <w:txbxContent>
              <w:p w:rsidR="00F44E79" w:rsidRDefault="00F44E79">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33</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6" type="#_x0000_t202" style="position:absolute;margin-left:37.7pt;margin-top:563.5pt;width:316.1pt;height:6.25pt;z-index:-251661312;mso-wrap-distance-left:0;mso-wrap-distance-right:0;mso-position-horizontal-relative:page;mso-position-vertical-relative:page" filled="f" stroked="f">
          <v:textbox style="mso-fit-shape-to-text:t" inset="0,0,0,0">
            <w:txbxContent>
              <w:p w:rsidR="00F44E79" w:rsidRDefault="00F44E79">
                <w:pPr>
                  <w:pStyle w:val="a8"/>
                  <w:tabs>
                    <w:tab w:val="right" w:pos="6322"/>
                  </w:tabs>
                  <w:rPr>
                    <w:rFonts w:ascii="Courier New" w:hAnsi="Courier New" w:cs="Courier New"/>
                    <w:color w:val="auto"/>
                    <w:sz w:val="24"/>
                    <w:szCs w:val="24"/>
                  </w:rPr>
                </w:pPr>
                <w:r>
                  <w:rPr>
                    <w:rStyle w:val="a7"/>
                    <w:rFonts w:ascii="Arial" w:hAnsi="Arial" w:cs="Arial"/>
                    <w:color w:val="231F20"/>
                  </w:rPr>
                  <w:t>МАТЕМАТИКА. 5—9 классы</w:t>
                </w:r>
                <w:r>
                  <w:rPr>
                    <w:rStyle w:val="a7"/>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ascii="Arial" w:hAnsi="Arial" w:cs="Arial"/>
                    <w:b/>
                    <w:bCs/>
                    <w:noProof/>
                    <w:color w:val="231F20"/>
                  </w:rPr>
                  <w:t>407</w:t>
                </w:r>
                <w:r>
                  <w:rPr>
                    <w:rFonts w:ascii="Courier New" w:hAnsi="Courier New" w:cs="Courier New"/>
                    <w:color w:val="auto"/>
                    <w:sz w:val="24"/>
                    <w:szCs w:val="24"/>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7" type="#_x0000_t202" style="position:absolute;margin-left:34.7pt;margin-top:563.6pt;width:318.95pt;height:8.65pt;z-index:-251658240;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408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8" type="#_x0000_t202" style="position:absolute;margin-left:38.2pt;margin-top:562.6pt;width:315.85pt;height:6.7pt;z-index:-251659264;mso-wrap-distance-left:0;mso-wrap-distance-right:0;mso-position-horizontal-relative:page;mso-position-vertical-relative:page" filled="f" stroked="f">
          <v:textbox style="mso-fit-shape-to-text:t" inset="0,0,0,0">
            <w:txbxContent>
              <w:p w:rsidR="00F44E79" w:rsidRDefault="00F44E79">
                <w:pPr>
                  <w:pStyle w:val="a8"/>
                  <w:tabs>
                    <w:tab w:val="right" w:pos="6317"/>
                  </w:tabs>
                  <w:rPr>
                    <w:rFonts w:ascii="Courier New" w:hAnsi="Courier New" w:cs="Courier New"/>
                    <w:color w:val="auto"/>
                    <w:sz w:val="24"/>
                    <w:szCs w:val="24"/>
                  </w:rPr>
                </w:pPr>
                <w:r>
                  <w:rPr>
                    <w:rStyle w:val="a7"/>
                    <w:rFonts w:cs="Tahoma"/>
                  </w:rPr>
                  <w:t>ИНФОРМАТИКА. 7—9 классы</w:t>
                </w:r>
                <w:r>
                  <w:rPr>
                    <w:rStyle w:val="a7"/>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409</w:t>
                </w:r>
                <w:r>
                  <w:rPr>
                    <w:rFonts w:ascii="Courier New" w:hAnsi="Courier New" w:cs="Courier New"/>
                    <w:color w:val="auto"/>
                    <w:sz w:val="24"/>
                    <w:szCs w:val="24"/>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69" type="#_x0000_t202" style="position:absolute;margin-left:34.7pt;margin-top:563.6pt;width:318.95pt;height:8.65pt;z-index:-251656192;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426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0" type="#_x0000_t202" style="position:absolute;margin-left:37.45pt;margin-top:560.5pt;width:316.3pt;height:6.7pt;z-index:-251657216;mso-wrap-distance-left:0;mso-wrap-distance-right:0;mso-position-horizontal-relative:page;mso-position-vertical-relative:page" filled="f" stroked="f">
          <v:textbox style="mso-fit-shape-to-text:t" inset="0,0,0,0">
            <w:txbxContent>
              <w:p w:rsidR="00F44E79" w:rsidRDefault="00F44E79">
                <w:pPr>
                  <w:pStyle w:val="a8"/>
                  <w:tabs>
                    <w:tab w:val="right" w:pos="6326"/>
                  </w:tabs>
                  <w:rPr>
                    <w:rFonts w:ascii="Courier New" w:hAnsi="Courier New" w:cs="Courier New"/>
                    <w:color w:val="auto"/>
                    <w:sz w:val="24"/>
                    <w:szCs w:val="24"/>
                  </w:rPr>
                </w:pPr>
                <w:r>
                  <w:rPr>
                    <w:rStyle w:val="a7"/>
                    <w:rFonts w:cs="Tahoma"/>
                  </w:rPr>
                  <w:t>ФИЗИКА. 7—9 классы</w:t>
                </w:r>
                <w:r>
                  <w:rPr>
                    <w:rStyle w:val="a7"/>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425</w:t>
                </w:r>
                <w:r>
                  <w:rPr>
                    <w:rFonts w:ascii="Courier New" w:hAnsi="Courier New" w:cs="Courier New"/>
                    <w:color w:val="auto"/>
                    <w:sz w:val="24"/>
                    <w:szCs w:val="24"/>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1" type="#_x0000_t202" style="position:absolute;margin-left:34.7pt;margin-top:563.6pt;width:318.95pt;height:8.65pt;z-index:-251654144;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462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2" type="#_x0000_t202" style="position:absolute;margin-left:37.9pt;margin-top:560.5pt;width:315.1pt;height:6.5pt;z-index:-251655168;mso-wrap-distance-left:0;mso-wrap-distance-right:0;mso-position-horizontal-relative:page;mso-position-vertical-relative:page" filled="f" stroked="f">
          <v:textbox style="mso-fit-shape-to-text:t" inset="0,0,0,0">
            <w:txbxContent>
              <w:p w:rsidR="00F44E79" w:rsidRDefault="00F44E79">
                <w:pPr>
                  <w:pStyle w:val="a8"/>
                  <w:tabs>
                    <w:tab w:val="right" w:pos="6302"/>
                  </w:tabs>
                  <w:rPr>
                    <w:rFonts w:ascii="Courier New" w:hAnsi="Courier New" w:cs="Courier New"/>
                    <w:color w:val="auto"/>
                    <w:sz w:val="24"/>
                    <w:szCs w:val="24"/>
                  </w:rPr>
                </w:pPr>
                <w:r>
                  <w:rPr>
                    <w:rStyle w:val="a7"/>
                    <w:rFonts w:cs="Tahoma"/>
                  </w:rPr>
                  <w:t>Биология. 5—9 классы</w:t>
                </w:r>
                <w:r>
                  <w:rPr>
                    <w:rStyle w:val="a7"/>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461</w:t>
                </w:r>
                <w:r>
                  <w:rPr>
                    <w:rFonts w:ascii="Courier New" w:hAnsi="Courier New" w:cs="Courier New"/>
                    <w:color w:val="auto"/>
                    <w:sz w:val="24"/>
                    <w:szCs w:val="24"/>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3" type="#_x0000_t202" style="position:absolute;margin-left:34.7pt;margin-top:563.6pt;width:318.95pt;height:8.65pt;z-index:-251652096;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510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4" type="#_x0000_t202" style="position:absolute;margin-left:37.85pt;margin-top:563.85pt;width:315.85pt;height:6.5pt;z-index:-251653120;mso-wrap-distance-left:0;mso-wrap-distance-right:0;mso-position-horizontal-relative:page;mso-position-vertical-relative:page" filled="f" stroked="f">
          <v:textbox style="mso-fit-shape-to-text:t" inset="0,0,0,0">
            <w:txbxContent>
              <w:p w:rsidR="00F44E79" w:rsidRDefault="00F44E79">
                <w:pPr>
                  <w:pStyle w:val="a8"/>
                  <w:tabs>
                    <w:tab w:val="right" w:pos="6317"/>
                  </w:tabs>
                  <w:rPr>
                    <w:rFonts w:ascii="Courier New" w:hAnsi="Courier New" w:cs="Courier New"/>
                    <w:color w:val="auto"/>
                    <w:sz w:val="24"/>
                    <w:szCs w:val="24"/>
                  </w:rPr>
                </w:pPr>
                <w:r>
                  <w:rPr>
                    <w:rStyle w:val="a7"/>
                    <w:rFonts w:cs="Tahoma"/>
                  </w:rPr>
                  <w:t>ИЗОБРАЗИТЕЛЬНОЕ ИСКУССТВО. 5—7 классы</w:t>
                </w:r>
                <w:r>
                  <w:rPr>
                    <w:rStyle w:val="a7"/>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511</w:t>
                </w:r>
                <w:r>
                  <w:rPr>
                    <w:rFonts w:ascii="Courier New" w:hAnsi="Courier New" w:cs="Courier New"/>
                    <w:color w:val="auto"/>
                    <w:sz w:val="24"/>
                    <w:szCs w:val="24"/>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5" type="#_x0000_t202" style="position:absolute;margin-left:37.75pt;margin-top:557.55pt;width:316.1pt;height:8.65pt;z-index:-251650048;mso-wrap-distance-left:0;mso-wrap-distance-right:0;mso-position-horizontal-relative:page;mso-position-vertical-relative:page" filled="f" stroked="f">
          <v:textbox style="mso-fit-shape-to-text:t" inset="0,0,0,0">
            <w:txbxContent>
              <w:p w:rsidR="00F44E79" w:rsidRDefault="00F44E79">
                <w:pPr>
                  <w:pStyle w:val="a8"/>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628</w:t>
                </w:r>
                <w:r>
                  <w:rPr>
                    <w:rFonts w:ascii="Courier New" w:hAnsi="Courier New" w:cs="Courier New"/>
                    <w:color w:val="auto"/>
                    <w:sz w:val="24"/>
                    <w:szCs w:val="24"/>
                  </w:rPr>
                  <w:fldChar w:fldCharType="end"/>
                </w:r>
                <w:r>
                  <w:rPr>
                    <w:rStyle w:val="a7"/>
                    <w:rFonts w:cs="Tahoma"/>
                    <w:b/>
                    <w:bCs/>
                    <w:sz w:val="14"/>
                    <w:szCs w:val="14"/>
                  </w:rPr>
                  <w:tab/>
                </w:r>
                <w:r>
                  <w:rPr>
                    <w:rStyle w:val="a7"/>
                    <w:rFonts w:cs="Tahoma"/>
                  </w:rPr>
                  <w:t>Примерная рабочая программа</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6" type="#_x0000_t202" style="position:absolute;margin-left:37.35pt;margin-top:557.55pt;width:316.3pt;height:6.7pt;z-index:-251651072;mso-wrap-distance-left:0;mso-wrap-distance-right:0;mso-position-horizontal-relative:page;mso-position-vertical-relative:page" filled="f" stroked="f">
          <v:textbox style="mso-fit-shape-to-text:t" inset="0,0,0,0">
            <w:txbxContent>
              <w:p w:rsidR="00F44E79" w:rsidRDefault="00F44E79">
                <w:pPr>
                  <w:pStyle w:val="a8"/>
                  <w:tabs>
                    <w:tab w:val="right" w:pos="6326"/>
                  </w:tabs>
                  <w:rPr>
                    <w:rFonts w:ascii="Courier New" w:hAnsi="Courier New" w:cs="Courier New"/>
                    <w:color w:val="auto"/>
                    <w:sz w:val="24"/>
                    <w:szCs w:val="24"/>
                  </w:rPr>
                </w:pPr>
                <w:r>
                  <w:rPr>
                    <w:rStyle w:val="a7"/>
                    <w:rFonts w:cs="Tahoma"/>
                  </w:rPr>
                  <w:t>ФИЗИЧЕСКАЯ КУЛЬТУРА. 5—9 классы</w:t>
                </w:r>
                <w:r>
                  <w:rPr>
                    <w:rStyle w:val="a7"/>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629</w:t>
                </w:r>
                <w:r>
                  <w:rPr>
                    <w:rFonts w:ascii="Courier New" w:hAnsi="Courier New" w:cs="Courier New"/>
                    <w:color w:val="auto"/>
                    <w:sz w:val="24"/>
                    <w:szCs w:val="24"/>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7" type="#_x0000_t202" style="position:absolute;margin-left:37.75pt;margin-top:557.55pt;width:316.1pt;height:8.65pt;z-index:-251648000;mso-wrap-distance-left:0;mso-wrap-distance-right:0;mso-position-horizontal-relative:page;mso-position-vertical-relative:page" filled="f" stroked="f">
          <v:textbox style="mso-fit-shape-to-text:t" inset="0,0,0,0">
            <w:txbxContent>
              <w:p w:rsidR="00F44E79" w:rsidRDefault="00F44E79">
                <w:pPr>
                  <w:pStyle w:val="a8"/>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664</w:t>
                </w:r>
                <w:r>
                  <w:rPr>
                    <w:rFonts w:ascii="Courier New" w:hAnsi="Courier New" w:cs="Courier New"/>
                    <w:color w:val="auto"/>
                    <w:sz w:val="24"/>
                    <w:szCs w:val="24"/>
                  </w:rPr>
                  <w:fldChar w:fldCharType="end"/>
                </w:r>
                <w:r>
                  <w:rPr>
                    <w:rStyle w:val="a7"/>
                    <w:rFonts w:cs="Tahoma"/>
                    <w:b/>
                    <w:bCs/>
                    <w:sz w:val="14"/>
                    <w:szCs w:val="14"/>
                  </w:rPr>
                  <w:tab/>
                </w:r>
                <w:r>
                  <w:rPr>
                    <w:rStyle w:val="a7"/>
                    <w:rFonts w:cs="Tahoma"/>
                  </w:rPr>
                  <w:t>Примерная рабочая программа</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8" type="#_x0000_t202" style="position:absolute;margin-left:37.3pt;margin-top:557.45pt;width:319.2pt;height:6.5pt;z-index:-251649024;mso-wrap-distance-left:0;mso-wrap-distance-right:0;mso-position-horizontal-relative:page;mso-position-vertical-relative:page" filled="f" stroked="f">
          <v:textbox style="mso-fit-shape-to-text:t" inset="0,0,0,0">
            <w:txbxContent>
              <w:p w:rsidR="00F44E79" w:rsidRDefault="00F44E79">
                <w:pPr>
                  <w:pStyle w:val="a8"/>
                  <w:tabs>
                    <w:tab w:val="right" w:pos="6384"/>
                  </w:tabs>
                  <w:rPr>
                    <w:rFonts w:ascii="Courier New" w:hAnsi="Courier New" w:cs="Courier New"/>
                    <w:color w:val="auto"/>
                    <w:sz w:val="24"/>
                    <w:szCs w:val="24"/>
                  </w:rPr>
                </w:pPr>
                <w:r>
                  <w:rPr>
                    <w:rStyle w:val="a7"/>
                    <w:rFonts w:ascii="Arial" w:hAnsi="Arial" w:cs="Arial"/>
                    <w:sz w:val="14"/>
                    <w:szCs w:val="14"/>
                  </w:rPr>
                  <w:t>ОБЖ. 8—9 классы</w:t>
                </w:r>
                <w:r>
                  <w:rPr>
                    <w:rStyle w:val="a7"/>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663</w:t>
                </w:r>
                <w:r>
                  <w:rPr>
                    <w:rFonts w:ascii="Courier New" w:hAnsi="Courier New" w:cs="Courier New"/>
                    <w:color w:val="auto"/>
                    <w:sz w:val="24"/>
                    <w:szCs w:val="24"/>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79" type="#_x0000_t202" style="position:absolute;margin-left:37.9pt;margin-top:558.75pt;width:316.1pt;height:8.65pt;z-index:-251645952;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762</w:t>
                </w:r>
                <w:r>
                  <w:rPr>
                    <w:rFonts w:ascii="Courier New" w:hAnsi="Courier New" w:cs="Courier New"/>
                    <w:color w:val="auto"/>
                    <w:sz w:val="24"/>
                    <w:szCs w:val="24"/>
                  </w:rPr>
                  <w:fldChar w:fldCharType="end"/>
                </w:r>
                <w:r>
                  <w:rPr>
                    <w:rStyle w:val="a7"/>
                    <w:rFonts w:cs="Tahoma"/>
                    <w:b/>
                    <w:bCs/>
                    <w:sz w:val="14"/>
                    <w:szCs w:val="14"/>
                  </w:rPr>
                  <w:t xml:space="preserve"> </w:t>
                </w:r>
                <w:r>
                  <w:rPr>
                    <w:rStyle w:val="a7"/>
                    <w:rFonts w:cs="Tahoma"/>
                  </w:rPr>
                  <w:t>Примерная основная образовательная программа основного общего образования</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80" type="#_x0000_t202" style="position:absolute;margin-left:38.1pt;margin-top:558.75pt;width:316.1pt;height:8.65pt;z-index:-251646976;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Style w:val="a7"/>
                    <w:rFonts w:cs="Tahoma"/>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763</w:t>
                </w:r>
                <w:r>
                  <w:rPr>
                    <w:rFonts w:ascii="Courier New" w:hAnsi="Courier New" w:cs="Courier New"/>
                    <w:color w:val="auto"/>
                    <w:sz w:val="24"/>
                    <w:szCs w:val="24"/>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81" type="#_x0000_t202" style="position:absolute;margin-left:37.65pt;margin-top:557.45pt;width:316.1pt;height:8.65pt;z-index:-251643904;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798</w:t>
                </w:r>
                <w:r>
                  <w:rPr>
                    <w:rFonts w:ascii="Courier New" w:hAnsi="Courier New" w:cs="Courier New"/>
                    <w:color w:val="auto"/>
                    <w:sz w:val="24"/>
                    <w:szCs w:val="24"/>
                  </w:rPr>
                  <w:fldChar w:fldCharType="end"/>
                </w:r>
                <w:r>
                  <w:rPr>
                    <w:rStyle w:val="a7"/>
                    <w:rFonts w:cs="Tahoma"/>
                    <w:b/>
                    <w:bCs/>
                    <w:sz w:val="14"/>
                    <w:szCs w:val="14"/>
                  </w:rPr>
                  <w:t xml:space="preserve"> </w:t>
                </w:r>
                <w:r>
                  <w:rPr>
                    <w:rStyle w:val="a7"/>
                    <w:rFonts w:cs="Tahoma"/>
                  </w:rPr>
                  <w:t>Примерная основная образовательная программа основного общего образования</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1" type="#_x0000_t202" style="position:absolute;margin-left:34.7pt;margin-top:563.6pt;width:318.95pt;height:8.65pt;z-index:-251674624;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110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82" type="#_x0000_t202" style="position:absolute;margin-left:38.05pt;margin-top:557.45pt;width:315.85pt;height:8.65pt;z-index:-251644928;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Style w:val="a7"/>
                    <w:rFonts w:cs="Tahoma"/>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color w:val="000000"/>
                    <w:sz w:val="14"/>
                    <w:szCs w:val="14"/>
                  </w:rPr>
                  <w:t>795</w:t>
                </w:r>
                <w:r>
                  <w:rPr>
                    <w:rFonts w:ascii="Courier New" w:hAnsi="Courier New" w:cs="Courier New"/>
                    <w:color w:val="auto"/>
                    <w:sz w:val="24"/>
                    <w:szCs w:val="24"/>
                  </w:rP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83" type="#_x0000_t202" style="position:absolute;margin-left:37.5pt;margin-top:557.65pt;width:316.1pt;height:8.65pt;z-index:-251641856;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884</w:t>
                </w:r>
                <w:r>
                  <w:rPr>
                    <w:rFonts w:ascii="Courier New" w:hAnsi="Courier New" w:cs="Courier New"/>
                    <w:color w:val="auto"/>
                    <w:sz w:val="24"/>
                    <w:szCs w:val="24"/>
                  </w:rPr>
                  <w:fldChar w:fldCharType="end"/>
                </w:r>
                <w:r>
                  <w:rPr>
                    <w:rStyle w:val="a7"/>
                    <w:rFonts w:cs="Tahoma"/>
                    <w:b/>
                    <w:bCs/>
                    <w:sz w:val="14"/>
                    <w:szCs w:val="14"/>
                  </w:rPr>
                  <w:t xml:space="preserve"> </w:t>
                </w:r>
                <w:r>
                  <w:rPr>
                    <w:rStyle w:val="a7"/>
                    <w:rFonts w:cs="Tahoma"/>
                  </w:rPr>
                  <w:t>Примерная основная образовательная программа основного общего образования</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84" type="#_x0000_t202" style="position:absolute;margin-left:38pt;margin-top:557.65pt;width:315.85pt;height:8.65pt;z-index:-251642880;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Style w:val="a7"/>
                    <w:rFonts w:cs="Tahoma"/>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883</w:t>
                </w:r>
                <w:r>
                  <w:rPr>
                    <w:rFonts w:ascii="Courier New" w:hAnsi="Courier New" w:cs="Courier New"/>
                    <w:color w:val="auto"/>
                    <w:sz w:val="24"/>
                    <w:szCs w:val="24"/>
                  </w:rP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85" type="#_x0000_t202" style="position:absolute;margin-left:37.5pt;margin-top:557.65pt;width:316.1pt;height:8.65pt;z-index:-251639808;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03D6E">
                  <w:rPr>
                    <w:rStyle w:val="a7"/>
                    <w:rFonts w:cs="Tahoma"/>
                    <w:b/>
                    <w:bCs/>
                    <w:noProof/>
                    <w:sz w:val="14"/>
                    <w:szCs w:val="14"/>
                  </w:rPr>
                  <w:t>928</w:t>
                </w:r>
                <w:r>
                  <w:rPr>
                    <w:rFonts w:ascii="Courier New" w:hAnsi="Courier New" w:cs="Courier New"/>
                    <w:color w:val="auto"/>
                    <w:sz w:val="24"/>
                    <w:szCs w:val="24"/>
                  </w:rPr>
                  <w:fldChar w:fldCharType="end"/>
                </w:r>
                <w:r>
                  <w:rPr>
                    <w:rStyle w:val="a7"/>
                    <w:rFonts w:cs="Tahoma"/>
                    <w:b/>
                    <w:bCs/>
                    <w:sz w:val="14"/>
                    <w:szCs w:val="14"/>
                  </w:rPr>
                  <w:t xml:space="preserve"> </w:t>
                </w:r>
                <w:r>
                  <w:rPr>
                    <w:rStyle w:val="a7"/>
                    <w:rFonts w:cs="Tahoma"/>
                  </w:rPr>
                  <w:t>Примерная основная образовательная программа основного общего образования</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86" type="#_x0000_t202" style="position:absolute;margin-left:38pt;margin-top:557.65pt;width:315.85pt;height:8.65pt;z-index:-251640832;mso-wrap-style:none;mso-wrap-distance-left:0;mso-wrap-distance-right:0;mso-position-horizontal-relative:page;mso-position-vertical-relative:page" filled="f" stroked="f">
          <v:textbox style="mso-fit-shape-to-text:t" inset="0,0,0,0">
            <w:txbxContent>
              <w:p w:rsidR="00F44E79" w:rsidRDefault="00F44E79">
                <w:pPr>
                  <w:pStyle w:val="a8"/>
                  <w:rPr>
                    <w:rFonts w:ascii="Courier New" w:hAnsi="Courier New" w:cs="Courier New"/>
                    <w:color w:val="auto"/>
                    <w:sz w:val="24"/>
                    <w:szCs w:val="24"/>
                  </w:rPr>
                </w:pPr>
                <w:r>
                  <w:rPr>
                    <w:rStyle w:val="a7"/>
                    <w:rFonts w:cs="Tahoma"/>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03D6E">
                  <w:rPr>
                    <w:rStyle w:val="a7"/>
                    <w:rFonts w:cs="Tahoma"/>
                    <w:b/>
                    <w:bCs/>
                    <w:noProof/>
                    <w:sz w:val="14"/>
                    <w:szCs w:val="14"/>
                  </w:rPr>
                  <w:t>929</w:t>
                </w:r>
                <w:r>
                  <w:rPr>
                    <w:rFonts w:ascii="Courier New" w:hAnsi="Courier New" w:cs="Courier New"/>
                    <w:color w:val="auto"/>
                    <w:sz w:val="24"/>
                    <w:szCs w:val="24"/>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2" type="#_x0000_t202" style="position:absolute;margin-left:37pt;margin-top:557.85pt;width:317.05pt;height:6.5pt;z-index:-251675648;mso-wrap-distance-left:0;mso-wrap-distance-right:0;mso-position-horizontal-relative:page;mso-position-vertical-relative:page" filled="f" stroked="f">
          <v:textbox style="mso-fit-shape-to-text:t" inset="0,0,0,0">
            <w:txbxContent>
              <w:p w:rsidR="00F44E79" w:rsidRDefault="00F44E79">
                <w:pPr>
                  <w:pStyle w:val="a8"/>
                  <w:tabs>
                    <w:tab w:val="right" w:pos="6341"/>
                  </w:tabs>
                  <w:rPr>
                    <w:rFonts w:ascii="Courier New" w:hAnsi="Courier New" w:cs="Courier New"/>
                    <w:color w:val="auto"/>
                    <w:sz w:val="24"/>
                    <w:szCs w:val="24"/>
                  </w:rPr>
                </w:pPr>
                <w:r>
                  <w:rPr>
                    <w:rStyle w:val="a7"/>
                    <w:rFonts w:ascii="Arial" w:hAnsi="Arial" w:cs="Arial"/>
                    <w:sz w:val="14"/>
                    <w:szCs w:val="14"/>
                  </w:rPr>
                  <w:t>ЛИТЕРАТУРА. 5—9 классы</w:t>
                </w:r>
                <w:r>
                  <w:rPr>
                    <w:rStyle w:val="a7"/>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109</w:t>
                </w:r>
                <w:r>
                  <w:rPr>
                    <w:rFonts w:ascii="Courier New" w:hAnsi="Courier New" w:cs="Courier New"/>
                    <w:color w:val="auto"/>
                    <w:sz w:val="24"/>
                    <w:szCs w:val="24"/>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3" type="#_x0000_t202" style="position:absolute;margin-left:34.7pt;margin-top:563.6pt;width:318.95pt;height:8.65pt;z-index:-251672576;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186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4" type="#_x0000_t202" style="position:absolute;margin-left:38pt;margin-top:560.9pt;width:315.85pt;height:8.65pt;z-index:-251673600;mso-wrap-distance-left:0;mso-wrap-distance-right:0;mso-position-horizontal-relative:page;mso-position-vertical-relative:page" filled="f" stroked="f">
          <v:textbox style="mso-fit-shape-to-text:t" inset="0,0,0,0">
            <w:txbxContent>
              <w:p w:rsidR="00F44E79" w:rsidRDefault="00F44E79">
                <w:pPr>
                  <w:pStyle w:val="a8"/>
                  <w:tabs>
                    <w:tab w:val="right" w:pos="6317"/>
                  </w:tabs>
                  <w:rPr>
                    <w:rFonts w:ascii="Courier New" w:hAnsi="Courier New" w:cs="Courier New"/>
                    <w:color w:val="auto"/>
                    <w:sz w:val="24"/>
                    <w:szCs w:val="24"/>
                  </w:rPr>
                </w:pPr>
                <w:r>
                  <w:rPr>
                    <w:rStyle w:val="a7"/>
                    <w:rFonts w:cs="Tahoma"/>
                  </w:rPr>
                  <w:t>РОДНАЯ ЛИТЕРАТУРА (РУССКАЯ). 5—9 классы</w:t>
                </w:r>
                <w:r>
                  <w:rPr>
                    <w:rStyle w:val="a7"/>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185</w:t>
                </w:r>
                <w:r>
                  <w:rPr>
                    <w:rFonts w:ascii="Courier New" w:hAnsi="Courier New" w:cs="Courier New"/>
                    <w:color w:val="auto"/>
                    <w:sz w:val="24"/>
                    <w:szCs w:val="24"/>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5" type="#_x0000_t202" style="position:absolute;margin-left:34.7pt;margin-top:563.6pt;width:318.95pt;height:8.65pt;z-index:-251670528;mso-wrap-distance-left:0;mso-wrap-distance-right:0;mso-position-horizontal-relative:page;mso-position-vertical-relative:page" filled="f" stroked="f">
          <v:textbox style="mso-fit-shape-to-text:t" inset="0,0,0,0">
            <w:txbxContent>
              <w:p w:rsidR="00F44E79" w:rsidRDefault="00F44E79">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02DC4">
                  <w:rPr>
                    <w:rStyle w:val="2"/>
                    <w:rFonts w:ascii="Tahoma" w:hAnsi="Tahoma" w:cs="Tahoma"/>
                    <w:b/>
                    <w:bCs/>
                    <w:noProof/>
                    <w:color w:val="231E20"/>
                    <w:sz w:val="14"/>
                    <w:szCs w:val="14"/>
                  </w:rPr>
                  <w:t>230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r>
      <w:rPr>
        <w:noProof/>
      </w:rPr>
      <w:pict>
        <v:shapetype id="_x0000_t202" coordsize="21600,21600" o:spt="202" path="m,l,21600r21600,l21600,xe">
          <v:stroke joinstyle="miter"/>
          <v:path gradientshapeok="t" o:connecttype="rect"/>
        </v:shapetype>
        <v:shape id="_x0000_s2056" type="#_x0000_t202" style="position:absolute;margin-left:37.4pt;margin-top:561.7pt;width:316.55pt;height:8.15pt;z-index:-251671552;mso-wrap-distance-left:0;mso-wrap-distance-right:0;mso-position-horizontal-relative:page;mso-position-vertical-relative:page" filled="f" stroked="f">
          <v:textbox style="mso-fit-shape-to-text:t" inset="0,0,0,0">
            <w:txbxContent>
              <w:p w:rsidR="00F44E79" w:rsidRDefault="00F44E79">
                <w:pPr>
                  <w:pStyle w:val="a8"/>
                  <w:tabs>
                    <w:tab w:val="right" w:pos="6331"/>
                  </w:tabs>
                  <w:rPr>
                    <w:rFonts w:ascii="Courier New" w:hAnsi="Courier New" w:cs="Courier New"/>
                    <w:color w:val="auto"/>
                    <w:sz w:val="24"/>
                    <w:szCs w:val="24"/>
                  </w:rPr>
                </w:pPr>
                <w:r>
                  <w:rPr>
                    <w:rStyle w:val="a7"/>
                    <w:rFonts w:ascii="Arial" w:hAnsi="Arial" w:cs="Arial"/>
                    <w:sz w:val="14"/>
                    <w:szCs w:val="14"/>
                  </w:rPr>
                  <w:t>АНГЛИЙСКИЙ ЯЗЫК. 5—9 классы</w:t>
                </w:r>
                <w:r>
                  <w:rPr>
                    <w:rStyle w:val="a7"/>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02DC4">
                  <w:rPr>
                    <w:rStyle w:val="a7"/>
                    <w:rFonts w:cs="Tahoma"/>
                    <w:b/>
                    <w:bCs/>
                    <w:noProof/>
                    <w:sz w:val="14"/>
                    <w:szCs w:val="14"/>
                  </w:rPr>
                  <w:t>229</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E79" w:rsidRDefault="00F44E79">
      <w:pPr>
        <w:rPr>
          <w:color w:val="auto"/>
        </w:rPr>
      </w:pPr>
      <w:r>
        <w:rPr>
          <w:color w:val="auto"/>
        </w:rPr>
        <w:separator/>
      </w:r>
    </w:p>
  </w:footnote>
  <w:footnote w:type="continuationSeparator" w:id="0">
    <w:p w:rsidR="00F44E79" w:rsidRDefault="00F44E79">
      <w:r>
        <w:continuationSeparator/>
      </w:r>
    </w:p>
  </w:footnote>
  <w:footnote w:id="1">
    <w:p w:rsidR="00F44E79" w:rsidRDefault="00F44E79" w:rsidP="002271B9">
      <w:pPr>
        <w:pStyle w:val="a4"/>
        <w:ind w:left="0" w:firstLine="0"/>
        <w:jc w:val="both"/>
      </w:pPr>
    </w:p>
  </w:footnote>
  <w:footnote w:id="2">
    <w:p w:rsidR="00F44E79" w:rsidRDefault="00F44E79" w:rsidP="00DE5D44">
      <w:pPr>
        <w:pStyle w:val="footnote"/>
      </w:pPr>
      <w:r>
        <w:rPr>
          <w:rStyle w:val="FootnoteReference"/>
          <w:rFonts w:cs="SchoolBookSanPin"/>
        </w:rPr>
        <w:footnoteRef/>
      </w:r>
      <w:r>
        <w:rPr>
          <w:rFonts w:ascii="SchoolBookSanPin Cyr Cyr" w:hAnsi="SchoolBookSanPin Cyr Cyr" w:cs="SchoolBookSanPin Cyr Cyr"/>
        </w:rPr>
        <w:t>Материал</w:t>
      </w:r>
      <w:r>
        <w:rPr>
          <w:rFonts w:ascii="SchoolBookSanPin Cyr" w:hAnsi="SchoolBookSanPin Cyr" w:cs="SchoolBookSanPin Cyr"/>
        </w:rPr>
        <w:t xml:space="preserve"> </w:t>
      </w:r>
      <w:r>
        <w:rPr>
          <w:rFonts w:ascii="SchoolBookSanPin Cyr Cyr" w:hAnsi="SchoolBookSanPin Cyr Cyr" w:cs="SchoolBookSanPin Cyr Cyr"/>
        </w:rPr>
        <w:t>по</w:t>
      </w:r>
      <w:r>
        <w:rPr>
          <w:rFonts w:ascii="SchoolBookSanPin Cyr" w:hAnsi="SchoolBookSanPin Cyr" w:cs="SchoolBookSanPin Cyr"/>
        </w:rPr>
        <w:t xml:space="preserve"> </w:t>
      </w:r>
      <w:r>
        <w:rPr>
          <w:rFonts w:ascii="SchoolBookSanPin Cyr Cyr" w:hAnsi="SchoolBookSanPin Cyr Cyr" w:cs="SchoolBookSanPin Cyr Cyr"/>
        </w:rPr>
        <w:t>истории</w:t>
      </w:r>
      <w:r>
        <w:rPr>
          <w:rFonts w:ascii="SchoolBookSanPin Cyr" w:hAnsi="SchoolBookSanPin Cyr" w:cs="SchoolBookSanPin Cyr"/>
        </w:rPr>
        <w:t xml:space="preserve"> </w:t>
      </w:r>
      <w:r>
        <w:rPr>
          <w:rFonts w:ascii="SchoolBookSanPin Cyr Cyr" w:hAnsi="SchoolBookSanPin Cyr Cyr" w:cs="SchoolBookSanPin Cyr Cyr"/>
        </w:rPr>
        <w:t>своего</w:t>
      </w:r>
      <w:r>
        <w:rPr>
          <w:rFonts w:ascii="SchoolBookSanPin Cyr" w:hAnsi="SchoolBookSanPin Cyr" w:cs="SchoolBookSanPin Cyr"/>
        </w:rPr>
        <w:t xml:space="preserve"> </w:t>
      </w:r>
      <w:r>
        <w:rPr>
          <w:rFonts w:ascii="SchoolBookSanPin Cyr Cyr" w:hAnsi="SchoolBookSanPin Cyr Cyr" w:cs="SchoolBookSanPin Cyr Cyr"/>
        </w:rPr>
        <w:t>края</w:t>
      </w:r>
      <w:r>
        <w:rPr>
          <w:rFonts w:ascii="SchoolBookSanPin Cyr" w:hAnsi="SchoolBookSanPin Cyr" w:cs="SchoolBookSanPin Cyr"/>
        </w:rPr>
        <w:t xml:space="preserve"> </w:t>
      </w:r>
      <w:r>
        <w:rPr>
          <w:rFonts w:ascii="SchoolBookSanPin Cyr Cyr" w:hAnsi="SchoolBookSanPin Cyr Cyr" w:cs="SchoolBookSanPin Cyr Cyr"/>
        </w:rPr>
        <w:t>привлекается</w:t>
      </w:r>
      <w:r>
        <w:rPr>
          <w:rFonts w:ascii="SchoolBookSanPin Cyr" w:hAnsi="SchoolBookSanPin Cyr" w:cs="SchoolBookSanPin Cyr"/>
        </w:rPr>
        <w:t xml:space="preserve"> </w:t>
      </w:r>
      <w:r>
        <w:rPr>
          <w:rFonts w:ascii="SchoolBookSanPin Cyr Cyr" w:hAnsi="SchoolBookSanPin Cyr Cyr" w:cs="SchoolBookSanPin Cyr Cyr"/>
        </w:rPr>
        <w:t>при</w:t>
      </w:r>
      <w:r>
        <w:rPr>
          <w:rFonts w:ascii="SchoolBookSanPin Cyr" w:hAnsi="SchoolBookSanPin Cyr" w:cs="SchoolBookSanPin Cyr"/>
        </w:rPr>
        <w:t xml:space="preserve"> </w:t>
      </w:r>
      <w:r>
        <w:rPr>
          <w:rFonts w:ascii="SchoolBookSanPin Cyr Cyr" w:hAnsi="SchoolBookSanPin Cyr Cyr" w:cs="SchoolBookSanPin Cyr Cyr"/>
        </w:rPr>
        <w:t>рассмотрении</w:t>
      </w:r>
      <w:r>
        <w:rPr>
          <w:rFonts w:ascii="SchoolBookSanPin Cyr" w:hAnsi="SchoolBookSanPin Cyr" w:cs="SchoolBookSanPin Cyr"/>
        </w:rPr>
        <w:t xml:space="preserve"> </w:t>
      </w:r>
      <w:r>
        <w:rPr>
          <w:rFonts w:ascii="SchoolBookSanPin Cyr Cyr" w:hAnsi="SchoolBookSanPin Cyr Cyr" w:cs="SchoolBookSanPin Cyr Cyr"/>
        </w:rPr>
        <w:t>ключевых</w:t>
      </w:r>
      <w:r>
        <w:rPr>
          <w:rFonts w:ascii="SchoolBookSanPin Cyr" w:hAnsi="SchoolBookSanPin Cyr" w:cs="SchoolBookSanPin Cyr"/>
        </w:rPr>
        <w:t xml:space="preserve"> </w:t>
      </w:r>
      <w:r>
        <w:rPr>
          <w:rFonts w:ascii="SchoolBookSanPin Cyr Cyr" w:hAnsi="SchoolBookSanPin Cyr Cyr" w:cs="SchoolBookSanPin Cyr Cyr"/>
        </w:rPr>
        <w:t>событий</w:t>
      </w:r>
      <w:r>
        <w:rPr>
          <w:rFonts w:ascii="SchoolBookSanPin Cyr" w:hAnsi="SchoolBookSanPin Cyr" w:cs="SchoolBookSanPin Cyr"/>
        </w:rPr>
        <w:t xml:space="preserve"> </w:t>
      </w:r>
      <w:r>
        <w:rPr>
          <w:rFonts w:ascii="SchoolBookSanPin Cyr Cyr" w:hAnsi="SchoolBookSanPin Cyr Cyr" w:cs="SchoolBookSanPin Cyr Cyr"/>
        </w:rPr>
        <w:t>и</w:t>
      </w:r>
      <w:r>
        <w:rPr>
          <w:rFonts w:ascii="SchoolBookSanPin Cyr" w:hAnsi="SchoolBookSanPin Cyr" w:cs="SchoolBookSanPin Cyr"/>
        </w:rPr>
        <w:t xml:space="preserve"> </w:t>
      </w:r>
      <w:r>
        <w:rPr>
          <w:rFonts w:ascii="SchoolBookSanPin Cyr Cyr" w:hAnsi="SchoolBookSanPin Cyr Cyr" w:cs="SchoolBookSanPin Cyr Cyr"/>
        </w:rPr>
        <w:t>процессов</w:t>
      </w:r>
      <w:r>
        <w:rPr>
          <w:rFonts w:ascii="SchoolBookSanPin Cyr" w:hAnsi="SchoolBookSanPin Cyr" w:cs="SchoolBookSanPin Cyr"/>
        </w:rPr>
        <w:t xml:space="preserve"> </w:t>
      </w:r>
      <w:r>
        <w:rPr>
          <w:rFonts w:ascii="SchoolBookSanPin Cyr Cyr" w:hAnsi="SchoolBookSanPin Cyr Cyr" w:cs="SchoolBookSanPin Cyr Cyr"/>
        </w:rPr>
        <w:t>отечественной</w:t>
      </w:r>
      <w:r>
        <w:rPr>
          <w:rFonts w:ascii="SchoolBookSanPin Cyr" w:hAnsi="SchoolBookSanPin Cyr" w:cs="SchoolBookSanPin Cyr"/>
        </w:rPr>
        <w:t xml:space="preserve"> </w:t>
      </w:r>
      <w:r>
        <w:rPr>
          <w:rFonts w:ascii="SchoolBookSanPin Cyr Cyr" w:hAnsi="SchoolBookSanPin Cyr Cyr" w:cs="SchoolBookSanPin Cyr Cyr"/>
        </w:rPr>
        <w:t>истории</w:t>
      </w:r>
      <w:r>
        <w:rPr>
          <w:rFonts w:ascii="SchoolBookSanPin Cyr" w:hAnsi="SchoolBookSanPin Cyr" w:cs="SchoolBookSanPin Cyr"/>
        </w:rPr>
        <w:t>.</w:t>
      </w:r>
    </w:p>
    <w:p w:rsidR="00F44E79" w:rsidRDefault="00F44E79" w:rsidP="00DE5D44">
      <w:pPr>
        <w:pStyle w:val="footnote"/>
      </w:pPr>
    </w:p>
  </w:footnote>
  <w:footnote w:id="3">
    <w:p w:rsidR="00F44E79" w:rsidRDefault="00F44E79" w:rsidP="00DE5D44">
      <w:pPr>
        <w:pStyle w:val="footnote"/>
      </w:pPr>
      <w:r>
        <w:rPr>
          <w:rStyle w:val="FootnoteReference"/>
          <w:rFonts w:cs="SchoolBookSanPin"/>
        </w:rPr>
        <w:footnoteRef/>
      </w:r>
      <w:r>
        <w:rPr>
          <w:rFonts w:ascii="SchoolBookSanPin Cyr Cyr" w:hAnsi="SchoolBookSanPin Cyr Cyr" w:cs="SchoolBookSanPin Cyr Cyr"/>
        </w:rPr>
        <w:t>Цели</w:t>
      </w:r>
      <w:r>
        <w:rPr>
          <w:rFonts w:ascii="SchoolBookSanPin Cyr" w:hAnsi="SchoolBookSanPin Cyr" w:cs="SchoolBookSanPin Cyr"/>
        </w:rPr>
        <w:t xml:space="preserve"> </w:t>
      </w:r>
      <w:r>
        <w:rPr>
          <w:rFonts w:ascii="SchoolBookSanPin Cyr Cyr" w:hAnsi="SchoolBookSanPin Cyr Cyr" w:cs="SchoolBookSanPin Cyr Cyr"/>
        </w:rPr>
        <w:t>изучения</w:t>
      </w:r>
      <w:r>
        <w:rPr>
          <w:rFonts w:ascii="SchoolBookSanPin Cyr" w:hAnsi="SchoolBookSanPin Cyr" w:cs="SchoolBookSanPin Cyr"/>
        </w:rPr>
        <w:t xml:space="preserve"> </w:t>
      </w:r>
      <w:r>
        <w:rPr>
          <w:rFonts w:ascii="SchoolBookSanPin Cyr Cyr" w:hAnsi="SchoolBookSanPin Cyr Cyr" w:cs="SchoolBookSanPin Cyr Cyr"/>
        </w:rPr>
        <w:t>данного</w:t>
      </w:r>
      <w:r>
        <w:rPr>
          <w:rFonts w:ascii="SchoolBookSanPin Cyr" w:hAnsi="SchoolBookSanPin Cyr" w:cs="SchoolBookSanPin Cyr"/>
        </w:rPr>
        <w:t xml:space="preserve"> </w:t>
      </w:r>
      <w:r>
        <w:rPr>
          <w:rFonts w:ascii="SchoolBookSanPin Cyr Cyr" w:hAnsi="SchoolBookSanPin Cyr Cyr" w:cs="SchoolBookSanPin Cyr Cyr"/>
        </w:rPr>
        <w:t>модуля</w:t>
      </w:r>
      <w:r>
        <w:rPr>
          <w:rFonts w:ascii="SchoolBookSanPin Cyr" w:hAnsi="SchoolBookSanPin Cyr" w:cs="SchoolBookSanPin Cyr"/>
        </w:rPr>
        <w:t xml:space="preserve">, </w:t>
      </w:r>
      <w:r>
        <w:rPr>
          <w:rFonts w:ascii="SchoolBookSanPin Cyr Cyr" w:hAnsi="SchoolBookSanPin Cyr Cyr" w:cs="SchoolBookSanPin Cyr Cyr"/>
        </w:rPr>
        <w:t>его</w:t>
      </w:r>
      <w:r>
        <w:rPr>
          <w:rFonts w:ascii="SchoolBookSanPin Cyr" w:hAnsi="SchoolBookSanPin Cyr" w:cs="SchoolBookSanPin Cyr"/>
        </w:rPr>
        <w:t xml:space="preserve"> </w:t>
      </w:r>
      <w:r>
        <w:rPr>
          <w:rFonts w:ascii="SchoolBookSanPin Cyr Cyr" w:hAnsi="SchoolBookSanPin Cyr Cyr" w:cs="SchoolBookSanPin Cyr Cyr"/>
        </w:rPr>
        <w:t>содержание</w:t>
      </w:r>
      <w:r>
        <w:rPr>
          <w:rFonts w:ascii="SchoolBookSanPin Cyr" w:hAnsi="SchoolBookSanPin Cyr" w:cs="SchoolBookSanPin Cyr"/>
        </w:rPr>
        <w:t xml:space="preserve">, </w:t>
      </w:r>
      <w:r>
        <w:rPr>
          <w:rFonts w:ascii="SchoolBookSanPin Cyr Cyr" w:hAnsi="SchoolBookSanPin Cyr Cyr" w:cs="SchoolBookSanPin Cyr Cyr"/>
        </w:rPr>
        <w:t>планируемые</w:t>
      </w:r>
      <w:r>
        <w:rPr>
          <w:rFonts w:ascii="SchoolBookSanPin Cyr" w:hAnsi="SchoolBookSanPin Cyr" w:cs="SchoolBookSanPin Cyr"/>
        </w:rPr>
        <w:t xml:space="preserve"> </w:t>
      </w:r>
      <w:r>
        <w:rPr>
          <w:rFonts w:ascii="SchoolBookSanPin Cyr Cyr" w:hAnsi="SchoolBookSanPin Cyr Cyr" w:cs="SchoolBookSanPin Cyr Cyr"/>
        </w:rPr>
        <w:t>результаты</w:t>
      </w:r>
      <w:r>
        <w:rPr>
          <w:rFonts w:ascii="SchoolBookSanPin Cyr" w:hAnsi="SchoolBookSanPin Cyr" w:cs="SchoolBookSanPin Cyr"/>
        </w:rPr>
        <w:t xml:space="preserve"> </w:t>
      </w:r>
      <w:r>
        <w:rPr>
          <w:rFonts w:ascii="SchoolBookSanPin Cyr Cyr" w:hAnsi="SchoolBookSanPin Cyr Cyr" w:cs="SchoolBookSanPin Cyr Cyr"/>
        </w:rPr>
        <w:t>освоения</w:t>
      </w:r>
      <w:r>
        <w:rPr>
          <w:rFonts w:ascii="SchoolBookSanPin Cyr" w:hAnsi="SchoolBookSanPin Cyr" w:cs="SchoolBookSanPin Cyr"/>
        </w:rPr>
        <w:t xml:space="preserve"> </w:t>
      </w:r>
      <w:r>
        <w:rPr>
          <w:rFonts w:ascii="SchoolBookSanPin Cyr Cyr" w:hAnsi="SchoolBookSanPin Cyr Cyr" w:cs="SchoolBookSanPin Cyr Cyr"/>
        </w:rPr>
        <w:t>отражены</w:t>
      </w:r>
      <w:r>
        <w:rPr>
          <w:rFonts w:ascii="SchoolBookSanPin Cyr" w:hAnsi="SchoolBookSanPin Cyr" w:cs="SchoolBookSanPin Cyr"/>
        </w:rPr>
        <w:t xml:space="preserve"> </w:t>
      </w:r>
      <w:r>
        <w:rPr>
          <w:rFonts w:ascii="SchoolBookSanPin Cyr Cyr" w:hAnsi="SchoolBookSanPin Cyr Cyr" w:cs="SchoolBookSanPin Cyr Cyr"/>
        </w:rPr>
        <w:t>в</w:t>
      </w:r>
      <w:r>
        <w:rPr>
          <w:rFonts w:ascii="SchoolBookSanPin Cyr" w:hAnsi="SchoolBookSanPin Cyr" w:cs="SchoolBookSanPin Cyr"/>
        </w:rPr>
        <w:t xml:space="preserve"> </w:t>
      </w:r>
      <w:r>
        <w:rPr>
          <w:rFonts w:ascii="SchoolBookSanPin Cyr Cyr" w:hAnsi="SchoolBookSanPin Cyr Cyr" w:cs="SchoolBookSanPin Cyr Cyr"/>
        </w:rPr>
        <w:t>Примерной</w:t>
      </w:r>
      <w:r>
        <w:rPr>
          <w:rFonts w:ascii="SchoolBookSanPin Cyr" w:hAnsi="SchoolBookSanPin Cyr" w:cs="SchoolBookSanPin Cyr"/>
        </w:rPr>
        <w:t xml:space="preserve"> </w:t>
      </w:r>
      <w:r>
        <w:rPr>
          <w:rFonts w:ascii="SchoolBookSanPin Cyr Cyr" w:hAnsi="SchoolBookSanPin Cyr Cyr" w:cs="SchoolBookSanPin Cyr Cyr"/>
        </w:rPr>
        <w:t>рабочей</w:t>
      </w:r>
      <w:r>
        <w:rPr>
          <w:rFonts w:ascii="SchoolBookSanPin Cyr" w:hAnsi="SchoolBookSanPin Cyr" w:cs="SchoolBookSanPin Cyr"/>
        </w:rPr>
        <w:t xml:space="preserve"> </w:t>
      </w:r>
      <w:r>
        <w:rPr>
          <w:rFonts w:ascii="SchoolBookSanPin Cyr Cyr" w:hAnsi="SchoolBookSanPin Cyr Cyr" w:cs="SchoolBookSanPin Cyr Cyr"/>
        </w:rPr>
        <w:t>программе</w:t>
      </w:r>
      <w:r>
        <w:rPr>
          <w:rFonts w:ascii="SchoolBookSanPin Cyr" w:hAnsi="SchoolBookSanPin Cyr" w:cs="SchoolBookSanPin Cyr"/>
        </w:rPr>
        <w:t xml:space="preserve"> </w:t>
      </w:r>
      <w:r>
        <w:rPr>
          <w:rFonts w:ascii="SchoolBookSanPin Cyr Cyr" w:hAnsi="SchoolBookSanPin Cyr Cyr" w:cs="SchoolBookSanPin Cyr Cyr"/>
        </w:rPr>
        <w:t>учебного</w:t>
      </w:r>
      <w:r>
        <w:rPr>
          <w:rFonts w:ascii="SchoolBookSanPin Cyr" w:hAnsi="SchoolBookSanPin Cyr" w:cs="SchoolBookSanPin Cyr"/>
        </w:rPr>
        <w:t xml:space="preserve"> </w:t>
      </w:r>
      <w:r>
        <w:rPr>
          <w:rFonts w:ascii="SchoolBookSanPin Cyr Cyr" w:hAnsi="SchoolBookSanPin Cyr Cyr" w:cs="SchoolBookSanPin Cyr Cyr"/>
        </w:rPr>
        <w:t>модуля</w:t>
      </w:r>
      <w:r>
        <w:rPr>
          <w:rFonts w:ascii="SchoolBookSanPin Cyr" w:hAnsi="SchoolBookSanPin Cyr" w:cs="SchoolBookSanPin Cyr"/>
        </w:rPr>
        <w:t xml:space="preserve"> «</w:t>
      </w:r>
      <w:r>
        <w:rPr>
          <w:rFonts w:ascii="SchoolBookSanPin Cyr Cyr" w:hAnsi="SchoolBookSanPin Cyr Cyr" w:cs="SchoolBookSanPin Cyr Cyr"/>
        </w:rPr>
        <w:t>Введение</w:t>
      </w:r>
      <w:r>
        <w:rPr>
          <w:rFonts w:ascii="SchoolBookSanPin Cyr" w:hAnsi="SchoolBookSanPin Cyr" w:cs="SchoolBookSanPin Cyr"/>
        </w:rPr>
        <w:t xml:space="preserve"> </w:t>
      </w:r>
      <w:r>
        <w:rPr>
          <w:rFonts w:ascii="SchoolBookSanPin Cyr Cyr" w:hAnsi="SchoolBookSanPin Cyr Cyr" w:cs="SchoolBookSanPin Cyr Cyr"/>
        </w:rPr>
        <w:t>в</w:t>
      </w:r>
      <w:r>
        <w:rPr>
          <w:rFonts w:ascii="SchoolBookSanPin Cyr" w:hAnsi="SchoolBookSanPin Cyr" w:cs="SchoolBookSanPin Cyr"/>
        </w:rPr>
        <w:t xml:space="preserve"> </w:t>
      </w:r>
      <w:r>
        <w:rPr>
          <w:rFonts w:ascii="SchoolBookSanPin Cyr Cyr" w:hAnsi="SchoolBookSanPin Cyr Cyr" w:cs="SchoolBookSanPin Cyr Cyr"/>
        </w:rPr>
        <w:t>Новейшую</w:t>
      </w:r>
      <w:r>
        <w:rPr>
          <w:rFonts w:ascii="SchoolBookSanPin Cyr" w:hAnsi="SchoolBookSanPin Cyr" w:cs="SchoolBookSanPin Cyr"/>
        </w:rPr>
        <w:t xml:space="preserve"> </w:t>
      </w:r>
      <w:r>
        <w:rPr>
          <w:rFonts w:ascii="SchoolBookSanPin Cyr Cyr" w:hAnsi="SchoolBookSanPin Cyr Cyr" w:cs="SchoolBookSanPin Cyr Cyr"/>
        </w:rPr>
        <w:t>историю</w:t>
      </w:r>
      <w:r>
        <w:rPr>
          <w:rFonts w:ascii="SchoolBookSanPin Cyr" w:hAnsi="SchoolBookSanPin Cyr" w:cs="SchoolBookSanPin Cyr"/>
        </w:rPr>
        <w:t xml:space="preserve"> </w:t>
      </w:r>
      <w:r>
        <w:rPr>
          <w:rFonts w:ascii="SchoolBookSanPin Cyr Cyr" w:hAnsi="SchoolBookSanPin Cyr Cyr" w:cs="SchoolBookSanPin Cyr Cyr"/>
        </w:rPr>
        <w:t>России</w:t>
      </w:r>
      <w:r>
        <w:rPr>
          <w:rFonts w:ascii="SchoolBookSanPin Cyr" w:hAnsi="SchoolBookSanPin Cyr" w:cs="SchoolBookSanPin Cyr"/>
        </w:rPr>
        <w:t>».</w:t>
      </w:r>
    </w:p>
    <w:p w:rsidR="00F44E79" w:rsidRDefault="00F44E79" w:rsidP="00DE5D44">
      <w:pPr>
        <w:pStyle w:val="footnote"/>
      </w:pPr>
    </w:p>
  </w:footnote>
  <w:footnote w:id="4">
    <w:p w:rsidR="00F44E79" w:rsidRDefault="00F44E79" w:rsidP="00DE5D44">
      <w:pPr>
        <w:pStyle w:val="footnote"/>
      </w:pPr>
      <w:r>
        <w:rPr>
          <w:rStyle w:val="FootnoteReference"/>
          <w:rFonts w:cs="SchoolBookSanPin"/>
        </w:rPr>
        <w:footnoteRef/>
      </w:r>
      <w:r>
        <w:rPr>
          <w:rStyle w:val="Italic"/>
          <w:rFonts w:ascii="SchoolBookSanPin Cyr Cyr" w:hAnsi="SchoolBookSanPin Cyr Cyr" w:cs="SchoolBookSanPin Cyr Cyr"/>
          <w:iCs/>
        </w:rPr>
        <w:t>Исторические</w:t>
      </w:r>
      <w:r>
        <w:rPr>
          <w:rStyle w:val="Italic"/>
          <w:rFonts w:ascii="SchoolBookSanPin Cyr" w:hAnsi="SchoolBookSanPin Cyr" w:cs="SchoolBookSanPin Cyr"/>
          <w:iCs/>
        </w:rPr>
        <w:t xml:space="preserve"> </w:t>
      </w:r>
      <w:r>
        <w:rPr>
          <w:rStyle w:val="Italic"/>
          <w:rFonts w:ascii="SchoolBookSanPin Cyr Cyr" w:hAnsi="SchoolBookSanPin Cyr Cyr" w:cs="SchoolBookSanPin Cyr Cyr"/>
          <w:iCs/>
        </w:rPr>
        <w:t>источники</w:t>
      </w:r>
      <w:r>
        <w:rPr>
          <w:rFonts w:ascii="SchoolBookSanPin Cyr" w:hAnsi="SchoolBookSanPin Cyr" w:cs="SchoolBookSanPin Cyr"/>
        </w:rPr>
        <w:t xml:space="preserve"> </w:t>
      </w:r>
      <w:r>
        <w:rPr>
          <w:rFonts w:ascii="SchoolBookSanPin Cyr Cyr" w:hAnsi="SchoolBookSanPin Cyr Cyr" w:cs="SchoolBookSanPin Cyr Cyr"/>
        </w:rPr>
        <w:t>выделены</w:t>
      </w:r>
      <w:r>
        <w:rPr>
          <w:rFonts w:ascii="SchoolBookSanPin Cyr" w:hAnsi="SchoolBookSanPin Cyr" w:cs="SchoolBookSanPin Cyr"/>
        </w:rPr>
        <w:t xml:space="preserve"> </w:t>
      </w:r>
      <w:r>
        <w:rPr>
          <w:rFonts w:ascii="SchoolBookSanPin Cyr Cyr" w:hAnsi="SchoolBookSanPin Cyr Cyr" w:cs="SchoolBookSanPin Cyr Cyr"/>
        </w:rPr>
        <w:t>из</w:t>
      </w:r>
      <w:r>
        <w:rPr>
          <w:rFonts w:ascii="SchoolBookSanPin Cyr" w:hAnsi="SchoolBookSanPin Cyr" w:cs="SchoolBookSanPin Cyr"/>
        </w:rPr>
        <w:t xml:space="preserve"> </w:t>
      </w:r>
      <w:r>
        <w:rPr>
          <w:rFonts w:ascii="SchoolBookSanPin Cyr Cyr" w:hAnsi="SchoolBookSanPin Cyr Cyr" w:cs="SchoolBookSanPin Cyr Cyr"/>
        </w:rPr>
        <w:t>широкого</w:t>
      </w:r>
      <w:r>
        <w:rPr>
          <w:rFonts w:ascii="SchoolBookSanPin Cyr" w:hAnsi="SchoolBookSanPin Cyr" w:cs="SchoolBookSanPin Cyr"/>
        </w:rPr>
        <w:t xml:space="preserve"> </w:t>
      </w:r>
      <w:r>
        <w:rPr>
          <w:rFonts w:ascii="SchoolBookSanPin Cyr Cyr" w:hAnsi="SchoolBookSanPin Cyr Cyr" w:cs="SchoolBookSanPin Cyr Cyr"/>
        </w:rPr>
        <w:t>круга</w:t>
      </w:r>
      <w:r>
        <w:rPr>
          <w:rFonts w:ascii="SchoolBookSanPin Cyr" w:hAnsi="SchoolBookSanPin Cyr" w:cs="SchoolBookSanPin Cyr"/>
        </w:rPr>
        <w:t xml:space="preserve"> </w:t>
      </w:r>
      <w:r>
        <w:rPr>
          <w:rFonts w:ascii="SchoolBookSanPin Cyr Cyr" w:hAnsi="SchoolBookSanPin Cyr Cyr" w:cs="SchoolBookSanPin Cyr Cyr"/>
        </w:rPr>
        <w:t>источников</w:t>
      </w:r>
      <w:r>
        <w:rPr>
          <w:rFonts w:ascii="SchoolBookSanPin Cyr" w:hAnsi="SchoolBookSanPin Cyr" w:cs="SchoolBookSanPin Cyr"/>
        </w:rPr>
        <w:t xml:space="preserve"> </w:t>
      </w:r>
      <w:r>
        <w:rPr>
          <w:rFonts w:ascii="SchoolBookSanPin Cyr Cyr" w:hAnsi="SchoolBookSanPin Cyr Cyr" w:cs="SchoolBookSanPin Cyr Cyr"/>
        </w:rPr>
        <w:t>исторической</w:t>
      </w:r>
      <w:r>
        <w:rPr>
          <w:rFonts w:ascii="SchoolBookSanPin Cyr" w:hAnsi="SchoolBookSanPin Cyr" w:cs="SchoolBookSanPin Cyr"/>
        </w:rPr>
        <w:t xml:space="preserve"> </w:t>
      </w:r>
      <w:r>
        <w:rPr>
          <w:rFonts w:ascii="SchoolBookSanPin Cyr Cyr" w:hAnsi="SchoolBookSanPin Cyr Cyr" w:cs="SchoolBookSanPin Cyr Cyr"/>
        </w:rPr>
        <w:t>учебной</w:t>
      </w:r>
      <w:r>
        <w:rPr>
          <w:rFonts w:ascii="SchoolBookSanPin Cyr" w:hAnsi="SchoolBookSanPin Cyr" w:cs="SchoolBookSanPin Cyr"/>
        </w:rPr>
        <w:t xml:space="preserve"> </w:t>
      </w:r>
      <w:r>
        <w:rPr>
          <w:rFonts w:ascii="SchoolBookSanPin Cyr Cyr" w:hAnsi="SchoolBookSanPin Cyr Cyr" w:cs="SchoolBookSanPin Cyr Cyr"/>
        </w:rPr>
        <w:t>и</w:t>
      </w:r>
      <w:r>
        <w:rPr>
          <w:rFonts w:ascii="SchoolBookSanPin Cyr" w:hAnsi="SchoolBookSanPin Cyr" w:cs="SchoolBookSanPin Cyr"/>
        </w:rPr>
        <w:t xml:space="preserve"> </w:t>
      </w:r>
      <w:r>
        <w:rPr>
          <w:rFonts w:ascii="SchoolBookSanPin Cyr Cyr" w:hAnsi="SchoolBookSanPin Cyr Cyr" w:cs="SchoolBookSanPin Cyr Cyr"/>
        </w:rPr>
        <w:t>внеучебной</w:t>
      </w:r>
      <w:r>
        <w:rPr>
          <w:rFonts w:ascii="SchoolBookSanPin Cyr" w:hAnsi="SchoolBookSanPin Cyr" w:cs="SchoolBookSanPin Cyr"/>
        </w:rPr>
        <w:t xml:space="preserve"> </w:t>
      </w:r>
      <w:r>
        <w:rPr>
          <w:rFonts w:ascii="SchoolBookSanPin Cyr Cyr" w:hAnsi="SchoolBookSanPin Cyr Cyr" w:cs="SchoolBookSanPin Cyr Cyr"/>
        </w:rPr>
        <w:t>информации</w:t>
      </w:r>
      <w:r>
        <w:rPr>
          <w:rFonts w:ascii="SchoolBookSanPin Cyr" w:hAnsi="SchoolBookSanPin Cyr" w:cs="SchoolBookSanPin Cyr"/>
        </w:rPr>
        <w:t xml:space="preserve"> </w:t>
      </w:r>
      <w:r>
        <w:rPr>
          <w:rFonts w:ascii="SchoolBookSanPin Cyr Cyr" w:hAnsi="SchoolBookSanPin Cyr Cyr" w:cs="SchoolBookSanPin Cyr Cyr"/>
        </w:rPr>
        <w:t>как</w:t>
      </w:r>
      <w:r>
        <w:rPr>
          <w:rFonts w:ascii="SchoolBookSanPin Cyr" w:hAnsi="SchoolBookSanPin Cyr" w:cs="SchoolBookSanPin Cyr"/>
        </w:rPr>
        <w:t xml:space="preserve"> </w:t>
      </w:r>
      <w:r>
        <w:rPr>
          <w:rFonts w:ascii="SchoolBookSanPin Cyr Cyr" w:hAnsi="SchoolBookSanPin Cyr Cyr" w:cs="SchoolBookSanPin Cyr Cyr"/>
        </w:rPr>
        <w:t>особая</w:t>
      </w:r>
      <w:r>
        <w:rPr>
          <w:rFonts w:ascii="SchoolBookSanPin Cyr" w:hAnsi="SchoolBookSanPin Cyr" w:cs="SchoolBookSanPin Cyr"/>
        </w:rPr>
        <w:t xml:space="preserve"> </w:t>
      </w:r>
      <w:r>
        <w:rPr>
          <w:rFonts w:ascii="SchoolBookSanPin Cyr Cyr" w:hAnsi="SchoolBookSanPin Cyr Cyr" w:cs="SchoolBookSanPin Cyr Cyr"/>
        </w:rPr>
        <w:t>совокупность</w:t>
      </w:r>
      <w:r>
        <w:rPr>
          <w:rFonts w:ascii="SchoolBookSanPin Cyr" w:hAnsi="SchoolBookSanPin Cyr" w:cs="SchoolBookSanPin Cyr"/>
        </w:rPr>
        <w:t xml:space="preserve"> </w:t>
      </w:r>
      <w:r>
        <w:rPr>
          <w:rFonts w:ascii="SchoolBookSanPin Cyr Cyr" w:hAnsi="SchoolBookSanPin Cyr Cyr" w:cs="SchoolBookSanPin Cyr Cyr"/>
        </w:rPr>
        <w:t>материалов</w:t>
      </w:r>
      <w:r>
        <w:rPr>
          <w:rFonts w:ascii="SchoolBookSanPin Cyr" w:hAnsi="SchoolBookSanPin Cyr" w:cs="SchoolBookSanPin Cyr"/>
        </w:rPr>
        <w:t xml:space="preserve"> </w:t>
      </w:r>
      <w:r>
        <w:rPr>
          <w:rFonts w:ascii="SchoolBookSanPin Cyr Cyr" w:hAnsi="SchoolBookSanPin Cyr Cyr" w:cs="SchoolBookSanPin Cyr Cyr"/>
        </w:rPr>
        <w:t>исторических</w:t>
      </w:r>
      <w:r>
        <w:rPr>
          <w:rFonts w:ascii="SchoolBookSanPin Cyr" w:hAnsi="SchoolBookSanPin Cyr" w:cs="SchoolBookSanPin Cyr"/>
        </w:rPr>
        <w:t xml:space="preserve"> </w:t>
      </w:r>
      <w:r>
        <w:rPr>
          <w:rFonts w:ascii="SchoolBookSanPin Cyr Cyr" w:hAnsi="SchoolBookSanPin Cyr Cyr" w:cs="SchoolBookSanPin Cyr Cyr"/>
        </w:rPr>
        <w:t>эпох</w:t>
      </w:r>
      <w:r>
        <w:rPr>
          <w:rFonts w:ascii="SchoolBookSanPin Cyr" w:hAnsi="SchoolBookSanPin Cyr" w:cs="SchoolBookSanPin Cyr"/>
        </w:rPr>
        <w:t xml:space="preserve"> </w:t>
      </w:r>
      <w:r>
        <w:rPr>
          <w:rFonts w:ascii="SchoolBookSanPin Cyr Cyr" w:hAnsi="SchoolBookSanPin Cyr Cyr" w:cs="SchoolBookSanPin Cyr Cyr"/>
        </w:rPr>
        <w:t>и</w:t>
      </w:r>
      <w:r>
        <w:rPr>
          <w:rFonts w:ascii="SchoolBookSanPin Cyr" w:hAnsi="SchoolBookSanPin Cyr" w:cs="SchoolBookSanPin Cyr"/>
        </w:rPr>
        <w:t xml:space="preserve"> </w:t>
      </w:r>
      <w:r>
        <w:rPr>
          <w:rFonts w:ascii="SchoolBookSanPin Cyr Cyr" w:hAnsi="SchoolBookSanPin Cyr Cyr" w:cs="SchoolBookSanPin Cyr Cyr"/>
        </w:rPr>
        <w:t>специальный</w:t>
      </w:r>
      <w:r>
        <w:rPr>
          <w:rFonts w:ascii="SchoolBookSanPin Cyr" w:hAnsi="SchoolBookSanPin Cyr" w:cs="SchoolBookSanPin Cyr"/>
        </w:rPr>
        <w:t xml:space="preserve"> </w:t>
      </w:r>
      <w:r>
        <w:rPr>
          <w:rFonts w:ascii="SchoolBookSanPin Cyr Cyr" w:hAnsi="SchoolBookSanPin Cyr Cyr" w:cs="SchoolBookSanPin Cyr Cyr"/>
        </w:rPr>
        <w:t>объект</w:t>
      </w:r>
      <w:r>
        <w:rPr>
          <w:rFonts w:ascii="SchoolBookSanPin Cyr" w:hAnsi="SchoolBookSanPin Cyr" w:cs="SchoolBookSanPin Cyr"/>
        </w:rPr>
        <w:t xml:space="preserve"> </w:t>
      </w:r>
      <w:r>
        <w:rPr>
          <w:rFonts w:ascii="SchoolBookSanPin Cyr Cyr" w:hAnsi="SchoolBookSanPin Cyr Cyr" w:cs="SchoolBookSanPin Cyr Cyr"/>
        </w:rPr>
        <w:t>исторического</w:t>
      </w:r>
      <w:r>
        <w:rPr>
          <w:rFonts w:ascii="SchoolBookSanPin Cyr" w:hAnsi="SchoolBookSanPin Cyr" w:cs="SchoolBookSanPin Cyr"/>
        </w:rPr>
        <w:t xml:space="preserve"> </w:t>
      </w:r>
      <w:r>
        <w:rPr>
          <w:rFonts w:ascii="SchoolBookSanPin Cyr Cyr" w:hAnsi="SchoolBookSanPin Cyr Cyr" w:cs="SchoolBookSanPin Cyr Cyr"/>
        </w:rPr>
        <w:t>анализа</w:t>
      </w:r>
      <w:r>
        <w:rPr>
          <w:rFonts w:ascii="SchoolBookSanPin Cyr" w:hAnsi="SchoolBookSanPin Cyr" w:cs="SchoolBookSanPin Cyr"/>
        </w:rPr>
        <w:t>.</w:t>
      </w:r>
    </w:p>
    <w:p w:rsidR="00F44E79" w:rsidRDefault="00F44E79" w:rsidP="00DE5D44">
      <w:pPr>
        <w:pStyle w:val="footnote"/>
      </w:pPr>
    </w:p>
  </w:footnote>
  <w:footnote w:id="5">
    <w:p w:rsidR="00F44E79" w:rsidRDefault="00F44E79" w:rsidP="00DE5D44">
      <w:pPr>
        <w:pStyle w:val="footnote"/>
      </w:pPr>
      <w:r>
        <w:rPr>
          <w:rStyle w:val="FootnoteReference"/>
          <w:rFonts w:cs="SchoolBookSanPin"/>
        </w:rPr>
        <w:footnoteRef/>
      </w:r>
      <w:r>
        <w:rPr>
          <w:rFonts w:ascii="SchoolBookSanPin Cyr Cyr" w:hAnsi="SchoolBookSanPin Cyr Cyr" w:cs="SchoolBookSanPin Cyr Cyr"/>
        </w:rPr>
        <w:t>Предметные</w:t>
      </w:r>
      <w:r>
        <w:rPr>
          <w:rFonts w:ascii="SchoolBookSanPin Cyr" w:hAnsi="SchoolBookSanPin Cyr" w:cs="SchoolBookSanPin Cyr"/>
        </w:rPr>
        <w:t xml:space="preserve"> </w:t>
      </w:r>
      <w:r>
        <w:rPr>
          <w:rFonts w:ascii="SchoolBookSanPin Cyr Cyr" w:hAnsi="SchoolBookSanPin Cyr Cyr" w:cs="SchoolBookSanPin Cyr Cyr"/>
        </w:rPr>
        <w:t>результаты</w:t>
      </w:r>
      <w:r>
        <w:rPr>
          <w:rFonts w:ascii="SchoolBookSanPin Cyr" w:hAnsi="SchoolBookSanPin Cyr" w:cs="SchoolBookSanPin Cyr"/>
        </w:rPr>
        <w:t xml:space="preserve"> </w:t>
      </w:r>
      <w:r>
        <w:rPr>
          <w:rFonts w:ascii="SchoolBookSanPin Cyr Cyr" w:hAnsi="SchoolBookSanPin Cyr Cyr" w:cs="SchoolBookSanPin Cyr Cyr"/>
        </w:rPr>
        <w:t>представлены</w:t>
      </w:r>
      <w:r>
        <w:rPr>
          <w:rFonts w:ascii="SchoolBookSanPin Cyr" w:hAnsi="SchoolBookSanPin Cyr" w:cs="SchoolBookSanPin Cyr"/>
        </w:rPr>
        <w:t xml:space="preserve"> </w:t>
      </w:r>
      <w:r>
        <w:rPr>
          <w:rFonts w:ascii="SchoolBookSanPin Cyr Cyr" w:hAnsi="SchoolBookSanPin Cyr Cyr" w:cs="SchoolBookSanPin Cyr Cyr"/>
        </w:rPr>
        <w:t>в</w:t>
      </w:r>
      <w:r>
        <w:rPr>
          <w:rFonts w:ascii="SchoolBookSanPin Cyr" w:hAnsi="SchoolBookSanPin Cyr" w:cs="SchoolBookSanPin Cyr"/>
        </w:rPr>
        <w:t xml:space="preserve"> </w:t>
      </w:r>
      <w:r>
        <w:rPr>
          <w:rFonts w:ascii="SchoolBookSanPin Cyr Cyr" w:hAnsi="SchoolBookSanPin Cyr Cyr" w:cs="SchoolBookSanPin Cyr Cyr"/>
        </w:rPr>
        <w:t>виде</w:t>
      </w:r>
      <w:r>
        <w:rPr>
          <w:rFonts w:ascii="SchoolBookSanPin Cyr" w:hAnsi="SchoolBookSanPin Cyr" w:cs="SchoolBookSanPin Cyr"/>
        </w:rPr>
        <w:t xml:space="preserve"> </w:t>
      </w:r>
      <w:r>
        <w:rPr>
          <w:rFonts w:ascii="SchoolBookSanPin Cyr Cyr" w:hAnsi="SchoolBookSanPin Cyr Cyr" w:cs="SchoolBookSanPin Cyr Cyr"/>
        </w:rPr>
        <w:t>общего</w:t>
      </w:r>
      <w:r>
        <w:rPr>
          <w:rFonts w:ascii="SchoolBookSanPin Cyr" w:hAnsi="SchoolBookSanPin Cyr" w:cs="SchoolBookSanPin Cyr"/>
        </w:rPr>
        <w:t xml:space="preserve"> </w:t>
      </w:r>
      <w:r>
        <w:rPr>
          <w:rFonts w:ascii="SchoolBookSanPin Cyr Cyr" w:hAnsi="SchoolBookSanPin Cyr Cyr" w:cs="SchoolBookSanPin Cyr Cyr"/>
        </w:rPr>
        <w:t>перечня</w:t>
      </w:r>
      <w:r>
        <w:rPr>
          <w:rFonts w:ascii="SchoolBookSanPin Cyr" w:hAnsi="SchoolBookSanPin Cyr" w:cs="SchoolBookSanPin Cyr"/>
        </w:rPr>
        <w:t xml:space="preserve"> </w:t>
      </w:r>
      <w:r>
        <w:rPr>
          <w:rFonts w:ascii="SchoolBookSanPin Cyr Cyr" w:hAnsi="SchoolBookSanPin Cyr Cyr" w:cs="SchoolBookSanPin Cyr Cyr"/>
        </w:rPr>
        <w:t>для</w:t>
      </w:r>
      <w:r>
        <w:rPr>
          <w:rFonts w:ascii="SchoolBookSanPin Cyr" w:hAnsi="SchoolBookSanPin Cyr" w:cs="SchoolBookSanPin Cyr"/>
        </w:rPr>
        <w:t xml:space="preserve"> </w:t>
      </w:r>
      <w:r>
        <w:rPr>
          <w:rFonts w:ascii="SchoolBookSanPin Cyr Cyr" w:hAnsi="SchoolBookSanPin Cyr Cyr" w:cs="SchoolBookSanPin Cyr Cyr"/>
        </w:rPr>
        <w:t>курсов</w:t>
      </w:r>
      <w:r>
        <w:rPr>
          <w:rFonts w:ascii="SchoolBookSanPin Cyr" w:hAnsi="SchoolBookSanPin Cyr" w:cs="SchoolBookSanPin Cyr"/>
        </w:rPr>
        <w:t xml:space="preserve"> </w:t>
      </w:r>
      <w:r>
        <w:rPr>
          <w:rFonts w:ascii="SchoolBookSanPin Cyr Cyr" w:hAnsi="SchoolBookSanPin Cyr Cyr" w:cs="SchoolBookSanPin Cyr Cyr"/>
        </w:rPr>
        <w:t>отечественной</w:t>
      </w:r>
      <w:r>
        <w:rPr>
          <w:rFonts w:ascii="SchoolBookSanPin Cyr" w:hAnsi="SchoolBookSanPin Cyr" w:cs="SchoolBookSanPin Cyr"/>
        </w:rPr>
        <w:t xml:space="preserve"> </w:t>
      </w:r>
      <w:r>
        <w:rPr>
          <w:rFonts w:ascii="SchoolBookSanPin Cyr Cyr" w:hAnsi="SchoolBookSanPin Cyr Cyr" w:cs="SchoolBookSanPin Cyr Cyr"/>
        </w:rPr>
        <w:t>и</w:t>
      </w:r>
      <w:r>
        <w:rPr>
          <w:rFonts w:ascii="SchoolBookSanPin Cyr" w:hAnsi="SchoolBookSanPin Cyr" w:cs="SchoolBookSanPin Cyr"/>
        </w:rPr>
        <w:t xml:space="preserve"> </w:t>
      </w:r>
      <w:r>
        <w:rPr>
          <w:rFonts w:ascii="SchoolBookSanPin Cyr Cyr" w:hAnsi="SchoolBookSanPin Cyr Cyr" w:cs="SchoolBookSanPin Cyr Cyr"/>
        </w:rPr>
        <w:t>всеобщей</w:t>
      </w:r>
      <w:r>
        <w:rPr>
          <w:rFonts w:ascii="SchoolBookSanPin Cyr" w:hAnsi="SchoolBookSanPin Cyr" w:cs="SchoolBookSanPin Cyr"/>
        </w:rPr>
        <w:t xml:space="preserve"> </w:t>
      </w:r>
      <w:r>
        <w:rPr>
          <w:rFonts w:ascii="SchoolBookSanPin Cyr Cyr" w:hAnsi="SchoolBookSanPin Cyr Cyr" w:cs="SchoolBookSanPin Cyr Cyr"/>
        </w:rPr>
        <w:t>истории</w:t>
      </w:r>
      <w:r>
        <w:rPr>
          <w:rFonts w:ascii="SchoolBookSanPin Cyr" w:hAnsi="SchoolBookSanPin Cyr" w:cs="SchoolBookSanPin Cyr"/>
        </w:rPr>
        <w:t xml:space="preserve">, </w:t>
      </w:r>
      <w:r>
        <w:rPr>
          <w:rFonts w:ascii="SchoolBookSanPin Cyr Cyr" w:hAnsi="SchoolBookSanPin Cyr Cyr" w:cs="SchoolBookSanPin Cyr Cyr"/>
        </w:rPr>
        <w:t>что</w:t>
      </w:r>
      <w:r>
        <w:rPr>
          <w:rFonts w:ascii="SchoolBookSanPin Cyr" w:hAnsi="SchoolBookSanPin Cyr" w:cs="SchoolBookSanPin Cyr"/>
        </w:rPr>
        <w:t xml:space="preserve"> </w:t>
      </w:r>
      <w:r>
        <w:rPr>
          <w:rFonts w:ascii="SchoolBookSanPin Cyr Cyr" w:hAnsi="SchoolBookSanPin Cyr Cyr" w:cs="SchoolBookSanPin Cyr Cyr"/>
        </w:rPr>
        <w:t>должно</w:t>
      </w:r>
      <w:r>
        <w:rPr>
          <w:rFonts w:ascii="SchoolBookSanPin Cyr" w:hAnsi="SchoolBookSanPin Cyr" w:cs="SchoolBookSanPin Cyr"/>
        </w:rPr>
        <w:t xml:space="preserve"> </w:t>
      </w:r>
      <w:r>
        <w:rPr>
          <w:rFonts w:ascii="SchoolBookSanPin Cyr Cyr" w:hAnsi="SchoolBookSanPin Cyr Cyr" w:cs="SchoolBookSanPin Cyr Cyr"/>
        </w:rPr>
        <w:t>способствовать</w:t>
      </w:r>
      <w:r>
        <w:rPr>
          <w:rFonts w:ascii="SchoolBookSanPin Cyr" w:hAnsi="SchoolBookSanPin Cyr" w:cs="SchoolBookSanPin Cyr"/>
        </w:rPr>
        <w:t xml:space="preserve"> </w:t>
      </w:r>
      <w:r>
        <w:rPr>
          <w:rFonts w:ascii="SchoolBookSanPin Cyr Cyr" w:hAnsi="SchoolBookSanPin Cyr Cyr" w:cs="SchoolBookSanPin Cyr Cyr"/>
        </w:rPr>
        <w:t>углублению</w:t>
      </w:r>
      <w:r>
        <w:rPr>
          <w:rFonts w:ascii="SchoolBookSanPin Cyr" w:hAnsi="SchoolBookSanPin Cyr" w:cs="SchoolBookSanPin Cyr"/>
        </w:rPr>
        <w:t xml:space="preserve"> </w:t>
      </w:r>
      <w:r>
        <w:rPr>
          <w:rFonts w:ascii="SchoolBookSanPin Cyr Cyr" w:hAnsi="SchoolBookSanPin Cyr Cyr" w:cs="SchoolBookSanPin Cyr Cyr"/>
        </w:rPr>
        <w:t>содержательных</w:t>
      </w:r>
      <w:r>
        <w:rPr>
          <w:rFonts w:ascii="SchoolBookSanPin Cyr" w:hAnsi="SchoolBookSanPin Cyr" w:cs="SchoolBookSanPin Cyr"/>
        </w:rPr>
        <w:t xml:space="preserve"> </w:t>
      </w:r>
      <w:r>
        <w:rPr>
          <w:rFonts w:ascii="SchoolBookSanPin Cyr Cyr" w:hAnsi="SchoolBookSanPin Cyr Cyr" w:cs="SchoolBookSanPin Cyr Cyr"/>
        </w:rPr>
        <w:t>связей</w:t>
      </w:r>
      <w:r>
        <w:rPr>
          <w:rFonts w:ascii="SchoolBookSanPin Cyr" w:hAnsi="SchoolBookSanPin Cyr" w:cs="SchoolBookSanPin Cyr"/>
        </w:rPr>
        <w:t xml:space="preserve"> </w:t>
      </w:r>
      <w:r>
        <w:rPr>
          <w:rFonts w:ascii="SchoolBookSanPin Cyr Cyr" w:hAnsi="SchoolBookSanPin Cyr Cyr" w:cs="SchoolBookSanPin Cyr Cyr"/>
        </w:rPr>
        <w:t>двух</w:t>
      </w:r>
      <w:r>
        <w:rPr>
          <w:rFonts w:ascii="SchoolBookSanPin Cyr" w:hAnsi="SchoolBookSanPin Cyr" w:cs="SchoolBookSanPin Cyr"/>
        </w:rPr>
        <w:t xml:space="preserve"> </w:t>
      </w:r>
      <w:r>
        <w:rPr>
          <w:rFonts w:ascii="SchoolBookSanPin Cyr Cyr" w:hAnsi="SchoolBookSanPin Cyr Cyr" w:cs="SchoolBookSanPin Cyr Cyr"/>
        </w:rPr>
        <w:t>курсов</w:t>
      </w:r>
      <w:r>
        <w:rPr>
          <w:rFonts w:ascii="SchoolBookSanPin Cyr" w:hAnsi="SchoolBookSanPin Cyr" w:cs="SchoolBookSanPin Cyr"/>
        </w:rPr>
        <w:t xml:space="preserve">, </w:t>
      </w:r>
      <w:r>
        <w:rPr>
          <w:rFonts w:ascii="SchoolBookSanPin Cyr Cyr" w:hAnsi="SchoolBookSanPin Cyr Cyr" w:cs="SchoolBookSanPin Cyr Cyr"/>
        </w:rPr>
        <w:t>выстраиванию</w:t>
      </w:r>
      <w:r>
        <w:rPr>
          <w:rFonts w:ascii="SchoolBookSanPin Cyr" w:hAnsi="SchoolBookSanPin Cyr" w:cs="SchoolBookSanPin Cyr"/>
        </w:rPr>
        <w:t xml:space="preserve"> </w:t>
      </w:r>
      <w:r>
        <w:rPr>
          <w:rFonts w:ascii="SchoolBookSanPin Cyr Cyr" w:hAnsi="SchoolBookSanPin Cyr Cyr" w:cs="SchoolBookSanPin Cyr Cyr"/>
        </w:rPr>
        <w:t>единой</w:t>
      </w:r>
      <w:r>
        <w:rPr>
          <w:rFonts w:ascii="SchoolBookSanPin Cyr" w:hAnsi="SchoolBookSanPin Cyr" w:cs="SchoolBookSanPin Cyr"/>
        </w:rPr>
        <w:t xml:space="preserve"> </w:t>
      </w:r>
      <w:r>
        <w:rPr>
          <w:rFonts w:ascii="SchoolBookSanPin Cyr Cyr" w:hAnsi="SchoolBookSanPin Cyr Cyr" w:cs="SchoolBookSanPin Cyr Cyr"/>
        </w:rPr>
        <w:t>линии</w:t>
      </w:r>
      <w:r>
        <w:rPr>
          <w:rFonts w:ascii="SchoolBookSanPin Cyr" w:hAnsi="SchoolBookSanPin Cyr" w:cs="SchoolBookSanPin Cyr"/>
        </w:rPr>
        <w:t xml:space="preserve"> </w:t>
      </w:r>
      <w:r>
        <w:rPr>
          <w:rFonts w:ascii="SchoolBookSanPin Cyr Cyr" w:hAnsi="SchoolBookSanPin Cyr Cyr" w:cs="SchoolBookSanPin Cyr Cyr"/>
        </w:rPr>
        <w:t>развития</w:t>
      </w:r>
      <w:r>
        <w:rPr>
          <w:rFonts w:ascii="SchoolBookSanPin Cyr" w:hAnsi="SchoolBookSanPin Cyr" w:cs="SchoolBookSanPin Cyr"/>
        </w:rPr>
        <w:t xml:space="preserve"> </w:t>
      </w:r>
      <w:r>
        <w:rPr>
          <w:rFonts w:ascii="SchoolBookSanPin Cyr Cyr" w:hAnsi="SchoolBookSanPin Cyr Cyr" w:cs="SchoolBookSanPin Cyr Cyr"/>
        </w:rPr>
        <w:t>познавательной</w:t>
      </w:r>
      <w:r>
        <w:rPr>
          <w:rFonts w:ascii="SchoolBookSanPin Cyr" w:hAnsi="SchoolBookSanPin Cyr" w:cs="SchoolBookSanPin Cyr"/>
        </w:rPr>
        <w:t xml:space="preserve"> </w:t>
      </w:r>
      <w:r>
        <w:rPr>
          <w:rFonts w:ascii="SchoolBookSanPin Cyr Cyr" w:hAnsi="SchoolBookSanPin Cyr Cyr" w:cs="SchoolBookSanPin Cyr Cyr"/>
        </w:rPr>
        <w:t>деятельности</w:t>
      </w:r>
      <w:r>
        <w:rPr>
          <w:rFonts w:ascii="SchoolBookSanPin Cyr" w:hAnsi="SchoolBookSanPin Cyr" w:cs="SchoolBookSanPin Cyr"/>
        </w:rPr>
        <w:t xml:space="preserve"> </w:t>
      </w:r>
      <w:r>
        <w:rPr>
          <w:rFonts w:ascii="SchoolBookSanPin Cyr Cyr" w:hAnsi="SchoolBookSanPin Cyr Cyr" w:cs="SchoolBookSanPin Cyr Cyr"/>
        </w:rPr>
        <w:t>учащихся</w:t>
      </w:r>
      <w:r>
        <w:rPr>
          <w:rFonts w:ascii="SchoolBookSanPin Cyr" w:hAnsi="SchoolBookSanPin Cyr" w:cs="SchoolBookSanPin Cyr"/>
        </w:rPr>
        <w:t xml:space="preserve">. </w:t>
      </w:r>
      <w:r>
        <w:rPr>
          <w:rFonts w:ascii="SchoolBookSanPin Cyr Cyr" w:hAnsi="SchoolBookSanPin Cyr Cyr" w:cs="SchoolBookSanPin Cyr Cyr"/>
        </w:rPr>
        <w:t>Названные</w:t>
      </w:r>
      <w:r>
        <w:rPr>
          <w:rFonts w:ascii="SchoolBookSanPin Cyr" w:hAnsi="SchoolBookSanPin Cyr" w:cs="SchoolBookSanPin Cyr"/>
        </w:rPr>
        <w:t xml:space="preserve"> </w:t>
      </w:r>
      <w:r>
        <w:rPr>
          <w:rFonts w:ascii="SchoolBookSanPin Cyr Cyr" w:hAnsi="SchoolBookSanPin Cyr Cyr" w:cs="SchoolBookSanPin Cyr Cyr"/>
        </w:rPr>
        <w:t>ниже</w:t>
      </w:r>
      <w:r>
        <w:rPr>
          <w:rFonts w:ascii="SchoolBookSanPin Cyr" w:hAnsi="SchoolBookSanPin Cyr" w:cs="SchoolBookSanPin Cyr"/>
        </w:rPr>
        <w:t xml:space="preserve"> </w:t>
      </w:r>
      <w:r>
        <w:rPr>
          <w:rFonts w:ascii="SchoolBookSanPin Cyr Cyr" w:hAnsi="SchoolBookSanPin Cyr Cyr" w:cs="SchoolBookSanPin Cyr Cyr"/>
        </w:rPr>
        <w:t>результаты</w:t>
      </w:r>
      <w:r>
        <w:rPr>
          <w:rFonts w:ascii="SchoolBookSanPin Cyr" w:hAnsi="SchoolBookSanPin Cyr" w:cs="SchoolBookSanPin Cyr"/>
        </w:rPr>
        <w:t xml:space="preserve"> </w:t>
      </w:r>
      <w:r>
        <w:rPr>
          <w:rFonts w:ascii="SchoolBookSanPin Cyr Cyr" w:hAnsi="SchoolBookSanPin Cyr Cyr" w:cs="SchoolBookSanPin Cyr Cyr"/>
        </w:rPr>
        <w:t>формируются</w:t>
      </w:r>
      <w:r>
        <w:rPr>
          <w:rFonts w:ascii="SchoolBookSanPin Cyr" w:hAnsi="SchoolBookSanPin Cyr" w:cs="SchoolBookSanPin Cyr"/>
        </w:rPr>
        <w:t xml:space="preserve"> </w:t>
      </w:r>
      <w:r>
        <w:rPr>
          <w:rFonts w:ascii="SchoolBookSanPin Cyr Cyr" w:hAnsi="SchoolBookSanPin Cyr Cyr" w:cs="SchoolBookSanPin Cyr Cyr"/>
        </w:rPr>
        <w:t>в</w:t>
      </w:r>
      <w:r>
        <w:rPr>
          <w:rFonts w:ascii="SchoolBookSanPin Cyr" w:hAnsi="SchoolBookSanPin Cyr" w:cs="SchoolBookSanPin Cyr"/>
        </w:rPr>
        <w:t xml:space="preserve"> </w:t>
      </w:r>
      <w:r>
        <w:rPr>
          <w:rFonts w:ascii="SchoolBookSanPin Cyr Cyr" w:hAnsi="SchoolBookSanPin Cyr Cyr" w:cs="SchoolBookSanPin Cyr Cyr"/>
        </w:rPr>
        <w:t>работе</w:t>
      </w:r>
      <w:r>
        <w:rPr>
          <w:rFonts w:ascii="SchoolBookSanPin Cyr" w:hAnsi="SchoolBookSanPin Cyr" w:cs="SchoolBookSanPin Cyr"/>
        </w:rPr>
        <w:t xml:space="preserve"> </w:t>
      </w:r>
      <w:r>
        <w:rPr>
          <w:rFonts w:ascii="SchoolBookSanPin Cyr Cyr" w:hAnsi="SchoolBookSanPin Cyr Cyr" w:cs="SchoolBookSanPin Cyr Cyr"/>
        </w:rPr>
        <w:t>с</w:t>
      </w:r>
      <w:r>
        <w:rPr>
          <w:rFonts w:ascii="SchoolBookSanPin Cyr" w:hAnsi="SchoolBookSanPin Cyr" w:cs="SchoolBookSanPin Cyr"/>
        </w:rPr>
        <w:t xml:space="preserve"> </w:t>
      </w:r>
      <w:r>
        <w:rPr>
          <w:rFonts w:ascii="SchoolBookSanPin Cyr Cyr" w:hAnsi="SchoolBookSanPin Cyr Cyr" w:cs="SchoolBookSanPin Cyr Cyr"/>
        </w:rPr>
        <w:t>комплексом</w:t>
      </w:r>
      <w:r>
        <w:rPr>
          <w:rFonts w:ascii="SchoolBookSanPin Cyr" w:hAnsi="SchoolBookSanPin Cyr" w:cs="SchoolBookSanPin Cyr"/>
        </w:rPr>
        <w:t xml:space="preserve"> </w:t>
      </w:r>
      <w:r>
        <w:rPr>
          <w:rFonts w:ascii="SchoolBookSanPin Cyr Cyr" w:hAnsi="SchoolBookSanPin Cyr Cyr" w:cs="SchoolBookSanPin Cyr Cyr"/>
        </w:rPr>
        <w:t>учебных</w:t>
      </w:r>
      <w:r>
        <w:rPr>
          <w:rFonts w:ascii="SchoolBookSanPin Cyr" w:hAnsi="SchoolBookSanPin Cyr" w:cs="SchoolBookSanPin Cyr"/>
        </w:rPr>
        <w:t xml:space="preserve"> </w:t>
      </w:r>
      <w:r>
        <w:rPr>
          <w:rFonts w:ascii="SchoolBookSanPin Cyr Cyr" w:hAnsi="SchoolBookSanPin Cyr Cyr" w:cs="SchoolBookSanPin Cyr Cyr"/>
        </w:rPr>
        <w:t>пособий</w:t>
      </w:r>
      <w:r>
        <w:rPr>
          <w:rFonts w:ascii="SchoolBookSanPin Cyr" w:hAnsi="SchoolBookSanPin Cyr" w:cs="SchoolBookSanPin Cyr"/>
        </w:rPr>
        <w:t xml:space="preserve"> — </w:t>
      </w:r>
      <w:r>
        <w:rPr>
          <w:rFonts w:ascii="SchoolBookSanPin Cyr Cyr" w:hAnsi="SchoolBookSanPin Cyr Cyr" w:cs="SchoolBookSanPin Cyr Cyr"/>
        </w:rPr>
        <w:t>учебниками</w:t>
      </w:r>
      <w:r>
        <w:rPr>
          <w:rFonts w:ascii="SchoolBookSanPin Cyr" w:hAnsi="SchoolBookSanPin Cyr" w:cs="SchoolBookSanPin Cyr"/>
        </w:rPr>
        <w:t xml:space="preserve">, </w:t>
      </w:r>
      <w:r>
        <w:rPr>
          <w:rFonts w:ascii="SchoolBookSanPin Cyr Cyr" w:hAnsi="SchoolBookSanPin Cyr Cyr" w:cs="SchoolBookSanPin Cyr Cyr"/>
        </w:rPr>
        <w:t>настенными</w:t>
      </w:r>
      <w:r>
        <w:rPr>
          <w:rFonts w:ascii="SchoolBookSanPin Cyr" w:hAnsi="SchoolBookSanPin Cyr" w:cs="SchoolBookSanPin Cyr"/>
        </w:rPr>
        <w:t xml:space="preserve"> </w:t>
      </w:r>
      <w:r>
        <w:rPr>
          <w:rFonts w:ascii="SchoolBookSanPin Cyr Cyr" w:hAnsi="SchoolBookSanPin Cyr Cyr" w:cs="SchoolBookSanPin Cyr Cyr"/>
        </w:rPr>
        <w:t>и</w:t>
      </w:r>
      <w:r>
        <w:rPr>
          <w:rFonts w:ascii="SchoolBookSanPin Cyr" w:hAnsi="SchoolBookSanPin Cyr" w:cs="SchoolBookSanPin Cyr"/>
        </w:rPr>
        <w:t xml:space="preserve"> </w:t>
      </w:r>
      <w:r>
        <w:rPr>
          <w:rFonts w:ascii="SchoolBookSanPin Cyr Cyr" w:hAnsi="SchoolBookSanPin Cyr Cyr" w:cs="SchoolBookSanPin Cyr Cyr"/>
        </w:rPr>
        <w:t>электронными</w:t>
      </w:r>
      <w:r>
        <w:rPr>
          <w:rFonts w:ascii="SchoolBookSanPin Cyr" w:hAnsi="SchoolBookSanPin Cyr" w:cs="SchoolBookSanPin Cyr"/>
        </w:rPr>
        <w:t xml:space="preserve"> </w:t>
      </w:r>
      <w:r>
        <w:rPr>
          <w:rFonts w:ascii="SchoolBookSanPin Cyr Cyr" w:hAnsi="SchoolBookSanPin Cyr Cyr" w:cs="SchoolBookSanPin Cyr Cyr"/>
        </w:rPr>
        <w:t>картами</w:t>
      </w:r>
      <w:r>
        <w:rPr>
          <w:rFonts w:ascii="SchoolBookSanPin Cyr" w:hAnsi="SchoolBookSanPin Cyr" w:cs="SchoolBookSanPin Cyr"/>
        </w:rPr>
        <w:t xml:space="preserve"> </w:t>
      </w:r>
      <w:r>
        <w:rPr>
          <w:rFonts w:ascii="SchoolBookSanPin Cyr Cyr" w:hAnsi="SchoolBookSanPin Cyr Cyr" w:cs="SchoolBookSanPin Cyr Cyr"/>
        </w:rPr>
        <w:t>и</w:t>
      </w:r>
      <w:r>
        <w:rPr>
          <w:rFonts w:ascii="SchoolBookSanPin Cyr" w:hAnsi="SchoolBookSanPin Cyr" w:cs="SchoolBookSanPin Cyr"/>
        </w:rPr>
        <w:t xml:space="preserve"> </w:t>
      </w:r>
      <w:r>
        <w:rPr>
          <w:rFonts w:ascii="SchoolBookSanPin Cyr Cyr" w:hAnsi="SchoolBookSanPin Cyr Cyr" w:cs="SchoolBookSanPin Cyr Cyr"/>
        </w:rPr>
        <w:t>атласами</w:t>
      </w:r>
      <w:r>
        <w:rPr>
          <w:rFonts w:ascii="SchoolBookSanPin Cyr" w:hAnsi="SchoolBookSanPin Cyr" w:cs="SchoolBookSanPin Cyr"/>
        </w:rPr>
        <w:t xml:space="preserve">, </w:t>
      </w:r>
      <w:r>
        <w:rPr>
          <w:rFonts w:ascii="SchoolBookSanPin Cyr Cyr" w:hAnsi="SchoolBookSanPin Cyr Cyr" w:cs="SchoolBookSanPin Cyr Cyr"/>
        </w:rPr>
        <w:t>хрестоматиями</w:t>
      </w:r>
      <w:r>
        <w:rPr>
          <w:rFonts w:ascii="SchoolBookSanPin Cyr" w:hAnsi="SchoolBookSanPin Cyr" w:cs="SchoolBookSanPin Cyr"/>
        </w:rPr>
        <w:t xml:space="preserve"> </w:t>
      </w:r>
      <w:r>
        <w:rPr>
          <w:rFonts w:ascii="SchoolBookSanPin Cyr Cyr" w:hAnsi="SchoolBookSanPin Cyr Cyr" w:cs="SchoolBookSanPin Cyr Cyr"/>
        </w:rPr>
        <w:t>и</w:t>
      </w:r>
      <w:r>
        <w:rPr>
          <w:rFonts w:ascii="SchoolBookSanPin Cyr" w:hAnsi="SchoolBookSanPin Cyr" w:cs="SchoolBookSanPin Cyr"/>
        </w:rPr>
        <w:t xml:space="preserve"> </w:t>
      </w:r>
      <w:r>
        <w:rPr>
          <w:rFonts w:ascii="SchoolBookSanPin Cyr Cyr" w:hAnsi="SchoolBookSanPin Cyr Cyr" w:cs="SchoolBookSanPin Cyr Cyr"/>
        </w:rPr>
        <w:t>т</w:t>
      </w:r>
      <w:r>
        <w:rPr>
          <w:rFonts w:ascii="SchoolBookSanPin Cyr" w:hAnsi="SchoolBookSanPin Cyr" w:cs="SchoolBookSanPin Cyr"/>
        </w:rPr>
        <w:t xml:space="preserve">. </w:t>
      </w:r>
      <w:r>
        <w:rPr>
          <w:rFonts w:ascii="SchoolBookSanPin Cyr Cyr" w:hAnsi="SchoolBookSanPin Cyr Cyr" w:cs="SchoolBookSanPin Cyr Cyr"/>
        </w:rPr>
        <w:t>д</w:t>
      </w:r>
      <w:r>
        <w:rPr>
          <w:rFonts w:ascii="SchoolBookSanPin Cyr" w:hAnsi="SchoolBookSanPin Cyr" w:cs="SchoolBookSanPin Cyr"/>
        </w:rPr>
        <w:t xml:space="preserve">. </w:t>
      </w:r>
      <w:r>
        <w:rPr>
          <w:rFonts w:ascii="SchoolBookSanPin Cyr Cyr" w:hAnsi="SchoolBookSanPin Cyr Cyr" w:cs="SchoolBookSanPin Cyr Cyr"/>
        </w:rPr>
        <w:t>Это</w:t>
      </w:r>
      <w:r>
        <w:rPr>
          <w:rFonts w:ascii="SchoolBookSanPin Cyr" w:hAnsi="SchoolBookSanPin Cyr" w:cs="SchoolBookSanPin Cyr"/>
        </w:rPr>
        <w:t xml:space="preserve"> </w:t>
      </w:r>
      <w:r>
        <w:rPr>
          <w:rFonts w:ascii="SchoolBookSanPin Cyr Cyr" w:hAnsi="SchoolBookSanPin Cyr Cyr" w:cs="SchoolBookSanPin Cyr Cyr"/>
        </w:rPr>
        <w:t>предполагается</w:t>
      </w:r>
      <w:r>
        <w:rPr>
          <w:rFonts w:ascii="SchoolBookSanPin Cyr" w:hAnsi="SchoolBookSanPin Cyr" w:cs="SchoolBookSanPin Cyr"/>
        </w:rPr>
        <w:t xml:space="preserve"> </w:t>
      </w:r>
      <w:r>
        <w:rPr>
          <w:rFonts w:ascii="SchoolBookSanPin Cyr Cyr" w:hAnsi="SchoolBookSanPin Cyr Cyr" w:cs="SchoolBookSanPin Cyr Cyr"/>
        </w:rPr>
        <w:t>по</w:t>
      </w:r>
      <w:r>
        <w:rPr>
          <w:rFonts w:ascii="SchoolBookSanPin Cyr" w:hAnsi="SchoolBookSanPin Cyr" w:cs="SchoolBookSanPin Cyr"/>
        </w:rPr>
        <w:t xml:space="preserve"> </w:t>
      </w:r>
      <w:r>
        <w:rPr>
          <w:rFonts w:ascii="SchoolBookSanPin Cyr Cyr" w:hAnsi="SchoolBookSanPin Cyr Cyr" w:cs="SchoolBookSanPin Cyr Cyr"/>
        </w:rPr>
        <w:t>определению</w:t>
      </w:r>
      <w:r>
        <w:rPr>
          <w:rFonts w:ascii="SchoolBookSanPin Cyr" w:hAnsi="SchoolBookSanPin Cyr" w:cs="SchoolBookSanPin Cyr"/>
        </w:rPr>
        <w:t xml:space="preserve">, </w:t>
      </w:r>
      <w:r>
        <w:rPr>
          <w:rFonts w:ascii="SchoolBookSanPin Cyr Cyr" w:hAnsi="SchoolBookSanPin Cyr Cyr" w:cs="SchoolBookSanPin Cyr Cyr"/>
        </w:rPr>
        <w:t>но</w:t>
      </w:r>
      <w:r>
        <w:rPr>
          <w:rFonts w:ascii="SchoolBookSanPin Cyr" w:hAnsi="SchoolBookSanPin Cyr" w:cs="SchoolBookSanPin Cyr"/>
        </w:rPr>
        <w:t xml:space="preserve"> </w:t>
      </w:r>
      <w:r>
        <w:rPr>
          <w:rFonts w:ascii="SchoolBookSanPin Cyr Cyr" w:hAnsi="SchoolBookSanPin Cyr Cyr" w:cs="SchoolBookSanPin Cyr Cyr"/>
        </w:rPr>
        <w:t>не</w:t>
      </w:r>
      <w:r>
        <w:rPr>
          <w:rFonts w:ascii="SchoolBookSanPin Cyr" w:hAnsi="SchoolBookSanPin Cyr" w:cs="SchoolBookSanPin Cyr"/>
        </w:rPr>
        <w:t xml:space="preserve"> </w:t>
      </w:r>
      <w:r>
        <w:rPr>
          <w:rFonts w:ascii="SchoolBookSanPin Cyr Cyr" w:hAnsi="SchoolBookSanPin Cyr Cyr" w:cs="SchoolBookSanPin Cyr Cyr"/>
        </w:rPr>
        <w:t>повторяется</w:t>
      </w:r>
      <w:r>
        <w:rPr>
          <w:rFonts w:ascii="SchoolBookSanPin Cyr" w:hAnsi="SchoolBookSanPin Cyr" w:cs="SchoolBookSanPin Cyr"/>
        </w:rPr>
        <w:t xml:space="preserve"> </w:t>
      </w:r>
      <w:r>
        <w:rPr>
          <w:rFonts w:ascii="SchoolBookSanPin Cyr Cyr" w:hAnsi="SchoolBookSanPin Cyr Cyr" w:cs="SchoolBookSanPin Cyr Cyr"/>
        </w:rPr>
        <w:t>для</w:t>
      </w:r>
      <w:r>
        <w:rPr>
          <w:rFonts w:ascii="SchoolBookSanPin Cyr" w:hAnsi="SchoolBookSanPin Cyr" w:cs="SchoolBookSanPin Cyr"/>
        </w:rPr>
        <w:t xml:space="preserve"> </w:t>
      </w:r>
      <w:r>
        <w:rPr>
          <w:rFonts w:ascii="SchoolBookSanPin Cyr Cyr" w:hAnsi="SchoolBookSanPin Cyr Cyr" w:cs="SchoolBookSanPin Cyr Cyr"/>
        </w:rPr>
        <w:t>каждого</w:t>
      </w:r>
      <w:r>
        <w:rPr>
          <w:rFonts w:ascii="SchoolBookSanPin Cyr" w:hAnsi="SchoolBookSanPin Cyr" w:cs="SchoolBookSanPin Cyr"/>
        </w:rPr>
        <w:t xml:space="preserve"> </w:t>
      </w:r>
      <w:r>
        <w:rPr>
          <w:rFonts w:ascii="SchoolBookSanPin Cyr Cyr" w:hAnsi="SchoolBookSanPin Cyr Cyr" w:cs="SchoolBookSanPin Cyr Cyr"/>
        </w:rPr>
        <w:t>результата</w:t>
      </w:r>
      <w:r>
        <w:rPr>
          <w:rFonts w:ascii="SchoolBookSanPin Cyr" w:hAnsi="SchoolBookSanPin Cyr" w:cs="SchoolBookSanPin Cyr"/>
        </w:rPr>
        <w:t xml:space="preserve"> </w:t>
      </w:r>
      <w:r>
        <w:rPr>
          <w:rFonts w:ascii="SchoolBookSanPin Cyr Cyr" w:hAnsi="SchoolBookSanPin Cyr Cyr" w:cs="SchoolBookSanPin Cyr Cyr"/>
        </w:rPr>
        <w:t>из</w:t>
      </w:r>
      <w:r>
        <w:rPr>
          <w:rFonts w:ascii="SchoolBookSanPin Cyr" w:hAnsi="SchoolBookSanPin Cyr" w:cs="SchoolBookSanPin Cyr"/>
        </w:rPr>
        <w:t xml:space="preserve"> </w:t>
      </w:r>
      <w:r>
        <w:rPr>
          <w:rFonts w:ascii="SchoolBookSanPin Cyr Cyr" w:hAnsi="SchoolBookSanPin Cyr Cyr" w:cs="SchoolBookSanPin Cyr Cyr"/>
        </w:rPr>
        <w:t>соображений</w:t>
      </w:r>
      <w:r>
        <w:rPr>
          <w:rFonts w:ascii="SchoolBookSanPin Cyr" w:hAnsi="SchoolBookSanPin Cyr" w:cs="SchoolBookSanPin Cyr"/>
        </w:rPr>
        <w:t xml:space="preserve"> </w:t>
      </w:r>
      <w:r>
        <w:rPr>
          <w:rFonts w:ascii="SchoolBookSanPin Cyr Cyr" w:hAnsi="SchoolBookSanPin Cyr Cyr" w:cs="SchoolBookSanPin Cyr Cyr"/>
        </w:rPr>
        <w:t>компактности</w:t>
      </w:r>
      <w:r>
        <w:rPr>
          <w:rFonts w:ascii="SchoolBookSanPin Cyr" w:hAnsi="SchoolBookSanPin Cyr" w:cs="SchoolBookSanPin Cyr"/>
        </w:rPr>
        <w:t xml:space="preserve"> </w:t>
      </w:r>
      <w:r>
        <w:rPr>
          <w:rFonts w:ascii="SchoolBookSanPin Cyr Cyr" w:hAnsi="SchoolBookSanPin Cyr Cyr" w:cs="SchoolBookSanPin Cyr Cyr"/>
        </w:rPr>
        <w:t>изложения</w:t>
      </w:r>
      <w:r>
        <w:rPr>
          <w:rFonts w:ascii="SchoolBookSanPin Cyr" w:hAnsi="SchoolBookSanPin Cyr" w:cs="SchoolBookSanPin Cyr"/>
        </w:rPr>
        <w:t>.</w:t>
      </w:r>
    </w:p>
    <w:p w:rsidR="00F44E79" w:rsidRDefault="00F44E79" w:rsidP="00DE5D44">
      <w:pPr>
        <w:pStyle w:val="footnote"/>
      </w:pPr>
    </w:p>
  </w:footnote>
  <w:footnote w:id="6">
    <w:p w:rsidR="00F44E79" w:rsidRDefault="00F44E79">
      <w:pPr>
        <w:pStyle w:val="a4"/>
        <w:tabs>
          <w:tab w:val="left" w:pos="221"/>
        </w:tabs>
        <w:jc w:val="both"/>
      </w:pPr>
      <w:r>
        <w:rPr>
          <w:rStyle w:val="a3"/>
          <w:rFonts w:cs="Georgia"/>
          <w:vertAlign w:val="superscript"/>
        </w:rPr>
        <w:footnoteRef/>
      </w:r>
      <w:r>
        <w:rPr>
          <w:rStyle w:val="a3"/>
          <w:rFonts w:cs="Georgia"/>
        </w:rPr>
        <w:tab/>
        <w:t>Концепция преподавания учебного предмета «Обществознание» в образовательных организациях Российской Федерации, реализу</w:t>
      </w:r>
      <w:r>
        <w:rPr>
          <w:rStyle w:val="a3"/>
          <w:rFonts w:cs="Georgia"/>
        </w:rPr>
        <w:softHyphen/>
        <w:t>ющих основные общеобразовательные программы / Банк докумен</w:t>
      </w:r>
      <w:r>
        <w:rPr>
          <w:rStyle w:val="a3"/>
          <w:rFonts w:cs="Georgia"/>
        </w:rPr>
        <w:softHyphen/>
        <w:t xml:space="preserve">тов. Министерство просвещения Российской Федерации. </w:t>
      </w:r>
      <w:r>
        <w:rPr>
          <w:rStyle w:val="a3"/>
          <w:rFonts w:cs="Georgia"/>
          <w:lang w:val="en-US" w:eastAsia="en-US"/>
        </w:rPr>
        <w:t>https</w:t>
      </w:r>
      <w:r w:rsidRPr="00933320">
        <w:rPr>
          <w:rStyle w:val="a3"/>
          <w:rFonts w:cs="Georgia"/>
          <w:lang w:eastAsia="en-US"/>
        </w:rPr>
        <w:t xml:space="preserve">:// </w:t>
      </w:r>
      <w:r>
        <w:rPr>
          <w:rStyle w:val="a3"/>
          <w:rFonts w:cs="Georgia"/>
          <w:lang w:val="en-US" w:eastAsia="en-US"/>
        </w:rPr>
        <w:t>docs</w:t>
      </w:r>
      <w:r w:rsidRPr="00933320">
        <w:rPr>
          <w:rStyle w:val="a3"/>
          <w:rFonts w:cs="Georgia"/>
          <w:lang w:eastAsia="en-US"/>
        </w:rPr>
        <w:t>.</w:t>
      </w:r>
      <w:r>
        <w:rPr>
          <w:rStyle w:val="a3"/>
          <w:rFonts w:cs="Georgia"/>
          <w:lang w:val="en-US" w:eastAsia="en-US"/>
        </w:rPr>
        <w:t>edu</w:t>
      </w:r>
      <w:r w:rsidRPr="00933320">
        <w:rPr>
          <w:rStyle w:val="a3"/>
          <w:rFonts w:cs="Georgia"/>
          <w:lang w:eastAsia="en-US"/>
        </w:rPr>
        <w:t>.</w:t>
      </w:r>
      <w:r>
        <w:rPr>
          <w:rStyle w:val="a3"/>
          <w:rFonts w:cs="Georgia"/>
          <w:lang w:val="en-US" w:eastAsia="en-US"/>
        </w:rPr>
        <w:t>gov</w:t>
      </w:r>
      <w:r w:rsidRPr="00933320">
        <w:rPr>
          <w:rStyle w:val="a3"/>
          <w:rFonts w:cs="Georgia"/>
          <w:lang w:eastAsia="en-US"/>
        </w:rPr>
        <w:t>.</w:t>
      </w:r>
      <w:r>
        <w:rPr>
          <w:rStyle w:val="a3"/>
          <w:rFonts w:cs="Georgia"/>
          <w:lang w:val="en-US" w:eastAsia="en-US"/>
        </w:rPr>
        <w:t>ru</w:t>
      </w:r>
      <w:r w:rsidRPr="00933320">
        <w:rPr>
          <w:rStyle w:val="a3"/>
          <w:rFonts w:cs="Georgia"/>
          <w:lang w:eastAsia="en-US"/>
        </w:rPr>
        <w:t>/</w:t>
      </w:r>
      <w:r>
        <w:rPr>
          <w:rStyle w:val="a3"/>
          <w:rFonts w:cs="Georgia"/>
          <w:lang w:val="en-US" w:eastAsia="en-US"/>
        </w:rPr>
        <w:t>document</w:t>
      </w:r>
      <w:r w:rsidRPr="00933320">
        <w:rPr>
          <w:rStyle w:val="a3"/>
          <w:rFonts w:cs="Georgia"/>
          <w:lang w:eastAsia="en-US"/>
        </w:rPr>
        <w:t>/9906056</w:t>
      </w:r>
      <w:r>
        <w:rPr>
          <w:rStyle w:val="a3"/>
          <w:rFonts w:cs="Georgia"/>
          <w:lang w:val="en-US" w:eastAsia="en-US"/>
        </w:rPr>
        <w:t>a</w:t>
      </w:r>
      <w:r w:rsidRPr="00933320">
        <w:rPr>
          <w:rStyle w:val="a3"/>
          <w:rFonts w:cs="Georgia"/>
          <w:lang w:eastAsia="en-US"/>
        </w:rPr>
        <w:t>57059</w:t>
      </w:r>
      <w:r>
        <w:rPr>
          <w:rStyle w:val="a3"/>
          <w:rFonts w:cs="Georgia"/>
          <w:lang w:val="en-US" w:eastAsia="en-US"/>
        </w:rPr>
        <w:t>c</w:t>
      </w:r>
      <w:r w:rsidRPr="00933320">
        <w:rPr>
          <w:rStyle w:val="a3"/>
          <w:rFonts w:cs="Georgia"/>
          <w:lang w:eastAsia="en-US"/>
        </w:rPr>
        <w:t>4266</w:t>
      </w:r>
      <w:r>
        <w:rPr>
          <w:rStyle w:val="a3"/>
          <w:rFonts w:cs="Georgia"/>
          <w:lang w:val="en-US" w:eastAsia="en-US"/>
        </w:rPr>
        <w:t>eaa</w:t>
      </w:r>
      <w:r w:rsidRPr="00933320">
        <w:rPr>
          <w:rStyle w:val="a3"/>
          <w:rFonts w:cs="Georgia"/>
          <w:lang w:eastAsia="en-US"/>
        </w:rPr>
        <w:t>78</w:t>
      </w:r>
      <w:r>
        <w:rPr>
          <w:rStyle w:val="a3"/>
          <w:rFonts w:cs="Georgia"/>
          <w:lang w:val="en-US" w:eastAsia="en-US"/>
        </w:rPr>
        <w:t>bff</w:t>
      </w:r>
      <w:r w:rsidRPr="00933320">
        <w:rPr>
          <w:rStyle w:val="a3"/>
          <w:rFonts w:cs="Georgia"/>
          <w:lang w:eastAsia="en-US"/>
        </w:rPr>
        <w:t>1</w:t>
      </w:r>
      <w:r>
        <w:rPr>
          <w:rStyle w:val="a3"/>
          <w:rFonts w:cs="Georgia"/>
          <w:lang w:val="en-US" w:eastAsia="en-US"/>
        </w:rPr>
        <w:t>f</w:t>
      </w:r>
      <w:r w:rsidRPr="00933320">
        <w:rPr>
          <w:rStyle w:val="a3"/>
          <w:rFonts w:cs="Georgia"/>
          <w:lang w:eastAsia="en-US"/>
        </w:rPr>
        <w:t>0</w:t>
      </w:r>
      <w:r>
        <w:rPr>
          <w:rStyle w:val="a3"/>
          <w:rFonts w:cs="Georgia"/>
          <w:lang w:val="en-US" w:eastAsia="en-US"/>
        </w:rPr>
        <w:t>bbe</w:t>
      </w:r>
    </w:p>
  </w:footnote>
  <w:footnote w:id="7">
    <w:p w:rsidR="00F44E79" w:rsidRDefault="00F44E79">
      <w:pPr>
        <w:pStyle w:val="a4"/>
        <w:tabs>
          <w:tab w:val="left" w:pos="221"/>
        </w:tabs>
        <w:jc w:val="both"/>
      </w:pPr>
      <w:r>
        <w:rPr>
          <w:rStyle w:val="a3"/>
          <w:rFonts w:cs="Georgia"/>
          <w:vertAlign w:val="superscript"/>
        </w:rPr>
        <w:footnoteRef/>
      </w:r>
      <w:r>
        <w:rPr>
          <w:rStyle w:val="a3"/>
          <w:rFonts w:cs="Georgia"/>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 w:history="1">
        <w:r>
          <w:rPr>
            <w:rStyle w:val="a3"/>
            <w:rFonts w:cs="Georgia"/>
            <w:lang w:val="en-US" w:eastAsia="en-US"/>
          </w:rPr>
          <w:t>http</w:t>
        </w:r>
        <w:r w:rsidRPr="00933320">
          <w:rPr>
            <w:rStyle w:val="a3"/>
            <w:rFonts w:cs="Georgia"/>
            <w:lang w:eastAsia="en-US"/>
          </w:rPr>
          <w:t>://</w:t>
        </w:r>
        <w:r>
          <w:rPr>
            <w:rStyle w:val="a3"/>
            <w:rFonts w:cs="Georgia"/>
            <w:lang w:val="en-US" w:eastAsia="en-US"/>
          </w:rPr>
          <w:t>form</w:t>
        </w:r>
        <w:r w:rsidRPr="00933320">
          <w:rPr>
            <w:rStyle w:val="a3"/>
            <w:rFonts w:cs="Georgia"/>
            <w:lang w:eastAsia="en-US"/>
          </w:rPr>
          <w:t>.</w:t>
        </w:r>
        <w:r>
          <w:rPr>
            <w:rStyle w:val="a3"/>
            <w:rFonts w:cs="Georgia"/>
            <w:lang w:val="en-US" w:eastAsia="en-US"/>
          </w:rPr>
          <w:t>instrao</w:t>
        </w:r>
        <w:r w:rsidRPr="00933320">
          <w:rPr>
            <w:rStyle w:val="a3"/>
            <w:rFonts w:cs="Georgia"/>
            <w:lang w:eastAsia="en-US"/>
          </w:rPr>
          <w:t>.</w:t>
        </w:r>
        <w:r>
          <w:rPr>
            <w:rStyle w:val="a3"/>
            <w:rFonts w:cs="Georgia"/>
            <w:lang w:val="en-US" w:eastAsia="en-US"/>
          </w:rPr>
          <w:t>ru</w:t>
        </w:r>
      </w:hyperlink>
    </w:p>
  </w:footnote>
  <w:footnote w:id="8">
    <w:p w:rsidR="00F44E79" w:rsidRDefault="00F44E79">
      <w:pPr>
        <w:pStyle w:val="a4"/>
        <w:jc w:val="both"/>
      </w:pPr>
      <w:r>
        <w:rPr>
          <w:rStyle w:val="a3"/>
          <w:rFonts w:cs="Georgia"/>
          <w:vertAlign w:val="superscript"/>
        </w:rPr>
        <w:footnoteRef/>
      </w:r>
      <w:r>
        <w:rPr>
          <w:rStyle w:val="a3"/>
          <w:rFonts w:cs="Georgia"/>
        </w:rPr>
        <w:t xml:space="preserve"> Далее в примерной программе предметные результаты конкрети</w:t>
      </w:r>
      <w:r>
        <w:rPr>
          <w:rStyle w:val="a3"/>
          <w:rFonts w:cs="Georgia"/>
        </w:rPr>
        <w:softHyphen/>
        <w:t>зируются по годам обучения. В разделе программы «Тематическое планирование» каждый из предметных результатов содержит но</w:t>
      </w:r>
      <w:r>
        <w:rPr>
          <w:rStyle w:val="a3"/>
          <w:rFonts w:cs="Georgia"/>
        </w:rPr>
        <w:softHyphen/>
        <w:t>мер конкретизируемого обобщённого результата, представленного в данном перечне.</w:t>
      </w:r>
    </w:p>
  </w:footnote>
  <w:footnote w:id="9">
    <w:p w:rsidR="00F44E79" w:rsidRDefault="00F44E79" w:rsidP="00C92330">
      <w:pPr>
        <w:pStyle w:val="FootnoteText"/>
      </w:pPr>
    </w:p>
  </w:footnote>
  <w:footnote w:id="10">
    <w:p w:rsidR="00F44E79" w:rsidRDefault="00F44E79" w:rsidP="00C92330">
      <w:pPr>
        <w:pStyle w:val="FootnoteText"/>
      </w:pPr>
    </w:p>
  </w:footnote>
  <w:footnote w:id="11">
    <w:p w:rsidR="00F44E79" w:rsidRDefault="00F44E79">
      <w:pPr>
        <w:pStyle w:val="a4"/>
        <w:jc w:val="both"/>
        <w:rPr>
          <w:rFonts w:ascii="Courier New" w:hAnsi="Courier New" w:cs="Courier New"/>
          <w:color w:val="auto"/>
          <w:sz w:val="24"/>
          <w:szCs w:val="24"/>
        </w:rPr>
      </w:pPr>
      <w:r>
        <w:rPr>
          <w:rStyle w:val="a3"/>
          <w:rFonts w:cs="Georgia"/>
          <w:vertAlign w:val="superscript"/>
        </w:rPr>
        <w:footnoteRef/>
      </w:r>
      <w:r>
        <w:rPr>
          <w:rStyle w:val="a3"/>
          <w:rFonts w:cs="Georgia"/>
        </w:rPr>
        <w:t xml:space="preserve"> МС — элементы содержания, включающие межпредметные связи, которые подробнее раскрыты в тематическом планировании.</w:t>
      </w:r>
    </w:p>
    <w:p w:rsidR="00F44E79" w:rsidRDefault="00F44E79">
      <w:pPr>
        <w:pStyle w:val="a4"/>
        <w:ind w:firstLine="0"/>
        <w:jc w:val="both"/>
      </w:pPr>
      <w:r>
        <w:rPr>
          <w:rStyle w:val="a3"/>
          <w:rFonts w:cs="Georgia"/>
        </w:rPr>
        <w:t>Здесь и далее приводится расширенный перечень лабораторных ра</w:t>
      </w:r>
      <w:r>
        <w:rPr>
          <w:rStyle w:val="a3"/>
          <w:rFonts w:cs="Georgia"/>
        </w:rPr>
        <w:softHyphen/>
        <w:t>бот и опытов, из которого учитель делает выбор по своему усмотре</w:t>
      </w:r>
      <w:r>
        <w:rPr>
          <w:rStyle w:val="a3"/>
          <w:rFonts w:cs="Georgia"/>
        </w:rPr>
        <w:softHyphen/>
        <w:t>нию и с учётом списка экспериментальных заданий, предлагаемых в рамках ОГЭ по физике.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rsidP="00592328">
    <w:pPr>
      <w:pStyle w:val="Header"/>
      <w:framePr w:wrap="auto"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33</w:t>
    </w:r>
    <w:r>
      <w:rPr>
        <w:rStyle w:val="PageNumber"/>
        <w:rFonts w:cs="Calibri"/>
      </w:rPr>
      <w:fldChar w:fldCharType="end"/>
    </w:r>
  </w:p>
  <w:p w:rsidR="00F44E79" w:rsidRDefault="00F44E79" w:rsidP="00592328">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pStyle w:val="Header"/>
      <w:jc w:val="right"/>
    </w:pPr>
    <w:fldSimple w:instr="PAGE   \* MERGEFORMAT">
      <w:r>
        <w:rPr>
          <w:noProof/>
        </w:rPr>
        <w:t>511</w:t>
      </w:r>
    </w:fldSimple>
  </w:p>
  <w:p w:rsidR="00F44E79" w:rsidRDefault="00F44E79">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rPr>
        <w:color w:val="auto"/>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79" w:rsidRDefault="00F44E79">
    <w:pPr>
      <w:spacing w:line="1" w:lineRule="exact"/>
      <w:rPr>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B12693A"/>
    <w:lvl w:ilvl="0">
      <w:start w:val="1"/>
      <w:numFmt w:val="decimal"/>
      <w:lvlText w:val="%1."/>
      <w:lvlJc w:val="left"/>
      <w:pPr>
        <w:tabs>
          <w:tab w:val="num" w:pos="1080"/>
        </w:tabs>
        <w:ind w:left="1080" w:hanging="360"/>
      </w:pPr>
      <w:rPr>
        <w:rFonts w:cs="Times New Roman"/>
      </w:rPr>
    </w:lvl>
  </w:abstractNum>
  <w:abstractNum w:abstractNumId="1">
    <w:nsid w:val="FFFFFF7F"/>
    <w:multiLevelType w:val="singleLevel"/>
    <w:tmpl w:val="38441652"/>
    <w:lvl w:ilvl="0">
      <w:start w:val="1"/>
      <w:numFmt w:val="decimal"/>
      <w:lvlText w:val="%1."/>
      <w:lvlJc w:val="left"/>
      <w:pPr>
        <w:tabs>
          <w:tab w:val="num" w:pos="720"/>
        </w:tabs>
        <w:ind w:left="720" w:hanging="360"/>
      </w:pPr>
      <w:rPr>
        <w:rFonts w:cs="Times New Roman"/>
      </w:rPr>
    </w:lvl>
  </w:abstractNum>
  <w:abstractNum w:abstractNumId="2">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lvlText w:val="%1."/>
      <w:lvlJc w:val="left"/>
      <w:pPr>
        <w:tabs>
          <w:tab w:val="num" w:pos="360"/>
        </w:tabs>
        <w:ind w:left="360" w:hanging="360"/>
      </w:pPr>
      <w:rPr>
        <w:rFonts w:cs="Times New Roman"/>
      </w:rPr>
    </w:lvl>
  </w:abstractNum>
  <w:abstractNum w:abstractNumId="5">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6">
    <w:nsid w:val="00000001"/>
    <w:multiLevelType w:val="multilevel"/>
    <w:tmpl w:val="6ED42D18"/>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8">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12">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3">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4">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5">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6">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8">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9">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2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23">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1">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52">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3">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4">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5">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6">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58">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59">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61">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62">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64">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65">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66">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7">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68">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9">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72">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73">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4">
    <w:nsid w:val="01E851B6"/>
    <w:multiLevelType w:val="multilevel"/>
    <w:tmpl w:val="DE3C4D96"/>
    <w:lvl w:ilvl="0">
      <w:start w:val="3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nsid w:val="030D39C9"/>
    <w:multiLevelType w:val="hybridMultilevel"/>
    <w:tmpl w:val="082A9484"/>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6">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7">
    <w:nsid w:val="05274610"/>
    <w:multiLevelType w:val="multilevel"/>
    <w:tmpl w:val="1172B45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06785C41"/>
    <w:multiLevelType w:val="hybridMultilevel"/>
    <w:tmpl w:val="DBA03010"/>
    <w:lvl w:ilvl="0" w:tplc="D756A900">
      <w:start w:val="1"/>
      <w:numFmt w:val="bullet"/>
      <w:pStyle w:val="list-dash"/>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840218D"/>
    <w:multiLevelType w:val="multilevel"/>
    <w:tmpl w:val="D15095D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1">
    <w:nsid w:val="0A562488"/>
    <w:multiLevelType w:val="hybridMultilevel"/>
    <w:tmpl w:val="1E7039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0A563D24"/>
    <w:multiLevelType w:val="hybridMultilevel"/>
    <w:tmpl w:val="A9129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DC3EE4"/>
    <w:multiLevelType w:val="multilevel"/>
    <w:tmpl w:val="01F69A66"/>
    <w:lvl w:ilvl="0">
      <w:start w:val="1"/>
      <w:numFmt w:val="decimal"/>
      <w:lvlText w:val="%1."/>
      <w:lvlJc w:val="left"/>
      <w:pPr>
        <w:ind w:left="540" w:hanging="540"/>
      </w:pPr>
      <w:rPr>
        <w:rFonts w:cs="Times New Roman" w:hint="default"/>
        <w:color w:val="231E20"/>
      </w:rPr>
    </w:lvl>
    <w:lvl w:ilvl="1">
      <w:start w:val="1"/>
      <w:numFmt w:val="decimal"/>
      <w:lvlText w:val="%1.%2."/>
      <w:lvlJc w:val="left"/>
      <w:pPr>
        <w:ind w:left="750" w:hanging="540"/>
      </w:pPr>
      <w:rPr>
        <w:rFonts w:cs="Times New Roman" w:hint="default"/>
        <w:color w:val="231E20"/>
      </w:rPr>
    </w:lvl>
    <w:lvl w:ilvl="2">
      <w:start w:val="2"/>
      <w:numFmt w:val="decimal"/>
      <w:lvlText w:val="%1.%2.%3."/>
      <w:lvlJc w:val="left"/>
      <w:pPr>
        <w:ind w:left="1140" w:hanging="720"/>
      </w:pPr>
      <w:rPr>
        <w:rFonts w:cs="Times New Roman" w:hint="default"/>
        <w:color w:val="231E20"/>
      </w:rPr>
    </w:lvl>
    <w:lvl w:ilvl="3">
      <w:start w:val="1"/>
      <w:numFmt w:val="decimal"/>
      <w:lvlText w:val="%1.%2.%3.%4."/>
      <w:lvlJc w:val="left"/>
      <w:pPr>
        <w:ind w:left="1350" w:hanging="720"/>
      </w:pPr>
      <w:rPr>
        <w:rFonts w:cs="Times New Roman" w:hint="default"/>
        <w:color w:val="231E20"/>
      </w:rPr>
    </w:lvl>
    <w:lvl w:ilvl="4">
      <w:start w:val="1"/>
      <w:numFmt w:val="decimal"/>
      <w:lvlText w:val="%1.%2.%3.%4.%5."/>
      <w:lvlJc w:val="left"/>
      <w:pPr>
        <w:ind w:left="1920" w:hanging="1080"/>
      </w:pPr>
      <w:rPr>
        <w:rFonts w:cs="Times New Roman" w:hint="default"/>
        <w:color w:val="231E20"/>
      </w:rPr>
    </w:lvl>
    <w:lvl w:ilvl="5">
      <w:start w:val="1"/>
      <w:numFmt w:val="decimal"/>
      <w:lvlText w:val="%1.%2.%3.%4.%5.%6."/>
      <w:lvlJc w:val="left"/>
      <w:pPr>
        <w:ind w:left="2130" w:hanging="1080"/>
      </w:pPr>
      <w:rPr>
        <w:rFonts w:cs="Times New Roman" w:hint="default"/>
        <w:color w:val="231E20"/>
      </w:rPr>
    </w:lvl>
    <w:lvl w:ilvl="6">
      <w:start w:val="1"/>
      <w:numFmt w:val="decimal"/>
      <w:lvlText w:val="%1.%2.%3.%4.%5.%6.%7."/>
      <w:lvlJc w:val="left"/>
      <w:pPr>
        <w:ind w:left="2700" w:hanging="1440"/>
      </w:pPr>
      <w:rPr>
        <w:rFonts w:cs="Times New Roman" w:hint="default"/>
        <w:color w:val="231E20"/>
      </w:rPr>
    </w:lvl>
    <w:lvl w:ilvl="7">
      <w:start w:val="1"/>
      <w:numFmt w:val="decimal"/>
      <w:lvlText w:val="%1.%2.%3.%4.%5.%6.%7.%8."/>
      <w:lvlJc w:val="left"/>
      <w:pPr>
        <w:ind w:left="2910" w:hanging="1440"/>
      </w:pPr>
      <w:rPr>
        <w:rFonts w:cs="Times New Roman" w:hint="default"/>
        <w:color w:val="231E20"/>
      </w:rPr>
    </w:lvl>
    <w:lvl w:ilvl="8">
      <w:start w:val="1"/>
      <w:numFmt w:val="decimal"/>
      <w:lvlText w:val="%1.%2.%3.%4.%5.%6.%7.%8.%9."/>
      <w:lvlJc w:val="left"/>
      <w:pPr>
        <w:ind w:left="3480" w:hanging="1800"/>
      </w:pPr>
      <w:rPr>
        <w:rFonts w:cs="Times New Roman" w:hint="default"/>
        <w:color w:val="231E20"/>
      </w:rPr>
    </w:lvl>
  </w:abstractNum>
  <w:abstractNum w:abstractNumId="84">
    <w:nsid w:val="0B0328BC"/>
    <w:multiLevelType w:val="multilevel"/>
    <w:tmpl w:val="F626BFD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0B514D89"/>
    <w:multiLevelType w:val="hybridMultilevel"/>
    <w:tmpl w:val="855A2DD4"/>
    <w:lvl w:ilvl="0" w:tplc="7E7E2DCA">
      <w:start w:val="1"/>
      <w:numFmt w:val="bullet"/>
      <w:pStyle w:val="a"/>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6">
    <w:nsid w:val="0C9A2CE3"/>
    <w:multiLevelType w:val="multilevel"/>
    <w:tmpl w:val="5A0E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0DFF2217"/>
    <w:multiLevelType w:val="hybridMultilevel"/>
    <w:tmpl w:val="F65E3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E3247CA"/>
    <w:multiLevelType w:val="hybridMultilevel"/>
    <w:tmpl w:val="A3D00D4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9">
    <w:nsid w:val="0F015B20"/>
    <w:multiLevelType w:val="multilevel"/>
    <w:tmpl w:val="58505ECC"/>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0FAB4381"/>
    <w:multiLevelType w:val="multilevel"/>
    <w:tmpl w:val="F1943A66"/>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103F7A3C"/>
    <w:multiLevelType w:val="multilevel"/>
    <w:tmpl w:val="38F683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2">
    <w:nsid w:val="108607E0"/>
    <w:multiLevelType w:val="hybridMultilevel"/>
    <w:tmpl w:val="89D6543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3">
    <w:nsid w:val="10C45CBE"/>
    <w:multiLevelType w:val="multilevel"/>
    <w:tmpl w:val="50ECFCD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nsid w:val="12783AD3"/>
    <w:multiLevelType w:val="hybridMultilevel"/>
    <w:tmpl w:val="FBD85BAE"/>
    <w:lvl w:ilvl="0" w:tplc="04190001">
      <w:start w:val="1"/>
      <w:numFmt w:val="bullet"/>
      <w:lvlText w:val=""/>
      <w:lvlJc w:val="left"/>
      <w:pPr>
        <w:ind w:left="837" w:hanging="360"/>
      </w:pPr>
      <w:rPr>
        <w:rFonts w:ascii="Symbol" w:hAnsi="Symbol" w:hint="default"/>
      </w:rPr>
    </w:lvl>
    <w:lvl w:ilvl="1" w:tplc="04190003" w:tentative="1">
      <w:start w:val="1"/>
      <w:numFmt w:val="bullet"/>
      <w:lvlText w:val="o"/>
      <w:lvlJc w:val="left"/>
      <w:pPr>
        <w:ind w:left="1557" w:hanging="360"/>
      </w:pPr>
      <w:rPr>
        <w:rFonts w:ascii="Courier New" w:hAnsi="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95">
    <w:nsid w:val="128C3EFE"/>
    <w:multiLevelType w:val="multilevel"/>
    <w:tmpl w:val="B89E331C"/>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12B30A90"/>
    <w:multiLevelType w:val="multilevel"/>
    <w:tmpl w:val="E7624FF0"/>
    <w:lvl w:ilvl="0">
      <w:start w:val="2"/>
      <w:numFmt w:val="decimal"/>
      <w:lvlText w:val="%1."/>
      <w:lvlJc w:val="left"/>
      <w:pPr>
        <w:ind w:left="495" w:hanging="495"/>
      </w:pPr>
      <w:rPr>
        <w:rFonts w:cs="Times New Roman" w:hint="default"/>
        <w:b/>
        <w:color w:val="231E20"/>
        <w:sz w:val="19"/>
      </w:rPr>
    </w:lvl>
    <w:lvl w:ilvl="1">
      <w:start w:val="1"/>
      <w:numFmt w:val="decimal"/>
      <w:lvlText w:val="%1.%2."/>
      <w:lvlJc w:val="left"/>
      <w:pPr>
        <w:ind w:left="720" w:hanging="720"/>
      </w:pPr>
      <w:rPr>
        <w:rFonts w:cs="Times New Roman" w:hint="default"/>
        <w:b/>
        <w:color w:val="231E20"/>
        <w:sz w:val="19"/>
      </w:rPr>
    </w:lvl>
    <w:lvl w:ilvl="2">
      <w:start w:val="7"/>
      <w:numFmt w:val="decimal"/>
      <w:lvlText w:val="%1.%2.%3."/>
      <w:lvlJc w:val="left"/>
      <w:pPr>
        <w:ind w:left="720" w:hanging="720"/>
      </w:pPr>
      <w:rPr>
        <w:rFonts w:cs="Times New Roman" w:hint="default"/>
        <w:b/>
        <w:color w:val="231E20"/>
        <w:sz w:val="19"/>
      </w:rPr>
    </w:lvl>
    <w:lvl w:ilvl="3">
      <w:start w:val="1"/>
      <w:numFmt w:val="decimal"/>
      <w:lvlText w:val="%1.%2.%3.%4."/>
      <w:lvlJc w:val="left"/>
      <w:pPr>
        <w:ind w:left="1080" w:hanging="1080"/>
      </w:pPr>
      <w:rPr>
        <w:rFonts w:cs="Times New Roman" w:hint="default"/>
        <w:b/>
        <w:color w:val="231E20"/>
        <w:sz w:val="19"/>
      </w:rPr>
    </w:lvl>
    <w:lvl w:ilvl="4">
      <w:start w:val="1"/>
      <w:numFmt w:val="decimal"/>
      <w:lvlText w:val="%1.%2.%3.%4.%5."/>
      <w:lvlJc w:val="left"/>
      <w:pPr>
        <w:ind w:left="1080" w:hanging="1080"/>
      </w:pPr>
      <w:rPr>
        <w:rFonts w:cs="Times New Roman" w:hint="default"/>
        <w:b/>
        <w:color w:val="231E20"/>
        <w:sz w:val="19"/>
      </w:rPr>
    </w:lvl>
    <w:lvl w:ilvl="5">
      <w:start w:val="1"/>
      <w:numFmt w:val="decimal"/>
      <w:lvlText w:val="%1.%2.%3.%4.%5.%6."/>
      <w:lvlJc w:val="left"/>
      <w:pPr>
        <w:ind w:left="1440" w:hanging="1440"/>
      </w:pPr>
      <w:rPr>
        <w:rFonts w:cs="Times New Roman" w:hint="default"/>
        <w:b/>
        <w:color w:val="231E20"/>
        <w:sz w:val="19"/>
      </w:rPr>
    </w:lvl>
    <w:lvl w:ilvl="6">
      <w:start w:val="1"/>
      <w:numFmt w:val="decimal"/>
      <w:lvlText w:val="%1.%2.%3.%4.%5.%6.%7."/>
      <w:lvlJc w:val="left"/>
      <w:pPr>
        <w:ind w:left="1440" w:hanging="1440"/>
      </w:pPr>
      <w:rPr>
        <w:rFonts w:cs="Times New Roman" w:hint="default"/>
        <w:b/>
        <w:color w:val="231E20"/>
        <w:sz w:val="19"/>
      </w:rPr>
    </w:lvl>
    <w:lvl w:ilvl="7">
      <w:start w:val="1"/>
      <w:numFmt w:val="decimal"/>
      <w:lvlText w:val="%1.%2.%3.%4.%5.%6.%7.%8."/>
      <w:lvlJc w:val="left"/>
      <w:pPr>
        <w:ind w:left="1800" w:hanging="1800"/>
      </w:pPr>
      <w:rPr>
        <w:rFonts w:cs="Times New Roman" w:hint="default"/>
        <w:b/>
        <w:color w:val="231E20"/>
        <w:sz w:val="19"/>
      </w:rPr>
    </w:lvl>
    <w:lvl w:ilvl="8">
      <w:start w:val="1"/>
      <w:numFmt w:val="decimal"/>
      <w:lvlText w:val="%1.%2.%3.%4.%5.%6.%7.%8.%9."/>
      <w:lvlJc w:val="left"/>
      <w:pPr>
        <w:ind w:left="2160" w:hanging="2160"/>
      </w:pPr>
      <w:rPr>
        <w:rFonts w:cs="Times New Roman" w:hint="default"/>
        <w:b/>
        <w:color w:val="231E20"/>
        <w:sz w:val="19"/>
      </w:rPr>
    </w:lvl>
  </w:abstractNum>
  <w:abstractNum w:abstractNumId="97">
    <w:nsid w:val="15120F62"/>
    <w:multiLevelType w:val="hybridMultilevel"/>
    <w:tmpl w:val="970657D4"/>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98">
    <w:nsid w:val="15AB6877"/>
    <w:multiLevelType w:val="hybridMultilevel"/>
    <w:tmpl w:val="C0703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5C26F22"/>
    <w:multiLevelType w:val="multilevel"/>
    <w:tmpl w:val="761C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7140BC1"/>
    <w:multiLevelType w:val="multilevel"/>
    <w:tmpl w:val="37D42762"/>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1749747E"/>
    <w:multiLevelType w:val="hybridMultilevel"/>
    <w:tmpl w:val="3C865ED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3">
    <w:nsid w:val="182E50AA"/>
    <w:multiLevelType w:val="multilevel"/>
    <w:tmpl w:val="83E094B8"/>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183012BF"/>
    <w:multiLevelType w:val="hybridMultilevel"/>
    <w:tmpl w:val="A8F8A256"/>
    <w:lvl w:ilvl="0" w:tplc="5664BF42">
      <w:start w:val="1"/>
      <w:numFmt w:val="decimal"/>
      <w:lvlText w:val="%1."/>
      <w:lvlJc w:val="left"/>
      <w:pPr>
        <w:ind w:left="637" w:hanging="238"/>
      </w:pPr>
      <w:rPr>
        <w:rFonts w:ascii="Cambria" w:eastAsia="Times New Roman" w:hAnsi="Cambria" w:cs="Cambria" w:hint="default"/>
        <w:i/>
        <w:iCs/>
        <w:w w:val="126"/>
        <w:sz w:val="20"/>
        <w:szCs w:val="20"/>
      </w:rPr>
    </w:lvl>
    <w:lvl w:ilvl="1" w:tplc="BA223C40">
      <w:numFmt w:val="bullet"/>
      <w:lvlText w:val="•"/>
      <w:lvlJc w:val="left"/>
      <w:pPr>
        <w:ind w:left="1234" w:hanging="238"/>
      </w:pPr>
      <w:rPr>
        <w:rFonts w:hint="default"/>
      </w:rPr>
    </w:lvl>
    <w:lvl w:ilvl="2" w:tplc="D460DD6C">
      <w:numFmt w:val="bullet"/>
      <w:lvlText w:val="•"/>
      <w:lvlJc w:val="left"/>
      <w:pPr>
        <w:ind w:left="1828" w:hanging="238"/>
      </w:pPr>
      <w:rPr>
        <w:rFonts w:hint="default"/>
      </w:rPr>
    </w:lvl>
    <w:lvl w:ilvl="3" w:tplc="F2E004C2">
      <w:numFmt w:val="bullet"/>
      <w:lvlText w:val="•"/>
      <w:lvlJc w:val="left"/>
      <w:pPr>
        <w:ind w:left="2423" w:hanging="238"/>
      </w:pPr>
      <w:rPr>
        <w:rFonts w:hint="default"/>
      </w:rPr>
    </w:lvl>
    <w:lvl w:ilvl="4" w:tplc="0608B1E8">
      <w:numFmt w:val="bullet"/>
      <w:lvlText w:val="•"/>
      <w:lvlJc w:val="left"/>
      <w:pPr>
        <w:ind w:left="3017" w:hanging="238"/>
      </w:pPr>
      <w:rPr>
        <w:rFonts w:hint="default"/>
      </w:rPr>
    </w:lvl>
    <w:lvl w:ilvl="5" w:tplc="A36CCE9A">
      <w:numFmt w:val="bullet"/>
      <w:lvlText w:val="•"/>
      <w:lvlJc w:val="left"/>
      <w:pPr>
        <w:ind w:left="3611" w:hanging="238"/>
      </w:pPr>
      <w:rPr>
        <w:rFonts w:hint="default"/>
      </w:rPr>
    </w:lvl>
    <w:lvl w:ilvl="6" w:tplc="A47EEB82">
      <w:numFmt w:val="bullet"/>
      <w:lvlText w:val="•"/>
      <w:lvlJc w:val="left"/>
      <w:pPr>
        <w:ind w:left="4206" w:hanging="238"/>
      </w:pPr>
      <w:rPr>
        <w:rFonts w:hint="default"/>
      </w:rPr>
    </w:lvl>
    <w:lvl w:ilvl="7" w:tplc="70D06E86">
      <w:numFmt w:val="bullet"/>
      <w:lvlText w:val="•"/>
      <w:lvlJc w:val="left"/>
      <w:pPr>
        <w:ind w:left="4800" w:hanging="238"/>
      </w:pPr>
      <w:rPr>
        <w:rFonts w:hint="default"/>
      </w:rPr>
    </w:lvl>
    <w:lvl w:ilvl="8" w:tplc="95BA850A">
      <w:numFmt w:val="bullet"/>
      <w:lvlText w:val="•"/>
      <w:lvlJc w:val="left"/>
      <w:pPr>
        <w:ind w:left="5394" w:hanging="238"/>
      </w:pPr>
      <w:rPr>
        <w:rFonts w:hint="default"/>
      </w:rPr>
    </w:lvl>
  </w:abstractNum>
  <w:abstractNum w:abstractNumId="105">
    <w:nsid w:val="18B80A7B"/>
    <w:multiLevelType w:val="multilevel"/>
    <w:tmpl w:val="71F43AEA"/>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18EB1980"/>
    <w:multiLevelType w:val="hybridMultilevel"/>
    <w:tmpl w:val="E93C6130"/>
    <w:lvl w:ilvl="0" w:tplc="37CE5C36">
      <w:start w:val="3"/>
      <w:numFmt w:val="decimal"/>
      <w:lvlText w:val="%1."/>
      <w:lvlJc w:val="left"/>
      <w:pPr>
        <w:ind w:left="759" w:hanging="360"/>
      </w:pPr>
      <w:rPr>
        <w:rFonts w:cs="Times New Roman" w:hint="default"/>
        <w:w w:val="115"/>
      </w:rPr>
    </w:lvl>
    <w:lvl w:ilvl="1" w:tplc="04190019" w:tentative="1">
      <w:start w:val="1"/>
      <w:numFmt w:val="lowerLetter"/>
      <w:lvlText w:val="%2."/>
      <w:lvlJc w:val="left"/>
      <w:pPr>
        <w:ind w:left="1479" w:hanging="360"/>
      </w:pPr>
      <w:rPr>
        <w:rFonts w:cs="Times New Roman"/>
      </w:rPr>
    </w:lvl>
    <w:lvl w:ilvl="2" w:tplc="0419001B" w:tentative="1">
      <w:start w:val="1"/>
      <w:numFmt w:val="lowerRoman"/>
      <w:lvlText w:val="%3."/>
      <w:lvlJc w:val="right"/>
      <w:pPr>
        <w:ind w:left="2199" w:hanging="180"/>
      </w:pPr>
      <w:rPr>
        <w:rFonts w:cs="Times New Roman"/>
      </w:rPr>
    </w:lvl>
    <w:lvl w:ilvl="3" w:tplc="0419000F" w:tentative="1">
      <w:start w:val="1"/>
      <w:numFmt w:val="decimal"/>
      <w:lvlText w:val="%4."/>
      <w:lvlJc w:val="left"/>
      <w:pPr>
        <w:ind w:left="2919" w:hanging="360"/>
      </w:pPr>
      <w:rPr>
        <w:rFonts w:cs="Times New Roman"/>
      </w:rPr>
    </w:lvl>
    <w:lvl w:ilvl="4" w:tplc="04190019" w:tentative="1">
      <w:start w:val="1"/>
      <w:numFmt w:val="lowerLetter"/>
      <w:lvlText w:val="%5."/>
      <w:lvlJc w:val="left"/>
      <w:pPr>
        <w:ind w:left="3639" w:hanging="360"/>
      </w:pPr>
      <w:rPr>
        <w:rFonts w:cs="Times New Roman"/>
      </w:rPr>
    </w:lvl>
    <w:lvl w:ilvl="5" w:tplc="0419001B" w:tentative="1">
      <w:start w:val="1"/>
      <w:numFmt w:val="lowerRoman"/>
      <w:lvlText w:val="%6."/>
      <w:lvlJc w:val="right"/>
      <w:pPr>
        <w:ind w:left="4359" w:hanging="180"/>
      </w:pPr>
      <w:rPr>
        <w:rFonts w:cs="Times New Roman"/>
      </w:rPr>
    </w:lvl>
    <w:lvl w:ilvl="6" w:tplc="0419000F" w:tentative="1">
      <w:start w:val="1"/>
      <w:numFmt w:val="decimal"/>
      <w:lvlText w:val="%7."/>
      <w:lvlJc w:val="left"/>
      <w:pPr>
        <w:ind w:left="5079" w:hanging="360"/>
      </w:pPr>
      <w:rPr>
        <w:rFonts w:cs="Times New Roman"/>
      </w:rPr>
    </w:lvl>
    <w:lvl w:ilvl="7" w:tplc="04190019" w:tentative="1">
      <w:start w:val="1"/>
      <w:numFmt w:val="lowerLetter"/>
      <w:lvlText w:val="%8."/>
      <w:lvlJc w:val="left"/>
      <w:pPr>
        <w:ind w:left="5799" w:hanging="360"/>
      </w:pPr>
      <w:rPr>
        <w:rFonts w:cs="Times New Roman"/>
      </w:rPr>
    </w:lvl>
    <w:lvl w:ilvl="8" w:tplc="0419001B" w:tentative="1">
      <w:start w:val="1"/>
      <w:numFmt w:val="lowerRoman"/>
      <w:lvlText w:val="%9."/>
      <w:lvlJc w:val="right"/>
      <w:pPr>
        <w:ind w:left="6519" w:hanging="180"/>
      </w:pPr>
      <w:rPr>
        <w:rFonts w:cs="Times New Roman"/>
      </w:rPr>
    </w:lvl>
  </w:abstractNum>
  <w:abstractNum w:abstractNumId="107">
    <w:nsid w:val="18ED793B"/>
    <w:multiLevelType w:val="multilevel"/>
    <w:tmpl w:val="1B222DFA"/>
    <w:styleLink w:val="3"/>
    <w:lvl w:ilvl="0">
      <w:start w:val="1"/>
      <w:numFmt w:val="none"/>
      <w:lvlText w:val="%1."/>
      <w:lvlJc w:val="left"/>
      <w:pPr>
        <w:ind w:left="720" w:hanging="360"/>
      </w:pPr>
      <w:rPr>
        <w:rFonts w:cs="Times New Roman"/>
      </w:rPr>
    </w:lvl>
    <w:lvl w:ilvl="1">
      <w:start w:val="1"/>
      <w:numFmt w:val="none"/>
      <w:lvlText w:val="%2."/>
      <w:lvlJc w:val="left"/>
      <w:pPr>
        <w:ind w:left="1080" w:hanging="360"/>
      </w:pPr>
      <w:rPr>
        <w:rFonts w:cs="Times New Roman"/>
      </w:rPr>
    </w:lvl>
    <w:lvl w:ilvl="2">
      <w:start w:val="1"/>
      <w:numFmt w:val="none"/>
      <w:lvlText w:val="%3."/>
      <w:lvlJc w:val="left"/>
      <w:pPr>
        <w:ind w:left="1440" w:hanging="360"/>
      </w:pPr>
      <w:rPr>
        <w:rFonts w:cs="Times New Roman"/>
      </w:rPr>
    </w:lvl>
    <w:lvl w:ilvl="3">
      <w:start w:val="1"/>
      <w:numFmt w:val="none"/>
      <w:lvlText w:val="%4."/>
      <w:lvlJc w:val="left"/>
      <w:pPr>
        <w:ind w:left="1800" w:hanging="360"/>
      </w:pPr>
      <w:rPr>
        <w:rFonts w:cs="Times New Roman"/>
      </w:rPr>
    </w:lvl>
    <w:lvl w:ilvl="4">
      <w:start w:val="1"/>
      <w:numFmt w:val="none"/>
      <w:lvlText w:val="%5."/>
      <w:lvlJc w:val="left"/>
      <w:pPr>
        <w:ind w:left="2160" w:hanging="360"/>
      </w:pPr>
      <w:rPr>
        <w:rFonts w:cs="Times New Roman"/>
      </w:rPr>
    </w:lvl>
    <w:lvl w:ilvl="5">
      <w:start w:val="1"/>
      <w:numFmt w:val="none"/>
      <w:lvlText w:val="%6."/>
      <w:lvlJc w:val="left"/>
      <w:pPr>
        <w:ind w:left="2520" w:hanging="360"/>
      </w:pPr>
      <w:rPr>
        <w:rFonts w:cs="Times New Roman"/>
      </w:rPr>
    </w:lvl>
    <w:lvl w:ilvl="6">
      <w:start w:val="1"/>
      <w:numFmt w:val="none"/>
      <w:lvlText w:val="%7."/>
      <w:lvlJc w:val="left"/>
      <w:pPr>
        <w:ind w:left="2880" w:hanging="360"/>
      </w:pPr>
      <w:rPr>
        <w:rFonts w:cs="Times New Roman"/>
      </w:rPr>
    </w:lvl>
    <w:lvl w:ilvl="7">
      <w:start w:val="1"/>
      <w:numFmt w:val="none"/>
      <w:lvlText w:val="%8."/>
      <w:lvlJc w:val="left"/>
      <w:pPr>
        <w:ind w:left="3240" w:hanging="360"/>
      </w:pPr>
      <w:rPr>
        <w:rFonts w:cs="Times New Roman"/>
      </w:rPr>
    </w:lvl>
    <w:lvl w:ilvl="8">
      <w:start w:val="1"/>
      <w:numFmt w:val="none"/>
      <w:lvlText w:val="%9."/>
      <w:lvlJc w:val="left"/>
      <w:pPr>
        <w:ind w:left="3600" w:hanging="360"/>
      </w:pPr>
      <w:rPr>
        <w:rFonts w:cs="Times New Roman"/>
      </w:rPr>
    </w:lvl>
  </w:abstractNum>
  <w:abstractNum w:abstractNumId="108">
    <w:nsid w:val="19CB390B"/>
    <w:multiLevelType w:val="multilevel"/>
    <w:tmpl w:val="562088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9">
    <w:nsid w:val="19D71081"/>
    <w:multiLevelType w:val="hybridMultilevel"/>
    <w:tmpl w:val="DEBEA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9F63AE2"/>
    <w:multiLevelType w:val="multilevel"/>
    <w:tmpl w:val="824C261A"/>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1AE33A48"/>
    <w:multiLevelType w:val="hybridMultilevel"/>
    <w:tmpl w:val="C6F4FA68"/>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2">
    <w:nsid w:val="1B746D58"/>
    <w:multiLevelType w:val="multilevel"/>
    <w:tmpl w:val="2D2662BE"/>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1D4879C5"/>
    <w:multiLevelType w:val="singleLevel"/>
    <w:tmpl w:val="BA502112"/>
    <w:lvl w:ilvl="0">
      <w:start w:val="1"/>
      <w:numFmt w:val="decimal"/>
      <w:lvlText w:val="%1)"/>
      <w:lvlJc w:val="left"/>
      <w:pPr>
        <w:tabs>
          <w:tab w:val="num" w:pos="1069"/>
        </w:tabs>
        <w:ind w:left="1069" w:hanging="360"/>
      </w:pPr>
      <w:rPr>
        <w:rFonts w:cs="Times New Roman" w:hint="default"/>
      </w:rPr>
    </w:lvl>
  </w:abstractNum>
  <w:abstractNum w:abstractNumId="114">
    <w:nsid w:val="1E415936"/>
    <w:multiLevelType w:val="multilevel"/>
    <w:tmpl w:val="90685320"/>
    <w:lvl w:ilvl="0">
      <w:start w:val="1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5">
    <w:nsid w:val="1FF23AF8"/>
    <w:multiLevelType w:val="multilevel"/>
    <w:tmpl w:val="0E9A7152"/>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6">
    <w:nsid w:val="20B45524"/>
    <w:multiLevelType w:val="hybridMultilevel"/>
    <w:tmpl w:val="26087544"/>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7">
    <w:nsid w:val="20E82460"/>
    <w:multiLevelType w:val="hybridMultilevel"/>
    <w:tmpl w:val="3A8A3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1AA3C91"/>
    <w:multiLevelType w:val="multilevel"/>
    <w:tmpl w:val="6C9E549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nsid w:val="258519BD"/>
    <w:multiLevelType w:val="hybridMultilevel"/>
    <w:tmpl w:val="91A6F5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1">
    <w:nsid w:val="25FE4980"/>
    <w:multiLevelType w:val="multilevel"/>
    <w:tmpl w:val="D0BC57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2">
    <w:nsid w:val="263A4B87"/>
    <w:multiLevelType w:val="hybridMultilevel"/>
    <w:tmpl w:val="7E3406FA"/>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23">
    <w:nsid w:val="26D876F7"/>
    <w:multiLevelType w:val="multilevel"/>
    <w:tmpl w:val="4D24B44A"/>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273556D4"/>
    <w:multiLevelType w:val="hybridMultilevel"/>
    <w:tmpl w:val="8572DA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276B7150"/>
    <w:multiLevelType w:val="multilevel"/>
    <w:tmpl w:val="9918A142"/>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278311CC"/>
    <w:multiLevelType w:val="multilevel"/>
    <w:tmpl w:val="EA901562"/>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7">
    <w:nsid w:val="27CB6119"/>
    <w:multiLevelType w:val="hybridMultilevel"/>
    <w:tmpl w:val="8CEA7BD2"/>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8">
    <w:nsid w:val="28A20D6F"/>
    <w:multiLevelType w:val="multilevel"/>
    <w:tmpl w:val="2D6CD1DC"/>
    <w:lvl w:ilvl="0">
      <w:start w:val="2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9">
    <w:nsid w:val="299A339C"/>
    <w:multiLevelType w:val="multilevel"/>
    <w:tmpl w:val="2FB489FE"/>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29CB1C14"/>
    <w:multiLevelType w:val="multilevel"/>
    <w:tmpl w:val="D9C0236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1">
    <w:nsid w:val="2B3C48BE"/>
    <w:multiLevelType w:val="multilevel"/>
    <w:tmpl w:val="D2B04B28"/>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2">
    <w:nsid w:val="2BC67521"/>
    <w:multiLevelType w:val="hybridMultilevel"/>
    <w:tmpl w:val="6670523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3">
    <w:nsid w:val="2BDD7031"/>
    <w:multiLevelType w:val="multilevel"/>
    <w:tmpl w:val="A610569A"/>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4">
    <w:nsid w:val="2BEC2DE8"/>
    <w:multiLevelType w:val="hybridMultilevel"/>
    <w:tmpl w:val="959E482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5">
    <w:nsid w:val="2E6520C1"/>
    <w:multiLevelType w:val="hybridMultilevel"/>
    <w:tmpl w:val="6226BD3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36">
    <w:nsid w:val="2EF06102"/>
    <w:multiLevelType w:val="multilevel"/>
    <w:tmpl w:val="C2EC6B86"/>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7">
    <w:nsid w:val="3019600D"/>
    <w:multiLevelType w:val="multilevel"/>
    <w:tmpl w:val="40545C1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8">
    <w:nsid w:val="31165F21"/>
    <w:multiLevelType w:val="multilevel"/>
    <w:tmpl w:val="937E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1D74D2C"/>
    <w:multiLevelType w:val="hybridMultilevel"/>
    <w:tmpl w:val="A810D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32B2A96"/>
    <w:multiLevelType w:val="multilevel"/>
    <w:tmpl w:val="13723F4E"/>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33A446BA"/>
    <w:multiLevelType w:val="hybridMultilevel"/>
    <w:tmpl w:val="7DC8D56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42">
    <w:nsid w:val="33E51000"/>
    <w:multiLevelType w:val="multilevel"/>
    <w:tmpl w:val="F320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4987056"/>
    <w:multiLevelType w:val="multilevel"/>
    <w:tmpl w:val="CB9EEE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4">
    <w:nsid w:val="36EA61CD"/>
    <w:multiLevelType w:val="multilevel"/>
    <w:tmpl w:val="918A02F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5">
    <w:nsid w:val="36F3381F"/>
    <w:multiLevelType w:val="multilevel"/>
    <w:tmpl w:val="719C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97D3DF3"/>
    <w:multiLevelType w:val="hybridMultilevel"/>
    <w:tmpl w:val="0E96E688"/>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7">
    <w:nsid w:val="3A157DC8"/>
    <w:multiLevelType w:val="multilevel"/>
    <w:tmpl w:val="81AACCE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8">
    <w:nsid w:val="3A74226B"/>
    <w:multiLevelType w:val="hybridMultilevel"/>
    <w:tmpl w:val="40BAB2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9">
    <w:nsid w:val="3A7C5845"/>
    <w:multiLevelType w:val="hybridMultilevel"/>
    <w:tmpl w:val="228A6C68"/>
    <w:lvl w:ilvl="0" w:tplc="04190005">
      <w:start w:val="1"/>
      <w:numFmt w:val="bullet"/>
      <w:lvlText w:val=""/>
      <w:lvlJc w:val="left"/>
      <w:pPr>
        <w:ind w:left="777" w:hanging="360"/>
      </w:pPr>
      <w:rPr>
        <w:rFonts w:ascii="Wingdings" w:hAnsi="Wingdings" w:hint="default"/>
      </w:rPr>
    </w:lvl>
    <w:lvl w:ilvl="1" w:tplc="04190003">
      <w:start w:val="1"/>
      <w:numFmt w:val="bullet"/>
      <w:lvlText w:val="o"/>
      <w:lvlJc w:val="left"/>
      <w:pPr>
        <w:ind w:left="1497" w:hanging="360"/>
      </w:pPr>
      <w:rPr>
        <w:rFonts w:ascii="Courier New" w:hAnsi="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hint="default"/>
      </w:rPr>
    </w:lvl>
    <w:lvl w:ilvl="8" w:tplc="04190005">
      <w:start w:val="1"/>
      <w:numFmt w:val="bullet"/>
      <w:lvlText w:val=""/>
      <w:lvlJc w:val="left"/>
      <w:pPr>
        <w:ind w:left="6537" w:hanging="360"/>
      </w:pPr>
      <w:rPr>
        <w:rFonts w:ascii="Wingdings" w:hAnsi="Wingdings" w:hint="default"/>
      </w:rPr>
    </w:lvl>
  </w:abstractNum>
  <w:abstractNum w:abstractNumId="15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3C83316F"/>
    <w:multiLevelType w:val="multilevel"/>
    <w:tmpl w:val="65AA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DFC1E09"/>
    <w:multiLevelType w:val="hybridMultilevel"/>
    <w:tmpl w:val="06AE8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E1910AF"/>
    <w:multiLevelType w:val="multilevel"/>
    <w:tmpl w:val="6C2AF1A4"/>
    <w:lvl w:ilvl="0">
      <w:start w:val="1"/>
      <w:numFmt w:val="bullet"/>
      <w:lvlText w:val=""/>
      <w:lvlJc w:val="left"/>
      <w:pPr>
        <w:tabs>
          <w:tab w:val="num" w:pos="720"/>
        </w:tabs>
        <w:ind w:left="720" w:hanging="360"/>
      </w:pPr>
      <w:rPr>
        <w:rFonts w:ascii="Symbol" w:hAnsi="Symbol" w:hint="default"/>
        <w:sz w:val="28"/>
      </w:rPr>
    </w:lvl>
    <w:lvl w:ilvl="1">
      <w:start w:val="4"/>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3E446B47"/>
    <w:multiLevelType w:val="multilevel"/>
    <w:tmpl w:val="CE68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F097676"/>
    <w:multiLevelType w:val="multilevel"/>
    <w:tmpl w:val="9D80B8D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6">
    <w:nsid w:val="3F126516"/>
    <w:multiLevelType w:val="multilevel"/>
    <w:tmpl w:val="86AAA210"/>
    <w:lvl w:ilvl="0">
      <w:start w:val="3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7">
    <w:nsid w:val="3F4736BB"/>
    <w:multiLevelType w:val="multilevel"/>
    <w:tmpl w:val="9F30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FE7437D"/>
    <w:multiLevelType w:val="hybridMultilevel"/>
    <w:tmpl w:val="86363E6A"/>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59">
    <w:nsid w:val="3FFF5DEB"/>
    <w:multiLevelType w:val="multilevel"/>
    <w:tmpl w:val="A2F8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0292212"/>
    <w:multiLevelType w:val="multilevel"/>
    <w:tmpl w:val="ADB8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0E6039F"/>
    <w:multiLevelType w:val="multilevel"/>
    <w:tmpl w:val="58308DAA"/>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2">
    <w:nsid w:val="41B16805"/>
    <w:multiLevelType w:val="multilevel"/>
    <w:tmpl w:val="961E7EC2"/>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3">
    <w:nsid w:val="41BD444A"/>
    <w:multiLevelType w:val="multilevel"/>
    <w:tmpl w:val="34C002F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4">
    <w:nsid w:val="421E43CB"/>
    <w:multiLevelType w:val="multilevel"/>
    <w:tmpl w:val="2B305BD4"/>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427369D1"/>
    <w:multiLevelType w:val="multilevel"/>
    <w:tmpl w:val="6C824698"/>
    <w:lvl w:ilvl="0">
      <w:start w:val="1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6">
    <w:nsid w:val="4735748F"/>
    <w:multiLevelType w:val="hybridMultilevel"/>
    <w:tmpl w:val="A6E0861A"/>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7">
    <w:nsid w:val="476B12E7"/>
    <w:multiLevelType w:val="multilevel"/>
    <w:tmpl w:val="C6F07BC6"/>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nsid w:val="47C357E8"/>
    <w:multiLevelType w:val="hybridMultilevel"/>
    <w:tmpl w:val="A7EA4992"/>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69">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9F45894"/>
    <w:multiLevelType w:val="multilevel"/>
    <w:tmpl w:val="E3361D4A"/>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4A82301C"/>
    <w:multiLevelType w:val="hybridMultilevel"/>
    <w:tmpl w:val="989E6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AF613FB"/>
    <w:multiLevelType w:val="multilevel"/>
    <w:tmpl w:val="51B022C2"/>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3">
    <w:nsid w:val="4B8C6D8C"/>
    <w:multiLevelType w:val="multilevel"/>
    <w:tmpl w:val="BA1E8E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4">
    <w:nsid w:val="4C1F0980"/>
    <w:multiLevelType w:val="hybridMultilevel"/>
    <w:tmpl w:val="3F805CB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5">
    <w:nsid w:val="4C371286"/>
    <w:multiLevelType w:val="multilevel"/>
    <w:tmpl w:val="A9FA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CED6DCD"/>
    <w:multiLevelType w:val="multilevel"/>
    <w:tmpl w:val="58C6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DB855C5"/>
    <w:multiLevelType w:val="hybridMultilevel"/>
    <w:tmpl w:val="810AF97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8">
    <w:nsid w:val="50A512FB"/>
    <w:multiLevelType w:val="hybridMultilevel"/>
    <w:tmpl w:val="FABCAA6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9">
    <w:nsid w:val="50AE7B61"/>
    <w:multiLevelType w:val="multilevel"/>
    <w:tmpl w:val="0C52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0F3524A"/>
    <w:multiLevelType w:val="hybridMultilevel"/>
    <w:tmpl w:val="32729EB8"/>
    <w:lvl w:ilvl="0" w:tplc="0CE4C164">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1">
    <w:nsid w:val="50F91B53"/>
    <w:multiLevelType w:val="hybridMultilevel"/>
    <w:tmpl w:val="FF82A492"/>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2">
    <w:nsid w:val="50FF00ED"/>
    <w:multiLevelType w:val="multilevel"/>
    <w:tmpl w:val="41281F6A"/>
    <w:lvl w:ilvl="0">
      <w:start w:val="2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3">
    <w:nsid w:val="51987B4C"/>
    <w:multiLevelType w:val="multilevel"/>
    <w:tmpl w:val="C4FA2756"/>
    <w:lvl w:ilvl="0">
      <w:start w:val="2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4">
    <w:nsid w:val="53D1406A"/>
    <w:multiLevelType w:val="multilevel"/>
    <w:tmpl w:val="D59C6D1A"/>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5">
    <w:nsid w:val="54C30B74"/>
    <w:multiLevelType w:val="multilevel"/>
    <w:tmpl w:val="1A9A054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6">
    <w:nsid w:val="55100797"/>
    <w:multiLevelType w:val="multilevel"/>
    <w:tmpl w:val="98207A66"/>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551376C4"/>
    <w:multiLevelType w:val="multilevel"/>
    <w:tmpl w:val="2B1C29F4"/>
    <w:lvl w:ilvl="0">
      <w:start w:val="2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8">
    <w:nsid w:val="56E428F9"/>
    <w:multiLevelType w:val="multilevel"/>
    <w:tmpl w:val="47CCB0AE"/>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9">
    <w:nsid w:val="56F24A6E"/>
    <w:multiLevelType w:val="multilevel"/>
    <w:tmpl w:val="29A0588C"/>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0">
    <w:nsid w:val="575C1C73"/>
    <w:multiLevelType w:val="multilevel"/>
    <w:tmpl w:val="61A43F16"/>
    <w:lvl w:ilvl="0">
      <w:start w:val="2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1">
    <w:nsid w:val="581866D9"/>
    <w:multiLevelType w:val="multilevel"/>
    <w:tmpl w:val="DE7A9522"/>
    <w:lvl w:ilvl="0">
      <w:start w:val="2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2">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3">
    <w:nsid w:val="58A60F2A"/>
    <w:multiLevelType w:val="hybridMultilevel"/>
    <w:tmpl w:val="FDA2B7A0"/>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94">
    <w:nsid w:val="5A775B22"/>
    <w:multiLevelType w:val="multilevel"/>
    <w:tmpl w:val="E416B01C"/>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5">
    <w:nsid w:val="5C9A379D"/>
    <w:multiLevelType w:val="multilevel"/>
    <w:tmpl w:val="61E280F6"/>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6">
    <w:nsid w:val="5CFF6748"/>
    <w:multiLevelType w:val="hybridMultilevel"/>
    <w:tmpl w:val="2CC28E3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7">
    <w:nsid w:val="5DF55B50"/>
    <w:multiLevelType w:val="multilevel"/>
    <w:tmpl w:val="C6C4DBC6"/>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8">
    <w:nsid w:val="5EE42D79"/>
    <w:multiLevelType w:val="multilevel"/>
    <w:tmpl w:val="6E007FB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9">
    <w:nsid w:val="5FE17BDA"/>
    <w:multiLevelType w:val="multilevel"/>
    <w:tmpl w:val="79AA11B2"/>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0">
    <w:nsid w:val="60417050"/>
    <w:multiLevelType w:val="hybridMultilevel"/>
    <w:tmpl w:val="D90ACE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1">
    <w:nsid w:val="60E1621A"/>
    <w:multiLevelType w:val="multilevel"/>
    <w:tmpl w:val="B4080686"/>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2">
    <w:nsid w:val="61292176"/>
    <w:multiLevelType w:val="hybridMultilevel"/>
    <w:tmpl w:val="EC50760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03">
    <w:nsid w:val="61611A2C"/>
    <w:multiLevelType w:val="hybridMultilevel"/>
    <w:tmpl w:val="85FCB000"/>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04">
    <w:nsid w:val="61890D5F"/>
    <w:multiLevelType w:val="multilevel"/>
    <w:tmpl w:val="72E2D012"/>
    <w:lvl w:ilvl="0">
      <w:start w:val="2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5">
    <w:nsid w:val="65BD6023"/>
    <w:multiLevelType w:val="multilevel"/>
    <w:tmpl w:val="B100BF48"/>
    <w:lvl w:ilvl="0">
      <w:start w:val="2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6">
    <w:nsid w:val="67381C06"/>
    <w:multiLevelType w:val="hybridMultilevel"/>
    <w:tmpl w:val="6714E62C"/>
    <w:lvl w:ilvl="0" w:tplc="4FB415EC">
      <w:start w:val="11"/>
      <w:numFmt w:val="decimal"/>
      <w:lvlText w:val="%1)"/>
      <w:lvlJc w:val="left"/>
      <w:pPr>
        <w:ind w:left="750" w:hanging="39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7">
    <w:nsid w:val="679176F6"/>
    <w:multiLevelType w:val="multilevel"/>
    <w:tmpl w:val="25A4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81D5F14"/>
    <w:multiLevelType w:val="multilevel"/>
    <w:tmpl w:val="AEBA8D7A"/>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9">
    <w:nsid w:val="6BA15B38"/>
    <w:multiLevelType w:val="multilevel"/>
    <w:tmpl w:val="98EC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DBC23D2"/>
    <w:multiLevelType w:val="multilevel"/>
    <w:tmpl w:val="CB82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EDB0D61"/>
    <w:multiLevelType w:val="multilevel"/>
    <w:tmpl w:val="E9A61F3C"/>
    <w:lvl w:ilvl="0">
      <w:start w:val="2"/>
      <w:numFmt w:val="decimal"/>
      <w:lvlText w:val="%1."/>
      <w:lvlJc w:val="left"/>
      <w:pPr>
        <w:ind w:left="600" w:hanging="600"/>
      </w:pPr>
      <w:rPr>
        <w:rFonts w:cs="Times New Roman" w:hint="default"/>
        <w:b/>
        <w:color w:val="000000"/>
        <w:sz w:val="19"/>
      </w:rPr>
    </w:lvl>
    <w:lvl w:ilvl="1">
      <w:start w:val="1"/>
      <w:numFmt w:val="decimal"/>
      <w:lvlText w:val="%1.%2."/>
      <w:lvlJc w:val="left"/>
      <w:pPr>
        <w:ind w:left="720" w:hanging="720"/>
      </w:pPr>
      <w:rPr>
        <w:rFonts w:cs="Times New Roman" w:hint="default"/>
        <w:b/>
        <w:color w:val="000000"/>
        <w:sz w:val="19"/>
      </w:rPr>
    </w:lvl>
    <w:lvl w:ilvl="2">
      <w:start w:val="16"/>
      <w:numFmt w:val="decimal"/>
      <w:lvlText w:val="%1.%2.%3."/>
      <w:lvlJc w:val="left"/>
      <w:pPr>
        <w:ind w:left="720" w:hanging="720"/>
      </w:pPr>
      <w:rPr>
        <w:rFonts w:cs="Times New Roman" w:hint="default"/>
        <w:b/>
        <w:color w:val="000000"/>
        <w:sz w:val="19"/>
      </w:rPr>
    </w:lvl>
    <w:lvl w:ilvl="3">
      <w:start w:val="1"/>
      <w:numFmt w:val="decimal"/>
      <w:lvlText w:val="%1.%2.%3.%4."/>
      <w:lvlJc w:val="left"/>
      <w:pPr>
        <w:ind w:left="1080" w:hanging="1080"/>
      </w:pPr>
      <w:rPr>
        <w:rFonts w:cs="Times New Roman" w:hint="default"/>
        <w:b/>
        <w:color w:val="000000"/>
        <w:sz w:val="19"/>
      </w:rPr>
    </w:lvl>
    <w:lvl w:ilvl="4">
      <w:start w:val="1"/>
      <w:numFmt w:val="decimal"/>
      <w:lvlText w:val="%1.%2.%3.%4.%5."/>
      <w:lvlJc w:val="left"/>
      <w:pPr>
        <w:ind w:left="1080" w:hanging="1080"/>
      </w:pPr>
      <w:rPr>
        <w:rFonts w:cs="Times New Roman" w:hint="default"/>
        <w:b/>
        <w:color w:val="000000"/>
        <w:sz w:val="19"/>
      </w:rPr>
    </w:lvl>
    <w:lvl w:ilvl="5">
      <w:start w:val="1"/>
      <w:numFmt w:val="decimal"/>
      <w:lvlText w:val="%1.%2.%3.%4.%5.%6."/>
      <w:lvlJc w:val="left"/>
      <w:pPr>
        <w:ind w:left="1440" w:hanging="1440"/>
      </w:pPr>
      <w:rPr>
        <w:rFonts w:cs="Times New Roman" w:hint="default"/>
        <w:b/>
        <w:color w:val="000000"/>
        <w:sz w:val="19"/>
      </w:rPr>
    </w:lvl>
    <w:lvl w:ilvl="6">
      <w:start w:val="1"/>
      <w:numFmt w:val="decimal"/>
      <w:lvlText w:val="%1.%2.%3.%4.%5.%6.%7."/>
      <w:lvlJc w:val="left"/>
      <w:pPr>
        <w:ind w:left="1440" w:hanging="1440"/>
      </w:pPr>
      <w:rPr>
        <w:rFonts w:cs="Times New Roman" w:hint="default"/>
        <w:b/>
        <w:color w:val="000000"/>
        <w:sz w:val="19"/>
      </w:rPr>
    </w:lvl>
    <w:lvl w:ilvl="7">
      <w:start w:val="1"/>
      <w:numFmt w:val="decimal"/>
      <w:lvlText w:val="%1.%2.%3.%4.%5.%6.%7.%8."/>
      <w:lvlJc w:val="left"/>
      <w:pPr>
        <w:ind w:left="1800" w:hanging="1800"/>
      </w:pPr>
      <w:rPr>
        <w:rFonts w:cs="Times New Roman" w:hint="default"/>
        <w:b/>
        <w:color w:val="000000"/>
        <w:sz w:val="19"/>
      </w:rPr>
    </w:lvl>
    <w:lvl w:ilvl="8">
      <w:start w:val="1"/>
      <w:numFmt w:val="decimal"/>
      <w:lvlText w:val="%1.%2.%3.%4.%5.%6.%7.%8.%9."/>
      <w:lvlJc w:val="left"/>
      <w:pPr>
        <w:ind w:left="2160" w:hanging="2160"/>
      </w:pPr>
      <w:rPr>
        <w:rFonts w:cs="Times New Roman" w:hint="default"/>
        <w:b/>
        <w:color w:val="000000"/>
        <w:sz w:val="19"/>
      </w:rPr>
    </w:lvl>
  </w:abstractNum>
  <w:abstractNum w:abstractNumId="212">
    <w:nsid w:val="6FD458CB"/>
    <w:multiLevelType w:val="multilevel"/>
    <w:tmpl w:val="4C722508"/>
    <w:lvl w:ilvl="0">
      <w:start w:val="3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3">
    <w:nsid w:val="704319C2"/>
    <w:multiLevelType w:val="multilevel"/>
    <w:tmpl w:val="DE0274EE"/>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70C51834"/>
    <w:multiLevelType w:val="multilevel"/>
    <w:tmpl w:val="67BAD032"/>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71DD6FBB"/>
    <w:multiLevelType w:val="multilevel"/>
    <w:tmpl w:val="485EA024"/>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72B54DE0"/>
    <w:multiLevelType w:val="multilevel"/>
    <w:tmpl w:val="ABAC50E8"/>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7">
    <w:nsid w:val="72C24714"/>
    <w:multiLevelType w:val="multilevel"/>
    <w:tmpl w:val="4126ADAA"/>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73A96611"/>
    <w:multiLevelType w:val="multilevel"/>
    <w:tmpl w:val="BF00DC0E"/>
    <w:lvl w:ilvl="0">
      <w:start w:val="1"/>
      <w:numFmt w:val="bullet"/>
      <w:lvlText w:val="•"/>
      <w:lvlJc w:val="left"/>
      <w:pPr>
        <w:ind w:left="720" w:hanging="360"/>
      </w:pPr>
      <w:rPr>
        <w:rFonts w:ascii="Times New Roman" w:hAnsi="Times New Roman" w:hint="default"/>
        <w:i/>
        <w:sz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9">
    <w:nsid w:val="73AC56E2"/>
    <w:multiLevelType w:val="hybridMultilevel"/>
    <w:tmpl w:val="C858565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20">
    <w:nsid w:val="74217671"/>
    <w:multiLevelType w:val="multilevel"/>
    <w:tmpl w:val="46F48F7E"/>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74896C09"/>
    <w:multiLevelType w:val="hybridMultilevel"/>
    <w:tmpl w:val="DE8C59F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22">
    <w:nsid w:val="751863E5"/>
    <w:multiLevelType w:val="multilevel"/>
    <w:tmpl w:val="09BE0C84"/>
    <w:lvl w:ilvl="0">
      <w:start w:val="2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3">
    <w:nsid w:val="7520291F"/>
    <w:multiLevelType w:val="multilevel"/>
    <w:tmpl w:val="9D5673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4">
    <w:nsid w:val="764B6C16"/>
    <w:multiLevelType w:val="hybridMultilevel"/>
    <w:tmpl w:val="C916F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6E80293"/>
    <w:multiLevelType w:val="multilevel"/>
    <w:tmpl w:val="D3B667A2"/>
    <w:lvl w:ilvl="0">
      <w:start w:val="3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6">
    <w:nsid w:val="7737468A"/>
    <w:multiLevelType w:val="multilevel"/>
    <w:tmpl w:val="CCE86C12"/>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7">
    <w:nsid w:val="77CB0B29"/>
    <w:multiLevelType w:val="multilevel"/>
    <w:tmpl w:val="A19A1512"/>
    <w:lvl w:ilvl="0">
      <w:start w:val="2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8">
    <w:nsid w:val="7818014F"/>
    <w:multiLevelType w:val="multilevel"/>
    <w:tmpl w:val="E59A0AD0"/>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78441ED6"/>
    <w:multiLevelType w:val="multilevel"/>
    <w:tmpl w:val="8244FEAE"/>
    <w:lvl w:ilvl="0">
      <w:start w:val="3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1">
    <w:nsid w:val="78F5171D"/>
    <w:multiLevelType w:val="hybridMultilevel"/>
    <w:tmpl w:val="AB42946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32">
    <w:nsid w:val="7A8D467B"/>
    <w:multiLevelType w:val="multilevel"/>
    <w:tmpl w:val="50EE42F6"/>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3">
    <w:nsid w:val="7A99244E"/>
    <w:multiLevelType w:val="hybridMultilevel"/>
    <w:tmpl w:val="093ED260"/>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34">
    <w:nsid w:val="7AF4307C"/>
    <w:multiLevelType w:val="multilevel"/>
    <w:tmpl w:val="5D5E5F48"/>
    <w:lvl w:ilvl="0">
      <w:start w:val="2"/>
      <w:numFmt w:val="decimal"/>
      <w:lvlText w:val="%1."/>
      <w:lvlJc w:val="left"/>
      <w:pPr>
        <w:ind w:left="540" w:hanging="540"/>
      </w:pPr>
      <w:rPr>
        <w:rFonts w:cs="Times New Roman" w:hint="default"/>
        <w:b/>
        <w:color w:val="231E20"/>
      </w:rPr>
    </w:lvl>
    <w:lvl w:ilvl="1">
      <w:start w:val="1"/>
      <w:numFmt w:val="decimal"/>
      <w:lvlText w:val="%1.%2."/>
      <w:lvlJc w:val="left"/>
      <w:pPr>
        <w:ind w:left="540" w:hanging="540"/>
      </w:pPr>
      <w:rPr>
        <w:rFonts w:cs="Times New Roman" w:hint="default"/>
        <w:b/>
        <w:color w:val="231E20"/>
      </w:rPr>
    </w:lvl>
    <w:lvl w:ilvl="2">
      <w:start w:val="3"/>
      <w:numFmt w:val="decimal"/>
      <w:lvlText w:val="%1.%2.%3."/>
      <w:lvlJc w:val="left"/>
      <w:pPr>
        <w:ind w:left="720" w:hanging="720"/>
      </w:pPr>
      <w:rPr>
        <w:rFonts w:cs="Times New Roman" w:hint="default"/>
        <w:b/>
        <w:color w:val="231E20"/>
      </w:rPr>
    </w:lvl>
    <w:lvl w:ilvl="3">
      <w:start w:val="1"/>
      <w:numFmt w:val="decimal"/>
      <w:lvlText w:val="%1.%2.%3.%4."/>
      <w:lvlJc w:val="left"/>
      <w:pPr>
        <w:ind w:left="720" w:hanging="720"/>
      </w:pPr>
      <w:rPr>
        <w:rFonts w:cs="Times New Roman" w:hint="default"/>
        <w:b/>
        <w:color w:val="231E20"/>
      </w:rPr>
    </w:lvl>
    <w:lvl w:ilvl="4">
      <w:start w:val="1"/>
      <w:numFmt w:val="decimal"/>
      <w:lvlText w:val="%1.%2.%3.%4.%5."/>
      <w:lvlJc w:val="left"/>
      <w:pPr>
        <w:ind w:left="1080" w:hanging="1080"/>
      </w:pPr>
      <w:rPr>
        <w:rFonts w:cs="Times New Roman" w:hint="default"/>
        <w:b/>
        <w:color w:val="231E20"/>
      </w:rPr>
    </w:lvl>
    <w:lvl w:ilvl="5">
      <w:start w:val="1"/>
      <w:numFmt w:val="decimal"/>
      <w:lvlText w:val="%1.%2.%3.%4.%5.%6."/>
      <w:lvlJc w:val="left"/>
      <w:pPr>
        <w:ind w:left="1080" w:hanging="1080"/>
      </w:pPr>
      <w:rPr>
        <w:rFonts w:cs="Times New Roman" w:hint="default"/>
        <w:b/>
        <w:color w:val="231E20"/>
      </w:rPr>
    </w:lvl>
    <w:lvl w:ilvl="6">
      <w:start w:val="1"/>
      <w:numFmt w:val="decimal"/>
      <w:lvlText w:val="%1.%2.%3.%4.%5.%6.%7."/>
      <w:lvlJc w:val="left"/>
      <w:pPr>
        <w:ind w:left="1440" w:hanging="1440"/>
      </w:pPr>
      <w:rPr>
        <w:rFonts w:cs="Times New Roman" w:hint="default"/>
        <w:b/>
        <w:color w:val="231E20"/>
      </w:rPr>
    </w:lvl>
    <w:lvl w:ilvl="7">
      <w:start w:val="1"/>
      <w:numFmt w:val="decimal"/>
      <w:lvlText w:val="%1.%2.%3.%4.%5.%6.%7.%8."/>
      <w:lvlJc w:val="left"/>
      <w:pPr>
        <w:ind w:left="1440" w:hanging="1440"/>
      </w:pPr>
      <w:rPr>
        <w:rFonts w:cs="Times New Roman" w:hint="default"/>
        <w:b/>
        <w:color w:val="231E20"/>
      </w:rPr>
    </w:lvl>
    <w:lvl w:ilvl="8">
      <w:start w:val="1"/>
      <w:numFmt w:val="decimal"/>
      <w:lvlText w:val="%1.%2.%3.%4.%5.%6.%7.%8.%9."/>
      <w:lvlJc w:val="left"/>
      <w:pPr>
        <w:ind w:left="1800" w:hanging="1800"/>
      </w:pPr>
      <w:rPr>
        <w:rFonts w:cs="Times New Roman" w:hint="default"/>
        <w:b/>
        <w:color w:val="231E20"/>
      </w:rPr>
    </w:lvl>
  </w:abstractNum>
  <w:abstractNum w:abstractNumId="235">
    <w:nsid w:val="7BC32864"/>
    <w:multiLevelType w:val="multilevel"/>
    <w:tmpl w:val="803E4A3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6">
    <w:nsid w:val="7C004D2E"/>
    <w:multiLevelType w:val="multilevel"/>
    <w:tmpl w:val="44A6EB40"/>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7CA80997"/>
    <w:multiLevelType w:val="multilevel"/>
    <w:tmpl w:val="4066E726"/>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nsid w:val="7D3660FC"/>
    <w:multiLevelType w:val="multilevel"/>
    <w:tmpl w:val="C8004900"/>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7E875F82"/>
    <w:multiLevelType w:val="multilevel"/>
    <w:tmpl w:val="B754C2BA"/>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decimal"/>
      <w:lvlText w:val="%2)"/>
      <w:lvlJc w:val="left"/>
      <w:rPr>
        <w:rFonts w:cs="Times New Roman"/>
        <w:b w:val="0"/>
        <w:bCs w:val="0"/>
        <w:i w:val="0"/>
        <w:iCs w:val="0"/>
        <w:smallCaps w:val="0"/>
        <w:strike w:val="0"/>
        <w:color w:val="231E20"/>
        <w:spacing w:val="0"/>
        <w:w w:val="100"/>
        <w:position w:val="0"/>
        <w:sz w:val="14"/>
        <w:szCs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0">
    <w:nsid w:val="7FA062F7"/>
    <w:multiLevelType w:val="multilevel"/>
    <w:tmpl w:val="E7705F78"/>
    <w:lvl w:ilvl="0">
      <w:start w:val="2"/>
      <w:numFmt w:val="decimal"/>
      <w:lvlText w:val="%1."/>
      <w:lvlJc w:val="left"/>
      <w:pPr>
        <w:ind w:left="600" w:hanging="600"/>
      </w:pPr>
      <w:rPr>
        <w:rFonts w:cs="Times New Roman" w:hint="default"/>
        <w:b/>
        <w:color w:val="231E20"/>
        <w:sz w:val="19"/>
      </w:rPr>
    </w:lvl>
    <w:lvl w:ilvl="1">
      <w:start w:val="1"/>
      <w:numFmt w:val="decimal"/>
      <w:lvlText w:val="%1.%2."/>
      <w:lvlJc w:val="left"/>
      <w:pPr>
        <w:ind w:left="720" w:hanging="720"/>
      </w:pPr>
      <w:rPr>
        <w:rFonts w:cs="Times New Roman" w:hint="default"/>
        <w:b/>
        <w:color w:val="231E20"/>
        <w:sz w:val="19"/>
      </w:rPr>
    </w:lvl>
    <w:lvl w:ilvl="2">
      <w:start w:val="11"/>
      <w:numFmt w:val="decimal"/>
      <w:lvlText w:val="%1.%2.%3."/>
      <w:lvlJc w:val="left"/>
      <w:pPr>
        <w:ind w:left="720" w:hanging="720"/>
      </w:pPr>
      <w:rPr>
        <w:rFonts w:cs="Times New Roman" w:hint="default"/>
        <w:b/>
        <w:color w:val="231E20"/>
        <w:sz w:val="19"/>
      </w:rPr>
    </w:lvl>
    <w:lvl w:ilvl="3">
      <w:start w:val="1"/>
      <w:numFmt w:val="decimal"/>
      <w:lvlText w:val="%1.%2.%3.%4."/>
      <w:lvlJc w:val="left"/>
      <w:pPr>
        <w:ind w:left="1080" w:hanging="1080"/>
      </w:pPr>
      <w:rPr>
        <w:rFonts w:cs="Times New Roman" w:hint="default"/>
        <w:b/>
        <w:color w:val="231E20"/>
        <w:sz w:val="19"/>
      </w:rPr>
    </w:lvl>
    <w:lvl w:ilvl="4">
      <w:start w:val="1"/>
      <w:numFmt w:val="decimal"/>
      <w:lvlText w:val="%1.%2.%3.%4.%5."/>
      <w:lvlJc w:val="left"/>
      <w:pPr>
        <w:ind w:left="1080" w:hanging="1080"/>
      </w:pPr>
      <w:rPr>
        <w:rFonts w:cs="Times New Roman" w:hint="default"/>
        <w:b/>
        <w:color w:val="231E20"/>
        <w:sz w:val="19"/>
      </w:rPr>
    </w:lvl>
    <w:lvl w:ilvl="5">
      <w:start w:val="1"/>
      <w:numFmt w:val="decimal"/>
      <w:lvlText w:val="%1.%2.%3.%4.%5.%6."/>
      <w:lvlJc w:val="left"/>
      <w:pPr>
        <w:ind w:left="1440" w:hanging="1440"/>
      </w:pPr>
      <w:rPr>
        <w:rFonts w:cs="Times New Roman" w:hint="default"/>
        <w:b/>
        <w:color w:val="231E20"/>
        <w:sz w:val="19"/>
      </w:rPr>
    </w:lvl>
    <w:lvl w:ilvl="6">
      <w:start w:val="1"/>
      <w:numFmt w:val="decimal"/>
      <w:lvlText w:val="%1.%2.%3.%4.%5.%6.%7."/>
      <w:lvlJc w:val="left"/>
      <w:pPr>
        <w:ind w:left="1440" w:hanging="1440"/>
      </w:pPr>
      <w:rPr>
        <w:rFonts w:cs="Times New Roman" w:hint="default"/>
        <w:b/>
        <w:color w:val="231E20"/>
        <w:sz w:val="19"/>
      </w:rPr>
    </w:lvl>
    <w:lvl w:ilvl="7">
      <w:start w:val="1"/>
      <w:numFmt w:val="decimal"/>
      <w:lvlText w:val="%1.%2.%3.%4.%5.%6.%7.%8."/>
      <w:lvlJc w:val="left"/>
      <w:pPr>
        <w:ind w:left="1800" w:hanging="1800"/>
      </w:pPr>
      <w:rPr>
        <w:rFonts w:cs="Times New Roman" w:hint="default"/>
        <w:b/>
        <w:color w:val="231E20"/>
        <w:sz w:val="19"/>
      </w:rPr>
    </w:lvl>
    <w:lvl w:ilvl="8">
      <w:start w:val="1"/>
      <w:numFmt w:val="decimal"/>
      <w:lvlText w:val="%1.%2.%3.%4.%5.%6.%7.%8.%9."/>
      <w:lvlJc w:val="left"/>
      <w:pPr>
        <w:ind w:left="2160" w:hanging="2160"/>
      </w:pPr>
      <w:rPr>
        <w:rFonts w:cs="Times New Roman" w:hint="default"/>
        <w:b/>
        <w:color w:val="231E20"/>
        <w:sz w:val="19"/>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5"/>
  </w:num>
  <w:num w:numId="8">
    <w:abstractNumId w:val="4"/>
  </w:num>
  <w:num w:numId="9">
    <w:abstractNumId w:val="3"/>
  </w:num>
  <w:num w:numId="10">
    <w:abstractNumId w:val="2"/>
  </w:num>
  <w:num w:numId="11">
    <w:abstractNumId w:val="1"/>
  </w:num>
  <w:num w:numId="12">
    <w:abstractNumId w:val="0"/>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26"/>
  </w:num>
  <w:num w:numId="34">
    <w:abstractNumId w:val="27"/>
  </w:num>
  <w:num w:numId="35">
    <w:abstractNumId w:val="28"/>
  </w:num>
  <w:num w:numId="36">
    <w:abstractNumId w:val="29"/>
  </w:num>
  <w:num w:numId="37">
    <w:abstractNumId w:val="30"/>
  </w:num>
  <w:num w:numId="38">
    <w:abstractNumId w:val="31"/>
  </w:num>
  <w:num w:numId="39">
    <w:abstractNumId w:val="32"/>
  </w:num>
  <w:num w:numId="40">
    <w:abstractNumId w:val="33"/>
  </w:num>
  <w:num w:numId="41">
    <w:abstractNumId w:val="34"/>
  </w:num>
  <w:num w:numId="42">
    <w:abstractNumId w:val="35"/>
  </w:num>
  <w:num w:numId="43">
    <w:abstractNumId w:val="36"/>
  </w:num>
  <w:num w:numId="44">
    <w:abstractNumId w:val="37"/>
  </w:num>
  <w:num w:numId="45">
    <w:abstractNumId w:val="38"/>
  </w:num>
  <w:num w:numId="46">
    <w:abstractNumId w:val="39"/>
  </w:num>
  <w:num w:numId="47">
    <w:abstractNumId w:val="40"/>
  </w:num>
  <w:num w:numId="48">
    <w:abstractNumId w:val="41"/>
  </w:num>
  <w:num w:numId="49">
    <w:abstractNumId w:val="42"/>
  </w:num>
  <w:num w:numId="50">
    <w:abstractNumId w:val="43"/>
  </w:num>
  <w:num w:numId="51">
    <w:abstractNumId w:val="44"/>
  </w:num>
  <w:num w:numId="52">
    <w:abstractNumId w:val="45"/>
  </w:num>
  <w:num w:numId="53">
    <w:abstractNumId w:val="46"/>
  </w:num>
  <w:num w:numId="54">
    <w:abstractNumId w:val="47"/>
  </w:num>
  <w:num w:numId="55">
    <w:abstractNumId w:val="48"/>
  </w:num>
  <w:num w:numId="56">
    <w:abstractNumId w:val="49"/>
  </w:num>
  <w:num w:numId="57">
    <w:abstractNumId w:val="50"/>
  </w:num>
  <w:num w:numId="58">
    <w:abstractNumId w:val="51"/>
  </w:num>
  <w:num w:numId="59">
    <w:abstractNumId w:val="52"/>
  </w:num>
  <w:num w:numId="60">
    <w:abstractNumId w:val="53"/>
  </w:num>
  <w:num w:numId="61">
    <w:abstractNumId w:val="54"/>
  </w:num>
  <w:num w:numId="62">
    <w:abstractNumId w:val="55"/>
  </w:num>
  <w:num w:numId="63">
    <w:abstractNumId w:val="56"/>
  </w:num>
  <w:num w:numId="64">
    <w:abstractNumId w:val="57"/>
  </w:num>
  <w:num w:numId="65">
    <w:abstractNumId w:val="58"/>
  </w:num>
  <w:num w:numId="66">
    <w:abstractNumId w:val="59"/>
  </w:num>
  <w:num w:numId="67">
    <w:abstractNumId w:val="60"/>
  </w:num>
  <w:num w:numId="68">
    <w:abstractNumId w:val="61"/>
  </w:num>
  <w:num w:numId="69">
    <w:abstractNumId w:val="62"/>
  </w:num>
  <w:num w:numId="70">
    <w:abstractNumId w:val="63"/>
  </w:num>
  <w:num w:numId="71">
    <w:abstractNumId w:val="64"/>
  </w:num>
  <w:num w:numId="72">
    <w:abstractNumId w:val="65"/>
  </w:num>
  <w:num w:numId="73">
    <w:abstractNumId w:val="66"/>
  </w:num>
  <w:num w:numId="74">
    <w:abstractNumId w:val="67"/>
  </w:num>
  <w:num w:numId="75">
    <w:abstractNumId w:val="68"/>
  </w:num>
  <w:num w:numId="76">
    <w:abstractNumId w:val="69"/>
  </w:num>
  <w:num w:numId="77">
    <w:abstractNumId w:val="70"/>
  </w:num>
  <w:num w:numId="78">
    <w:abstractNumId w:val="71"/>
  </w:num>
  <w:num w:numId="79">
    <w:abstractNumId w:val="72"/>
  </w:num>
  <w:num w:numId="80">
    <w:abstractNumId w:val="73"/>
  </w:num>
  <w:num w:numId="81">
    <w:abstractNumId w:val="96"/>
  </w:num>
  <w:num w:numId="82">
    <w:abstractNumId w:val="83"/>
  </w:num>
  <w:num w:numId="83">
    <w:abstractNumId w:val="200"/>
  </w:num>
  <w:num w:numId="84">
    <w:abstractNumId w:val="166"/>
  </w:num>
  <w:num w:numId="85">
    <w:abstractNumId w:val="206"/>
  </w:num>
  <w:num w:numId="86">
    <w:abstractNumId w:val="134"/>
  </w:num>
  <w:num w:numId="87">
    <w:abstractNumId w:val="178"/>
  </w:num>
  <w:num w:numId="88">
    <w:abstractNumId w:val="239"/>
  </w:num>
  <w:num w:numId="89">
    <w:abstractNumId w:val="5"/>
  </w:num>
  <w:num w:numId="90">
    <w:abstractNumId w:val="4"/>
    <w:lvlOverride w:ilvl="0">
      <w:startOverride w:val="1"/>
    </w:lvlOverride>
  </w:num>
  <w:num w:numId="91">
    <w:abstractNumId w:val="3"/>
  </w:num>
  <w:num w:numId="92">
    <w:abstractNumId w:val="2"/>
  </w:num>
  <w:num w:numId="93">
    <w:abstractNumId w:val="1"/>
    <w:lvlOverride w:ilvl="0">
      <w:startOverride w:val="1"/>
    </w:lvlOverride>
  </w:num>
  <w:num w:numId="94">
    <w:abstractNumId w:val="0"/>
    <w:lvlOverride w:ilvl="0">
      <w:startOverride w:val="1"/>
    </w:lvlOverride>
  </w:num>
  <w:num w:numId="95">
    <w:abstractNumId w:val="219"/>
  </w:num>
  <w:num w:numId="96">
    <w:abstractNumId w:val="75"/>
  </w:num>
  <w:num w:numId="97">
    <w:abstractNumId w:val="181"/>
  </w:num>
  <w:num w:numId="98">
    <w:abstractNumId w:val="203"/>
  </w:num>
  <w:num w:numId="99">
    <w:abstractNumId w:val="111"/>
  </w:num>
  <w:num w:numId="100">
    <w:abstractNumId w:val="158"/>
  </w:num>
  <w:num w:numId="101">
    <w:abstractNumId w:val="132"/>
  </w:num>
  <w:num w:numId="102">
    <w:abstractNumId w:val="127"/>
  </w:num>
  <w:num w:numId="103">
    <w:abstractNumId w:val="168"/>
  </w:num>
  <w:num w:numId="104">
    <w:abstractNumId w:val="146"/>
  </w:num>
  <w:num w:numId="105">
    <w:abstractNumId w:val="116"/>
  </w:num>
  <w:num w:numId="106">
    <w:abstractNumId w:val="202"/>
  </w:num>
  <w:num w:numId="107">
    <w:abstractNumId w:val="149"/>
  </w:num>
  <w:num w:numId="108">
    <w:abstractNumId w:val="193"/>
  </w:num>
  <w:num w:numId="109">
    <w:abstractNumId w:val="174"/>
  </w:num>
  <w:num w:numId="110">
    <w:abstractNumId w:val="88"/>
  </w:num>
  <w:num w:numId="111">
    <w:abstractNumId w:val="233"/>
  </w:num>
  <w:num w:numId="112">
    <w:abstractNumId w:val="154"/>
  </w:num>
  <w:num w:numId="113">
    <w:abstractNumId w:val="207"/>
  </w:num>
  <w:num w:numId="114">
    <w:abstractNumId w:val="99"/>
  </w:num>
  <w:num w:numId="115">
    <w:abstractNumId w:val="86"/>
  </w:num>
  <w:num w:numId="116">
    <w:abstractNumId w:val="151"/>
  </w:num>
  <w:num w:numId="117">
    <w:abstractNumId w:val="142"/>
  </w:num>
  <w:num w:numId="118">
    <w:abstractNumId w:val="175"/>
  </w:num>
  <w:num w:numId="119">
    <w:abstractNumId w:val="176"/>
  </w:num>
  <w:num w:numId="120">
    <w:abstractNumId w:val="209"/>
  </w:num>
  <w:num w:numId="121">
    <w:abstractNumId w:val="157"/>
  </w:num>
  <w:num w:numId="122">
    <w:abstractNumId w:val="138"/>
  </w:num>
  <w:num w:numId="123">
    <w:abstractNumId w:val="159"/>
  </w:num>
  <w:num w:numId="124">
    <w:abstractNumId w:val="160"/>
  </w:num>
  <w:num w:numId="125">
    <w:abstractNumId w:val="98"/>
  </w:num>
  <w:num w:numId="126">
    <w:abstractNumId w:val="117"/>
  </w:num>
  <w:num w:numId="127">
    <w:abstractNumId w:val="87"/>
  </w:num>
  <w:num w:numId="128">
    <w:abstractNumId w:val="82"/>
  </w:num>
  <w:num w:numId="129">
    <w:abstractNumId w:val="150"/>
    <w:lvlOverride w:ilvl="0">
      <w:startOverride w:val="1"/>
    </w:lvlOverride>
  </w:num>
  <w:num w:numId="130">
    <w:abstractNumId w:val="169"/>
  </w:num>
  <w:num w:numId="131">
    <w:abstractNumId w:val="240"/>
  </w:num>
  <w:num w:numId="132">
    <w:abstractNumId w:val="143"/>
  </w:num>
  <w:num w:numId="133">
    <w:abstractNumId w:val="130"/>
  </w:num>
  <w:num w:numId="134">
    <w:abstractNumId w:val="84"/>
  </w:num>
  <w:num w:numId="135">
    <w:abstractNumId w:val="173"/>
  </w:num>
  <w:num w:numId="136">
    <w:abstractNumId w:val="118"/>
  </w:num>
  <w:num w:numId="137">
    <w:abstractNumId w:val="185"/>
  </w:num>
  <w:num w:numId="138">
    <w:abstractNumId w:val="179"/>
  </w:num>
  <w:num w:numId="139">
    <w:abstractNumId w:val="121"/>
  </w:num>
  <w:num w:numId="140">
    <w:abstractNumId w:val="79"/>
  </w:num>
  <w:num w:numId="141">
    <w:abstractNumId w:val="77"/>
  </w:num>
  <w:num w:numId="142">
    <w:abstractNumId w:val="93"/>
  </w:num>
  <w:num w:numId="143">
    <w:abstractNumId w:val="144"/>
  </w:num>
  <w:num w:numId="144">
    <w:abstractNumId w:val="195"/>
  </w:num>
  <w:num w:numId="145">
    <w:abstractNumId w:val="235"/>
  </w:num>
  <w:num w:numId="146">
    <w:abstractNumId w:val="197"/>
  </w:num>
  <w:num w:numId="147">
    <w:abstractNumId w:val="208"/>
  </w:num>
  <w:num w:numId="148">
    <w:abstractNumId w:val="226"/>
  </w:num>
  <w:num w:numId="149">
    <w:abstractNumId w:val="133"/>
  </w:num>
  <w:num w:numId="150">
    <w:abstractNumId w:val="188"/>
  </w:num>
  <w:num w:numId="151">
    <w:abstractNumId w:val="161"/>
  </w:num>
  <w:num w:numId="152">
    <w:abstractNumId w:val="105"/>
  </w:num>
  <w:num w:numId="153">
    <w:abstractNumId w:val="172"/>
  </w:num>
  <w:num w:numId="154">
    <w:abstractNumId w:val="232"/>
  </w:num>
  <w:num w:numId="155">
    <w:abstractNumId w:val="145"/>
  </w:num>
  <w:num w:numId="156">
    <w:abstractNumId w:val="223"/>
  </w:num>
  <w:num w:numId="157">
    <w:abstractNumId w:val="198"/>
  </w:num>
  <w:num w:numId="158">
    <w:abstractNumId w:val="163"/>
  </w:num>
  <w:num w:numId="159">
    <w:abstractNumId w:val="147"/>
  </w:num>
  <w:num w:numId="160">
    <w:abstractNumId w:val="155"/>
  </w:num>
  <w:num w:numId="161">
    <w:abstractNumId w:val="137"/>
  </w:num>
  <w:num w:numId="162">
    <w:abstractNumId w:val="131"/>
  </w:num>
  <w:num w:numId="163">
    <w:abstractNumId w:val="201"/>
  </w:num>
  <w:num w:numId="164">
    <w:abstractNumId w:val="194"/>
  </w:num>
  <w:num w:numId="165">
    <w:abstractNumId w:val="199"/>
  </w:num>
  <w:num w:numId="166">
    <w:abstractNumId w:val="126"/>
  </w:num>
  <w:num w:numId="167">
    <w:abstractNumId w:val="189"/>
  </w:num>
  <w:num w:numId="168">
    <w:abstractNumId w:val="136"/>
  </w:num>
  <w:num w:numId="169">
    <w:abstractNumId w:val="162"/>
  </w:num>
  <w:num w:numId="170">
    <w:abstractNumId w:val="115"/>
  </w:num>
  <w:num w:numId="171">
    <w:abstractNumId w:val="216"/>
  </w:num>
  <w:num w:numId="172">
    <w:abstractNumId w:val="114"/>
  </w:num>
  <w:num w:numId="173">
    <w:abstractNumId w:val="165"/>
  </w:num>
  <w:num w:numId="174">
    <w:abstractNumId w:val="184"/>
  </w:num>
  <w:num w:numId="175">
    <w:abstractNumId w:val="227"/>
  </w:num>
  <w:num w:numId="176">
    <w:abstractNumId w:val="183"/>
  </w:num>
  <w:num w:numId="177">
    <w:abstractNumId w:val="128"/>
  </w:num>
  <w:num w:numId="178">
    <w:abstractNumId w:val="182"/>
  </w:num>
  <w:num w:numId="179">
    <w:abstractNumId w:val="187"/>
  </w:num>
  <w:num w:numId="180">
    <w:abstractNumId w:val="205"/>
  </w:num>
  <w:num w:numId="181">
    <w:abstractNumId w:val="191"/>
  </w:num>
  <w:num w:numId="182">
    <w:abstractNumId w:val="190"/>
  </w:num>
  <w:num w:numId="183">
    <w:abstractNumId w:val="204"/>
  </w:num>
  <w:num w:numId="184">
    <w:abstractNumId w:val="222"/>
  </w:num>
  <w:num w:numId="185">
    <w:abstractNumId w:val="156"/>
  </w:num>
  <w:num w:numId="186">
    <w:abstractNumId w:val="229"/>
  </w:num>
  <w:num w:numId="187">
    <w:abstractNumId w:val="74"/>
  </w:num>
  <w:num w:numId="188">
    <w:abstractNumId w:val="212"/>
  </w:num>
  <w:num w:numId="189">
    <w:abstractNumId w:val="225"/>
  </w:num>
  <w:num w:numId="190">
    <w:abstractNumId w:val="104"/>
  </w:num>
  <w:num w:numId="191">
    <w:abstractNumId w:val="106"/>
  </w:num>
  <w:num w:numId="192">
    <w:abstractNumId w:val="224"/>
  </w:num>
  <w:num w:numId="193">
    <w:abstractNumId w:val="177"/>
  </w:num>
  <w:num w:numId="194">
    <w:abstractNumId w:val="141"/>
  </w:num>
  <w:num w:numId="195">
    <w:abstractNumId w:val="231"/>
  </w:num>
  <w:num w:numId="196">
    <w:abstractNumId w:val="94"/>
  </w:num>
  <w:num w:numId="197">
    <w:abstractNumId w:val="135"/>
  </w:num>
  <w:num w:numId="198">
    <w:abstractNumId w:val="122"/>
  </w:num>
  <w:num w:numId="199">
    <w:abstractNumId w:val="97"/>
  </w:num>
  <w:num w:numId="200">
    <w:abstractNumId w:val="221"/>
  </w:num>
  <w:num w:numId="201">
    <w:abstractNumId w:val="148"/>
  </w:num>
  <w:num w:numId="202">
    <w:abstractNumId w:val="196"/>
  </w:num>
  <w:num w:numId="203">
    <w:abstractNumId w:val="92"/>
  </w:num>
  <w:num w:numId="204">
    <w:abstractNumId w:val="101"/>
  </w:num>
  <w:num w:numId="205">
    <w:abstractNumId w:val="119"/>
  </w:num>
  <w:num w:numId="206">
    <w:abstractNumId w:val="139"/>
  </w:num>
  <w:num w:numId="207">
    <w:abstractNumId w:val="81"/>
  </w:num>
  <w:num w:numId="208">
    <w:abstractNumId w:val="124"/>
  </w:num>
  <w:num w:numId="209">
    <w:abstractNumId w:val="152"/>
  </w:num>
  <w:num w:numId="210">
    <w:abstractNumId w:val="109"/>
  </w:num>
  <w:num w:numId="211">
    <w:abstractNumId w:val="171"/>
  </w:num>
  <w:num w:numId="21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38"/>
  </w:num>
  <w:num w:numId="214">
    <w:abstractNumId w:val="217"/>
  </w:num>
  <w:num w:numId="215">
    <w:abstractNumId w:val="228"/>
  </w:num>
  <w:num w:numId="216">
    <w:abstractNumId w:val="112"/>
  </w:num>
  <w:num w:numId="217">
    <w:abstractNumId w:val="164"/>
  </w:num>
  <w:num w:numId="218">
    <w:abstractNumId w:val="140"/>
  </w:num>
  <w:num w:numId="219">
    <w:abstractNumId w:val="214"/>
  </w:num>
  <w:num w:numId="220">
    <w:abstractNumId w:val="170"/>
  </w:num>
  <w:num w:numId="221">
    <w:abstractNumId w:val="89"/>
  </w:num>
  <w:num w:numId="222">
    <w:abstractNumId w:val="123"/>
  </w:num>
  <w:num w:numId="223">
    <w:abstractNumId w:val="237"/>
  </w:num>
  <w:num w:numId="224">
    <w:abstractNumId w:val="110"/>
  </w:num>
  <w:num w:numId="225">
    <w:abstractNumId w:val="90"/>
  </w:num>
  <w:num w:numId="226">
    <w:abstractNumId w:val="186"/>
  </w:num>
  <w:num w:numId="227">
    <w:abstractNumId w:val="95"/>
  </w:num>
  <w:num w:numId="228">
    <w:abstractNumId w:val="100"/>
  </w:num>
  <w:num w:numId="229">
    <w:abstractNumId w:val="103"/>
  </w:num>
  <w:num w:numId="230">
    <w:abstractNumId w:val="236"/>
  </w:num>
  <w:num w:numId="231">
    <w:abstractNumId w:val="167"/>
  </w:num>
  <w:num w:numId="232">
    <w:abstractNumId w:val="213"/>
  </w:num>
  <w:num w:numId="233">
    <w:abstractNumId w:val="125"/>
  </w:num>
  <w:num w:numId="234">
    <w:abstractNumId w:val="220"/>
  </w:num>
  <w:num w:numId="235">
    <w:abstractNumId w:val="129"/>
  </w:num>
  <w:num w:numId="236">
    <w:abstractNumId w:val="153"/>
    <w:lvlOverride w:ilvl="0"/>
    <w:lvlOverride w:ilvl="1">
      <w:startOverride w:val="4"/>
    </w:lvlOverride>
    <w:lvlOverride w:ilvl="2"/>
    <w:lvlOverride w:ilvl="3"/>
    <w:lvlOverride w:ilvl="4"/>
    <w:lvlOverride w:ilvl="5"/>
    <w:lvlOverride w:ilvl="6"/>
    <w:lvlOverride w:ilvl="7"/>
    <w:lvlOverride w:ilvl="8"/>
  </w:num>
  <w:num w:numId="237">
    <w:abstractNumId w:val="215"/>
  </w:num>
  <w:num w:numId="23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18"/>
  </w:num>
  <w:num w:numId="240">
    <w:abstractNumId w:val="120"/>
  </w:num>
  <w:num w:numId="241">
    <w:abstractNumId w:val="76"/>
  </w:num>
  <w:num w:numId="242">
    <w:abstractNumId w:val="192"/>
  </w:num>
  <w:num w:numId="243">
    <w:abstractNumId w:val="80"/>
  </w:num>
  <w:num w:numId="244">
    <w:abstractNumId w:val="78"/>
  </w:num>
  <w:num w:numId="245">
    <w:abstractNumId w:val="230"/>
  </w:num>
  <w:num w:numId="246">
    <w:abstractNumId w:val="85"/>
  </w:num>
  <w:num w:numId="247">
    <w:abstractNumId w:val="180"/>
  </w:num>
  <w:num w:numId="248">
    <w:abstractNumId w:val="102"/>
  </w:num>
  <w:num w:numId="249">
    <w:abstractNumId w:val="113"/>
  </w:num>
  <w:num w:numId="250">
    <w:abstractNumId w:val="107"/>
  </w:num>
  <w:num w:numId="251">
    <w:abstractNumId w:val="211"/>
  </w:num>
  <w:num w:numId="252">
    <w:abstractNumId w:val="234"/>
  </w:num>
  <w:num w:numId="253">
    <w:abstractNumId w:val="210"/>
  </w:num>
  <w:numIdMacAtCleanup w:val="2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87"/>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6E58"/>
    <w:rsid w:val="000149D8"/>
    <w:rsid w:val="0002302F"/>
    <w:rsid w:val="00025A49"/>
    <w:rsid w:val="00026C2B"/>
    <w:rsid w:val="0003371A"/>
    <w:rsid w:val="00033A4A"/>
    <w:rsid w:val="00045DBC"/>
    <w:rsid w:val="0005577B"/>
    <w:rsid w:val="00056962"/>
    <w:rsid w:val="000B0AE1"/>
    <w:rsid w:val="0010261C"/>
    <w:rsid w:val="00105236"/>
    <w:rsid w:val="00111547"/>
    <w:rsid w:val="00116831"/>
    <w:rsid w:val="00127080"/>
    <w:rsid w:val="00127F47"/>
    <w:rsid w:val="00141EA3"/>
    <w:rsid w:val="00144868"/>
    <w:rsid w:val="001520A8"/>
    <w:rsid w:val="0016276F"/>
    <w:rsid w:val="00195B0F"/>
    <w:rsid w:val="001C58A2"/>
    <w:rsid w:val="001C7BA4"/>
    <w:rsid w:val="001D5880"/>
    <w:rsid w:val="00212BAE"/>
    <w:rsid w:val="002271B9"/>
    <w:rsid w:val="0023633A"/>
    <w:rsid w:val="0025209E"/>
    <w:rsid w:val="0025435B"/>
    <w:rsid w:val="0026178D"/>
    <w:rsid w:val="00272CF8"/>
    <w:rsid w:val="00272DA9"/>
    <w:rsid w:val="00292266"/>
    <w:rsid w:val="002B4EC1"/>
    <w:rsid w:val="002D1403"/>
    <w:rsid w:val="002D6E92"/>
    <w:rsid w:val="002D77E2"/>
    <w:rsid w:val="003163CD"/>
    <w:rsid w:val="00355649"/>
    <w:rsid w:val="00355BBB"/>
    <w:rsid w:val="003830B0"/>
    <w:rsid w:val="00386670"/>
    <w:rsid w:val="00386AC6"/>
    <w:rsid w:val="003A3DBF"/>
    <w:rsid w:val="003A7FC2"/>
    <w:rsid w:val="003B49F1"/>
    <w:rsid w:val="003B4BB8"/>
    <w:rsid w:val="003B6E58"/>
    <w:rsid w:val="003C7070"/>
    <w:rsid w:val="003D4367"/>
    <w:rsid w:val="003E3DF3"/>
    <w:rsid w:val="003F4C5E"/>
    <w:rsid w:val="0041054D"/>
    <w:rsid w:val="004117C2"/>
    <w:rsid w:val="00411D9B"/>
    <w:rsid w:val="004220CE"/>
    <w:rsid w:val="0046087C"/>
    <w:rsid w:val="00474C6E"/>
    <w:rsid w:val="004A4D28"/>
    <w:rsid w:val="004E2BEA"/>
    <w:rsid w:val="004E5663"/>
    <w:rsid w:val="004F2A97"/>
    <w:rsid w:val="005023A4"/>
    <w:rsid w:val="00525EF3"/>
    <w:rsid w:val="00533BC4"/>
    <w:rsid w:val="00592328"/>
    <w:rsid w:val="005B44CC"/>
    <w:rsid w:val="005C0E17"/>
    <w:rsid w:val="005C5099"/>
    <w:rsid w:val="005C607B"/>
    <w:rsid w:val="005C6A38"/>
    <w:rsid w:val="005D33C2"/>
    <w:rsid w:val="005D74FA"/>
    <w:rsid w:val="005D7AD9"/>
    <w:rsid w:val="00602F58"/>
    <w:rsid w:val="00621CC4"/>
    <w:rsid w:val="006418AC"/>
    <w:rsid w:val="00681BB7"/>
    <w:rsid w:val="00681F5F"/>
    <w:rsid w:val="006B4328"/>
    <w:rsid w:val="006C5FBB"/>
    <w:rsid w:val="006D1E2C"/>
    <w:rsid w:val="00731828"/>
    <w:rsid w:val="00760509"/>
    <w:rsid w:val="007624F1"/>
    <w:rsid w:val="007C3791"/>
    <w:rsid w:val="00836BD7"/>
    <w:rsid w:val="008A34F9"/>
    <w:rsid w:val="008E4F6E"/>
    <w:rsid w:val="008F10C3"/>
    <w:rsid w:val="008F640C"/>
    <w:rsid w:val="009078F3"/>
    <w:rsid w:val="00933320"/>
    <w:rsid w:val="0095302D"/>
    <w:rsid w:val="009550FF"/>
    <w:rsid w:val="0099674C"/>
    <w:rsid w:val="009B16D5"/>
    <w:rsid w:val="009D40EF"/>
    <w:rsid w:val="009F22C4"/>
    <w:rsid w:val="00A07490"/>
    <w:rsid w:val="00A5220A"/>
    <w:rsid w:val="00A54169"/>
    <w:rsid w:val="00A56C83"/>
    <w:rsid w:val="00A5745D"/>
    <w:rsid w:val="00A95AEB"/>
    <w:rsid w:val="00AA2E2E"/>
    <w:rsid w:val="00B037BD"/>
    <w:rsid w:val="00B1494C"/>
    <w:rsid w:val="00B14C02"/>
    <w:rsid w:val="00B31626"/>
    <w:rsid w:val="00B51501"/>
    <w:rsid w:val="00B718C7"/>
    <w:rsid w:val="00B725B2"/>
    <w:rsid w:val="00B84C05"/>
    <w:rsid w:val="00B9455F"/>
    <w:rsid w:val="00B975A5"/>
    <w:rsid w:val="00BF443D"/>
    <w:rsid w:val="00BF6382"/>
    <w:rsid w:val="00C02DC4"/>
    <w:rsid w:val="00C1345D"/>
    <w:rsid w:val="00C16085"/>
    <w:rsid w:val="00C65EA7"/>
    <w:rsid w:val="00C674CB"/>
    <w:rsid w:val="00C92330"/>
    <w:rsid w:val="00C94122"/>
    <w:rsid w:val="00C9716F"/>
    <w:rsid w:val="00CF2B3C"/>
    <w:rsid w:val="00D03D6E"/>
    <w:rsid w:val="00D12896"/>
    <w:rsid w:val="00D34436"/>
    <w:rsid w:val="00D4583E"/>
    <w:rsid w:val="00D64884"/>
    <w:rsid w:val="00D67FC8"/>
    <w:rsid w:val="00D706B8"/>
    <w:rsid w:val="00D80A93"/>
    <w:rsid w:val="00D829D1"/>
    <w:rsid w:val="00DA76DC"/>
    <w:rsid w:val="00DD1C92"/>
    <w:rsid w:val="00DE2056"/>
    <w:rsid w:val="00DE5D44"/>
    <w:rsid w:val="00E40ED5"/>
    <w:rsid w:val="00E44081"/>
    <w:rsid w:val="00E52EB9"/>
    <w:rsid w:val="00E5323B"/>
    <w:rsid w:val="00EC4635"/>
    <w:rsid w:val="00ED2087"/>
    <w:rsid w:val="00F148C4"/>
    <w:rsid w:val="00F44E79"/>
    <w:rsid w:val="00F806DA"/>
    <w:rsid w:val="00FA19C3"/>
    <w:rsid w:val="00FB5FED"/>
    <w:rsid w:val="00FB68C9"/>
    <w:rsid w:val="00FC0221"/>
    <w:rsid w:val="00FC13E7"/>
    <w:rsid w:val="00FD4913"/>
    <w:rsid w:val="00FD6206"/>
    <w:rsid w:val="00FE0535"/>
    <w:rsid w:val="00FE5BFD"/>
    <w:rsid w:val="00FF665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uiPriority="0"/>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locked="1"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163CD"/>
    <w:pPr>
      <w:widowControl w:val="0"/>
    </w:pPr>
    <w:rPr>
      <w:color w:val="000000"/>
      <w:sz w:val="24"/>
      <w:szCs w:val="24"/>
    </w:rPr>
  </w:style>
  <w:style w:type="paragraph" w:styleId="Heading1">
    <w:name w:val="heading 1"/>
    <w:basedOn w:val="Normal"/>
    <w:link w:val="Heading1Char1"/>
    <w:uiPriority w:val="99"/>
    <w:qFormat/>
    <w:rsid w:val="00127F47"/>
    <w:pPr>
      <w:widowControl/>
      <w:spacing w:before="100" w:beforeAutospacing="1" w:after="100" w:afterAutospacing="1"/>
      <w:outlineLvl w:val="0"/>
    </w:pPr>
    <w:rPr>
      <w:rFonts w:ascii="Calibri" w:hAnsi="Calibri" w:cs="Times New Roman"/>
      <w:b/>
      <w:bCs/>
      <w:color w:val="auto"/>
      <w:kern w:val="36"/>
      <w:sz w:val="48"/>
      <w:szCs w:val="48"/>
    </w:rPr>
  </w:style>
  <w:style w:type="paragraph" w:styleId="Heading2">
    <w:name w:val="heading 2"/>
    <w:basedOn w:val="Normal"/>
    <w:next w:val="Normal"/>
    <w:link w:val="Heading2Char1"/>
    <w:uiPriority w:val="99"/>
    <w:qFormat/>
    <w:rsid w:val="009D40EF"/>
    <w:pPr>
      <w:keepNext/>
      <w:keepLines/>
      <w:widowControl/>
      <w:spacing w:before="200" w:line="276" w:lineRule="auto"/>
      <w:outlineLvl w:val="1"/>
    </w:pPr>
    <w:rPr>
      <w:rFonts w:ascii="Calibri Light" w:hAnsi="Calibri Light" w:cs="Times New Roman"/>
      <w:b/>
      <w:bCs/>
      <w:color w:val="5B9BD5"/>
      <w:w w:val="97"/>
      <w:sz w:val="26"/>
      <w:szCs w:val="26"/>
      <w:lang w:val="en-US" w:eastAsia="en-US"/>
    </w:rPr>
  </w:style>
  <w:style w:type="paragraph" w:styleId="Heading3">
    <w:name w:val="heading 3"/>
    <w:basedOn w:val="Normal"/>
    <w:next w:val="Normal"/>
    <w:link w:val="Heading3Char1"/>
    <w:uiPriority w:val="99"/>
    <w:qFormat/>
    <w:rsid w:val="009D40EF"/>
    <w:pPr>
      <w:keepNext/>
      <w:keepLines/>
      <w:widowControl/>
      <w:spacing w:before="200" w:line="276" w:lineRule="auto"/>
      <w:outlineLvl w:val="2"/>
    </w:pPr>
    <w:rPr>
      <w:rFonts w:ascii="Calibri Light" w:hAnsi="Calibri Light" w:cs="Times New Roman"/>
      <w:b/>
      <w:bCs/>
      <w:color w:val="5B9BD5"/>
      <w:w w:val="97"/>
      <w:lang w:val="en-US" w:eastAsia="en-US"/>
    </w:rPr>
  </w:style>
  <w:style w:type="paragraph" w:styleId="Heading4">
    <w:name w:val="heading 4"/>
    <w:basedOn w:val="Normal"/>
    <w:next w:val="Normal"/>
    <w:link w:val="Heading4Char"/>
    <w:uiPriority w:val="99"/>
    <w:qFormat/>
    <w:rsid w:val="009D40EF"/>
    <w:pPr>
      <w:keepNext/>
      <w:keepLines/>
      <w:widowControl/>
      <w:spacing w:before="200" w:line="276" w:lineRule="auto"/>
      <w:outlineLvl w:val="3"/>
    </w:pPr>
    <w:rPr>
      <w:rFonts w:ascii="Calibri Light" w:hAnsi="Calibri Light" w:cs="Times New Roman"/>
      <w:b/>
      <w:bCs/>
      <w:i/>
      <w:iCs/>
      <w:color w:val="5B9BD5"/>
      <w:w w:val="97"/>
      <w:lang w:val="en-US" w:eastAsia="en-US"/>
    </w:rPr>
  </w:style>
  <w:style w:type="paragraph" w:styleId="Heading5">
    <w:name w:val="heading 5"/>
    <w:basedOn w:val="Normal"/>
    <w:next w:val="Normal"/>
    <w:link w:val="Heading5Char"/>
    <w:uiPriority w:val="99"/>
    <w:qFormat/>
    <w:rsid w:val="009D40EF"/>
    <w:pPr>
      <w:keepNext/>
      <w:keepLines/>
      <w:widowControl/>
      <w:spacing w:before="200" w:line="276" w:lineRule="auto"/>
      <w:outlineLvl w:val="4"/>
    </w:pPr>
    <w:rPr>
      <w:rFonts w:ascii="Calibri Light" w:hAnsi="Calibri Light" w:cs="Times New Roman"/>
      <w:color w:val="1F4D78"/>
      <w:w w:val="97"/>
      <w:lang w:val="en-US" w:eastAsia="en-US"/>
    </w:rPr>
  </w:style>
  <w:style w:type="paragraph" w:styleId="Heading6">
    <w:name w:val="heading 6"/>
    <w:basedOn w:val="Normal"/>
    <w:next w:val="Normal"/>
    <w:link w:val="Heading6Char"/>
    <w:uiPriority w:val="99"/>
    <w:qFormat/>
    <w:rsid w:val="009D40EF"/>
    <w:pPr>
      <w:keepNext/>
      <w:keepLines/>
      <w:widowControl/>
      <w:spacing w:before="200" w:line="276" w:lineRule="auto"/>
      <w:outlineLvl w:val="5"/>
    </w:pPr>
    <w:rPr>
      <w:rFonts w:ascii="Calibri Light" w:hAnsi="Calibri Light" w:cs="Times New Roman"/>
      <w:i/>
      <w:iCs/>
      <w:color w:val="1F4D78"/>
      <w:w w:val="97"/>
      <w:lang w:val="en-US" w:eastAsia="en-US"/>
    </w:rPr>
  </w:style>
  <w:style w:type="paragraph" w:styleId="Heading7">
    <w:name w:val="heading 7"/>
    <w:basedOn w:val="Normal"/>
    <w:next w:val="Normal"/>
    <w:link w:val="Heading7Char"/>
    <w:uiPriority w:val="99"/>
    <w:qFormat/>
    <w:rsid w:val="009D40EF"/>
    <w:pPr>
      <w:keepNext/>
      <w:keepLines/>
      <w:widowControl/>
      <w:spacing w:before="200" w:line="276" w:lineRule="auto"/>
      <w:outlineLvl w:val="6"/>
    </w:pPr>
    <w:rPr>
      <w:rFonts w:ascii="Calibri Light" w:hAnsi="Calibri Light" w:cs="Times New Roman"/>
      <w:i/>
      <w:iCs/>
      <w:color w:val="404040"/>
      <w:w w:val="97"/>
      <w:lang w:val="en-US" w:eastAsia="en-US"/>
    </w:rPr>
  </w:style>
  <w:style w:type="paragraph" w:styleId="Heading8">
    <w:name w:val="heading 8"/>
    <w:basedOn w:val="Normal"/>
    <w:next w:val="Normal"/>
    <w:link w:val="Heading8Char"/>
    <w:uiPriority w:val="99"/>
    <w:qFormat/>
    <w:rsid w:val="009D40EF"/>
    <w:pPr>
      <w:keepNext/>
      <w:keepLines/>
      <w:widowControl/>
      <w:spacing w:before="200" w:line="276" w:lineRule="auto"/>
      <w:outlineLvl w:val="7"/>
    </w:pPr>
    <w:rPr>
      <w:rFonts w:ascii="Calibri Light" w:hAnsi="Calibri Light" w:cs="Times New Roman"/>
      <w:color w:val="5B9BD5"/>
      <w:w w:val="97"/>
      <w:sz w:val="20"/>
      <w:szCs w:val="20"/>
      <w:lang w:val="en-US" w:eastAsia="en-US"/>
    </w:rPr>
  </w:style>
  <w:style w:type="paragraph" w:styleId="Heading9">
    <w:name w:val="heading 9"/>
    <w:basedOn w:val="Normal"/>
    <w:next w:val="Normal"/>
    <w:link w:val="Heading9Char"/>
    <w:uiPriority w:val="99"/>
    <w:qFormat/>
    <w:rsid w:val="009D40EF"/>
    <w:pPr>
      <w:keepNext/>
      <w:keepLines/>
      <w:widowControl/>
      <w:spacing w:before="200" w:line="276" w:lineRule="auto"/>
      <w:outlineLvl w:val="8"/>
    </w:pPr>
    <w:rPr>
      <w:rFonts w:ascii="Calibri Light" w:hAnsi="Calibri Light" w:cs="Times New Roman"/>
      <w:i/>
      <w:iCs/>
      <w:color w:val="404040"/>
      <w:w w:val="97"/>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92330"/>
    <w:rPr>
      <w:rFonts w:ascii="Cambria" w:hAnsi="Cambria"/>
      <w:b/>
      <w:kern w:val="32"/>
      <w:sz w:val="32"/>
    </w:rPr>
  </w:style>
  <w:style w:type="character" w:customStyle="1" w:styleId="Heading2Char">
    <w:name w:val="Heading 2 Char"/>
    <w:basedOn w:val="DefaultParagraphFont"/>
    <w:link w:val="Heading2"/>
    <w:uiPriority w:val="99"/>
    <w:semiHidden/>
    <w:rsid w:val="00C92330"/>
    <w:rPr>
      <w:rFonts w:ascii="Cambria" w:hAnsi="Cambria"/>
      <w:b/>
      <w:i/>
      <w:sz w:val="28"/>
    </w:rPr>
  </w:style>
  <w:style w:type="character" w:customStyle="1" w:styleId="Heading3Char">
    <w:name w:val="Heading 3 Char"/>
    <w:basedOn w:val="DefaultParagraphFont"/>
    <w:link w:val="Heading3"/>
    <w:uiPriority w:val="99"/>
    <w:semiHidden/>
    <w:rsid w:val="00C92330"/>
    <w:rPr>
      <w:rFonts w:ascii="Cambria" w:hAnsi="Cambria"/>
      <w:b/>
      <w:sz w:val="26"/>
    </w:rPr>
  </w:style>
  <w:style w:type="character" w:customStyle="1" w:styleId="Heading4Char">
    <w:name w:val="Heading 4 Char"/>
    <w:basedOn w:val="DefaultParagraphFont"/>
    <w:link w:val="Heading4"/>
    <w:uiPriority w:val="99"/>
    <w:locked/>
    <w:rsid w:val="009D40EF"/>
    <w:rPr>
      <w:rFonts w:ascii="Calibri Light" w:hAnsi="Calibri Light"/>
      <w:b/>
      <w:i/>
      <w:color w:val="5B9BD5"/>
      <w:w w:val="97"/>
      <w:sz w:val="24"/>
      <w:lang w:val="en-US" w:eastAsia="en-US"/>
    </w:rPr>
  </w:style>
  <w:style w:type="character" w:customStyle="1" w:styleId="Heading5Char">
    <w:name w:val="Heading 5 Char"/>
    <w:basedOn w:val="DefaultParagraphFont"/>
    <w:link w:val="Heading5"/>
    <w:uiPriority w:val="99"/>
    <w:locked/>
    <w:rsid w:val="009D40EF"/>
    <w:rPr>
      <w:rFonts w:ascii="Calibri Light" w:hAnsi="Calibri Light"/>
      <w:color w:val="1F4D78"/>
      <w:w w:val="97"/>
      <w:sz w:val="24"/>
      <w:lang w:val="en-US" w:eastAsia="en-US"/>
    </w:rPr>
  </w:style>
  <w:style w:type="character" w:customStyle="1" w:styleId="Heading6Char">
    <w:name w:val="Heading 6 Char"/>
    <w:basedOn w:val="DefaultParagraphFont"/>
    <w:link w:val="Heading6"/>
    <w:uiPriority w:val="99"/>
    <w:semiHidden/>
    <w:locked/>
    <w:rsid w:val="009D40EF"/>
    <w:rPr>
      <w:rFonts w:ascii="Calibri Light" w:hAnsi="Calibri Light"/>
      <w:i/>
      <w:color w:val="1F4D78"/>
      <w:w w:val="97"/>
      <w:sz w:val="24"/>
      <w:lang w:val="en-US" w:eastAsia="en-US"/>
    </w:rPr>
  </w:style>
  <w:style w:type="character" w:customStyle="1" w:styleId="Heading7Char">
    <w:name w:val="Heading 7 Char"/>
    <w:basedOn w:val="DefaultParagraphFont"/>
    <w:link w:val="Heading7"/>
    <w:uiPriority w:val="99"/>
    <w:semiHidden/>
    <w:locked/>
    <w:rsid w:val="009D40EF"/>
    <w:rPr>
      <w:rFonts w:ascii="Calibri Light" w:hAnsi="Calibri Light"/>
      <w:i/>
      <w:color w:val="404040"/>
      <w:w w:val="97"/>
      <w:sz w:val="24"/>
      <w:lang w:val="en-US" w:eastAsia="en-US"/>
    </w:rPr>
  </w:style>
  <w:style w:type="character" w:customStyle="1" w:styleId="Heading8Char">
    <w:name w:val="Heading 8 Char"/>
    <w:basedOn w:val="DefaultParagraphFont"/>
    <w:link w:val="Heading8"/>
    <w:uiPriority w:val="99"/>
    <w:semiHidden/>
    <w:locked/>
    <w:rsid w:val="009D40EF"/>
    <w:rPr>
      <w:rFonts w:ascii="Calibri Light" w:hAnsi="Calibri Light"/>
      <w:color w:val="5B9BD5"/>
      <w:w w:val="97"/>
      <w:lang w:val="en-US" w:eastAsia="en-US"/>
    </w:rPr>
  </w:style>
  <w:style w:type="character" w:customStyle="1" w:styleId="Heading9Char">
    <w:name w:val="Heading 9 Char"/>
    <w:basedOn w:val="DefaultParagraphFont"/>
    <w:link w:val="Heading9"/>
    <w:uiPriority w:val="99"/>
    <w:semiHidden/>
    <w:locked/>
    <w:rsid w:val="009D40EF"/>
    <w:rPr>
      <w:rFonts w:ascii="Calibri Light" w:hAnsi="Calibri Light"/>
      <w:i/>
      <w:color w:val="404040"/>
      <w:w w:val="97"/>
      <w:lang w:val="en-US" w:eastAsia="en-US"/>
    </w:rPr>
  </w:style>
  <w:style w:type="character" w:customStyle="1" w:styleId="a3">
    <w:name w:val="Сноска_"/>
    <w:link w:val="a4"/>
    <w:uiPriority w:val="99"/>
    <w:locked/>
    <w:rsid w:val="003163CD"/>
    <w:rPr>
      <w:rFonts w:ascii="Georgia" w:hAnsi="Georgia"/>
      <w:color w:val="231E20"/>
      <w:sz w:val="19"/>
      <w:u w:val="none"/>
    </w:rPr>
  </w:style>
  <w:style w:type="character" w:customStyle="1" w:styleId="4">
    <w:name w:val="Основной текст (4)_"/>
    <w:link w:val="40"/>
    <w:uiPriority w:val="99"/>
    <w:locked/>
    <w:rsid w:val="003163CD"/>
    <w:rPr>
      <w:rFonts w:ascii="Times New Roman" w:hAnsi="Times New Roman"/>
      <w:b/>
      <w:color w:val="808286"/>
      <w:sz w:val="11"/>
      <w:u w:val="none"/>
    </w:rPr>
  </w:style>
  <w:style w:type="character" w:customStyle="1" w:styleId="1">
    <w:name w:val="Заголовок №1_"/>
    <w:link w:val="10"/>
    <w:uiPriority w:val="99"/>
    <w:locked/>
    <w:rsid w:val="003163CD"/>
    <w:rPr>
      <w:rFonts w:ascii="Times New Roman" w:hAnsi="Times New Roman"/>
      <w:color w:val="808286"/>
      <w:sz w:val="26"/>
      <w:u w:val="none"/>
    </w:rPr>
  </w:style>
  <w:style w:type="character" w:customStyle="1" w:styleId="30">
    <w:name w:val="Основной текст (3)_"/>
    <w:link w:val="31"/>
    <w:uiPriority w:val="99"/>
    <w:locked/>
    <w:rsid w:val="003163CD"/>
    <w:rPr>
      <w:rFonts w:ascii="Arial" w:hAnsi="Arial"/>
      <w:b/>
      <w:color w:val="231E20"/>
      <w:sz w:val="19"/>
      <w:u w:val="none"/>
    </w:rPr>
  </w:style>
  <w:style w:type="character" w:customStyle="1" w:styleId="5">
    <w:name w:val="Основной текст (5)_"/>
    <w:link w:val="50"/>
    <w:uiPriority w:val="99"/>
    <w:locked/>
    <w:rsid w:val="003163CD"/>
    <w:rPr>
      <w:rFonts w:ascii="Arial" w:hAnsi="Arial"/>
      <w:w w:val="80"/>
      <w:sz w:val="40"/>
      <w:u w:val="none"/>
    </w:rPr>
  </w:style>
  <w:style w:type="character" w:customStyle="1" w:styleId="6">
    <w:name w:val="Основной текст (6)_"/>
    <w:link w:val="60"/>
    <w:uiPriority w:val="99"/>
    <w:locked/>
    <w:rsid w:val="003163CD"/>
    <w:rPr>
      <w:rFonts w:ascii="Arial" w:hAnsi="Arial"/>
      <w:sz w:val="16"/>
      <w:u w:val="none"/>
    </w:rPr>
  </w:style>
  <w:style w:type="character" w:customStyle="1" w:styleId="32">
    <w:name w:val="Заголовок №3_"/>
    <w:link w:val="33"/>
    <w:uiPriority w:val="99"/>
    <w:locked/>
    <w:rsid w:val="003163CD"/>
    <w:rPr>
      <w:rFonts w:ascii="Arial" w:hAnsi="Arial"/>
      <w:b/>
      <w:color w:val="231E20"/>
      <w:sz w:val="18"/>
      <w:u w:val="none"/>
    </w:rPr>
  </w:style>
  <w:style w:type="character" w:customStyle="1" w:styleId="2">
    <w:name w:val="Колонтитул (2)_"/>
    <w:link w:val="20"/>
    <w:uiPriority w:val="99"/>
    <w:locked/>
    <w:rsid w:val="003163CD"/>
    <w:rPr>
      <w:rFonts w:ascii="Times New Roman" w:hAnsi="Times New Roman"/>
      <w:sz w:val="20"/>
      <w:u w:val="none"/>
    </w:rPr>
  </w:style>
  <w:style w:type="character" w:customStyle="1" w:styleId="BodyTextChar1">
    <w:name w:val="Body Text Char1"/>
    <w:link w:val="BodyText"/>
    <w:uiPriority w:val="99"/>
    <w:locked/>
    <w:rsid w:val="003163CD"/>
    <w:rPr>
      <w:rFonts w:ascii="Georgia" w:hAnsi="Georgia"/>
      <w:color w:val="231E20"/>
      <w:sz w:val="19"/>
      <w:u w:val="none"/>
    </w:rPr>
  </w:style>
  <w:style w:type="character" w:customStyle="1" w:styleId="a5">
    <w:name w:val="Оглавление_"/>
    <w:link w:val="a6"/>
    <w:uiPriority w:val="99"/>
    <w:locked/>
    <w:rsid w:val="003163CD"/>
    <w:rPr>
      <w:rFonts w:ascii="Georgia" w:hAnsi="Georgia"/>
      <w:color w:val="231E20"/>
      <w:sz w:val="19"/>
      <w:u w:val="none"/>
    </w:rPr>
  </w:style>
  <w:style w:type="character" w:customStyle="1" w:styleId="21">
    <w:name w:val="Основной текст (2)_"/>
    <w:link w:val="22"/>
    <w:uiPriority w:val="99"/>
    <w:locked/>
    <w:rsid w:val="003163CD"/>
    <w:rPr>
      <w:rFonts w:ascii="Tahoma" w:hAnsi="Tahoma"/>
      <w:b/>
      <w:color w:val="231E20"/>
      <w:w w:val="80"/>
      <w:sz w:val="20"/>
      <w:u w:val="none"/>
    </w:rPr>
  </w:style>
  <w:style w:type="character" w:customStyle="1" w:styleId="a7">
    <w:name w:val="Колонтитул_"/>
    <w:link w:val="a8"/>
    <w:uiPriority w:val="99"/>
    <w:locked/>
    <w:rsid w:val="003163CD"/>
    <w:rPr>
      <w:rFonts w:ascii="Tahoma" w:hAnsi="Tahoma"/>
      <w:color w:val="231E20"/>
      <w:sz w:val="15"/>
      <w:u w:val="none"/>
    </w:rPr>
  </w:style>
  <w:style w:type="character" w:customStyle="1" w:styleId="9">
    <w:name w:val="Основной текст (9)_"/>
    <w:link w:val="90"/>
    <w:uiPriority w:val="99"/>
    <w:locked/>
    <w:rsid w:val="003163CD"/>
    <w:rPr>
      <w:rFonts w:ascii="Trebuchet MS" w:hAnsi="Trebuchet MS"/>
      <w:b/>
      <w:color w:val="231E20"/>
      <w:sz w:val="17"/>
      <w:u w:val="none"/>
    </w:rPr>
  </w:style>
  <w:style w:type="character" w:customStyle="1" w:styleId="23">
    <w:name w:val="Заголовок №2_"/>
    <w:link w:val="24"/>
    <w:uiPriority w:val="99"/>
    <w:locked/>
    <w:rsid w:val="003163CD"/>
    <w:rPr>
      <w:rFonts w:ascii="Tahoma" w:hAnsi="Tahoma"/>
      <w:b/>
      <w:color w:val="231E20"/>
      <w:w w:val="80"/>
      <w:u w:val="none"/>
    </w:rPr>
  </w:style>
  <w:style w:type="character" w:customStyle="1" w:styleId="a9">
    <w:name w:val="Другое_"/>
    <w:link w:val="aa"/>
    <w:uiPriority w:val="99"/>
    <w:locked/>
    <w:rsid w:val="003163CD"/>
    <w:rPr>
      <w:rFonts w:ascii="Georgia" w:hAnsi="Georgia"/>
      <w:color w:val="231E20"/>
      <w:sz w:val="19"/>
      <w:u w:val="none"/>
    </w:rPr>
  </w:style>
  <w:style w:type="character" w:customStyle="1" w:styleId="ab">
    <w:name w:val="Подпись к таблице_"/>
    <w:link w:val="ac"/>
    <w:uiPriority w:val="99"/>
    <w:locked/>
    <w:rsid w:val="003163CD"/>
    <w:rPr>
      <w:rFonts w:ascii="Georgia" w:hAnsi="Georgia"/>
      <w:b/>
      <w:i/>
      <w:color w:val="231E20"/>
      <w:sz w:val="18"/>
      <w:u w:val="none"/>
    </w:rPr>
  </w:style>
  <w:style w:type="paragraph" w:customStyle="1" w:styleId="a4">
    <w:name w:val="Сноска"/>
    <w:basedOn w:val="Normal"/>
    <w:link w:val="a3"/>
    <w:uiPriority w:val="99"/>
    <w:rsid w:val="003163CD"/>
    <w:pPr>
      <w:spacing w:line="223" w:lineRule="auto"/>
      <w:ind w:left="240" w:hanging="240"/>
    </w:pPr>
    <w:rPr>
      <w:rFonts w:ascii="Georgia" w:hAnsi="Georgia" w:cs="Times New Roman"/>
      <w:color w:val="231E20"/>
      <w:sz w:val="19"/>
      <w:szCs w:val="19"/>
    </w:rPr>
  </w:style>
  <w:style w:type="paragraph" w:customStyle="1" w:styleId="40">
    <w:name w:val="Основной текст (4)"/>
    <w:basedOn w:val="Normal"/>
    <w:link w:val="4"/>
    <w:uiPriority w:val="99"/>
    <w:rsid w:val="003163CD"/>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Normal"/>
    <w:link w:val="1"/>
    <w:uiPriority w:val="99"/>
    <w:rsid w:val="003163CD"/>
    <w:pPr>
      <w:spacing w:after="620" w:line="221" w:lineRule="auto"/>
      <w:jc w:val="center"/>
      <w:outlineLvl w:val="0"/>
    </w:pPr>
    <w:rPr>
      <w:rFonts w:ascii="Times New Roman" w:hAnsi="Times New Roman" w:cs="Times New Roman"/>
      <w:color w:val="808286"/>
      <w:sz w:val="26"/>
      <w:szCs w:val="26"/>
    </w:rPr>
  </w:style>
  <w:style w:type="paragraph" w:customStyle="1" w:styleId="31">
    <w:name w:val="Основной текст (3)"/>
    <w:basedOn w:val="Normal"/>
    <w:link w:val="30"/>
    <w:uiPriority w:val="99"/>
    <w:rsid w:val="003163CD"/>
    <w:pPr>
      <w:spacing w:after="240" w:line="276" w:lineRule="auto"/>
    </w:pPr>
    <w:rPr>
      <w:rFonts w:ascii="Arial" w:hAnsi="Arial" w:cs="Times New Roman"/>
      <w:b/>
      <w:bCs/>
      <w:color w:val="231E20"/>
      <w:sz w:val="19"/>
      <w:szCs w:val="19"/>
    </w:rPr>
  </w:style>
  <w:style w:type="paragraph" w:customStyle="1" w:styleId="50">
    <w:name w:val="Основной текст (5)"/>
    <w:basedOn w:val="Normal"/>
    <w:link w:val="5"/>
    <w:uiPriority w:val="99"/>
    <w:rsid w:val="003163CD"/>
    <w:pPr>
      <w:spacing w:after="2720" w:line="302" w:lineRule="auto"/>
      <w:jc w:val="center"/>
    </w:pPr>
    <w:rPr>
      <w:rFonts w:ascii="Arial" w:hAnsi="Arial" w:cs="Times New Roman"/>
      <w:color w:val="auto"/>
      <w:w w:val="80"/>
      <w:sz w:val="40"/>
      <w:szCs w:val="40"/>
    </w:rPr>
  </w:style>
  <w:style w:type="paragraph" w:customStyle="1" w:styleId="60">
    <w:name w:val="Основной текст (6)"/>
    <w:basedOn w:val="Normal"/>
    <w:link w:val="6"/>
    <w:uiPriority w:val="99"/>
    <w:rsid w:val="003163CD"/>
    <w:pPr>
      <w:spacing w:after="160"/>
      <w:jc w:val="center"/>
    </w:pPr>
    <w:rPr>
      <w:rFonts w:ascii="Arial" w:hAnsi="Arial" w:cs="Times New Roman"/>
      <w:color w:val="auto"/>
      <w:sz w:val="16"/>
      <w:szCs w:val="16"/>
    </w:rPr>
  </w:style>
  <w:style w:type="paragraph" w:customStyle="1" w:styleId="33">
    <w:name w:val="Заголовок №3"/>
    <w:basedOn w:val="Normal"/>
    <w:link w:val="32"/>
    <w:uiPriority w:val="99"/>
    <w:rsid w:val="003163CD"/>
    <w:pPr>
      <w:spacing w:after="70" w:line="276" w:lineRule="auto"/>
      <w:outlineLvl w:val="2"/>
    </w:pPr>
    <w:rPr>
      <w:rFonts w:ascii="Arial" w:hAnsi="Arial" w:cs="Times New Roman"/>
      <w:b/>
      <w:bCs/>
      <w:color w:val="231E20"/>
      <w:sz w:val="18"/>
      <w:szCs w:val="18"/>
    </w:rPr>
  </w:style>
  <w:style w:type="paragraph" w:customStyle="1" w:styleId="20">
    <w:name w:val="Колонтитул (2)"/>
    <w:basedOn w:val="Normal"/>
    <w:link w:val="2"/>
    <w:uiPriority w:val="99"/>
    <w:rsid w:val="003163CD"/>
    <w:rPr>
      <w:rFonts w:ascii="Times New Roman" w:hAnsi="Times New Roman" w:cs="Times New Roman"/>
      <w:color w:val="auto"/>
      <w:sz w:val="20"/>
      <w:szCs w:val="20"/>
    </w:rPr>
  </w:style>
  <w:style w:type="paragraph" w:styleId="BodyText">
    <w:name w:val="Body Text"/>
    <w:basedOn w:val="Normal"/>
    <w:link w:val="BodyTextChar1"/>
    <w:uiPriority w:val="99"/>
    <w:rsid w:val="003163CD"/>
    <w:pPr>
      <w:spacing w:line="271" w:lineRule="auto"/>
      <w:ind w:firstLine="240"/>
    </w:pPr>
    <w:rPr>
      <w:rFonts w:ascii="Georgia" w:hAnsi="Georgia" w:cs="Times New Roman"/>
      <w:color w:val="231E20"/>
      <w:sz w:val="19"/>
      <w:szCs w:val="19"/>
    </w:rPr>
  </w:style>
  <w:style w:type="character" w:customStyle="1" w:styleId="BodyTextChar">
    <w:name w:val="Body Text Char"/>
    <w:basedOn w:val="DefaultParagraphFont"/>
    <w:link w:val="BodyText"/>
    <w:uiPriority w:val="99"/>
    <w:semiHidden/>
    <w:rsid w:val="00C92330"/>
    <w:rPr>
      <w:rFonts w:ascii="Arial" w:hAnsi="Arial"/>
      <w:sz w:val="20"/>
    </w:rPr>
  </w:style>
  <w:style w:type="character" w:customStyle="1" w:styleId="ad">
    <w:name w:val="Основной текст Знак"/>
    <w:uiPriority w:val="99"/>
    <w:rsid w:val="003163CD"/>
    <w:rPr>
      <w:color w:val="000000"/>
    </w:rPr>
  </w:style>
  <w:style w:type="character" w:customStyle="1" w:styleId="25">
    <w:name w:val="Основной текст Знак2"/>
    <w:uiPriority w:val="99"/>
    <w:semiHidden/>
    <w:rsid w:val="003163CD"/>
    <w:rPr>
      <w:color w:val="000000"/>
    </w:rPr>
  </w:style>
  <w:style w:type="paragraph" w:customStyle="1" w:styleId="a6">
    <w:name w:val="Оглавление"/>
    <w:basedOn w:val="Normal"/>
    <w:link w:val="a5"/>
    <w:uiPriority w:val="99"/>
    <w:rsid w:val="003163CD"/>
    <w:pPr>
      <w:spacing w:after="40" w:line="310" w:lineRule="auto"/>
      <w:ind w:firstLine="460"/>
    </w:pPr>
    <w:rPr>
      <w:rFonts w:ascii="Georgia" w:hAnsi="Georgia" w:cs="Times New Roman"/>
      <w:color w:val="231E20"/>
      <w:sz w:val="19"/>
      <w:szCs w:val="19"/>
    </w:rPr>
  </w:style>
  <w:style w:type="paragraph" w:customStyle="1" w:styleId="22">
    <w:name w:val="Основной текст (2)"/>
    <w:basedOn w:val="Normal"/>
    <w:link w:val="21"/>
    <w:uiPriority w:val="99"/>
    <w:rsid w:val="003163CD"/>
    <w:pPr>
      <w:spacing w:after="80"/>
    </w:pPr>
    <w:rPr>
      <w:rFonts w:ascii="Tahoma" w:hAnsi="Tahoma" w:cs="Times New Roman"/>
      <w:b/>
      <w:bCs/>
      <w:color w:val="231E20"/>
      <w:w w:val="80"/>
      <w:sz w:val="20"/>
      <w:szCs w:val="20"/>
    </w:rPr>
  </w:style>
  <w:style w:type="paragraph" w:customStyle="1" w:styleId="a8">
    <w:name w:val="Колонтитул"/>
    <w:basedOn w:val="Normal"/>
    <w:link w:val="a7"/>
    <w:uiPriority w:val="99"/>
    <w:rsid w:val="003163CD"/>
    <w:rPr>
      <w:rFonts w:ascii="Tahoma" w:hAnsi="Tahoma" w:cs="Times New Roman"/>
      <w:color w:val="231E20"/>
      <w:sz w:val="15"/>
      <w:szCs w:val="15"/>
    </w:rPr>
  </w:style>
  <w:style w:type="paragraph" w:customStyle="1" w:styleId="90">
    <w:name w:val="Основной текст (9)"/>
    <w:basedOn w:val="Normal"/>
    <w:link w:val="9"/>
    <w:uiPriority w:val="99"/>
    <w:rsid w:val="003163CD"/>
    <w:pPr>
      <w:spacing w:after="60"/>
    </w:pPr>
    <w:rPr>
      <w:rFonts w:ascii="Trebuchet MS" w:hAnsi="Trebuchet MS" w:cs="Times New Roman"/>
      <w:b/>
      <w:bCs/>
      <w:color w:val="231E20"/>
      <w:sz w:val="17"/>
      <w:szCs w:val="17"/>
    </w:rPr>
  </w:style>
  <w:style w:type="paragraph" w:customStyle="1" w:styleId="24">
    <w:name w:val="Заголовок №2"/>
    <w:basedOn w:val="Normal"/>
    <w:link w:val="23"/>
    <w:uiPriority w:val="99"/>
    <w:rsid w:val="003163CD"/>
    <w:pPr>
      <w:spacing w:after="140" w:line="221" w:lineRule="auto"/>
      <w:outlineLvl w:val="1"/>
    </w:pPr>
    <w:rPr>
      <w:rFonts w:ascii="Tahoma" w:hAnsi="Tahoma" w:cs="Times New Roman"/>
      <w:b/>
      <w:bCs/>
      <w:color w:val="231E20"/>
      <w:w w:val="80"/>
      <w:sz w:val="20"/>
      <w:szCs w:val="20"/>
    </w:rPr>
  </w:style>
  <w:style w:type="paragraph" w:customStyle="1" w:styleId="aa">
    <w:name w:val="Другое"/>
    <w:basedOn w:val="Normal"/>
    <w:link w:val="a9"/>
    <w:uiPriority w:val="99"/>
    <w:rsid w:val="003163CD"/>
    <w:pPr>
      <w:spacing w:line="271" w:lineRule="auto"/>
      <w:ind w:firstLine="240"/>
    </w:pPr>
    <w:rPr>
      <w:rFonts w:ascii="Georgia" w:hAnsi="Georgia" w:cs="Times New Roman"/>
      <w:color w:val="231E20"/>
      <w:sz w:val="19"/>
      <w:szCs w:val="19"/>
    </w:rPr>
  </w:style>
  <w:style w:type="paragraph" w:customStyle="1" w:styleId="ac">
    <w:name w:val="Подпись к таблице"/>
    <w:basedOn w:val="Normal"/>
    <w:link w:val="ab"/>
    <w:uiPriority w:val="99"/>
    <w:rsid w:val="003163CD"/>
    <w:rPr>
      <w:rFonts w:ascii="Georgia" w:hAnsi="Georgia" w:cs="Times New Roman"/>
      <w:b/>
      <w:bCs/>
      <w:i/>
      <w:iCs/>
      <w:color w:val="231E20"/>
      <w:sz w:val="18"/>
      <w:szCs w:val="18"/>
    </w:rPr>
  </w:style>
  <w:style w:type="table" w:styleId="TableGrid">
    <w:name w:val="Table Grid"/>
    <w:basedOn w:val="TableNormal"/>
    <w:uiPriority w:val="99"/>
    <w:rsid w:val="00592328"/>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92328"/>
    <w:pPr>
      <w:widowControl/>
      <w:spacing w:after="160" w:line="259" w:lineRule="auto"/>
    </w:pPr>
    <w:rPr>
      <w:rFonts w:ascii="Calibri" w:hAnsi="Calibri" w:cs="Calibri"/>
      <w:color w:val="auto"/>
      <w:lang w:eastAsia="en-US"/>
    </w:rPr>
  </w:style>
  <w:style w:type="paragraph" w:styleId="Header">
    <w:name w:val="header"/>
    <w:basedOn w:val="Normal"/>
    <w:link w:val="HeaderChar1"/>
    <w:uiPriority w:val="99"/>
    <w:rsid w:val="00592328"/>
    <w:pPr>
      <w:widowControl/>
      <w:tabs>
        <w:tab w:val="center" w:pos="4677"/>
        <w:tab w:val="right" w:pos="9355"/>
      </w:tabs>
    </w:pPr>
    <w:rPr>
      <w:rFonts w:ascii="Calibri" w:hAnsi="Calibri" w:cs="Times New Roman"/>
      <w:color w:val="auto"/>
      <w:sz w:val="22"/>
      <w:szCs w:val="22"/>
      <w:lang w:eastAsia="en-US"/>
    </w:rPr>
  </w:style>
  <w:style w:type="character" w:customStyle="1" w:styleId="HeaderChar">
    <w:name w:val="Header Char"/>
    <w:basedOn w:val="DefaultParagraphFont"/>
    <w:link w:val="Header"/>
    <w:uiPriority w:val="99"/>
    <w:semiHidden/>
    <w:rsid w:val="00C92330"/>
    <w:rPr>
      <w:rFonts w:ascii="Arial" w:hAnsi="Arial"/>
      <w:sz w:val="20"/>
    </w:rPr>
  </w:style>
  <w:style w:type="character" w:customStyle="1" w:styleId="HeaderChar1">
    <w:name w:val="Header Char1"/>
    <w:link w:val="Header"/>
    <w:uiPriority w:val="99"/>
    <w:locked/>
    <w:rsid w:val="00592328"/>
    <w:rPr>
      <w:rFonts w:ascii="Calibri" w:hAnsi="Calibri"/>
      <w:sz w:val="22"/>
      <w:lang w:eastAsia="en-US"/>
    </w:rPr>
  </w:style>
  <w:style w:type="paragraph" w:styleId="Footer">
    <w:name w:val="footer"/>
    <w:basedOn w:val="Normal"/>
    <w:link w:val="FooterChar1"/>
    <w:uiPriority w:val="99"/>
    <w:rsid w:val="00592328"/>
    <w:pPr>
      <w:widowControl/>
      <w:tabs>
        <w:tab w:val="center" w:pos="4677"/>
        <w:tab w:val="right" w:pos="9355"/>
      </w:tabs>
    </w:pPr>
    <w:rPr>
      <w:rFonts w:ascii="Calibri" w:hAnsi="Calibri" w:cs="Times New Roman"/>
      <w:color w:val="auto"/>
      <w:sz w:val="22"/>
      <w:szCs w:val="22"/>
      <w:lang w:eastAsia="en-US"/>
    </w:rPr>
  </w:style>
  <w:style w:type="character" w:customStyle="1" w:styleId="FooterChar">
    <w:name w:val="Footer Char"/>
    <w:basedOn w:val="DefaultParagraphFont"/>
    <w:link w:val="Footer"/>
    <w:uiPriority w:val="99"/>
    <w:semiHidden/>
    <w:rsid w:val="00C92330"/>
    <w:rPr>
      <w:rFonts w:ascii="Arial" w:hAnsi="Arial"/>
      <w:sz w:val="20"/>
    </w:rPr>
  </w:style>
  <w:style w:type="character" w:customStyle="1" w:styleId="FooterChar1">
    <w:name w:val="Footer Char1"/>
    <w:link w:val="Footer"/>
    <w:uiPriority w:val="99"/>
    <w:locked/>
    <w:rsid w:val="00592328"/>
    <w:rPr>
      <w:rFonts w:ascii="Calibri" w:hAnsi="Calibri"/>
      <w:sz w:val="22"/>
      <w:lang w:eastAsia="en-US"/>
    </w:rPr>
  </w:style>
  <w:style w:type="character" w:styleId="Hyperlink">
    <w:name w:val="Hyperlink"/>
    <w:basedOn w:val="DefaultParagraphFont"/>
    <w:uiPriority w:val="99"/>
    <w:rsid w:val="00592328"/>
    <w:rPr>
      <w:rFonts w:cs="Times New Roman"/>
      <w:color w:val="0563C1"/>
      <w:u w:val="single"/>
    </w:rPr>
  </w:style>
  <w:style w:type="character" w:styleId="PageNumber">
    <w:name w:val="page number"/>
    <w:basedOn w:val="DefaultParagraphFont"/>
    <w:uiPriority w:val="99"/>
    <w:rsid w:val="00592328"/>
    <w:rPr>
      <w:rFonts w:cs="Times New Roman"/>
    </w:rPr>
  </w:style>
  <w:style w:type="table" w:customStyle="1" w:styleId="11">
    <w:name w:val="Сетка таблицы1"/>
    <w:uiPriority w:val="99"/>
    <w:rsid w:val="00592328"/>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592328"/>
    <w:pPr>
      <w:widowControl/>
      <w:spacing w:after="200" w:line="276" w:lineRule="auto"/>
      <w:ind w:left="720"/>
      <w:contextualSpacing/>
    </w:pPr>
    <w:rPr>
      <w:rFonts w:ascii="Calibri" w:hAnsi="Calibri" w:cs="Times New Roman"/>
      <w:color w:val="auto"/>
      <w:sz w:val="22"/>
      <w:szCs w:val="22"/>
    </w:rPr>
  </w:style>
  <w:style w:type="paragraph" w:customStyle="1" w:styleId="TableParagraph">
    <w:name w:val="Table Paragraph"/>
    <w:basedOn w:val="Normal"/>
    <w:uiPriority w:val="99"/>
    <w:rsid w:val="00592328"/>
    <w:pPr>
      <w:autoSpaceDE w:val="0"/>
      <w:autoSpaceDN w:val="0"/>
    </w:pPr>
    <w:rPr>
      <w:rFonts w:ascii="Times New Roman" w:hAnsi="Times New Roman" w:cs="Times New Roman"/>
      <w:color w:val="auto"/>
      <w:sz w:val="22"/>
      <w:szCs w:val="22"/>
      <w:lang w:eastAsia="en-US"/>
    </w:rPr>
  </w:style>
  <w:style w:type="paragraph" w:styleId="BalloonText">
    <w:name w:val="Balloon Text"/>
    <w:basedOn w:val="Normal"/>
    <w:link w:val="BalloonTextChar"/>
    <w:uiPriority w:val="99"/>
    <w:semiHidden/>
    <w:rsid w:val="00592328"/>
    <w:pPr>
      <w:widowControl/>
    </w:pPr>
    <w:rPr>
      <w:rFonts w:ascii="Segoe UI" w:hAnsi="Segoe UI" w:cs="Times New Roman"/>
      <w:color w:val="auto"/>
      <w:sz w:val="18"/>
      <w:szCs w:val="18"/>
    </w:rPr>
  </w:style>
  <w:style w:type="character" w:customStyle="1" w:styleId="BalloonTextChar">
    <w:name w:val="Balloon Text Char"/>
    <w:basedOn w:val="DefaultParagraphFont"/>
    <w:link w:val="BalloonText"/>
    <w:uiPriority w:val="99"/>
    <w:semiHidden/>
    <w:locked/>
    <w:rsid w:val="00592328"/>
    <w:rPr>
      <w:rFonts w:ascii="Segoe UI" w:hAnsi="Segoe UI"/>
      <w:sz w:val="18"/>
    </w:rPr>
  </w:style>
  <w:style w:type="character" w:customStyle="1" w:styleId="Heading1Char1">
    <w:name w:val="Heading 1 Char1"/>
    <w:link w:val="Heading1"/>
    <w:uiPriority w:val="99"/>
    <w:locked/>
    <w:rsid w:val="00127F47"/>
    <w:rPr>
      <w:rFonts w:ascii="Calibri" w:hAnsi="Calibri"/>
      <w:b/>
      <w:kern w:val="36"/>
      <w:sz w:val="48"/>
    </w:rPr>
  </w:style>
  <w:style w:type="paragraph" w:styleId="NoSpacing">
    <w:name w:val="No Spacing"/>
    <w:link w:val="NoSpacingChar"/>
    <w:uiPriority w:val="99"/>
    <w:qFormat/>
    <w:rsid w:val="00127F47"/>
    <w:rPr>
      <w:rFonts w:ascii="Calibri" w:hAnsi="Calibri" w:cs="Times New Roman"/>
      <w:lang w:eastAsia="en-US"/>
    </w:rPr>
  </w:style>
  <w:style w:type="table" w:customStyle="1" w:styleId="26">
    <w:name w:val="Сетка таблицы2"/>
    <w:uiPriority w:val="99"/>
    <w:rsid w:val="00127F47"/>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тиль"/>
    <w:basedOn w:val="Normal"/>
    <w:uiPriority w:val="99"/>
    <w:rsid w:val="00127F47"/>
    <w:pPr>
      <w:widowControl/>
      <w:spacing w:after="160" w:line="240" w:lineRule="exact"/>
    </w:pPr>
    <w:rPr>
      <w:rFonts w:ascii="Verdana" w:hAnsi="Verdana" w:cs="Verdana"/>
      <w:color w:val="auto"/>
      <w:sz w:val="20"/>
      <w:szCs w:val="20"/>
      <w:lang w:val="en-US" w:eastAsia="en-US"/>
    </w:rPr>
  </w:style>
  <w:style w:type="character" w:customStyle="1" w:styleId="markedcontent">
    <w:name w:val="markedcontent"/>
    <w:uiPriority w:val="99"/>
    <w:rsid w:val="00127F47"/>
  </w:style>
  <w:style w:type="character" w:customStyle="1" w:styleId="UnresolvedMention">
    <w:name w:val="Unresolved Mention"/>
    <w:uiPriority w:val="99"/>
    <w:semiHidden/>
    <w:rsid w:val="00127F47"/>
    <w:rPr>
      <w:color w:val="auto"/>
      <w:shd w:val="clear" w:color="auto" w:fill="auto"/>
    </w:rPr>
  </w:style>
  <w:style w:type="character" w:styleId="FollowedHyperlink">
    <w:name w:val="FollowedHyperlink"/>
    <w:basedOn w:val="DefaultParagraphFont"/>
    <w:uiPriority w:val="99"/>
    <w:semiHidden/>
    <w:rsid w:val="00127F47"/>
    <w:rPr>
      <w:rFonts w:cs="Times New Roman"/>
      <w:color w:val="auto"/>
      <w:u w:val="single"/>
    </w:rPr>
  </w:style>
  <w:style w:type="character" w:customStyle="1" w:styleId="16">
    <w:name w:val="Основной текст Знак16"/>
    <w:uiPriority w:val="99"/>
    <w:semiHidden/>
    <w:rsid w:val="00127F47"/>
    <w:rPr>
      <w:lang w:eastAsia="en-US"/>
    </w:rPr>
  </w:style>
  <w:style w:type="character" w:customStyle="1" w:styleId="15">
    <w:name w:val="Основной текст Знак15"/>
    <w:uiPriority w:val="99"/>
    <w:semiHidden/>
    <w:rsid w:val="00127F47"/>
    <w:rPr>
      <w:lang w:eastAsia="en-US"/>
    </w:rPr>
  </w:style>
  <w:style w:type="character" w:customStyle="1" w:styleId="14">
    <w:name w:val="Основной текст Знак14"/>
    <w:uiPriority w:val="99"/>
    <w:semiHidden/>
    <w:rsid w:val="00127F47"/>
    <w:rPr>
      <w:lang w:eastAsia="en-US"/>
    </w:rPr>
  </w:style>
  <w:style w:type="character" w:customStyle="1" w:styleId="13">
    <w:name w:val="Основной текст Знак13"/>
    <w:uiPriority w:val="99"/>
    <w:semiHidden/>
    <w:rsid w:val="00127F47"/>
    <w:rPr>
      <w:lang w:eastAsia="en-US"/>
    </w:rPr>
  </w:style>
  <w:style w:type="character" w:customStyle="1" w:styleId="12">
    <w:name w:val="Основной текст Знак12"/>
    <w:uiPriority w:val="99"/>
    <w:semiHidden/>
    <w:rsid w:val="00127F47"/>
    <w:rPr>
      <w:lang w:eastAsia="en-US"/>
    </w:rPr>
  </w:style>
  <w:style w:type="character" w:customStyle="1" w:styleId="110">
    <w:name w:val="Основной текст Знак11"/>
    <w:uiPriority w:val="99"/>
    <w:semiHidden/>
    <w:rsid w:val="00127F47"/>
    <w:rPr>
      <w:lang w:eastAsia="en-US"/>
    </w:rPr>
  </w:style>
  <w:style w:type="character" w:customStyle="1" w:styleId="100">
    <w:name w:val="Основной текст Знак10"/>
    <w:uiPriority w:val="99"/>
    <w:semiHidden/>
    <w:rsid w:val="00127F47"/>
    <w:rPr>
      <w:lang w:eastAsia="en-US"/>
    </w:rPr>
  </w:style>
  <w:style w:type="character" w:customStyle="1" w:styleId="91">
    <w:name w:val="Основной текст Знак9"/>
    <w:uiPriority w:val="99"/>
    <w:semiHidden/>
    <w:rsid w:val="00127F47"/>
    <w:rPr>
      <w:lang w:eastAsia="en-US"/>
    </w:rPr>
  </w:style>
  <w:style w:type="character" w:customStyle="1" w:styleId="8">
    <w:name w:val="Основной текст Знак8"/>
    <w:uiPriority w:val="99"/>
    <w:semiHidden/>
    <w:rsid w:val="00127F47"/>
    <w:rPr>
      <w:lang w:eastAsia="en-US"/>
    </w:rPr>
  </w:style>
  <w:style w:type="character" w:customStyle="1" w:styleId="7">
    <w:name w:val="Основной текст Знак7"/>
    <w:uiPriority w:val="99"/>
    <w:semiHidden/>
    <w:rsid w:val="00127F47"/>
    <w:rPr>
      <w:lang w:eastAsia="en-US"/>
    </w:rPr>
  </w:style>
  <w:style w:type="character" w:customStyle="1" w:styleId="61">
    <w:name w:val="Основной текст Знак6"/>
    <w:uiPriority w:val="99"/>
    <w:semiHidden/>
    <w:rsid w:val="00127F47"/>
    <w:rPr>
      <w:lang w:eastAsia="en-US"/>
    </w:rPr>
  </w:style>
  <w:style w:type="character" w:customStyle="1" w:styleId="51">
    <w:name w:val="Основной текст Знак5"/>
    <w:uiPriority w:val="99"/>
    <w:semiHidden/>
    <w:rsid w:val="00127F47"/>
    <w:rPr>
      <w:lang w:eastAsia="en-US"/>
    </w:rPr>
  </w:style>
  <w:style w:type="character" w:customStyle="1" w:styleId="41">
    <w:name w:val="Основной текст Знак4"/>
    <w:uiPriority w:val="99"/>
    <w:semiHidden/>
    <w:rsid w:val="00127F47"/>
    <w:rPr>
      <w:lang w:eastAsia="en-US"/>
    </w:rPr>
  </w:style>
  <w:style w:type="character" w:customStyle="1" w:styleId="34">
    <w:name w:val="Основной текст Знак3"/>
    <w:uiPriority w:val="99"/>
    <w:semiHidden/>
    <w:rsid w:val="00127F47"/>
    <w:rPr>
      <w:lang w:eastAsia="en-US"/>
    </w:rPr>
  </w:style>
  <w:style w:type="character" w:customStyle="1" w:styleId="widgetinline">
    <w:name w:val="_widgetinline"/>
    <w:uiPriority w:val="99"/>
    <w:rsid w:val="00127F47"/>
  </w:style>
  <w:style w:type="paragraph" w:styleId="BodyTextIndent">
    <w:name w:val="Body Text Indent"/>
    <w:basedOn w:val="Normal"/>
    <w:link w:val="BodyTextIndentChar"/>
    <w:uiPriority w:val="99"/>
    <w:semiHidden/>
    <w:rsid w:val="00127F47"/>
    <w:pPr>
      <w:widowControl/>
      <w:spacing w:after="120" w:line="259" w:lineRule="auto"/>
      <w:ind w:left="283"/>
    </w:pPr>
    <w:rPr>
      <w:rFonts w:ascii="Calibri" w:hAnsi="Calibri" w:cs="Times New Roman"/>
      <w:color w:val="auto"/>
      <w:sz w:val="22"/>
      <w:szCs w:val="22"/>
      <w:lang w:eastAsia="en-US"/>
    </w:rPr>
  </w:style>
  <w:style w:type="character" w:customStyle="1" w:styleId="BodyTextIndentChar">
    <w:name w:val="Body Text Indent Char"/>
    <w:basedOn w:val="DefaultParagraphFont"/>
    <w:link w:val="BodyTextIndent"/>
    <w:uiPriority w:val="99"/>
    <w:semiHidden/>
    <w:locked/>
    <w:rsid w:val="00127F47"/>
    <w:rPr>
      <w:rFonts w:ascii="Calibri" w:hAnsi="Calibri"/>
      <w:sz w:val="22"/>
      <w:lang w:eastAsia="en-US"/>
    </w:rPr>
  </w:style>
  <w:style w:type="character" w:customStyle="1" w:styleId="NoSpacingChar">
    <w:name w:val="No Spacing Char"/>
    <w:link w:val="NoSpacing"/>
    <w:uiPriority w:val="99"/>
    <w:locked/>
    <w:rsid w:val="00127F47"/>
    <w:rPr>
      <w:rFonts w:ascii="Calibri" w:hAnsi="Calibri"/>
      <w:sz w:val="22"/>
      <w:lang w:eastAsia="en-US"/>
    </w:rPr>
  </w:style>
  <w:style w:type="paragraph" w:customStyle="1" w:styleId="Default">
    <w:name w:val="Default"/>
    <w:uiPriority w:val="99"/>
    <w:rsid w:val="00127F47"/>
    <w:pPr>
      <w:autoSpaceDE w:val="0"/>
      <w:autoSpaceDN w:val="0"/>
      <w:adjustRightInd w:val="0"/>
    </w:pPr>
    <w:rPr>
      <w:rFonts w:ascii="Calibri" w:hAnsi="Calibri" w:cs="Calibri"/>
      <w:color w:val="000000"/>
      <w:sz w:val="24"/>
      <w:szCs w:val="24"/>
    </w:rPr>
  </w:style>
  <w:style w:type="table" w:customStyle="1" w:styleId="111">
    <w:name w:val="Сетка таблицы11"/>
    <w:uiPriority w:val="99"/>
    <w:rsid w:val="00127F47"/>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link w:val="Heading2"/>
    <w:uiPriority w:val="99"/>
    <w:locked/>
    <w:rsid w:val="009D40EF"/>
    <w:rPr>
      <w:rFonts w:ascii="Calibri Light" w:hAnsi="Calibri Light"/>
      <w:b/>
      <w:color w:val="5B9BD5"/>
      <w:w w:val="97"/>
      <w:sz w:val="26"/>
      <w:lang w:val="en-US" w:eastAsia="en-US"/>
    </w:rPr>
  </w:style>
  <w:style w:type="character" w:customStyle="1" w:styleId="Heading3Char1">
    <w:name w:val="Heading 3 Char1"/>
    <w:link w:val="Heading3"/>
    <w:uiPriority w:val="99"/>
    <w:locked/>
    <w:rsid w:val="009D40EF"/>
    <w:rPr>
      <w:rFonts w:ascii="Calibri Light" w:hAnsi="Calibri Light"/>
      <w:b/>
      <w:color w:val="5B9BD5"/>
      <w:w w:val="97"/>
      <w:sz w:val="24"/>
      <w:lang w:val="en-US" w:eastAsia="en-US"/>
    </w:rPr>
  </w:style>
  <w:style w:type="paragraph" w:customStyle="1" w:styleId="msonormal0">
    <w:name w:val="msonormal"/>
    <w:basedOn w:val="Normal"/>
    <w:uiPriority w:val="99"/>
    <w:rsid w:val="009D40EF"/>
    <w:pPr>
      <w:widowControl/>
      <w:spacing w:before="100" w:beforeAutospacing="1" w:after="100" w:afterAutospacing="1"/>
    </w:pPr>
    <w:rPr>
      <w:rFonts w:ascii="Times New Roman" w:hAnsi="Times New Roman" w:cs="Times New Roman"/>
      <w:color w:val="auto"/>
    </w:rPr>
  </w:style>
  <w:style w:type="paragraph" w:styleId="FootnoteText">
    <w:name w:val="footnote text"/>
    <w:aliases w:val="Знак6,F1"/>
    <w:basedOn w:val="Normal"/>
    <w:link w:val="FootnoteTextChar1"/>
    <w:uiPriority w:val="99"/>
    <w:rsid w:val="009D40EF"/>
    <w:pPr>
      <w:widowControl/>
    </w:pPr>
    <w:rPr>
      <w:rFonts w:ascii="Times New Roman" w:hAnsi="Times New Roman" w:cs="Times New Roman"/>
      <w:w w:val="97"/>
      <w:sz w:val="20"/>
      <w:szCs w:val="20"/>
      <w:lang w:val="en-US" w:eastAsia="en-US"/>
    </w:rPr>
  </w:style>
  <w:style w:type="character" w:customStyle="1" w:styleId="FootnoteTextChar">
    <w:name w:val="Footnote Text Char"/>
    <w:aliases w:val="Знак6 Char,F1 Char"/>
    <w:basedOn w:val="DefaultParagraphFont"/>
    <w:link w:val="FootnoteText"/>
    <w:uiPriority w:val="99"/>
    <w:semiHidden/>
    <w:rsid w:val="00C92330"/>
    <w:rPr>
      <w:rFonts w:ascii="Arial" w:hAnsi="Arial"/>
      <w:sz w:val="20"/>
    </w:rPr>
  </w:style>
  <w:style w:type="character" w:customStyle="1" w:styleId="FootnoteTextChar1">
    <w:name w:val="Footnote Text Char1"/>
    <w:aliases w:val="Знак6 Char1,F1 Char1"/>
    <w:link w:val="FootnoteText"/>
    <w:uiPriority w:val="99"/>
    <w:locked/>
    <w:rsid w:val="009D40EF"/>
    <w:rPr>
      <w:rFonts w:ascii="Times New Roman" w:hAnsi="Times New Roman"/>
      <w:color w:val="000000"/>
      <w:w w:val="97"/>
      <w:lang w:val="en-US" w:eastAsia="en-US"/>
    </w:rPr>
  </w:style>
  <w:style w:type="paragraph" w:styleId="Caption">
    <w:name w:val="caption"/>
    <w:basedOn w:val="Normal"/>
    <w:next w:val="Normal"/>
    <w:uiPriority w:val="99"/>
    <w:qFormat/>
    <w:rsid w:val="009D40EF"/>
    <w:pPr>
      <w:widowControl/>
      <w:spacing w:after="200"/>
    </w:pPr>
    <w:rPr>
      <w:rFonts w:ascii="Times New Roman" w:hAnsi="Times New Roman" w:cs="Times New Roman"/>
      <w:b/>
      <w:bCs/>
      <w:color w:val="5B9BD5"/>
      <w:w w:val="97"/>
      <w:sz w:val="18"/>
      <w:szCs w:val="18"/>
      <w:lang w:val="en-US" w:eastAsia="en-US"/>
    </w:rPr>
  </w:style>
  <w:style w:type="paragraph" w:styleId="EndnoteText">
    <w:name w:val="endnote text"/>
    <w:basedOn w:val="Normal"/>
    <w:link w:val="EndnoteTextChar1"/>
    <w:uiPriority w:val="99"/>
    <w:rsid w:val="009D40EF"/>
    <w:pPr>
      <w:widowControl/>
    </w:pPr>
    <w:rPr>
      <w:rFonts w:ascii="Times New Roman" w:hAnsi="Times New Roman" w:cs="Times New Roman"/>
      <w:w w:val="97"/>
      <w:sz w:val="20"/>
      <w:szCs w:val="20"/>
      <w:lang w:val="en-US" w:eastAsia="en-US"/>
    </w:rPr>
  </w:style>
  <w:style w:type="character" w:customStyle="1" w:styleId="EndnoteTextChar">
    <w:name w:val="Endnote Text Char"/>
    <w:basedOn w:val="DefaultParagraphFont"/>
    <w:link w:val="EndnoteText"/>
    <w:uiPriority w:val="99"/>
    <w:semiHidden/>
    <w:rsid w:val="00C92330"/>
    <w:rPr>
      <w:rFonts w:ascii="Arial" w:hAnsi="Arial"/>
      <w:sz w:val="20"/>
    </w:rPr>
  </w:style>
  <w:style w:type="character" w:customStyle="1" w:styleId="EndnoteTextChar1">
    <w:name w:val="Endnote Text Char1"/>
    <w:link w:val="EndnoteText"/>
    <w:uiPriority w:val="99"/>
    <w:locked/>
    <w:rsid w:val="009D40EF"/>
    <w:rPr>
      <w:rFonts w:ascii="Times New Roman" w:hAnsi="Times New Roman"/>
      <w:color w:val="000000"/>
      <w:w w:val="97"/>
      <w:lang w:val="en-US" w:eastAsia="en-US"/>
    </w:rPr>
  </w:style>
  <w:style w:type="paragraph" w:styleId="MacroText">
    <w:name w:val="macro"/>
    <w:link w:val="MacroTextChar"/>
    <w:uiPriority w:val="99"/>
    <w:rsid w:val="009D40EF"/>
    <w:pPr>
      <w:tabs>
        <w:tab w:val="left" w:pos="576"/>
        <w:tab w:val="left" w:pos="1152"/>
        <w:tab w:val="left" w:pos="1728"/>
        <w:tab w:val="left" w:pos="2304"/>
        <w:tab w:val="left" w:pos="2880"/>
        <w:tab w:val="left" w:pos="3456"/>
        <w:tab w:val="left" w:pos="4032"/>
      </w:tabs>
      <w:spacing w:after="200" w:line="276" w:lineRule="auto"/>
    </w:pPr>
    <w:rPr>
      <w:rFonts w:ascii="Courier" w:hAnsi="Courier" w:cs="Times New Roman"/>
      <w:color w:val="000000"/>
      <w:w w:val="97"/>
      <w:sz w:val="20"/>
      <w:szCs w:val="20"/>
      <w:lang w:val="en-US" w:eastAsia="en-US"/>
    </w:rPr>
  </w:style>
  <w:style w:type="character" w:customStyle="1" w:styleId="MacroTextChar">
    <w:name w:val="Macro Text Char"/>
    <w:basedOn w:val="DefaultParagraphFont"/>
    <w:link w:val="MacroText"/>
    <w:uiPriority w:val="99"/>
    <w:locked/>
    <w:rsid w:val="009D40EF"/>
    <w:rPr>
      <w:rFonts w:ascii="Courier" w:hAnsi="Courier"/>
      <w:color w:val="000000"/>
      <w:w w:val="97"/>
      <w:lang w:val="en-US" w:eastAsia="en-US"/>
    </w:rPr>
  </w:style>
  <w:style w:type="paragraph" w:styleId="List">
    <w:name w:val="List"/>
    <w:basedOn w:val="Normal"/>
    <w:uiPriority w:val="99"/>
    <w:rsid w:val="009D40EF"/>
    <w:pPr>
      <w:widowControl/>
      <w:spacing w:after="200" w:line="276" w:lineRule="auto"/>
      <w:ind w:left="360" w:hanging="360"/>
      <w:contextualSpacing/>
    </w:pPr>
    <w:rPr>
      <w:rFonts w:ascii="Times New Roman" w:hAnsi="Times New Roman" w:cs="Times New Roman"/>
      <w:w w:val="97"/>
      <w:lang w:val="en-US" w:eastAsia="en-US"/>
    </w:rPr>
  </w:style>
  <w:style w:type="paragraph" w:styleId="ListBullet">
    <w:name w:val="List Bullet"/>
    <w:basedOn w:val="Normal"/>
    <w:uiPriority w:val="99"/>
    <w:rsid w:val="009D40EF"/>
    <w:pPr>
      <w:widowControl/>
      <w:numPr>
        <w:numId w:val="83"/>
      </w:numPr>
      <w:spacing w:after="200" w:line="276" w:lineRule="auto"/>
      <w:ind w:left="0" w:firstLine="0"/>
      <w:contextualSpacing/>
    </w:pPr>
    <w:rPr>
      <w:rFonts w:ascii="Times New Roman" w:hAnsi="Times New Roman" w:cs="Times New Roman"/>
      <w:w w:val="97"/>
      <w:lang w:val="en-US" w:eastAsia="en-US"/>
    </w:rPr>
  </w:style>
  <w:style w:type="paragraph" w:styleId="ListNumber">
    <w:name w:val="List Number"/>
    <w:basedOn w:val="Normal"/>
    <w:uiPriority w:val="99"/>
    <w:rsid w:val="009D40EF"/>
    <w:pPr>
      <w:widowControl/>
      <w:numPr>
        <w:numId w:val="84"/>
      </w:numPr>
      <w:spacing w:after="200" w:line="276" w:lineRule="auto"/>
      <w:ind w:left="0" w:firstLine="0"/>
      <w:contextualSpacing/>
    </w:pPr>
    <w:rPr>
      <w:rFonts w:ascii="Times New Roman" w:hAnsi="Times New Roman" w:cs="Times New Roman"/>
      <w:w w:val="97"/>
      <w:lang w:val="en-US" w:eastAsia="en-US"/>
    </w:rPr>
  </w:style>
  <w:style w:type="paragraph" w:styleId="List2">
    <w:name w:val="List 2"/>
    <w:basedOn w:val="Normal"/>
    <w:uiPriority w:val="99"/>
    <w:rsid w:val="009D40EF"/>
    <w:pPr>
      <w:widowControl/>
      <w:spacing w:after="200" w:line="276" w:lineRule="auto"/>
      <w:ind w:left="720" w:hanging="360"/>
      <w:contextualSpacing/>
    </w:pPr>
    <w:rPr>
      <w:rFonts w:ascii="Times New Roman" w:hAnsi="Times New Roman" w:cs="Times New Roman"/>
      <w:w w:val="97"/>
      <w:lang w:val="en-US" w:eastAsia="en-US"/>
    </w:rPr>
  </w:style>
  <w:style w:type="paragraph" w:styleId="List3">
    <w:name w:val="List 3"/>
    <w:basedOn w:val="Normal"/>
    <w:uiPriority w:val="99"/>
    <w:rsid w:val="009D40EF"/>
    <w:pPr>
      <w:widowControl/>
      <w:spacing w:after="200" w:line="276" w:lineRule="auto"/>
      <w:ind w:left="1080" w:hanging="360"/>
      <w:contextualSpacing/>
    </w:pPr>
    <w:rPr>
      <w:rFonts w:ascii="Times New Roman" w:hAnsi="Times New Roman" w:cs="Times New Roman"/>
      <w:w w:val="97"/>
      <w:lang w:val="en-US" w:eastAsia="en-US"/>
    </w:rPr>
  </w:style>
  <w:style w:type="paragraph" w:styleId="ListBullet2">
    <w:name w:val="List Bullet 2"/>
    <w:basedOn w:val="Normal"/>
    <w:uiPriority w:val="99"/>
    <w:rsid w:val="009D40EF"/>
    <w:pPr>
      <w:widowControl/>
      <w:numPr>
        <w:numId w:val="85"/>
      </w:numPr>
      <w:spacing w:after="200" w:line="276" w:lineRule="auto"/>
      <w:ind w:left="0" w:firstLine="0"/>
      <w:contextualSpacing/>
    </w:pPr>
    <w:rPr>
      <w:rFonts w:ascii="Times New Roman" w:hAnsi="Times New Roman" w:cs="Times New Roman"/>
      <w:w w:val="97"/>
      <w:lang w:val="en-US" w:eastAsia="en-US"/>
    </w:rPr>
  </w:style>
  <w:style w:type="paragraph" w:styleId="ListBullet3">
    <w:name w:val="List Bullet 3"/>
    <w:basedOn w:val="Normal"/>
    <w:uiPriority w:val="99"/>
    <w:rsid w:val="009D40EF"/>
    <w:pPr>
      <w:widowControl/>
      <w:numPr>
        <w:numId w:val="86"/>
      </w:numPr>
      <w:spacing w:after="200" w:line="276" w:lineRule="auto"/>
      <w:ind w:left="0" w:firstLine="0"/>
      <w:contextualSpacing/>
    </w:pPr>
    <w:rPr>
      <w:rFonts w:ascii="Times New Roman" w:hAnsi="Times New Roman" w:cs="Times New Roman"/>
      <w:w w:val="97"/>
      <w:lang w:val="en-US" w:eastAsia="en-US"/>
    </w:rPr>
  </w:style>
  <w:style w:type="paragraph" w:styleId="ListNumber2">
    <w:name w:val="List Number 2"/>
    <w:basedOn w:val="Normal"/>
    <w:uiPriority w:val="99"/>
    <w:rsid w:val="009D40EF"/>
    <w:pPr>
      <w:widowControl/>
      <w:numPr>
        <w:numId w:val="87"/>
      </w:numPr>
      <w:spacing w:after="200" w:line="276" w:lineRule="auto"/>
      <w:ind w:left="0" w:firstLine="0"/>
      <w:contextualSpacing/>
    </w:pPr>
    <w:rPr>
      <w:rFonts w:ascii="Times New Roman" w:hAnsi="Times New Roman" w:cs="Times New Roman"/>
      <w:w w:val="97"/>
      <w:lang w:val="en-US" w:eastAsia="en-US"/>
    </w:rPr>
  </w:style>
  <w:style w:type="paragraph" w:styleId="ListNumber3">
    <w:name w:val="List Number 3"/>
    <w:basedOn w:val="Normal"/>
    <w:uiPriority w:val="99"/>
    <w:rsid w:val="009D40EF"/>
    <w:pPr>
      <w:widowControl/>
      <w:numPr>
        <w:numId w:val="88"/>
      </w:numPr>
      <w:spacing w:after="200" w:line="276" w:lineRule="auto"/>
      <w:contextualSpacing/>
    </w:pPr>
    <w:rPr>
      <w:rFonts w:ascii="Times New Roman" w:hAnsi="Times New Roman" w:cs="Times New Roman"/>
      <w:w w:val="97"/>
      <w:lang w:val="en-US" w:eastAsia="en-US"/>
    </w:rPr>
  </w:style>
  <w:style w:type="paragraph" w:styleId="Title">
    <w:name w:val="Title"/>
    <w:basedOn w:val="Normal"/>
    <w:next w:val="Normal"/>
    <w:link w:val="TitleChar1"/>
    <w:uiPriority w:val="99"/>
    <w:qFormat/>
    <w:rsid w:val="009D40EF"/>
    <w:pPr>
      <w:widowControl/>
      <w:pBdr>
        <w:bottom w:val="single" w:sz="8" w:space="4" w:color="5B9BD5"/>
      </w:pBdr>
      <w:spacing w:after="300"/>
      <w:contextualSpacing/>
    </w:pPr>
    <w:rPr>
      <w:rFonts w:ascii="Calibri Light" w:hAnsi="Calibri Light" w:cs="Times New Roman"/>
      <w:color w:val="323E4F"/>
      <w:spacing w:val="5"/>
      <w:w w:val="97"/>
      <w:kern w:val="28"/>
      <w:sz w:val="52"/>
      <w:szCs w:val="52"/>
      <w:lang w:val="en-US" w:eastAsia="en-US"/>
    </w:rPr>
  </w:style>
  <w:style w:type="character" w:customStyle="1" w:styleId="TitleChar">
    <w:name w:val="Title Char"/>
    <w:basedOn w:val="DefaultParagraphFont"/>
    <w:link w:val="Title"/>
    <w:uiPriority w:val="99"/>
    <w:rsid w:val="00C92330"/>
    <w:rPr>
      <w:rFonts w:ascii="Cambria" w:hAnsi="Cambria"/>
      <w:b/>
      <w:kern w:val="28"/>
      <w:sz w:val="32"/>
    </w:rPr>
  </w:style>
  <w:style w:type="character" w:customStyle="1" w:styleId="TitleChar1">
    <w:name w:val="Title Char1"/>
    <w:link w:val="Title"/>
    <w:uiPriority w:val="99"/>
    <w:locked/>
    <w:rsid w:val="009D40EF"/>
    <w:rPr>
      <w:rFonts w:ascii="Calibri Light" w:hAnsi="Calibri Light"/>
      <w:color w:val="323E4F"/>
      <w:spacing w:val="5"/>
      <w:w w:val="97"/>
      <w:kern w:val="28"/>
      <w:sz w:val="52"/>
      <w:lang w:val="en-US" w:eastAsia="en-US"/>
    </w:rPr>
  </w:style>
  <w:style w:type="paragraph" w:styleId="ListContinue">
    <w:name w:val="List Continue"/>
    <w:basedOn w:val="Normal"/>
    <w:uiPriority w:val="99"/>
    <w:rsid w:val="009D40EF"/>
    <w:pPr>
      <w:widowControl/>
      <w:spacing w:after="120" w:line="276" w:lineRule="auto"/>
      <w:ind w:left="360"/>
      <w:contextualSpacing/>
    </w:pPr>
    <w:rPr>
      <w:rFonts w:ascii="Times New Roman" w:hAnsi="Times New Roman" w:cs="Times New Roman"/>
      <w:w w:val="97"/>
      <w:lang w:val="en-US" w:eastAsia="en-US"/>
    </w:rPr>
  </w:style>
  <w:style w:type="paragraph" w:styleId="ListContinue2">
    <w:name w:val="List Continue 2"/>
    <w:basedOn w:val="Normal"/>
    <w:uiPriority w:val="99"/>
    <w:rsid w:val="009D40EF"/>
    <w:pPr>
      <w:widowControl/>
      <w:spacing w:after="120" w:line="276" w:lineRule="auto"/>
      <w:ind w:left="720"/>
      <w:contextualSpacing/>
    </w:pPr>
    <w:rPr>
      <w:rFonts w:ascii="Times New Roman" w:hAnsi="Times New Roman" w:cs="Times New Roman"/>
      <w:w w:val="97"/>
      <w:lang w:val="en-US" w:eastAsia="en-US"/>
    </w:rPr>
  </w:style>
  <w:style w:type="paragraph" w:styleId="ListContinue3">
    <w:name w:val="List Continue 3"/>
    <w:basedOn w:val="Normal"/>
    <w:uiPriority w:val="99"/>
    <w:rsid w:val="009D40EF"/>
    <w:pPr>
      <w:widowControl/>
      <w:spacing w:after="120" w:line="276" w:lineRule="auto"/>
      <w:ind w:left="1080"/>
      <w:contextualSpacing/>
    </w:pPr>
    <w:rPr>
      <w:rFonts w:ascii="Times New Roman" w:hAnsi="Times New Roman" w:cs="Times New Roman"/>
      <w:w w:val="97"/>
      <w:lang w:val="en-US" w:eastAsia="en-US"/>
    </w:rPr>
  </w:style>
  <w:style w:type="paragraph" w:styleId="Subtitle">
    <w:name w:val="Subtitle"/>
    <w:basedOn w:val="Normal"/>
    <w:next w:val="Normal"/>
    <w:link w:val="SubtitleChar"/>
    <w:uiPriority w:val="99"/>
    <w:qFormat/>
    <w:rsid w:val="009D40EF"/>
    <w:pPr>
      <w:widowControl/>
      <w:spacing w:after="200" w:line="276" w:lineRule="auto"/>
    </w:pPr>
    <w:rPr>
      <w:rFonts w:ascii="Calibri Light" w:hAnsi="Calibri Light" w:cs="Times New Roman"/>
      <w:i/>
      <w:iCs/>
      <w:color w:val="5B9BD5"/>
      <w:spacing w:val="15"/>
      <w:w w:val="97"/>
      <w:lang w:val="en-US" w:eastAsia="en-US"/>
    </w:rPr>
  </w:style>
  <w:style w:type="character" w:customStyle="1" w:styleId="SubtitleChar">
    <w:name w:val="Subtitle Char"/>
    <w:basedOn w:val="DefaultParagraphFont"/>
    <w:link w:val="Subtitle"/>
    <w:uiPriority w:val="99"/>
    <w:locked/>
    <w:rsid w:val="009D40EF"/>
    <w:rPr>
      <w:rFonts w:ascii="Calibri Light" w:hAnsi="Calibri Light"/>
      <w:i/>
      <w:color w:val="5B9BD5"/>
      <w:spacing w:val="15"/>
      <w:w w:val="97"/>
      <w:sz w:val="24"/>
      <w:lang w:val="en-US" w:eastAsia="en-US"/>
    </w:rPr>
  </w:style>
  <w:style w:type="paragraph" w:styleId="BodyText2">
    <w:name w:val="Body Text 2"/>
    <w:basedOn w:val="Normal"/>
    <w:link w:val="BodyText2Char"/>
    <w:uiPriority w:val="99"/>
    <w:rsid w:val="009D40EF"/>
    <w:pPr>
      <w:widowControl/>
      <w:spacing w:after="120" w:line="480" w:lineRule="auto"/>
    </w:pPr>
    <w:rPr>
      <w:rFonts w:ascii="Times New Roman" w:hAnsi="Times New Roman" w:cs="Times New Roman"/>
      <w:w w:val="97"/>
      <w:lang w:val="en-US" w:eastAsia="en-US"/>
    </w:rPr>
  </w:style>
  <w:style w:type="character" w:customStyle="1" w:styleId="BodyText2Char">
    <w:name w:val="Body Text 2 Char"/>
    <w:basedOn w:val="DefaultParagraphFont"/>
    <w:link w:val="BodyText2"/>
    <w:uiPriority w:val="99"/>
    <w:locked/>
    <w:rsid w:val="009D40EF"/>
    <w:rPr>
      <w:rFonts w:ascii="Times New Roman" w:hAnsi="Times New Roman"/>
      <w:color w:val="000000"/>
      <w:w w:val="97"/>
      <w:sz w:val="24"/>
      <w:lang w:val="en-US" w:eastAsia="en-US"/>
    </w:rPr>
  </w:style>
  <w:style w:type="paragraph" w:styleId="BodyText3">
    <w:name w:val="Body Text 3"/>
    <w:basedOn w:val="Normal"/>
    <w:link w:val="BodyText3Char"/>
    <w:uiPriority w:val="99"/>
    <w:rsid w:val="009D40EF"/>
    <w:pPr>
      <w:widowControl/>
      <w:spacing w:after="120" w:line="276" w:lineRule="auto"/>
    </w:pPr>
    <w:rPr>
      <w:rFonts w:ascii="Times New Roman" w:hAnsi="Times New Roman" w:cs="Times New Roman"/>
      <w:w w:val="97"/>
      <w:sz w:val="16"/>
      <w:szCs w:val="16"/>
      <w:lang w:val="en-US" w:eastAsia="en-US"/>
    </w:rPr>
  </w:style>
  <w:style w:type="character" w:customStyle="1" w:styleId="BodyText3Char">
    <w:name w:val="Body Text 3 Char"/>
    <w:basedOn w:val="DefaultParagraphFont"/>
    <w:link w:val="BodyText3"/>
    <w:uiPriority w:val="99"/>
    <w:locked/>
    <w:rsid w:val="009D40EF"/>
    <w:rPr>
      <w:rFonts w:ascii="Times New Roman" w:hAnsi="Times New Roman"/>
      <w:color w:val="000000"/>
      <w:w w:val="97"/>
      <w:sz w:val="16"/>
      <w:lang w:val="en-US" w:eastAsia="en-US"/>
    </w:rPr>
  </w:style>
  <w:style w:type="paragraph" w:styleId="Quote">
    <w:name w:val="Quote"/>
    <w:basedOn w:val="Normal"/>
    <w:next w:val="Normal"/>
    <w:link w:val="QuoteChar"/>
    <w:uiPriority w:val="99"/>
    <w:qFormat/>
    <w:rsid w:val="009D40EF"/>
    <w:pPr>
      <w:widowControl/>
      <w:spacing w:after="200" w:line="276" w:lineRule="auto"/>
    </w:pPr>
    <w:rPr>
      <w:rFonts w:ascii="Times New Roman" w:hAnsi="Times New Roman" w:cs="Times New Roman"/>
      <w:i/>
      <w:iCs/>
      <w:w w:val="97"/>
      <w:lang w:val="en-US" w:eastAsia="en-US"/>
    </w:rPr>
  </w:style>
  <w:style w:type="character" w:customStyle="1" w:styleId="QuoteChar">
    <w:name w:val="Quote Char"/>
    <w:basedOn w:val="DefaultParagraphFont"/>
    <w:link w:val="Quote"/>
    <w:uiPriority w:val="99"/>
    <w:locked/>
    <w:rsid w:val="009D40EF"/>
    <w:rPr>
      <w:rFonts w:ascii="Times New Roman" w:hAnsi="Times New Roman"/>
      <w:i/>
      <w:color w:val="000000"/>
      <w:w w:val="97"/>
      <w:sz w:val="24"/>
      <w:lang w:val="en-US" w:eastAsia="en-US"/>
    </w:rPr>
  </w:style>
  <w:style w:type="paragraph" w:styleId="IntenseQuote">
    <w:name w:val="Intense Quote"/>
    <w:basedOn w:val="Normal"/>
    <w:next w:val="Normal"/>
    <w:link w:val="IntenseQuoteChar"/>
    <w:uiPriority w:val="99"/>
    <w:qFormat/>
    <w:rsid w:val="009D40EF"/>
    <w:pPr>
      <w:widowControl/>
      <w:pBdr>
        <w:bottom w:val="single" w:sz="4" w:space="4" w:color="5B9BD5"/>
      </w:pBdr>
      <w:spacing w:before="200" w:after="280" w:line="276" w:lineRule="auto"/>
      <w:ind w:left="936" w:right="936"/>
    </w:pPr>
    <w:rPr>
      <w:rFonts w:ascii="Times New Roman" w:hAnsi="Times New Roman" w:cs="Times New Roman"/>
      <w:b/>
      <w:bCs/>
      <w:i/>
      <w:iCs/>
      <w:color w:val="5B9BD5"/>
      <w:w w:val="97"/>
      <w:lang w:val="en-US" w:eastAsia="en-US"/>
    </w:rPr>
  </w:style>
  <w:style w:type="character" w:customStyle="1" w:styleId="IntenseQuoteChar">
    <w:name w:val="Intense Quote Char"/>
    <w:basedOn w:val="DefaultParagraphFont"/>
    <w:link w:val="IntenseQuote"/>
    <w:uiPriority w:val="99"/>
    <w:locked/>
    <w:rsid w:val="009D40EF"/>
    <w:rPr>
      <w:rFonts w:ascii="Times New Roman" w:hAnsi="Times New Roman"/>
      <w:b/>
      <w:i/>
      <w:color w:val="5B9BD5"/>
      <w:w w:val="97"/>
      <w:sz w:val="24"/>
      <w:lang w:val="en-US" w:eastAsia="en-US"/>
    </w:rPr>
  </w:style>
  <w:style w:type="paragraph" w:styleId="TOCHeading">
    <w:name w:val="TOC Heading"/>
    <w:basedOn w:val="Heading1"/>
    <w:next w:val="Normal"/>
    <w:uiPriority w:val="99"/>
    <w:qFormat/>
    <w:rsid w:val="009D40EF"/>
    <w:pPr>
      <w:keepNext/>
      <w:keepLines/>
      <w:spacing w:before="480" w:beforeAutospacing="0" w:after="0" w:afterAutospacing="0" w:line="276" w:lineRule="auto"/>
      <w:outlineLvl w:val="9"/>
    </w:pPr>
    <w:rPr>
      <w:rFonts w:ascii="Calibri Light" w:hAnsi="Calibri Light"/>
      <w:color w:val="2E74B5"/>
      <w:w w:val="97"/>
      <w:kern w:val="0"/>
      <w:sz w:val="28"/>
      <w:szCs w:val="28"/>
      <w:lang w:val="en-US" w:eastAsia="en-US"/>
    </w:rPr>
  </w:style>
  <w:style w:type="character" w:styleId="FootnoteReference">
    <w:name w:val="footnote reference"/>
    <w:basedOn w:val="DefaultParagraphFont"/>
    <w:uiPriority w:val="99"/>
    <w:rsid w:val="009D40EF"/>
    <w:rPr>
      <w:rFonts w:cs="Times New Roman"/>
      <w:vertAlign w:val="superscript"/>
    </w:rPr>
  </w:style>
  <w:style w:type="character" w:styleId="EndnoteReference">
    <w:name w:val="endnote reference"/>
    <w:basedOn w:val="DefaultParagraphFont"/>
    <w:uiPriority w:val="99"/>
    <w:rsid w:val="009D40EF"/>
    <w:rPr>
      <w:rFonts w:cs="Times New Roman"/>
      <w:vertAlign w:val="superscript"/>
    </w:rPr>
  </w:style>
  <w:style w:type="character" w:styleId="SubtleEmphasis">
    <w:name w:val="Subtle Emphasis"/>
    <w:basedOn w:val="DefaultParagraphFont"/>
    <w:uiPriority w:val="99"/>
    <w:qFormat/>
    <w:rsid w:val="009D40EF"/>
    <w:rPr>
      <w:i/>
      <w:color w:val="808080"/>
    </w:rPr>
  </w:style>
  <w:style w:type="character" w:styleId="IntenseEmphasis">
    <w:name w:val="Intense Emphasis"/>
    <w:basedOn w:val="DefaultParagraphFont"/>
    <w:uiPriority w:val="99"/>
    <w:qFormat/>
    <w:rsid w:val="009D40EF"/>
    <w:rPr>
      <w:b/>
      <w:i/>
      <w:color w:val="5B9BD5"/>
    </w:rPr>
  </w:style>
  <w:style w:type="character" w:styleId="SubtleReference">
    <w:name w:val="Subtle Reference"/>
    <w:basedOn w:val="DefaultParagraphFont"/>
    <w:uiPriority w:val="99"/>
    <w:qFormat/>
    <w:rsid w:val="009D40EF"/>
    <w:rPr>
      <w:smallCaps/>
      <w:color w:val="ED7D31"/>
      <w:u w:val="single"/>
    </w:rPr>
  </w:style>
  <w:style w:type="character" w:styleId="IntenseReference">
    <w:name w:val="Intense Reference"/>
    <w:basedOn w:val="DefaultParagraphFont"/>
    <w:uiPriority w:val="99"/>
    <w:qFormat/>
    <w:rsid w:val="009D40EF"/>
    <w:rPr>
      <w:b/>
      <w:smallCaps/>
      <w:color w:val="ED7D31"/>
      <w:spacing w:val="5"/>
      <w:u w:val="single"/>
    </w:rPr>
  </w:style>
  <w:style w:type="character" w:styleId="BookTitle">
    <w:name w:val="Book Title"/>
    <w:basedOn w:val="DefaultParagraphFont"/>
    <w:uiPriority w:val="99"/>
    <w:qFormat/>
    <w:rsid w:val="009D40EF"/>
    <w:rPr>
      <w:b/>
      <w:smallCaps/>
      <w:spacing w:val="5"/>
    </w:rPr>
  </w:style>
  <w:style w:type="character" w:customStyle="1" w:styleId="fontstyle01">
    <w:name w:val="fontstyle01"/>
    <w:uiPriority w:val="99"/>
    <w:rsid w:val="009D40EF"/>
    <w:rPr>
      <w:rFonts w:ascii="SchoolBookSanPin" w:hAnsi="SchoolBookSanPin"/>
      <w:color w:val="231F20"/>
      <w:sz w:val="20"/>
    </w:rPr>
  </w:style>
  <w:style w:type="table" w:styleId="LightShading">
    <w:name w:val="Light Shading"/>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List">
    <w:name w:val="Light List"/>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2">
    <w:name w:val="Medium List 2"/>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
    <w:name w:val="Medium Grid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2">
    <w:name w:val="Medium Grid 2"/>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3">
    <w:name w:val="Medium Grid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DarkList">
    <w:name w:val="Dark List"/>
    <w:basedOn w:val="TableNormal"/>
    <w:uiPriority w:val="99"/>
    <w:rsid w:val="009D40EF"/>
    <w:rPr>
      <w:rFonts w:ascii="Times New Roman" w:hAnsi="Times New Roman" w:cs="Times New Roman"/>
      <w:color w:val="FFFFFF"/>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ColorfulShading">
    <w:name w:val="Colorful Shading"/>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List">
    <w:name w:val="Colorful List"/>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Grid">
    <w:name w:val="Colorful Grid"/>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LightShading-Accent1">
    <w:name w:val="Light Shading Accent 1"/>
    <w:basedOn w:val="TableNormal"/>
    <w:uiPriority w:val="99"/>
    <w:rsid w:val="009D40EF"/>
    <w:rPr>
      <w:rFonts w:ascii="Times New Roman" w:hAnsi="Times New Roman" w:cs="Times New Roman"/>
      <w:color w:val="2E74B5"/>
      <w:w w:val="97"/>
      <w:sz w:val="24"/>
      <w:szCs w:val="24"/>
      <w:lang w:val="en-US" w:eastAsia="en-US"/>
    </w:rPr>
    <w:tblPr>
      <w:tblStyleRowBandSize w:val="1"/>
      <w:tblStyleColBandSize w:val="1"/>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styleId="LightList-Accent1">
    <w:name w:val="Light List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5B9BD5"/>
      </w:tcPr>
    </w:tblStylePr>
    <w:tblStylePr w:type="lastRow">
      <w:pPr>
        <w:spacing w:beforeLines="0" w:beforeAutospacing="0" w:afterLines="0" w:afterAutospacing="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styleId="LightGrid-Accent1">
    <w:name w:val="Light Grid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Lines="0" w:beforeAutospacing="0" w:afterLines="0" w:afterAutospacing="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MediumShading1-Accent1">
    <w:name w:val="Medium Shading 1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MediumShading2-Accent1">
    <w:name w:val="Medium Shading 2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rFonts w:cs="Times New Roman"/>
        <w:b/>
        <w:bCs/>
        <w:color w:val="44546A"/>
      </w:rPr>
      <w:tblPr/>
      <w:tcPr>
        <w:tcBorders>
          <w:top w:val="single" w:sz="8" w:space="0" w:color="5B9BD5"/>
          <w:bottom w:val="single" w:sz="8" w:space="0" w:color="5B9BD5"/>
        </w:tcBorders>
      </w:tcPr>
    </w:tblStylePr>
    <w:tblStylePr w:type="firstCol">
      <w:rPr>
        <w:rFonts w:cs="Times New Roman"/>
        <w:b/>
        <w:bCs/>
      </w:rPr>
    </w:tblStylePr>
    <w:tblStylePr w:type="lastCol">
      <w:rPr>
        <w:rFonts w:cs="Times New Roman"/>
        <w:b/>
        <w:bCs/>
      </w:rPr>
      <w:tblPr/>
      <w:tcPr>
        <w:tcBorders>
          <w:top w:val="single" w:sz="8" w:space="0" w:color="5B9BD5"/>
          <w:bottom w:val="single" w:sz="8" w:space="0" w:color="5B9BD5"/>
        </w:tcBorders>
      </w:tcPr>
    </w:tblStylePr>
    <w:tblStylePr w:type="band1Vert">
      <w:rPr>
        <w:rFonts w:cs="Times New Roman"/>
      </w:rPr>
      <w:tblPr/>
      <w:tcPr>
        <w:shd w:val="clear" w:color="auto" w:fill="D6E6F4"/>
      </w:tcPr>
    </w:tblStylePr>
    <w:tblStylePr w:type="band1Horz">
      <w:rPr>
        <w:rFonts w:cs="Times New Roman"/>
      </w:rPr>
      <w:tblPr/>
      <w:tcPr>
        <w:shd w:val="clear" w:color="auto" w:fill="D6E6F4"/>
      </w:tcPr>
    </w:tblStylePr>
  </w:style>
  <w:style w:type="table" w:styleId="MediumList2-Accent1">
    <w:name w:val="Medium List 2 Accent 1"/>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1">
    <w:name w:val="Medium Grid 1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MediumGrid2-Accent1">
    <w:name w:val="Medium Grid 2 Accent 1"/>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styleId="MediumGrid3-Accent1">
    <w:name w:val="Medium Grid 3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DarkList-Accent1">
    <w:name w:val="Dark List Accent 1"/>
    <w:basedOn w:val="TableNormal"/>
    <w:uiPriority w:val="99"/>
    <w:rsid w:val="009D40EF"/>
    <w:rPr>
      <w:rFonts w:ascii="Times New Roman" w:hAnsi="Times New Roman" w:cs="Times New Roman"/>
      <w:color w:val="FFFFFF"/>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styleId="ColorfulShading-Accent1">
    <w:name w:val="Colorful Shading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styleId="ColorfulList-Accent1">
    <w:name w:val="Colorful List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EEF5FB"/>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styleId="ColorfulGrid-Accent1">
    <w:name w:val="Colorful Grid Accent 1"/>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LightShading-Accent2">
    <w:name w:val="Light Shading Accent 2"/>
    <w:basedOn w:val="TableNormal"/>
    <w:uiPriority w:val="99"/>
    <w:rsid w:val="009D40EF"/>
    <w:rPr>
      <w:rFonts w:ascii="Times New Roman" w:hAnsi="Times New Roman" w:cs="Times New Roman"/>
      <w:color w:val="C45911"/>
      <w:w w:val="97"/>
      <w:sz w:val="24"/>
      <w:szCs w:val="24"/>
      <w:lang w:val="en-US" w:eastAsia="en-US"/>
    </w:rPr>
    <w:tblPr>
      <w:tblStyleRowBandSize w:val="1"/>
      <w:tblStyleColBandSize w:val="1"/>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LightList-Accent2">
    <w:name w:val="Light List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ED7D31"/>
      </w:tcPr>
    </w:tblStylePr>
    <w:tblStylePr w:type="lastRow">
      <w:pPr>
        <w:spacing w:beforeLines="0" w:beforeAutospacing="0" w:afterLines="0" w:afterAutospacing="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LightGrid-Accent2">
    <w:name w:val="Light Grid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Autospacing="0" w:afterLines="0" w:afterAutospacing="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Autospacing="0" w:afterLines="0" w:afterAutospacing="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2">
    <w:name w:val="Medium Shading 1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MediumShading2-Accent2">
    <w:name w:val="Medium Shading 2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Autospacing="0" w:afterLines="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styleId="MediumList2-Accent2">
    <w:name w:val="Medium List 2 Accent 2"/>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2">
    <w:name w:val="Medium Grid 1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MediumGrid2-Accent2">
    <w:name w:val="Medium Grid 2 Accent 2"/>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styleId="MediumGrid3-Accent2">
    <w:name w:val="Medium Grid 3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DarkList-Accent2">
    <w:name w:val="Dark List Accent 2"/>
    <w:basedOn w:val="TableNormal"/>
    <w:uiPriority w:val="99"/>
    <w:rsid w:val="009D40EF"/>
    <w:rPr>
      <w:rFonts w:ascii="Times New Roman" w:hAnsi="Times New Roman" w:cs="Times New Roman"/>
      <w:color w:val="FFFFFF"/>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styleId="ColorfulShading-Accent2">
    <w:name w:val="Colorful Shading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styleId="ColorfulList-Accent2">
    <w:name w:val="Colorful List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styleId="ColorfulGrid-Accent2">
    <w:name w:val="Colorful Grid Accent 2"/>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LightShading-Accent3">
    <w:name w:val="Light Shading Accent 3"/>
    <w:basedOn w:val="TableNormal"/>
    <w:uiPriority w:val="99"/>
    <w:rsid w:val="009D40EF"/>
    <w:rPr>
      <w:rFonts w:ascii="Times New Roman" w:hAnsi="Times New Roman" w:cs="Times New Roman"/>
      <w:color w:val="7B7B7B"/>
      <w:w w:val="97"/>
      <w:sz w:val="24"/>
      <w:szCs w:val="24"/>
      <w:lang w:val="en-US" w:eastAsia="en-US"/>
    </w:rPr>
    <w:tblPr>
      <w:tblStyleRowBandSize w:val="1"/>
      <w:tblStyleColBandSize w:val="1"/>
      <w:tblBorders>
        <w:top w:val="single" w:sz="8" w:space="0" w:color="A5A5A5"/>
        <w:bottom w:val="single" w:sz="8" w:space="0" w:color="A5A5A5"/>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styleId="LightList-Accent3">
    <w:name w:val="Light List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A5A5A5"/>
      </w:tcPr>
    </w:tblStylePr>
    <w:tblStylePr w:type="lastRow">
      <w:pPr>
        <w:spacing w:beforeLines="0" w:beforeAutospacing="0" w:afterLines="0" w:afterAutospacing="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LightGrid-Accent3">
    <w:name w:val="Light Grid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0" w:afterLines="0" w:afterAutospacing="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Autospacing="0" w:afterLines="0" w:afterAutospacing="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MediumShading1-Accent3">
    <w:name w:val="Medium Shading 1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Autospacing="0" w:afterLines="0" w:afterAutospacing="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styleId="MediumShading2-Accent3">
    <w:name w:val="Medium Shading 2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Autospacing="0" w:afterLines="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styleId="MediumList2-Accent3">
    <w:name w:val="Medium List 2 Accent 3"/>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3">
    <w:name w:val="Medium Grid 1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MediumGrid2-Accent3">
    <w:name w:val="Medium Grid 2 Accent 3"/>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styleId="MediumGrid3-Accent3">
    <w:name w:val="Medium Grid 3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DarkList-Accent3">
    <w:name w:val="Dark List Accent 3"/>
    <w:basedOn w:val="TableNormal"/>
    <w:uiPriority w:val="99"/>
    <w:rsid w:val="009D40EF"/>
    <w:rPr>
      <w:rFonts w:ascii="Times New Roman" w:hAnsi="Times New Roman" w:cs="Times New Roman"/>
      <w:color w:val="FFFFFF"/>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styleId="ColorfulShading-Accent3">
    <w:name w:val="Colorful Shading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styleId="ColorfulList-Accent3">
    <w:name w:val="Colorful List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styleId="ColorfulGrid-Accent3">
    <w:name w:val="Colorful Grid Accent 3"/>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LightShading-Accent4">
    <w:name w:val="Light Shading Accent 4"/>
    <w:basedOn w:val="TableNormal"/>
    <w:uiPriority w:val="99"/>
    <w:rsid w:val="009D40EF"/>
    <w:rPr>
      <w:rFonts w:ascii="Times New Roman" w:hAnsi="Times New Roman" w:cs="Times New Roman"/>
      <w:color w:val="BF8F00"/>
      <w:w w:val="97"/>
      <w:sz w:val="24"/>
      <w:szCs w:val="24"/>
      <w:lang w:val="en-US" w:eastAsia="en-US"/>
    </w:rPr>
    <w:tblPr>
      <w:tblStyleRowBandSize w:val="1"/>
      <w:tblStyleColBandSize w:val="1"/>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styleId="LightList-Accent4">
    <w:name w:val="Light List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FFC000"/>
      </w:tcPr>
    </w:tblStylePr>
    <w:tblStylePr w:type="lastRow">
      <w:pPr>
        <w:spacing w:beforeLines="0" w:beforeAutospacing="0" w:afterLines="0" w:afterAutospacing="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LightGrid-Accent4">
    <w:name w:val="Light Grid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Lines="0" w:beforeAutospacing="0" w:afterLines="0" w:afterAutospacing="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1-Accent4">
    <w:name w:val="Medium Shading 1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styleId="MediumShading2-Accent4">
    <w:name w:val="Medium Shading 2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0" w:afterLines="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styleId="MediumList2-Accent4">
    <w:name w:val="Medium List 2 Accent 4"/>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4">
    <w:name w:val="Medium Grid 1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MediumGrid2-Accent4">
    <w:name w:val="Medium Grid 2 Accent 4"/>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styleId="MediumGrid3-Accent4">
    <w:name w:val="Medium Grid 3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DarkList-Accent4">
    <w:name w:val="Dark List Accent 4"/>
    <w:basedOn w:val="TableNormal"/>
    <w:uiPriority w:val="99"/>
    <w:rsid w:val="009D40EF"/>
    <w:rPr>
      <w:rFonts w:ascii="Times New Roman" w:hAnsi="Times New Roman" w:cs="Times New Roman"/>
      <w:color w:val="FFFFFF"/>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styleId="ColorfulShading-Accent4">
    <w:name w:val="Colorful Shading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styleId="ColorfulList-Accent4">
    <w:name w:val="Colorful List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styleId="ColorfulGrid-Accent4">
    <w:name w:val="Colorful Grid Accent 4"/>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LightShading-Accent5">
    <w:name w:val="Light Shading Accent 5"/>
    <w:basedOn w:val="TableNormal"/>
    <w:uiPriority w:val="99"/>
    <w:rsid w:val="009D40EF"/>
    <w:rPr>
      <w:rFonts w:ascii="Times New Roman" w:hAnsi="Times New Roman" w:cs="Times New Roman"/>
      <w:color w:val="2F5496"/>
      <w:w w:val="97"/>
      <w:sz w:val="24"/>
      <w:szCs w:val="24"/>
      <w:lang w:val="en-US" w:eastAsia="en-US"/>
    </w:rPr>
    <w:tblPr>
      <w:tblStyleRowBandSize w:val="1"/>
      <w:tblStyleColBandSize w:val="1"/>
      <w:tblBorders>
        <w:top w:val="single" w:sz="8" w:space="0" w:color="4472C4"/>
        <w:bottom w:val="single" w:sz="8" w:space="0" w:color="4472C4"/>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styleId="LightList-Accent5">
    <w:name w:val="Light List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4472C4"/>
      </w:tcPr>
    </w:tblStylePr>
    <w:tblStylePr w:type="lastRow">
      <w:pPr>
        <w:spacing w:beforeLines="0" w:beforeAutospacing="0" w:afterLines="0" w:afterAutospacing="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styleId="LightGrid-Accent5">
    <w:name w:val="Light Grid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Lines="0" w:beforeAutospacing="0" w:afterLines="0" w:afterAutospacing="0"/>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Autospacing="0" w:afterLines="0" w:afterAutospacing="0"/>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Shading1-Accent5">
    <w:name w:val="Medium Shading 1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MediumShading2-Accent5">
    <w:name w:val="Medium Shading 2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Autospacing="0" w:afterLines="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styleId="MediumList2-Accent5">
    <w:name w:val="Medium List 2 Accent 5"/>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5">
    <w:name w:val="Medium Grid 1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MediumGrid2-Accent5">
    <w:name w:val="Medium Grid 2 Accent 5"/>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styleId="MediumGrid3-Accent5">
    <w:name w:val="Medium Grid 3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DarkList-Accent5">
    <w:name w:val="Dark List Accent 5"/>
    <w:basedOn w:val="TableNormal"/>
    <w:uiPriority w:val="99"/>
    <w:rsid w:val="009D40EF"/>
    <w:rPr>
      <w:rFonts w:ascii="Times New Roman" w:hAnsi="Times New Roman" w:cs="Times New Roman"/>
      <w:color w:val="FFFFFF"/>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styleId="ColorfulShading-Accent5">
    <w:name w:val="Colorful Shading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styleId="ColorfulList-Accent5">
    <w:name w:val="Colorful List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styleId="ColorfulGrid-Accent5">
    <w:name w:val="Colorful Grid Accent 5"/>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LightShading-Accent6">
    <w:name w:val="Light Shading Accent 6"/>
    <w:basedOn w:val="TableNormal"/>
    <w:uiPriority w:val="99"/>
    <w:rsid w:val="009D40EF"/>
    <w:rPr>
      <w:rFonts w:ascii="Times New Roman" w:hAnsi="Times New Roman" w:cs="Times New Roman"/>
      <w:color w:val="538135"/>
      <w:w w:val="97"/>
      <w:sz w:val="24"/>
      <w:szCs w:val="24"/>
      <w:lang w:val="en-US" w:eastAsia="en-US"/>
    </w:rPr>
    <w:tblPr>
      <w:tblStyleRowBandSize w:val="1"/>
      <w:tblStyleColBandSize w:val="1"/>
      <w:tblBorders>
        <w:top w:val="single" w:sz="8" w:space="0" w:color="70AD47"/>
        <w:bottom w:val="single" w:sz="8" w:space="0" w:color="70AD47"/>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table" w:styleId="LightList-Accent6">
    <w:name w:val="Light List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70AD47"/>
      </w:tcPr>
    </w:tblStylePr>
    <w:tblStylePr w:type="lastRow">
      <w:pPr>
        <w:spacing w:beforeLines="0" w:beforeAutospacing="0" w:afterLines="0" w:afterAutospacing="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styleId="LightGrid-Accent6">
    <w:name w:val="Light Grid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Lines="0" w:beforeAutospacing="0" w:afterLines="0" w:afterAutospacing="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Autospacing="0" w:afterLines="0" w:afterAutospacing="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1-Accent6">
    <w:name w:val="Medium Shading 1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MediumShading2-Accent6">
    <w:name w:val="Medium Shading 2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Autospacing="0" w:afterLines="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styleId="MediumList2-Accent6">
    <w:name w:val="Medium List 2 Accent 6"/>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6">
    <w:name w:val="Medium Grid 1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MediumGrid2-Accent6">
    <w:name w:val="Medium Grid 2 Accent 6"/>
    <w:basedOn w:val="TableNormal"/>
    <w:uiPriority w:val="99"/>
    <w:rsid w:val="009D40EF"/>
    <w:rPr>
      <w:rFonts w:ascii="Calibri Light" w:hAnsi="Calibri Light" w:cs="Times New Roman"/>
      <w:color w:val="000000"/>
      <w:w w:val="97"/>
      <w:sz w:val="24"/>
      <w:szCs w:val="24"/>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styleId="MediumGrid3-Accent6">
    <w:name w:val="Medium Grid 3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DarkList-Accent6">
    <w:name w:val="Dark List Accent 6"/>
    <w:basedOn w:val="TableNormal"/>
    <w:uiPriority w:val="99"/>
    <w:rsid w:val="009D40EF"/>
    <w:rPr>
      <w:rFonts w:ascii="Times New Roman" w:hAnsi="Times New Roman" w:cs="Times New Roman"/>
      <w:color w:val="FFFFFF"/>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table" w:styleId="ColorfulShading-Accent6">
    <w:name w:val="Colorful Shading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styleId="ColorfulList-Accent6">
    <w:name w:val="Colorful List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CellMar>
        <w:top w:w="0" w:type="dxa"/>
        <w:left w:w="108" w:type="dxa"/>
        <w:bottom w:w="0" w:type="dxa"/>
        <w:right w:w="108" w:type="dxa"/>
      </w:tblCellMar>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styleId="ColorfulGrid-Accent6">
    <w:name w:val="Colorful Grid Accent 6"/>
    <w:basedOn w:val="TableNormal"/>
    <w:uiPriority w:val="99"/>
    <w:rsid w:val="009D40EF"/>
    <w:rPr>
      <w:rFonts w:ascii="Times New Roman" w:hAnsi="Times New Roman" w:cs="Times New Roman"/>
      <w:color w:val="000000"/>
      <w:w w:val="97"/>
      <w:sz w:val="24"/>
      <w:szCs w:val="24"/>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paragraph" w:customStyle="1" w:styleId="17">
    <w:name w:val="Без интервала1"/>
    <w:uiPriority w:val="99"/>
    <w:rsid w:val="00E44081"/>
    <w:rPr>
      <w:rFonts w:ascii="Calibri" w:hAnsi="Calibri" w:cs="Calibri"/>
      <w:lang w:eastAsia="en-US"/>
    </w:rPr>
  </w:style>
  <w:style w:type="paragraph" w:customStyle="1" w:styleId="92">
    <w:name w:val="Основной текст9"/>
    <w:basedOn w:val="Normal"/>
    <w:link w:val="9Text"/>
    <w:uiPriority w:val="99"/>
    <w:rsid w:val="00C92330"/>
    <w:pPr>
      <w:widowControl/>
      <w:shd w:val="clear" w:color="auto" w:fill="FFFFFF"/>
      <w:autoSpaceDE w:val="0"/>
      <w:autoSpaceDN w:val="0"/>
      <w:adjustRightInd w:val="0"/>
      <w:spacing w:line="230" w:lineRule="exact"/>
      <w:ind w:hanging="380"/>
    </w:pPr>
    <w:rPr>
      <w:rFonts w:ascii="Arial" w:hAnsi="Arial" w:cs="Times New Roman"/>
      <w:color w:val="auto"/>
      <w:sz w:val="19"/>
      <w:szCs w:val="19"/>
    </w:rPr>
  </w:style>
  <w:style w:type="character" w:customStyle="1" w:styleId="9Text">
    <w:name w:val="Основной текст9 Text"/>
    <w:link w:val="92"/>
    <w:uiPriority w:val="99"/>
    <w:locked/>
    <w:rsid w:val="00C92330"/>
    <w:rPr>
      <w:rFonts w:ascii="Arial" w:hAnsi="Arial"/>
      <w:sz w:val="19"/>
      <w:shd w:val="clear" w:color="auto" w:fill="FFFFFF"/>
    </w:rPr>
  </w:style>
  <w:style w:type="character" w:customStyle="1" w:styleId="ListParagraphChar">
    <w:name w:val="List Paragraph Char"/>
    <w:link w:val="ListParagraph"/>
    <w:uiPriority w:val="99"/>
    <w:locked/>
    <w:rsid w:val="00C92330"/>
    <w:rPr>
      <w:rFonts w:ascii="Calibri" w:hAnsi="Calibri"/>
      <w:sz w:val="22"/>
    </w:rPr>
  </w:style>
  <w:style w:type="character" w:customStyle="1" w:styleId="189">
    <w:name w:val="Основной текст (18) + 9"/>
    <w:aliases w:val="5 pt,Полужирный,Курсив"/>
    <w:uiPriority w:val="99"/>
    <w:rsid w:val="00C92330"/>
    <w:rPr>
      <w:rFonts w:ascii="Times New Roman" w:hAnsi="Times New Roman"/>
      <w:b/>
      <w:i/>
      <w:sz w:val="19"/>
      <w:shd w:val="clear" w:color="auto" w:fill="FFFFFF"/>
    </w:rPr>
  </w:style>
  <w:style w:type="character" w:customStyle="1" w:styleId="18">
    <w:name w:val="Основной текст (18) + Курсив"/>
    <w:uiPriority w:val="99"/>
    <w:rsid w:val="00C92330"/>
    <w:rPr>
      <w:rFonts w:ascii="Times New Roman" w:hAnsi="Times New Roman"/>
      <w:i/>
      <w:shd w:val="clear" w:color="auto" w:fill="FFFFFF"/>
    </w:rPr>
  </w:style>
  <w:style w:type="character" w:customStyle="1" w:styleId="80">
    <w:name w:val="Основной текст (8)"/>
    <w:uiPriority w:val="99"/>
    <w:rsid w:val="00C92330"/>
    <w:rPr>
      <w:rFonts w:ascii="Lucida Sans Unicode" w:eastAsia="Times New Roman" w:hAnsi="Lucida Sans Unicode"/>
      <w:color w:val="FFFFFF"/>
      <w:spacing w:val="0"/>
      <w:sz w:val="19"/>
    </w:rPr>
  </w:style>
  <w:style w:type="character" w:customStyle="1" w:styleId="dash041e0431044b0447043d044b0439char1">
    <w:name w:val="dash041e_0431_044b_0447_043d_044b_0439__char1"/>
    <w:uiPriority w:val="99"/>
    <w:rsid w:val="00C92330"/>
    <w:rPr>
      <w:rFonts w:ascii="Times New Roman" w:hAnsi="Times New Roman"/>
      <w:sz w:val="24"/>
      <w:u w:val="none"/>
      <w:effect w:val="none"/>
    </w:rPr>
  </w:style>
  <w:style w:type="paragraph" w:customStyle="1" w:styleId="a0">
    <w:name w:val="НОМЕРА"/>
    <w:basedOn w:val="NormalWeb"/>
    <w:link w:val="af"/>
    <w:uiPriority w:val="99"/>
    <w:rsid w:val="00C92330"/>
    <w:pPr>
      <w:numPr>
        <w:numId w:val="129"/>
      </w:numPr>
      <w:spacing w:after="0" w:line="240" w:lineRule="auto"/>
      <w:jc w:val="both"/>
    </w:pPr>
    <w:rPr>
      <w:rFonts w:ascii="Arial Narrow" w:hAnsi="Arial Narrow" w:cs="Times New Roman"/>
      <w:sz w:val="18"/>
      <w:szCs w:val="18"/>
      <w:lang w:eastAsia="ru-RU"/>
    </w:rPr>
  </w:style>
  <w:style w:type="character" w:customStyle="1" w:styleId="af">
    <w:name w:val="НОМЕРА Знак"/>
    <w:link w:val="a0"/>
    <w:uiPriority w:val="99"/>
    <w:locked/>
    <w:rsid w:val="00C92330"/>
    <w:rPr>
      <w:rFonts w:ascii="Arial Narrow" w:hAnsi="Arial Narrow" w:cs="Times New Roman"/>
      <w:sz w:val="18"/>
      <w:szCs w:val="18"/>
    </w:rPr>
  </w:style>
  <w:style w:type="paragraph" w:customStyle="1" w:styleId="70">
    <w:name w:val="Основной текст7"/>
    <w:basedOn w:val="Normal"/>
    <w:link w:val="af0"/>
    <w:uiPriority w:val="99"/>
    <w:rsid w:val="00C92330"/>
    <w:pPr>
      <w:widowControl/>
      <w:shd w:val="clear" w:color="auto" w:fill="FFFFFF"/>
      <w:spacing w:after="120" w:line="240" w:lineRule="atLeast"/>
    </w:pPr>
    <w:rPr>
      <w:rFonts w:ascii="Lucida Sans Unicode" w:hAnsi="Lucida Sans Unicode" w:cs="Times New Roman"/>
      <w:sz w:val="17"/>
      <w:szCs w:val="17"/>
    </w:rPr>
  </w:style>
  <w:style w:type="character" w:customStyle="1" w:styleId="af0">
    <w:name w:val="Основной текст_"/>
    <w:link w:val="70"/>
    <w:uiPriority w:val="99"/>
    <w:locked/>
    <w:rsid w:val="00C92330"/>
    <w:rPr>
      <w:rFonts w:ascii="Lucida Sans Unicode" w:eastAsia="Times New Roman" w:hAnsi="Lucida Sans Unicode"/>
      <w:color w:val="000000"/>
      <w:sz w:val="17"/>
      <w:shd w:val="clear" w:color="auto" w:fill="FFFFFF"/>
    </w:rPr>
  </w:style>
  <w:style w:type="character" w:customStyle="1" w:styleId="af1">
    <w:name w:val="Основной текст + Полужирный"/>
    <w:uiPriority w:val="99"/>
    <w:rsid w:val="00C92330"/>
    <w:rPr>
      <w:rFonts w:ascii="Lucida Sans Unicode" w:eastAsia="Times New Roman" w:hAnsi="Lucida Sans Unicode"/>
      <w:b/>
      <w:color w:val="000000"/>
      <w:sz w:val="17"/>
      <w:shd w:val="clear" w:color="auto" w:fill="FFFFFF"/>
      <w:lang w:eastAsia="ru-RU"/>
    </w:rPr>
  </w:style>
  <w:style w:type="character" w:customStyle="1" w:styleId="Bodytext0">
    <w:name w:val="Body text_"/>
    <w:link w:val="19"/>
    <w:uiPriority w:val="99"/>
    <w:locked/>
    <w:rsid w:val="00C92330"/>
    <w:rPr>
      <w:sz w:val="23"/>
      <w:shd w:val="clear" w:color="auto" w:fill="FFFFFF"/>
    </w:rPr>
  </w:style>
  <w:style w:type="paragraph" w:customStyle="1" w:styleId="19">
    <w:name w:val="Основной текст1"/>
    <w:basedOn w:val="Normal"/>
    <w:link w:val="Bodytext0"/>
    <w:uiPriority w:val="99"/>
    <w:rsid w:val="00C92330"/>
    <w:pPr>
      <w:widowControl/>
      <w:shd w:val="clear" w:color="auto" w:fill="FFFFFF"/>
      <w:spacing w:before="600" w:line="413" w:lineRule="exact"/>
      <w:ind w:hanging="2060"/>
    </w:pPr>
    <w:rPr>
      <w:rFonts w:cs="Times New Roman"/>
      <w:color w:val="auto"/>
      <w:sz w:val="23"/>
      <w:szCs w:val="23"/>
    </w:rPr>
  </w:style>
  <w:style w:type="character" w:customStyle="1" w:styleId="Bodytext7">
    <w:name w:val="Body text (7)_"/>
    <w:link w:val="Bodytext70"/>
    <w:uiPriority w:val="99"/>
    <w:locked/>
    <w:rsid w:val="00C92330"/>
    <w:rPr>
      <w:sz w:val="28"/>
      <w:shd w:val="clear" w:color="auto" w:fill="FFFFFF"/>
    </w:rPr>
  </w:style>
  <w:style w:type="paragraph" w:customStyle="1" w:styleId="Bodytext70">
    <w:name w:val="Body text (7)"/>
    <w:basedOn w:val="Normal"/>
    <w:link w:val="Bodytext7"/>
    <w:uiPriority w:val="99"/>
    <w:rsid w:val="00C92330"/>
    <w:pPr>
      <w:widowControl/>
      <w:shd w:val="clear" w:color="auto" w:fill="FFFFFF"/>
      <w:spacing w:line="240" w:lineRule="atLeast"/>
    </w:pPr>
    <w:rPr>
      <w:rFonts w:cs="Times New Roman"/>
      <w:color w:val="auto"/>
      <w:sz w:val="28"/>
      <w:szCs w:val="28"/>
    </w:rPr>
  </w:style>
  <w:style w:type="character" w:customStyle="1" w:styleId="Bodytext14pt">
    <w:name w:val="Body text + 14 pt"/>
    <w:aliases w:val="Small Caps"/>
    <w:uiPriority w:val="99"/>
    <w:rsid w:val="00C92330"/>
    <w:rPr>
      <w:rFonts w:ascii="Times New Roman" w:hAnsi="Times New Roman"/>
      <w:smallCaps/>
      <w:spacing w:val="0"/>
      <w:sz w:val="28"/>
      <w:shd w:val="clear" w:color="auto" w:fill="FFFFFF"/>
    </w:rPr>
  </w:style>
  <w:style w:type="character" w:customStyle="1" w:styleId="8pt">
    <w:name w:val="Основной текст + 8 pt"/>
    <w:aliases w:val="Курсив5,Интервал 0 pt"/>
    <w:uiPriority w:val="99"/>
    <w:rsid w:val="00C92330"/>
    <w:rPr>
      <w:rFonts w:ascii="Lucida Sans Unicode" w:eastAsia="Times New Roman" w:hAnsi="Lucida Sans Unicode"/>
      <w:i/>
      <w:color w:val="000000"/>
      <w:spacing w:val="10"/>
      <w:sz w:val="16"/>
      <w:shd w:val="clear" w:color="auto" w:fill="FFFFFF"/>
      <w:lang w:eastAsia="ru-RU"/>
    </w:rPr>
  </w:style>
  <w:style w:type="character" w:customStyle="1" w:styleId="dash041e005f0431005f044b005f0447005f043d005f044b005f0439005f005fchar1char1">
    <w:name w:val="dash041e_005f0431_005f044b_005f0447_005f043d_005f044b_005f0439_005f_005fchar1__char1"/>
    <w:uiPriority w:val="99"/>
    <w:rsid w:val="00C92330"/>
    <w:rPr>
      <w:rFonts w:ascii="Times New Roman" w:hAnsi="Times New Roman"/>
      <w:sz w:val="24"/>
      <w:u w:val="none"/>
      <w:effect w:val="none"/>
    </w:rPr>
  </w:style>
  <w:style w:type="character" w:customStyle="1" w:styleId="apple-converted-space">
    <w:name w:val="apple-converted-space"/>
    <w:uiPriority w:val="99"/>
    <w:rsid w:val="00C92330"/>
    <w:rPr>
      <w:rFonts w:ascii="Arial" w:hAnsi="Arial"/>
      <w:lang w:val="ru-RU"/>
    </w:rPr>
  </w:style>
  <w:style w:type="character" w:customStyle="1" w:styleId="112">
    <w:name w:val="Основной текст (11)_"/>
    <w:link w:val="113"/>
    <w:uiPriority w:val="99"/>
    <w:locked/>
    <w:rsid w:val="00C92330"/>
    <w:rPr>
      <w:rFonts w:ascii="Times New Roman" w:hAnsi="Times New Roman"/>
      <w:sz w:val="19"/>
      <w:shd w:val="clear" w:color="auto" w:fill="FFFFFF"/>
    </w:rPr>
  </w:style>
  <w:style w:type="character" w:customStyle="1" w:styleId="11LucidaSansUnicode">
    <w:name w:val="Основной текст (11) + Lucida Sans Unicode"/>
    <w:aliases w:val="8,5 pt5"/>
    <w:uiPriority w:val="99"/>
    <w:rsid w:val="00C92330"/>
    <w:rPr>
      <w:rFonts w:ascii="Lucida Sans Unicode" w:eastAsia="Times New Roman" w:hAnsi="Lucida Sans Unicode"/>
      <w:spacing w:val="0"/>
      <w:sz w:val="17"/>
      <w:shd w:val="clear" w:color="auto" w:fill="FFFFFF"/>
    </w:rPr>
  </w:style>
  <w:style w:type="paragraph" w:customStyle="1" w:styleId="113">
    <w:name w:val="Основной текст (11)"/>
    <w:basedOn w:val="Normal"/>
    <w:link w:val="112"/>
    <w:uiPriority w:val="99"/>
    <w:rsid w:val="00C92330"/>
    <w:pPr>
      <w:widowControl/>
      <w:shd w:val="clear" w:color="auto" w:fill="FFFFFF"/>
      <w:spacing w:after="60" w:line="211" w:lineRule="exact"/>
      <w:jc w:val="right"/>
    </w:pPr>
    <w:rPr>
      <w:rFonts w:ascii="Times New Roman" w:hAnsi="Times New Roman" w:cs="Times New Roman"/>
      <w:color w:val="auto"/>
      <w:sz w:val="19"/>
      <w:szCs w:val="19"/>
    </w:rPr>
  </w:style>
  <w:style w:type="paragraph" w:styleId="PlainText">
    <w:name w:val="Plain Text"/>
    <w:basedOn w:val="Normal"/>
    <w:link w:val="PlainTextChar"/>
    <w:uiPriority w:val="99"/>
    <w:rsid w:val="00C92330"/>
    <w:pPr>
      <w:widowControl/>
    </w:pPr>
    <w:rPr>
      <w:rFonts w:cs="Times New Roman"/>
      <w:color w:val="auto"/>
      <w:sz w:val="20"/>
      <w:szCs w:val="20"/>
    </w:rPr>
  </w:style>
  <w:style w:type="character" w:customStyle="1" w:styleId="PlainTextChar">
    <w:name w:val="Plain Text Char"/>
    <w:basedOn w:val="DefaultParagraphFont"/>
    <w:link w:val="PlainText"/>
    <w:uiPriority w:val="99"/>
    <w:locked/>
    <w:rsid w:val="00C92330"/>
  </w:style>
  <w:style w:type="character" w:customStyle="1" w:styleId="158pt">
    <w:name w:val="Основной текст (15) + 8 pt"/>
    <w:aliases w:val="Не полужирный,Курсив4,Интервал 0 pt4"/>
    <w:uiPriority w:val="99"/>
    <w:rsid w:val="00C92330"/>
    <w:rPr>
      <w:rFonts w:ascii="Lucida Sans Unicode" w:eastAsia="Times New Roman" w:hAnsi="Lucida Sans Unicode"/>
      <w:b/>
      <w:i/>
      <w:spacing w:val="10"/>
      <w:sz w:val="16"/>
      <w:shd w:val="clear" w:color="auto" w:fill="FFFFFF"/>
    </w:rPr>
  </w:style>
  <w:style w:type="character" w:customStyle="1" w:styleId="1811">
    <w:name w:val="Основной текст (18) + 11"/>
    <w:aliases w:val="5 pt4,Полужирный3"/>
    <w:uiPriority w:val="99"/>
    <w:rsid w:val="00C92330"/>
    <w:rPr>
      <w:rFonts w:ascii="Times New Roman" w:hAnsi="Times New Roman"/>
      <w:b/>
      <w:spacing w:val="0"/>
      <w:sz w:val="23"/>
      <w:shd w:val="clear" w:color="auto" w:fill="FFFFFF"/>
    </w:rPr>
  </w:style>
  <w:style w:type="character" w:customStyle="1" w:styleId="218">
    <w:name w:val="Основной текст (21) + 8"/>
    <w:aliases w:val="5 pt3,Полужирный2,Не курсив,Интервал 0 pt3"/>
    <w:uiPriority w:val="99"/>
    <w:rsid w:val="00C92330"/>
    <w:rPr>
      <w:rFonts w:ascii="Lucida Sans Unicode" w:eastAsia="Times New Roman" w:hAnsi="Lucida Sans Unicode"/>
      <w:b/>
      <w:i/>
      <w:spacing w:val="0"/>
      <w:sz w:val="17"/>
      <w:shd w:val="clear" w:color="auto" w:fill="FFFFFF"/>
    </w:rPr>
  </w:style>
  <w:style w:type="character" w:customStyle="1" w:styleId="18LucidaSansUnicode">
    <w:name w:val="Основной текст (18) + Lucida Sans Unicode"/>
    <w:aliases w:val="8 pt,Курсив3,Интервал 0 pt2"/>
    <w:uiPriority w:val="99"/>
    <w:rsid w:val="00C92330"/>
    <w:rPr>
      <w:rFonts w:ascii="Lucida Sans Unicode" w:eastAsia="Times New Roman" w:hAnsi="Lucida Sans Unicode"/>
      <w:i/>
      <w:spacing w:val="10"/>
      <w:sz w:val="16"/>
      <w:shd w:val="clear" w:color="auto" w:fill="FFFFFF"/>
    </w:rPr>
  </w:style>
  <w:style w:type="character" w:customStyle="1" w:styleId="15TimesNewRoman">
    <w:name w:val="Основной текст (15) + Times New Roman"/>
    <w:aliases w:val="9,5 pt2,Курсив2"/>
    <w:uiPriority w:val="99"/>
    <w:rsid w:val="00C92330"/>
    <w:rPr>
      <w:rFonts w:ascii="Times New Roman" w:hAnsi="Times New Roman"/>
      <w:i/>
      <w:sz w:val="19"/>
      <w:shd w:val="clear" w:color="auto" w:fill="FFFFFF"/>
    </w:rPr>
  </w:style>
  <w:style w:type="character" w:customStyle="1" w:styleId="18-1pt">
    <w:name w:val="Основной текст (18) + Интервал -1 pt"/>
    <w:uiPriority w:val="99"/>
    <w:rsid w:val="00C92330"/>
    <w:rPr>
      <w:rFonts w:ascii="Times New Roman" w:hAnsi="Times New Roman"/>
      <w:spacing w:val="-20"/>
      <w:sz w:val="22"/>
      <w:shd w:val="clear" w:color="auto" w:fill="FFFFFF"/>
      <w:lang w:val="en-US"/>
    </w:rPr>
  </w:style>
  <w:style w:type="character" w:styleId="Strong">
    <w:name w:val="Strong"/>
    <w:basedOn w:val="DefaultParagraphFont"/>
    <w:uiPriority w:val="99"/>
    <w:qFormat/>
    <w:rsid w:val="00C92330"/>
    <w:rPr>
      <w:rFonts w:cs="Times New Roman"/>
      <w:b/>
    </w:rPr>
  </w:style>
  <w:style w:type="character" w:customStyle="1" w:styleId="150">
    <w:name w:val="Основной текст (15)_"/>
    <w:link w:val="151"/>
    <w:uiPriority w:val="99"/>
    <w:locked/>
    <w:rsid w:val="00C92330"/>
    <w:rPr>
      <w:rFonts w:ascii="Lucida Sans Unicode" w:eastAsia="Times New Roman" w:hAnsi="Lucida Sans Unicode"/>
      <w:sz w:val="17"/>
      <w:shd w:val="clear" w:color="auto" w:fill="FFFFFF"/>
    </w:rPr>
  </w:style>
  <w:style w:type="paragraph" w:customStyle="1" w:styleId="151">
    <w:name w:val="Основной текст (15)"/>
    <w:basedOn w:val="Normal"/>
    <w:link w:val="150"/>
    <w:uiPriority w:val="99"/>
    <w:rsid w:val="00C92330"/>
    <w:pPr>
      <w:widowControl/>
      <w:shd w:val="clear" w:color="auto" w:fill="FFFFFF"/>
      <w:spacing w:before="180" w:line="240" w:lineRule="exact"/>
      <w:jc w:val="center"/>
    </w:pPr>
    <w:rPr>
      <w:rFonts w:ascii="Lucida Sans Unicode" w:hAnsi="Lucida Sans Unicode" w:cs="Times New Roman"/>
      <w:color w:val="auto"/>
      <w:sz w:val="17"/>
      <w:szCs w:val="17"/>
    </w:rPr>
  </w:style>
  <w:style w:type="character" w:customStyle="1" w:styleId="71">
    <w:name w:val="Основной текст (7)_"/>
    <w:link w:val="72"/>
    <w:uiPriority w:val="99"/>
    <w:locked/>
    <w:rsid w:val="00C92330"/>
    <w:rPr>
      <w:rFonts w:ascii="Lucida Sans Unicode" w:eastAsia="Times New Roman" w:hAnsi="Lucida Sans Unicode"/>
      <w:sz w:val="25"/>
      <w:shd w:val="clear" w:color="auto" w:fill="FFFFFF"/>
    </w:rPr>
  </w:style>
  <w:style w:type="character" w:customStyle="1" w:styleId="TimesNewRoman">
    <w:name w:val="Основной текст + Times New Roman"/>
    <w:aliases w:val="91,5 pt1,Полужирный1,Курсив1"/>
    <w:uiPriority w:val="99"/>
    <w:rsid w:val="00C92330"/>
    <w:rPr>
      <w:rFonts w:ascii="Times New Roman" w:hAnsi="Times New Roman"/>
      <w:b/>
      <w:i/>
      <w:spacing w:val="0"/>
      <w:sz w:val="19"/>
      <w:shd w:val="clear" w:color="auto" w:fill="FFFFFF"/>
    </w:rPr>
  </w:style>
  <w:style w:type="character" w:customStyle="1" w:styleId="260">
    <w:name w:val="Основной текст (26)_"/>
    <w:link w:val="261"/>
    <w:uiPriority w:val="99"/>
    <w:locked/>
    <w:rsid w:val="00C92330"/>
    <w:rPr>
      <w:rFonts w:ascii="Tahoma" w:eastAsia="Times New Roman" w:hAnsi="Tahoma"/>
      <w:sz w:val="15"/>
      <w:shd w:val="clear" w:color="auto" w:fill="FFFFFF"/>
    </w:rPr>
  </w:style>
  <w:style w:type="paragraph" w:customStyle="1" w:styleId="72">
    <w:name w:val="Основной текст (7)"/>
    <w:basedOn w:val="Normal"/>
    <w:link w:val="71"/>
    <w:uiPriority w:val="99"/>
    <w:rsid w:val="00C92330"/>
    <w:pPr>
      <w:widowControl/>
      <w:shd w:val="clear" w:color="auto" w:fill="FFFFFF"/>
      <w:spacing w:before="300" w:line="322" w:lineRule="exact"/>
    </w:pPr>
    <w:rPr>
      <w:rFonts w:ascii="Lucida Sans Unicode" w:hAnsi="Lucida Sans Unicode" w:cs="Times New Roman"/>
      <w:color w:val="auto"/>
      <w:sz w:val="25"/>
      <w:szCs w:val="25"/>
    </w:rPr>
  </w:style>
  <w:style w:type="paragraph" w:customStyle="1" w:styleId="261">
    <w:name w:val="Основной текст (26)"/>
    <w:basedOn w:val="Normal"/>
    <w:link w:val="260"/>
    <w:uiPriority w:val="99"/>
    <w:rsid w:val="00C92330"/>
    <w:pPr>
      <w:widowControl/>
      <w:shd w:val="clear" w:color="auto" w:fill="FFFFFF"/>
      <w:spacing w:after="120" w:line="240" w:lineRule="atLeast"/>
    </w:pPr>
    <w:rPr>
      <w:rFonts w:ascii="Tahoma" w:hAnsi="Tahoma" w:cs="Times New Roman"/>
      <w:color w:val="auto"/>
      <w:sz w:val="15"/>
      <w:szCs w:val="15"/>
    </w:rPr>
  </w:style>
  <w:style w:type="paragraph" w:customStyle="1" w:styleId="NR">
    <w:name w:val="NR"/>
    <w:basedOn w:val="Normal"/>
    <w:uiPriority w:val="99"/>
    <w:rsid w:val="00C92330"/>
    <w:pPr>
      <w:widowControl/>
    </w:pPr>
    <w:rPr>
      <w:rFonts w:ascii="Times New Roman" w:hAnsi="Times New Roman" w:cs="Times New Roman"/>
      <w:color w:val="auto"/>
      <w:szCs w:val="20"/>
    </w:rPr>
  </w:style>
  <w:style w:type="character" w:styleId="Emphasis">
    <w:name w:val="Emphasis"/>
    <w:basedOn w:val="DefaultParagraphFont"/>
    <w:uiPriority w:val="99"/>
    <w:qFormat/>
    <w:rsid w:val="00C92330"/>
    <w:rPr>
      <w:rFonts w:cs="Times New Roman"/>
      <w:i/>
    </w:rPr>
  </w:style>
  <w:style w:type="paragraph" w:styleId="TOC1">
    <w:name w:val="toc 1"/>
    <w:basedOn w:val="Normal"/>
    <w:next w:val="Normal"/>
    <w:autoRedefine/>
    <w:uiPriority w:val="99"/>
    <w:rsid w:val="00C92330"/>
    <w:pPr>
      <w:widowControl/>
      <w:tabs>
        <w:tab w:val="right" w:leader="dot" w:pos="10456"/>
      </w:tabs>
    </w:pPr>
    <w:rPr>
      <w:rFonts w:ascii="Times New Roman" w:hAnsi="Times New Roman" w:cs="Times New Roman"/>
      <w:b/>
      <w:bCs/>
      <w:caps/>
      <w:noProof/>
      <w:color w:val="auto"/>
      <w:sz w:val="16"/>
      <w:szCs w:val="16"/>
    </w:rPr>
  </w:style>
  <w:style w:type="paragraph" w:styleId="TOC2">
    <w:name w:val="toc 2"/>
    <w:basedOn w:val="Normal"/>
    <w:next w:val="Normal"/>
    <w:autoRedefine/>
    <w:uiPriority w:val="99"/>
    <w:rsid w:val="00C92330"/>
    <w:pPr>
      <w:widowControl/>
      <w:tabs>
        <w:tab w:val="right" w:leader="dot" w:pos="10456"/>
      </w:tabs>
      <w:spacing w:before="240"/>
      <w:ind w:left="240"/>
    </w:pPr>
    <w:rPr>
      <w:rFonts w:ascii="Calibri" w:hAnsi="Calibri" w:cs="Times New Roman"/>
      <w:b/>
      <w:bCs/>
      <w:color w:val="auto"/>
      <w:sz w:val="20"/>
      <w:szCs w:val="20"/>
    </w:rPr>
  </w:style>
  <w:style w:type="paragraph" w:styleId="TOC3">
    <w:name w:val="toc 3"/>
    <w:basedOn w:val="Normal"/>
    <w:next w:val="Normal"/>
    <w:autoRedefine/>
    <w:uiPriority w:val="99"/>
    <w:rsid w:val="00C92330"/>
    <w:pPr>
      <w:widowControl/>
      <w:ind w:left="240"/>
    </w:pPr>
    <w:rPr>
      <w:rFonts w:ascii="Calibri" w:hAnsi="Calibri" w:cs="Times New Roman"/>
      <w:color w:val="auto"/>
      <w:sz w:val="20"/>
      <w:szCs w:val="20"/>
    </w:rPr>
  </w:style>
  <w:style w:type="paragraph" w:styleId="TableofAuthorities">
    <w:name w:val="table of authorities"/>
    <w:basedOn w:val="Normal"/>
    <w:next w:val="Normal"/>
    <w:uiPriority w:val="99"/>
    <w:rsid w:val="00C92330"/>
    <w:pPr>
      <w:widowControl/>
      <w:ind w:left="240" w:hanging="240"/>
    </w:pPr>
    <w:rPr>
      <w:rFonts w:ascii="Calibri" w:hAnsi="Calibri" w:cs="Times New Roman"/>
      <w:color w:val="auto"/>
      <w:sz w:val="20"/>
      <w:szCs w:val="20"/>
    </w:rPr>
  </w:style>
  <w:style w:type="paragraph" w:styleId="TOAHeading">
    <w:name w:val="toa heading"/>
    <w:basedOn w:val="Normal"/>
    <w:next w:val="Normal"/>
    <w:uiPriority w:val="99"/>
    <w:rsid w:val="00C92330"/>
    <w:pPr>
      <w:widowControl/>
      <w:spacing w:before="120" w:after="120"/>
    </w:pPr>
    <w:rPr>
      <w:rFonts w:ascii="Calibri" w:hAnsi="Calibri" w:cs="Arial"/>
      <w:color w:val="auto"/>
      <w:sz w:val="20"/>
      <w:szCs w:val="20"/>
      <w:u w:val="single"/>
    </w:rPr>
  </w:style>
  <w:style w:type="paragraph" w:styleId="TOC4">
    <w:name w:val="toc 4"/>
    <w:basedOn w:val="Normal"/>
    <w:next w:val="Normal"/>
    <w:autoRedefine/>
    <w:uiPriority w:val="99"/>
    <w:rsid w:val="00C92330"/>
    <w:pPr>
      <w:widowControl/>
      <w:ind w:left="480"/>
    </w:pPr>
    <w:rPr>
      <w:rFonts w:ascii="Calibri" w:hAnsi="Calibri" w:cs="Times New Roman"/>
      <w:color w:val="auto"/>
      <w:sz w:val="20"/>
      <w:szCs w:val="20"/>
    </w:rPr>
  </w:style>
  <w:style w:type="paragraph" w:styleId="TOC5">
    <w:name w:val="toc 5"/>
    <w:basedOn w:val="Normal"/>
    <w:next w:val="Normal"/>
    <w:autoRedefine/>
    <w:uiPriority w:val="99"/>
    <w:rsid w:val="00C92330"/>
    <w:pPr>
      <w:widowControl/>
      <w:ind w:left="720"/>
    </w:pPr>
    <w:rPr>
      <w:rFonts w:ascii="Calibri" w:hAnsi="Calibri" w:cs="Times New Roman"/>
      <w:color w:val="auto"/>
      <w:sz w:val="20"/>
      <w:szCs w:val="20"/>
    </w:rPr>
  </w:style>
  <w:style w:type="paragraph" w:styleId="TOC6">
    <w:name w:val="toc 6"/>
    <w:basedOn w:val="Normal"/>
    <w:next w:val="Normal"/>
    <w:autoRedefine/>
    <w:uiPriority w:val="99"/>
    <w:rsid w:val="00C92330"/>
    <w:pPr>
      <w:widowControl/>
      <w:ind w:left="960"/>
    </w:pPr>
    <w:rPr>
      <w:rFonts w:ascii="Calibri" w:hAnsi="Calibri" w:cs="Times New Roman"/>
      <w:color w:val="auto"/>
      <w:sz w:val="20"/>
      <w:szCs w:val="20"/>
    </w:rPr>
  </w:style>
  <w:style w:type="paragraph" w:styleId="TOC7">
    <w:name w:val="toc 7"/>
    <w:basedOn w:val="Normal"/>
    <w:next w:val="Normal"/>
    <w:autoRedefine/>
    <w:uiPriority w:val="99"/>
    <w:rsid w:val="00C92330"/>
    <w:pPr>
      <w:widowControl/>
      <w:ind w:left="1200"/>
    </w:pPr>
    <w:rPr>
      <w:rFonts w:ascii="Calibri" w:hAnsi="Calibri" w:cs="Times New Roman"/>
      <w:color w:val="auto"/>
      <w:sz w:val="20"/>
      <w:szCs w:val="20"/>
    </w:rPr>
  </w:style>
  <w:style w:type="paragraph" w:styleId="TOC8">
    <w:name w:val="toc 8"/>
    <w:basedOn w:val="Normal"/>
    <w:next w:val="Normal"/>
    <w:autoRedefine/>
    <w:uiPriority w:val="99"/>
    <w:rsid w:val="00C92330"/>
    <w:pPr>
      <w:widowControl/>
      <w:ind w:left="1440"/>
    </w:pPr>
    <w:rPr>
      <w:rFonts w:ascii="Calibri" w:hAnsi="Calibri" w:cs="Times New Roman"/>
      <w:color w:val="auto"/>
      <w:sz w:val="20"/>
      <w:szCs w:val="20"/>
    </w:rPr>
  </w:style>
  <w:style w:type="paragraph" w:styleId="TOC9">
    <w:name w:val="toc 9"/>
    <w:basedOn w:val="Normal"/>
    <w:next w:val="Normal"/>
    <w:autoRedefine/>
    <w:uiPriority w:val="99"/>
    <w:rsid w:val="00C92330"/>
    <w:pPr>
      <w:widowControl/>
      <w:ind w:left="1680"/>
    </w:pPr>
    <w:rPr>
      <w:rFonts w:ascii="Calibri" w:hAnsi="Calibri" w:cs="Times New Roman"/>
      <w:color w:val="auto"/>
      <w:sz w:val="20"/>
      <w:szCs w:val="20"/>
    </w:rPr>
  </w:style>
  <w:style w:type="paragraph" w:customStyle="1" w:styleId="a1">
    <w:name w:val="Перечисление"/>
    <w:link w:val="af2"/>
    <w:uiPriority w:val="99"/>
    <w:rsid w:val="00C92330"/>
    <w:pPr>
      <w:numPr>
        <w:numId w:val="130"/>
      </w:numPr>
      <w:spacing w:after="60" w:line="276" w:lineRule="auto"/>
      <w:jc w:val="both"/>
    </w:pPr>
    <w:rPr>
      <w:rFonts w:ascii="Times New Roman" w:hAnsi="Times New Roman" w:cs="Times New Roman"/>
      <w:sz w:val="20"/>
      <w:szCs w:val="20"/>
      <w:lang w:eastAsia="en-US"/>
    </w:rPr>
  </w:style>
  <w:style w:type="character" w:customStyle="1" w:styleId="af2">
    <w:name w:val="Перечисление Знак"/>
    <w:link w:val="a1"/>
    <w:uiPriority w:val="99"/>
    <w:locked/>
    <w:rsid w:val="00C92330"/>
    <w:rPr>
      <w:rFonts w:ascii="Times New Roman" w:hAnsi="Times New Roman" w:cs="Times New Roman"/>
      <w:sz w:val="20"/>
      <w:szCs w:val="20"/>
      <w:lang w:eastAsia="en-US"/>
    </w:rPr>
  </w:style>
  <w:style w:type="character" w:customStyle="1" w:styleId="2Candara">
    <w:name w:val="Основной текст (2) + Candara"/>
    <w:aliases w:val="9 pt,Интервал 0 pt1"/>
    <w:uiPriority w:val="99"/>
    <w:rsid w:val="00C92330"/>
    <w:rPr>
      <w:rFonts w:ascii="Candara" w:hAnsi="Candara"/>
      <w:spacing w:val="10"/>
      <w:sz w:val="18"/>
    </w:rPr>
  </w:style>
  <w:style w:type="paragraph" w:customStyle="1" w:styleId="210">
    <w:name w:val="Основной текст (2)1"/>
    <w:basedOn w:val="Normal"/>
    <w:uiPriority w:val="99"/>
    <w:rsid w:val="00C92330"/>
    <w:pPr>
      <w:shd w:val="clear" w:color="auto" w:fill="FFFFFF"/>
      <w:spacing w:after="780" w:line="240" w:lineRule="atLeast"/>
      <w:jc w:val="right"/>
    </w:pPr>
    <w:rPr>
      <w:rFonts w:ascii="Sylfaen" w:hAnsi="Sylfaen" w:cs="Times New Roman"/>
      <w:color w:val="auto"/>
      <w:sz w:val="22"/>
      <w:szCs w:val="22"/>
    </w:rPr>
  </w:style>
  <w:style w:type="character" w:customStyle="1" w:styleId="c2">
    <w:name w:val="c2"/>
    <w:uiPriority w:val="99"/>
    <w:rsid w:val="00C92330"/>
  </w:style>
  <w:style w:type="paragraph" w:customStyle="1" w:styleId="c0">
    <w:name w:val="c0"/>
    <w:basedOn w:val="Normal"/>
    <w:uiPriority w:val="99"/>
    <w:rsid w:val="00C92330"/>
    <w:pPr>
      <w:widowControl/>
      <w:spacing w:before="100" w:beforeAutospacing="1" w:after="100" w:afterAutospacing="1"/>
    </w:pPr>
    <w:rPr>
      <w:rFonts w:ascii="Times New Roman" w:hAnsi="Times New Roman" w:cs="Times New Roman"/>
      <w:color w:val="auto"/>
    </w:rPr>
  </w:style>
  <w:style w:type="character" w:customStyle="1" w:styleId="c3">
    <w:name w:val="c3"/>
    <w:uiPriority w:val="99"/>
    <w:rsid w:val="00C92330"/>
  </w:style>
  <w:style w:type="paragraph" w:customStyle="1" w:styleId="114">
    <w:name w:val="Заголовок 11"/>
    <w:basedOn w:val="Normal"/>
    <w:uiPriority w:val="99"/>
    <w:rsid w:val="00C92330"/>
    <w:pPr>
      <w:autoSpaceDE w:val="0"/>
      <w:autoSpaceDN w:val="0"/>
      <w:adjustRightInd w:val="0"/>
      <w:spacing w:before="1"/>
      <w:ind w:left="3229"/>
      <w:outlineLvl w:val="0"/>
    </w:pPr>
    <w:rPr>
      <w:rFonts w:ascii="Times New Roman" w:hAnsi="Times New Roman" w:cs="Times New Roman"/>
      <w:b/>
      <w:bCs/>
      <w:color w:val="auto"/>
      <w:sz w:val="28"/>
      <w:szCs w:val="28"/>
    </w:rPr>
  </w:style>
  <w:style w:type="paragraph" w:customStyle="1" w:styleId="ParagraphStyle">
    <w:name w:val="Paragraph Style"/>
    <w:uiPriority w:val="99"/>
    <w:rsid w:val="00C92330"/>
    <w:pPr>
      <w:autoSpaceDE w:val="0"/>
      <w:autoSpaceDN w:val="0"/>
      <w:adjustRightInd w:val="0"/>
    </w:pPr>
    <w:rPr>
      <w:rFonts w:ascii="Arial" w:hAnsi="Arial" w:cs="Arial"/>
      <w:sz w:val="24"/>
      <w:szCs w:val="24"/>
    </w:rPr>
  </w:style>
  <w:style w:type="character" w:customStyle="1" w:styleId="Bold">
    <w:name w:val="Bold"/>
    <w:uiPriority w:val="99"/>
    <w:rsid w:val="006B4328"/>
    <w:rPr>
      <w:b/>
    </w:rPr>
  </w:style>
  <w:style w:type="character" w:customStyle="1" w:styleId="Italic">
    <w:name w:val="Italic"/>
    <w:uiPriority w:val="99"/>
    <w:rsid w:val="006B4328"/>
    <w:rPr>
      <w:i/>
    </w:rPr>
  </w:style>
  <w:style w:type="paragraph" w:customStyle="1" w:styleId="body">
    <w:name w:val="body"/>
    <w:basedOn w:val="Normal"/>
    <w:uiPriority w:val="99"/>
    <w:rsid w:val="006B4328"/>
    <w:pPr>
      <w:suppressAutoHyphens/>
      <w:spacing w:line="240" w:lineRule="atLeast"/>
      <w:ind w:firstLine="227"/>
      <w:jc w:val="both"/>
      <w:textAlignment w:val="center"/>
    </w:pPr>
    <w:rPr>
      <w:rFonts w:ascii="SchoolBookSanPin" w:hAnsi="SchoolBookSanPin" w:cs="SchoolBookSanPin"/>
      <w:sz w:val="20"/>
      <w:szCs w:val="20"/>
    </w:rPr>
  </w:style>
  <w:style w:type="paragraph" w:customStyle="1" w:styleId="table-bodycentre">
    <w:name w:val="table-body_centre"/>
    <w:basedOn w:val="Normal"/>
    <w:uiPriority w:val="99"/>
    <w:rsid w:val="006B4328"/>
    <w:pPr>
      <w:suppressAutoHyphens/>
      <w:spacing w:after="100" w:line="200" w:lineRule="atLeast"/>
      <w:jc w:val="center"/>
      <w:textAlignment w:val="center"/>
    </w:pPr>
    <w:rPr>
      <w:rFonts w:ascii="SchoolBookSanPin" w:hAnsi="SchoolBookSanPin" w:cs="SchoolBookSanPin"/>
      <w:sz w:val="18"/>
      <w:szCs w:val="18"/>
    </w:rPr>
  </w:style>
  <w:style w:type="paragraph" w:customStyle="1" w:styleId="table-body0mm">
    <w:name w:val="table-body_0mm"/>
    <w:basedOn w:val="body"/>
    <w:uiPriority w:val="99"/>
    <w:rsid w:val="006B4328"/>
    <w:pPr>
      <w:spacing w:line="200" w:lineRule="atLeast"/>
      <w:ind w:firstLine="0"/>
      <w:jc w:val="left"/>
    </w:pPr>
    <w:rPr>
      <w:sz w:val="18"/>
      <w:szCs w:val="18"/>
    </w:rPr>
  </w:style>
  <w:style w:type="paragraph" w:customStyle="1" w:styleId="c45">
    <w:name w:val="c45"/>
    <w:basedOn w:val="Normal"/>
    <w:uiPriority w:val="99"/>
    <w:rsid w:val="003E3DF3"/>
    <w:pPr>
      <w:widowControl/>
      <w:spacing w:before="100" w:beforeAutospacing="1" w:after="100" w:afterAutospacing="1"/>
    </w:pPr>
    <w:rPr>
      <w:rFonts w:ascii="Times New Roman" w:hAnsi="Times New Roman" w:cs="Times New Roman"/>
      <w:color w:val="auto"/>
    </w:rPr>
  </w:style>
  <w:style w:type="character" w:customStyle="1" w:styleId="c30">
    <w:name w:val="c30"/>
    <w:uiPriority w:val="99"/>
    <w:rsid w:val="003E3DF3"/>
  </w:style>
  <w:style w:type="paragraph" w:customStyle="1" w:styleId="c6">
    <w:name w:val="c6"/>
    <w:basedOn w:val="Normal"/>
    <w:uiPriority w:val="99"/>
    <w:rsid w:val="003E3DF3"/>
    <w:pPr>
      <w:widowControl/>
      <w:spacing w:before="100" w:beforeAutospacing="1" w:after="100" w:afterAutospacing="1"/>
    </w:pPr>
    <w:rPr>
      <w:rFonts w:ascii="Times New Roman" w:hAnsi="Times New Roman" w:cs="Times New Roman"/>
      <w:color w:val="auto"/>
    </w:rPr>
  </w:style>
  <w:style w:type="character" w:customStyle="1" w:styleId="c11">
    <w:name w:val="c11"/>
    <w:uiPriority w:val="99"/>
    <w:rsid w:val="003E3DF3"/>
  </w:style>
  <w:style w:type="character" w:customStyle="1" w:styleId="c1">
    <w:name w:val="c1"/>
    <w:uiPriority w:val="99"/>
    <w:rsid w:val="003E3DF3"/>
  </w:style>
  <w:style w:type="character" w:customStyle="1" w:styleId="c5">
    <w:name w:val="c5"/>
    <w:uiPriority w:val="99"/>
    <w:rsid w:val="003E3DF3"/>
  </w:style>
  <w:style w:type="paragraph" w:customStyle="1" w:styleId="c13">
    <w:name w:val="c13"/>
    <w:basedOn w:val="Normal"/>
    <w:uiPriority w:val="99"/>
    <w:rsid w:val="003E3DF3"/>
    <w:pPr>
      <w:widowControl/>
      <w:spacing w:before="100" w:beforeAutospacing="1" w:after="100" w:afterAutospacing="1"/>
    </w:pPr>
    <w:rPr>
      <w:rFonts w:ascii="Times New Roman" w:hAnsi="Times New Roman" w:cs="Times New Roman"/>
      <w:color w:val="auto"/>
    </w:rPr>
  </w:style>
  <w:style w:type="paragraph" w:customStyle="1" w:styleId="c24">
    <w:name w:val="c24"/>
    <w:basedOn w:val="Normal"/>
    <w:uiPriority w:val="99"/>
    <w:rsid w:val="003E3DF3"/>
    <w:pPr>
      <w:widowControl/>
      <w:spacing w:before="100" w:beforeAutospacing="1" w:after="100" w:afterAutospacing="1"/>
    </w:pPr>
    <w:rPr>
      <w:rFonts w:ascii="Times New Roman" w:hAnsi="Times New Roman" w:cs="Times New Roman"/>
      <w:color w:val="auto"/>
    </w:rPr>
  </w:style>
  <w:style w:type="character" w:customStyle="1" w:styleId="c17">
    <w:name w:val="c17"/>
    <w:uiPriority w:val="99"/>
    <w:rsid w:val="003E3DF3"/>
  </w:style>
  <w:style w:type="paragraph" w:customStyle="1" w:styleId="c10">
    <w:name w:val="c10"/>
    <w:basedOn w:val="Normal"/>
    <w:uiPriority w:val="99"/>
    <w:rsid w:val="003E3DF3"/>
    <w:pPr>
      <w:widowControl/>
      <w:spacing w:before="100" w:beforeAutospacing="1" w:after="100" w:afterAutospacing="1"/>
    </w:pPr>
    <w:rPr>
      <w:rFonts w:ascii="Times New Roman" w:hAnsi="Times New Roman" w:cs="Times New Roman"/>
      <w:color w:val="auto"/>
    </w:rPr>
  </w:style>
  <w:style w:type="paragraph" w:customStyle="1" w:styleId="c57">
    <w:name w:val="c57"/>
    <w:basedOn w:val="Normal"/>
    <w:uiPriority w:val="99"/>
    <w:rsid w:val="003E3DF3"/>
    <w:pPr>
      <w:widowControl/>
      <w:spacing w:before="100" w:beforeAutospacing="1" w:after="100" w:afterAutospacing="1"/>
    </w:pPr>
    <w:rPr>
      <w:rFonts w:ascii="Times New Roman" w:hAnsi="Times New Roman" w:cs="Times New Roman"/>
      <w:color w:val="auto"/>
    </w:rPr>
  </w:style>
  <w:style w:type="paragraph" w:customStyle="1" w:styleId="c60">
    <w:name w:val="c60"/>
    <w:basedOn w:val="Normal"/>
    <w:uiPriority w:val="99"/>
    <w:rsid w:val="003E3DF3"/>
    <w:pPr>
      <w:widowControl/>
      <w:spacing w:before="100" w:beforeAutospacing="1" w:after="100" w:afterAutospacing="1"/>
    </w:pPr>
    <w:rPr>
      <w:rFonts w:ascii="Times New Roman" w:hAnsi="Times New Roman" w:cs="Times New Roman"/>
      <w:color w:val="auto"/>
    </w:rPr>
  </w:style>
  <w:style w:type="paragraph" w:customStyle="1" w:styleId="c14">
    <w:name w:val="c14"/>
    <w:basedOn w:val="Normal"/>
    <w:uiPriority w:val="99"/>
    <w:rsid w:val="003E3DF3"/>
    <w:pPr>
      <w:widowControl/>
      <w:spacing w:before="100" w:beforeAutospacing="1" w:after="100" w:afterAutospacing="1"/>
    </w:pPr>
    <w:rPr>
      <w:rFonts w:ascii="Times New Roman" w:hAnsi="Times New Roman" w:cs="Times New Roman"/>
      <w:color w:val="auto"/>
    </w:rPr>
  </w:style>
  <w:style w:type="paragraph" w:customStyle="1" w:styleId="c86">
    <w:name w:val="c86"/>
    <w:basedOn w:val="Normal"/>
    <w:uiPriority w:val="99"/>
    <w:rsid w:val="003E3DF3"/>
    <w:pPr>
      <w:widowControl/>
      <w:spacing w:before="100" w:beforeAutospacing="1" w:after="100" w:afterAutospacing="1"/>
    </w:pPr>
    <w:rPr>
      <w:rFonts w:ascii="Times New Roman" w:hAnsi="Times New Roman" w:cs="Times New Roman"/>
      <w:color w:val="auto"/>
    </w:rPr>
  </w:style>
  <w:style w:type="character" w:customStyle="1" w:styleId="c34">
    <w:name w:val="c34"/>
    <w:uiPriority w:val="99"/>
    <w:rsid w:val="003E3DF3"/>
  </w:style>
  <w:style w:type="paragraph" w:customStyle="1" w:styleId="c37">
    <w:name w:val="c37"/>
    <w:basedOn w:val="Normal"/>
    <w:uiPriority w:val="99"/>
    <w:rsid w:val="003E3DF3"/>
    <w:pPr>
      <w:widowControl/>
      <w:spacing w:before="100" w:beforeAutospacing="1" w:after="100" w:afterAutospacing="1"/>
    </w:pPr>
    <w:rPr>
      <w:rFonts w:ascii="Times New Roman" w:hAnsi="Times New Roman" w:cs="Times New Roman"/>
      <w:color w:val="auto"/>
    </w:rPr>
  </w:style>
  <w:style w:type="paragraph" w:customStyle="1" w:styleId="c82">
    <w:name w:val="c82"/>
    <w:basedOn w:val="Normal"/>
    <w:uiPriority w:val="99"/>
    <w:rsid w:val="003E3DF3"/>
    <w:pPr>
      <w:widowControl/>
      <w:spacing w:before="100" w:beforeAutospacing="1" w:after="100" w:afterAutospacing="1"/>
    </w:pPr>
    <w:rPr>
      <w:rFonts w:ascii="Times New Roman" w:hAnsi="Times New Roman" w:cs="Times New Roman"/>
      <w:color w:val="auto"/>
    </w:rPr>
  </w:style>
  <w:style w:type="paragraph" w:customStyle="1" w:styleId="c9">
    <w:name w:val="c9"/>
    <w:basedOn w:val="Normal"/>
    <w:uiPriority w:val="99"/>
    <w:rsid w:val="003E3DF3"/>
    <w:pPr>
      <w:widowControl/>
      <w:spacing w:before="100" w:beforeAutospacing="1" w:after="100" w:afterAutospacing="1"/>
    </w:pPr>
    <w:rPr>
      <w:rFonts w:ascii="Times New Roman" w:hAnsi="Times New Roman" w:cs="Times New Roman"/>
      <w:color w:val="auto"/>
    </w:rPr>
  </w:style>
  <w:style w:type="character" w:customStyle="1" w:styleId="c12">
    <w:name w:val="c12"/>
    <w:uiPriority w:val="99"/>
    <w:rsid w:val="003E3DF3"/>
  </w:style>
  <w:style w:type="paragraph" w:customStyle="1" w:styleId="h3-first">
    <w:name w:val="h3-first"/>
    <w:basedOn w:val="Normal"/>
    <w:uiPriority w:val="99"/>
    <w:rsid w:val="00760509"/>
    <w:pPr>
      <w:keepNext/>
      <w:widowControl/>
      <w:suppressAutoHyphens/>
      <w:autoSpaceDE w:val="0"/>
      <w:autoSpaceDN w:val="0"/>
      <w:adjustRightInd w:val="0"/>
      <w:spacing w:before="120" w:after="240" w:line="240" w:lineRule="atLeast"/>
    </w:pPr>
    <w:rPr>
      <w:rFonts w:ascii="Times New Roman" w:hAnsi="Times New Roman" w:cs="OfficinaSansExtraBoldITC-Reg"/>
      <w:b/>
      <w:bCs/>
      <w:position w:val="6"/>
      <w:sz w:val="22"/>
      <w:szCs w:val="22"/>
    </w:rPr>
  </w:style>
  <w:style w:type="character" w:customStyle="1" w:styleId="CharAttribute484">
    <w:name w:val="CharAttribute484"/>
    <w:uiPriority w:val="99"/>
    <w:rsid w:val="00760509"/>
    <w:rPr>
      <w:rFonts w:ascii="Times New Roman" w:hAnsi="Times New Roman"/>
      <w:i/>
      <w:sz w:val="28"/>
    </w:rPr>
  </w:style>
  <w:style w:type="paragraph" w:customStyle="1" w:styleId="1a">
    <w:name w:val="Заголовок1"/>
    <w:basedOn w:val="Normal"/>
    <w:next w:val="BodyText"/>
    <w:uiPriority w:val="99"/>
    <w:rsid w:val="004F2A97"/>
    <w:pPr>
      <w:keepNext/>
      <w:widowControl/>
      <w:spacing w:before="240" w:after="120" w:line="259" w:lineRule="auto"/>
    </w:pPr>
    <w:rPr>
      <w:rFonts w:ascii="Liberation Sans" w:eastAsia="Microsoft YaHei" w:hAnsi="Liberation Sans" w:cs="Mangal"/>
      <w:color w:val="auto"/>
      <w:sz w:val="28"/>
      <w:szCs w:val="28"/>
      <w:lang w:eastAsia="en-US"/>
    </w:rPr>
  </w:style>
  <w:style w:type="paragraph" w:styleId="Index1">
    <w:name w:val="index 1"/>
    <w:basedOn w:val="Normal"/>
    <w:next w:val="Normal"/>
    <w:autoRedefine/>
    <w:uiPriority w:val="99"/>
    <w:semiHidden/>
    <w:rsid w:val="004F2A97"/>
    <w:pPr>
      <w:widowControl/>
      <w:ind w:left="220" w:hanging="220"/>
    </w:pPr>
    <w:rPr>
      <w:rFonts w:ascii="Calibri" w:hAnsi="Calibri" w:cs="Times New Roman"/>
      <w:color w:val="auto"/>
      <w:sz w:val="22"/>
      <w:szCs w:val="22"/>
      <w:lang w:eastAsia="en-US"/>
    </w:rPr>
  </w:style>
  <w:style w:type="paragraph" w:styleId="IndexHeading">
    <w:name w:val="index heading"/>
    <w:basedOn w:val="Normal"/>
    <w:uiPriority w:val="99"/>
    <w:rsid w:val="004F2A97"/>
    <w:pPr>
      <w:widowControl/>
      <w:suppressLineNumbers/>
      <w:spacing w:after="160" w:line="259" w:lineRule="auto"/>
    </w:pPr>
    <w:rPr>
      <w:rFonts w:ascii="Calibri" w:hAnsi="Calibri" w:cs="Mangal"/>
      <w:color w:val="auto"/>
      <w:sz w:val="22"/>
      <w:szCs w:val="22"/>
      <w:lang w:eastAsia="en-US"/>
    </w:rPr>
  </w:style>
  <w:style w:type="character" w:customStyle="1" w:styleId="1b">
    <w:name w:val="Текст выноски Знак1"/>
    <w:uiPriority w:val="99"/>
    <w:semiHidden/>
    <w:rsid w:val="004F2A97"/>
    <w:rPr>
      <w:rFonts w:ascii="Segoe UI" w:hAnsi="Segoe UI"/>
      <w:sz w:val="18"/>
      <w:lang w:eastAsia="en-US"/>
    </w:rPr>
  </w:style>
  <w:style w:type="paragraph" w:customStyle="1" w:styleId="Standard">
    <w:name w:val="Standard"/>
    <w:uiPriority w:val="99"/>
    <w:rsid w:val="004F2A97"/>
    <w:pPr>
      <w:widowControl w:val="0"/>
      <w:suppressAutoHyphens/>
      <w:textAlignment w:val="baseline"/>
    </w:pPr>
    <w:rPr>
      <w:rFonts w:ascii="Times New Roman" w:hAnsi="Times New Roman" w:cs="Tahoma"/>
      <w:kern w:val="2"/>
      <w:sz w:val="24"/>
      <w:szCs w:val="24"/>
      <w:lang w:val="en-US" w:eastAsia="en-US"/>
    </w:rPr>
  </w:style>
  <w:style w:type="paragraph" w:customStyle="1" w:styleId="af3">
    <w:name w:val="Содержимое таблицы"/>
    <w:basedOn w:val="Normal"/>
    <w:uiPriority w:val="99"/>
    <w:rsid w:val="004F2A97"/>
    <w:pPr>
      <w:widowControl/>
      <w:suppressLineNumbers/>
      <w:spacing w:after="160" w:line="259" w:lineRule="auto"/>
    </w:pPr>
    <w:rPr>
      <w:rFonts w:ascii="Calibri" w:hAnsi="Calibri" w:cs="Times New Roman"/>
      <w:color w:val="auto"/>
      <w:sz w:val="22"/>
      <w:szCs w:val="22"/>
      <w:lang w:eastAsia="en-US"/>
    </w:rPr>
  </w:style>
  <w:style w:type="paragraph" w:customStyle="1" w:styleId="af4">
    <w:name w:val="Заголовок таблицы"/>
    <w:basedOn w:val="af3"/>
    <w:uiPriority w:val="99"/>
    <w:rsid w:val="004F2A97"/>
    <w:pPr>
      <w:jc w:val="center"/>
    </w:pPr>
    <w:rPr>
      <w:b/>
      <w:bCs/>
    </w:rPr>
  </w:style>
  <w:style w:type="paragraph" w:customStyle="1" w:styleId="h2">
    <w:name w:val="h2"/>
    <w:basedOn w:val="Normal"/>
    <w:uiPriority w:val="99"/>
    <w:rsid w:val="00E52EB9"/>
    <w:pPr>
      <w:keepNext/>
      <w:widowControl/>
      <w:suppressAutoHyphens/>
      <w:autoSpaceDE w:val="0"/>
      <w:autoSpaceDN w:val="0"/>
      <w:adjustRightInd w:val="0"/>
      <w:spacing w:before="360" w:after="240" w:line="240" w:lineRule="atLeast"/>
      <w:textAlignment w:val="center"/>
    </w:pPr>
    <w:rPr>
      <w:rFonts w:ascii="Times New Roman" w:hAnsi="Times New Roman" w:cs="OfficinaSansMediumITC"/>
      <w:b/>
      <w:bCs/>
      <w:caps/>
      <w:position w:val="6"/>
      <w:sz w:val="22"/>
      <w:szCs w:val="22"/>
    </w:rPr>
  </w:style>
  <w:style w:type="paragraph" w:customStyle="1" w:styleId="NoParagraphStyle">
    <w:name w:val="[No Paragraph Style]"/>
    <w:uiPriority w:val="99"/>
    <w:rsid w:val="000B0AE1"/>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h1">
    <w:name w:val="h1"/>
    <w:basedOn w:val="body"/>
    <w:uiPriority w:val="99"/>
    <w:rsid w:val="000B0AE1"/>
    <w:pPr>
      <w:pageBreakBefore/>
      <w:widowControl/>
      <w:pBdr>
        <w:bottom w:val="single" w:sz="4" w:space="5" w:color="auto"/>
      </w:pBdr>
      <w:autoSpaceDE w:val="0"/>
      <w:autoSpaceDN w:val="0"/>
      <w:adjustRightInd w:val="0"/>
      <w:spacing w:before="480" w:after="240"/>
      <w:ind w:firstLine="0"/>
      <w:jc w:val="left"/>
    </w:pPr>
    <w:rPr>
      <w:rFonts w:ascii="Times New Roman" w:hAnsi="Times New Roman" w:cs="OfficinaSansExtraBoldITC-Reg"/>
      <w:b/>
      <w:bCs/>
      <w:caps/>
      <w:sz w:val="24"/>
      <w:szCs w:val="24"/>
    </w:rPr>
  </w:style>
  <w:style w:type="paragraph" w:customStyle="1" w:styleId="TOC-1">
    <w:name w:val="TOC-1"/>
    <w:basedOn w:val="body"/>
    <w:uiPriority w:val="99"/>
    <w:rsid w:val="000B0AE1"/>
    <w:pPr>
      <w:widowControl/>
      <w:tabs>
        <w:tab w:val="right" w:leader="dot" w:pos="5670"/>
        <w:tab w:val="right" w:pos="6350"/>
      </w:tabs>
      <w:autoSpaceDE w:val="0"/>
      <w:autoSpaceDN w:val="0"/>
      <w:adjustRightInd w:val="0"/>
      <w:spacing w:before="120"/>
      <w:ind w:firstLine="0"/>
      <w:jc w:val="left"/>
    </w:pPr>
    <w:rPr>
      <w:rFonts w:ascii="Times New Roman" w:hAnsi="Times New Roman"/>
    </w:rPr>
  </w:style>
  <w:style w:type="paragraph" w:customStyle="1" w:styleId="TOC-2">
    <w:name w:val="TOC-2"/>
    <w:basedOn w:val="TOC-1"/>
    <w:uiPriority w:val="99"/>
    <w:rsid w:val="000B0AE1"/>
    <w:pPr>
      <w:spacing w:before="0"/>
      <w:ind w:left="227"/>
    </w:pPr>
  </w:style>
  <w:style w:type="paragraph" w:customStyle="1" w:styleId="TOC-3">
    <w:name w:val="TOC-3"/>
    <w:basedOn w:val="TOC-1"/>
    <w:uiPriority w:val="99"/>
    <w:rsid w:val="000B0AE1"/>
    <w:pPr>
      <w:spacing w:before="0"/>
      <w:ind w:left="454"/>
    </w:pPr>
  </w:style>
  <w:style w:type="paragraph" w:customStyle="1" w:styleId="h2-first">
    <w:name w:val="h2-first"/>
    <w:basedOn w:val="h2"/>
    <w:uiPriority w:val="99"/>
    <w:rsid w:val="000B0AE1"/>
    <w:pPr>
      <w:spacing w:before="113"/>
    </w:pPr>
  </w:style>
  <w:style w:type="paragraph" w:customStyle="1" w:styleId="h3">
    <w:name w:val="h3"/>
    <w:basedOn w:val="h2"/>
    <w:uiPriority w:val="99"/>
    <w:rsid w:val="000B0AE1"/>
    <w:rPr>
      <w:rFonts w:cs="OfficinaSansExtraBoldITC-Reg"/>
      <w:caps w:val="0"/>
    </w:rPr>
  </w:style>
  <w:style w:type="paragraph" w:customStyle="1" w:styleId="list-bullet">
    <w:name w:val="list-bullet"/>
    <w:basedOn w:val="body"/>
    <w:uiPriority w:val="99"/>
    <w:rsid w:val="000B0AE1"/>
    <w:pPr>
      <w:widowControl/>
      <w:numPr>
        <w:numId w:val="241"/>
      </w:numPr>
      <w:suppressAutoHyphens w:val="0"/>
      <w:autoSpaceDE w:val="0"/>
      <w:autoSpaceDN w:val="0"/>
      <w:adjustRightInd w:val="0"/>
      <w:ind w:left="567" w:hanging="340"/>
    </w:pPr>
    <w:rPr>
      <w:rFonts w:ascii="Times New Roman" w:hAnsi="Times New Roman"/>
    </w:rPr>
  </w:style>
  <w:style w:type="paragraph" w:customStyle="1" w:styleId="footnote">
    <w:name w:val="footnote"/>
    <w:basedOn w:val="body"/>
    <w:uiPriority w:val="99"/>
    <w:rsid w:val="000B0AE1"/>
    <w:pPr>
      <w:widowControl/>
      <w:suppressAutoHyphens w:val="0"/>
      <w:autoSpaceDE w:val="0"/>
      <w:autoSpaceDN w:val="0"/>
      <w:adjustRightInd w:val="0"/>
      <w:spacing w:line="200" w:lineRule="atLeast"/>
    </w:pPr>
    <w:rPr>
      <w:rFonts w:ascii="Times New Roman" w:hAnsi="Times New Roman"/>
      <w:sz w:val="18"/>
      <w:szCs w:val="18"/>
    </w:rPr>
  </w:style>
  <w:style w:type="character" w:customStyle="1" w:styleId="BoldItalic">
    <w:name w:val="Bold_Italic"/>
    <w:uiPriority w:val="99"/>
    <w:rsid w:val="000B0AE1"/>
    <w:rPr>
      <w:b/>
      <w:i/>
    </w:rPr>
  </w:style>
  <w:style w:type="character" w:customStyle="1" w:styleId="footnote-num">
    <w:name w:val="footnote-num"/>
    <w:uiPriority w:val="99"/>
    <w:rsid w:val="000B0AE1"/>
    <w:rPr>
      <w:position w:val="4"/>
      <w:sz w:val="12"/>
      <w:vertAlign w:val="baseline"/>
    </w:rPr>
  </w:style>
  <w:style w:type="character" w:customStyle="1" w:styleId="list-bullet1">
    <w:name w:val="list-bullet1"/>
    <w:uiPriority w:val="99"/>
    <w:rsid w:val="000B0AE1"/>
    <w:rPr>
      <w:rFonts w:ascii="SchoolBookSanPin" w:hAnsi="SchoolBookSanPin"/>
      <w:position w:val="1"/>
      <w:sz w:val="14"/>
    </w:rPr>
  </w:style>
  <w:style w:type="paragraph" w:customStyle="1" w:styleId="Header1">
    <w:name w:val="Header_1"/>
    <w:basedOn w:val="NoParagraphStyle"/>
    <w:next w:val="NoParagraphStyle"/>
    <w:uiPriority w:val="99"/>
    <w:rsid w:val="000B0AE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0B0AE1"/>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0B0AE1"/>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0B0AE1"/>
    <w:pPr>
      <w:spacing w:before="0"/>
    </w:pPr>
  </w:style>
  <w:style w:type="paragraph" w:customStyle="1" w:styleId="Header3">
    <w:name w:val="Header_3"/>
    <w:basedOn w:val="NoParagraphStyle"/>
    <w:uiPriority w:val="99"/>
    <w:rsid w:val="000B0AE1"/>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0B0AE1"/>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0B0AE1"/>
    <w:pPr>
      <w:spacing w:before="120"/>
    </w:pPr>
  </w:style>
  <w:style w:type="paragraph" w:customStyle="1" w:styleId="Bodybullet">
    <w:name w:val="Body_bullet"/>
    <w:basedOn w:val="NoParagraphStyle"/>
    <w:next w:val="NoParagraphStyle"/>
    <w:uiPriority w:val="99"/>
    <w:rsid w:val="000B0AE1"/>
    <w:pPr>
      <w:numPr>
        <w:numId w:val="240"/>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0B0AE1"/>
    <w:rPr>
      <w:rFonts w:ascii="SymbolMT" w:hAnsi="SymbolMT"/>
    </w:rPr>
  </w:style>
  <w:style w:type="paragraph" w:customStyle="1" w:styleId="h1Header">
    <w:name w:val="h1 (Header)"/>
    <w:basedOn w:val="body"/>
    <w:uiPriority w:val="99"/>
    <w:rsid w:val="000B0AE1"/>
    <w:pPr>
      <w:pageBreakBefore/>
      <w:widowControl/>
      <w:pBdr>
        <w:bottom w:val="single" w:sz="4" w:space="5" w:color="auto"/>
      </w:pBdr>
      <w:tabs>
        <w:tab w:val="left" w:pos="567"/>
      </w:tabs>
      <w:autoSpaceDE w:val="0"/>
      <w:autoSpaceDN w:val="0"/>
      <w:adjustRightInd w:val="0"/>
      <w:spacing w:before="480" w:after="240" w:line="242" w:lineRule="atLeast"/>
      <w:ind w:firstLine="0"/>
      <w:jc w:val="left"/>
    </w:pPr>
    <w:rPr>
      <w:rFonts w:ascii="Times New Roman" w:hAnsi="Times New Roman" w:cs="OfficinaSansExtraBoldITC-Reg"/>
      <w:b/>
      <w:bCs/>
      <w:caps/>
      <w:sz w:val="24"/>
      <w:szCs w:val="24"/>
    </w:rPr>
  </w:style>
  <w:style w:type="paragraph" w:customStyle="1" w:styleId="h2Header">
    <w:name w:val="h2 (Header)"/>
    <w:basedOn w:val="h1Header"/>
    <w:uiPriority w:val="99"/>
    <w:rsid w:val="000B0AE1"/>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0B0AE1"/>
    <w:pPr>
      <w:keepNext/>
      <w:tabs>
        <w:tab w:val="clear" w:pos="567"/>
        <w:tab w:val="left" w:pos="227"/>
      </w:tabs>
    </w:pPr>
    <w:rPr>
      <w:rFonts w:cs="OfficinaSansExtraBoldITC-Reg"/>
      <w:caps w:val="0"/>
    </w:rPr>
  </w:style>
  <w:style w:type="paragraph" w:customStyle="1" w:styleId="list-dash0">
    <w:name w:val="list-dash"/>
    <w:basedOn w:val="list-bullet"/>
    <w:uiPriority w:val="99"/>
    <w:rsid w:val="000B0AE1"/>
    <w:pPr>
      <w:numPr>
        <w:numId w:val="242"/>
      </w:numPr>
      <w:tabs>
        <w:tab w:val="left" w:pos="567"/>
        <w:tab w:val="num" w:pos="720"/>
      </w:tabs>
      <w:spacing w:line="242" w:lineRule="atLeast"/>
      <w:ind w:left="720"/>
    </w:pPr>
  </w:style>
  <w:style w:type="paragraph" w:customStyle="1" w:styleId="h2-firstHeader">
    <w:name w:val="h2-first (Header)"/>
    <w:basedOn w:val="h2Header"/>
    <w:uiPriority w:val="99"/>
    <w:rsid w:val="000B0AE1"/>
    <w:pPr>
      <w:tabs>
        <w:tab w:val="clear" w:pos="567"/>
        <w:tab w:val="left" w:pos="454"/>
      </w:tabs>
      <w:spacing w:before="119"/>
    </w:pPr>
  </w:style>
  <w:style w:type="paragraph" w:customStyle="1" w:styleId="h3-firstHeader">
    <w:name w:val="h3-first (Header)"/>
    <w:basedOn w:val="h3Header"/>
    <w:uiPriority w:val="99"/>
    <w:rsid w:val="000B0AE1"/>
    <w:pPr>
      <w:spacing w:before="120"/>
    </w:pPr>
  </w:style>
  <w:style w:type="paragraph" w:customStyle="1" w:styleId="h5Header">
    <w:name w:val="h5 (Header)"/>
    <w:basedOn w:val="NoParagraphStyle"/>
    <w:uiPriority w:val="99"/>
    <w:rsid w:val="000B0AE1"/>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0B0AE1"/>
    <w:rPr>
      <w:b/>
      <w:i/>
    </w:rPr>
  </w:style>
  <w:style w:type="character" w:customStyle="1" w:styleId="Bul">
    <w:name w:val="Bul"/>
    <w:uiPriority w:val="99"/>
    <w:rsid w:val="000B0AE1"/>
    <w:rPr>
      <w:rFonts w:ascii="Times New Roman" w:hAnsi="Times New Roman"/>
      <w:w w:val="80"/>
      <w:sz w:val="20"/>
    </w:rPr>
  </w:style>
  <w:style w:type="paragraph" w:customStyle="1" w:styleId="1c">
    <w:name w:val="1 (Заголовки)"/>
    <w:basedOn w:val="body"/>
    <w:uiPriority w:val="99"/>
    <w:rsid w:val="000B0AE1"/>
    <w:pPr>
      <w:pageBreakBefore/>
      <w:widowControl/>
      <w:pBdr>
        <w:bottom w:val="single" w:sz="4" w:space="5" w:color="auto"/>
      </w:pBdr>
      <w:autoSpaceDE w:val="0"/>
      <w:autoSpaceDN w:val="0"/>
      <w:adjustRightInd w:val="0"/>
      <w:spacing w:before="480" w:after="240"/>
      <w:ind w:firstLine="0"/>
      <w:jc w:val="left"/>
    </w:pPr>
    <w:rPr>
      <w:rFonts w:ascii="Times New Roman" w:hAnsi="Times New Roman" w:cs="OfficinaSansExtraBoldITC-Reg"/>
      <w:b/>
      <w:bCs/>
      <w:caps/>
      <w:sz w:val="24"/>
      <w:szCs w:val="24"/>
    </w:rPr>
  </w:style>
  <w:style w:type="paragraph" w:customStyle="1" w:styleId="OSN">
    <w:name w:val="OSN (Основной Текст)"/>
    <w:basedOn w:val="NoParagraphStyle"/>
    <w:uiPriority w:val="99"/>
    <w:rsid w:val="000B0AE1"/>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5">
    <w:name w:val="Заг 3 (Заголовки)"/>
    <w:basedOn w:val="NoParagraphStyle"/>
    <w:uiPriority w:val="99"/>
    <w:rsid w:val="000B0AE1"/>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0B0AE1"/>
    <w:pPr>
      <w:numPr>
        <w:numId w:val="245"/>
      </w:numPr>
      <w:ind w:left="567" w:hanging="340"/>
    </w:pPr>
  </w:style>
  <w:style w:type="paragraph" w:customStyle="1" w:styleId="list-dash">
    <w:name w:val="list-dash (Прочее)"/>
    <w:basedOn w:val="list-bullet0"/>
    <w:uiPriority w:val="99"/>
    <w:rsid w:val="000B0AE1"/>
    <w:pPr>
      <w:numPr>
        <w:numId w:val="244"/>
      </w:numPr>
      <w:ind w:left="567" w:hanging="340"/>
    </w:pPr>
  </w:style>
  <w:style w:type="paragraph" w:customStyle="1" w:styleId="BasicParagraph">
    <w:name w:val="[Basic Paragraph]"/>
    <w:basedOn w:val="NoParagraphStyle"/>
    <w:uiPriority w:val="99"/>
    <w:rsid w:val="000B0AE1"/>
    <w:rPr>
      <w:rFonts w:ascii="TimesNewRomanPSMT" w:hAnsi="TimesNewRomanPSMT" w:cs="TimesNewRomanPSMT"/>
    </w:rPr>
  </w:style>
  <w:style w:type="paragraph" w:customStyle="1" w:styleId="27">
    <w:name w:val="Заг 2 (Заголовки)"/>
    <w:basedOn w:val="BasicParagraph"/>
    <w:uiPriority w:val="99"/>
    <w:rsid w:val="000B0AE1"/>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0B0AE1"/>
    <w:rPr>
      <w:rFonts w:cs="SchoolBookSanPin-BoldItalic"/>
      <w:b/>
      <w:bCs/>
      <w:i/>
      <w:iCs/>
    </w:rPr>
  </w:style>
  <w:style w:type="paragraph" w:customStyle="1" w:styleId="42">
    <w:name w:val="4 (Заголовки)"/>
    <w:basedOn w:val="35"/>
    <w:uiPriority w:val="99"/>
    <w:rsid w:val="000B0AE1"/>
    <w:rPr>
      <w:rFonts w:cs="OfficinaSansMediumITC-Reg"/>
      <w:sz w:val="20"/>
      <w:szCs w:val="20"/>
    </w:rPr>
  </w:style>
  <w:style w:type="character" w:customStyle="1" w:styleId="af5">
    <w:name w:val="Курсив (Выделения)"/>
    <w:uiPriority w:val="99"/>
    <w:rsid w:val="000B0AE1"/>
    <w:rPr>
      <w:i/>
    </w:rPr>
  </w:style>
  <w:style w:type="character" w:customStyle="1" w:styleId="af6">
    <w:name w:val="Полужирный Курсив (Выделения)"/>
    <w:uiPriority w:val="99"/>
    <w:rsid w:val="000B0AE1"/>
    <w:rPr>
      <w:b/>
      <w:i/>
    </w:rPr>
  </w:style>
  <w:style w:type="character" w:customStyle="1" w:styleId="af7">
    <w:name w:val="Полужирный (Выделения)"/>
    <w:uiPriority w:val="99"/>
    <w:rsid w:val="000B0AE1"/>
    <w:rPr>
      <w:rFonts w:ascii="Times New Roman" w:hAnsi="Times New Roman"/>
      <w:b/>
      <w:i/>
    </w:rPr>
  </w:style>
  <w:style w:type="paragraph" w:customStyle="1" w:styleId="1d">
    <w:name w:val="Заг 1"/>
    <w:basedOn w:val="NoParagraphStyle"/>
    <w:uiPriority w:val="99"/>
    <w:rsid w:val="000B0AE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e">
    <w:name w:val="основной_1 (Основной Текст)"/>
    <w:basedOn w:val="NoParagraphStyle"/>
    <w:uiPriority w:val="99"/>
    <w:rsid w:val="000B0AE1"/>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8">
    <w:name w:val="Заг 2"/>
    <w:basedOn w:val="NoParagraphStyle"/>
    <w:uiPriority w:val="99"/>
    <w:rsid w:val="000B0AE1"/>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8">
    <w:name w:val="основной_— (Основной Текст)"/>
    <w:basedOn w:val="1e"/>
    <w:uiPriority w:val="99"/>
    <w:rsid w:val="000B0AE1"/>
    <w:pPr>
      <w:ind w:left="567" w:hanging="340"/>
    </w:pPr>
  </w:style>
  <w:style w:type="paragraph" w:customStyle="1" w:styleId="1BEZLINE">
    <w:name w:val="1_BEZ_LINE (Заголовки)"/>
    <w:basedOn w:val="1c"/>
    <w:uiPriority w:val="99"/>
    <w:rsid w:val="000B0AE1"/>
    <w:pPr>
      <w:pBdr>
        <w:bottom w:val="none" w:sz="0" w:space="0" w:color="auto"/>
      </w:pBdr>
      <w:suppressAutoHyphens w:val="0"/>
      <w:spacing w:before="170" w:after="0"/>
    </w:pPr>
    <w:rPr>
      <w:rFonts w:cs="OfficinaSansBoldITC-Reg"/>
      <w:caps w:val="0"/>
      <w:u w:color="000000"/>
      <w:lang w:val="en-GB"/>
    </w:rPr>
  </w:style>
  <w:style w:type="paragraph" w:customStyle="1" w:styleId="af9">
    <w:name w:val="Основной (Основной Текст)"/>
    <w:basedOn w:val="NoParagraphStyle"/>
    <w:uiPriority w:val="99"/>
    <w:rsid w:val="000B0AE1"/>
    <w:pPr>
      <w:widowControl/>
      <w:spacing w:line="240" w:lineRule="atLeast"/>
      <w:ind w:firstLine="227"/>
      <w:jc w:val="both"/>
    </w:pPr>
    <w:rPr>
      <w:rFonts w:ascii="Times New Roman" w:hAnsi="Times New Roman" w:cs="SchoolBookSanPin-Regular"/>
      <w:sz w:val="20"/>
      <w:szCs w:val="20"/>
      <w:lang w:val="ru-RU"/>
    </w:rPr>
  </w:style>
  <w:style w:type="paragraph" w:customStyle="1" w:styleId="1f">
    <w:name w:val="Заг 1 (Заголовки)"/>
    <w:basedOn w:val="af9"/>
    <w:uiPriority w:val="99"/>
    <w:rsid w:val="000B0AE1"/>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9"/>
    <w:uiPriority w:val="99"/>
    <w:rsid w:val="000B0AE1"/>
    <w:pPr>
      <w:numPr>
        <w:numId w:val="246"/>
      </w:numPr>
      <w:ind w:left="567" w:hanging="340"/>
    </w:pPr>
  </w:style>
  <w:style w:type="paragraph" w:customStyle="1" w:styleId="43">
    <w:name w:val="Заг 4 (Заголовки)"/>
    <w:basedOn w:val="35"/>
    <w:uiPriority w:val="99"/>
    <w:rsid w:val="000B0AE1"/>
    <w:pPr>
      <w:spacing w:after="57"/>
    </w:pPr>
    <w:rPr>
      <w:rFonts w:cs="OfficinaSansMediumITC-Reg"/>
      <w:sz w:val="20"/>
      <w:szCs w:val="20"/>
      <w:lang w:val="ru-RU"/>
    </w:rPr>
  </w:style>
  <w:style w:type="paragraph" w:customStyle="1" w:styleId="53">
    <w:name w:val="Заг 5 (Заголовки)"/>
    <w:basedOn w:val="af9"/>
    <w:uiPriority w:val="99"/>
    <w:rsid w:val="000B0AE1"/>
    <w:pPr>
      <w:ind w:left="227" w:firstLine="0"/>
      <w:jc w:val="left"/>
    </w:pPr>
    <w:rPr>
      <w:rFonts w:ascii="SchoolBookSanPin-BoldItalic" w:hAnsi="SchoolBookSanPin-BoldItalic" w:cs="SchoolBookSanPin-BoldItalic"/>
      <w:b/>
      <w:bCs/>
      <w:i/>
      <w:iCs/>
    </w:rPr>
  </w:style>
  <w:style w:type="paragraph" w:customStyle="1" w:styleId="a2">
    <w:name w:val="Буллит (Доп. текст)"/>
    <w:basedOn w:val="af9"/>
    <w:uiPriority w:val="99"/>
    <w:rsid w:val="000B0AE1"/>
    <w:pPr>
      <w:numPr>
        <w:numId w:val="247"/>
      </w:numPr>
      <w:ind w:left="567" w:hanging="340"/>
    </w:pPr>
  </w:style>
  <w:style w:type="character" w:customStyle="1" w:styleId="afa">
    <w:name w:val="Буллит"/>
    <w:uiPriority w:val="99"/>
    <w:rsid w:val="000B0AE1"/>
    <w:rPr>
      <w:rFonts w:ascii="PiGraphA" w:hAnsi="PiGraphA"/>
      <w:position w:val="1"/>
      <w:sz w:val="14"/>
    </w:rPr>
  </w:style>
  <w:style w:type="paragraph" w:customStyle="1" w:styleId="h184">
    <w:name w:val="h1_8/4"/>
    <w:basedOn w:val="NoParagraphStyle"/>
    <w:next w:val="NoParagraphStyle"/>
    <w:uiPriority w:val="99"/>
    <w:rsid w:val="000B0AE1"/>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0B0AE1"/>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0B0AE1"/>
    <w:pPr>
      <w:spacing w:before="120"/>
    </w:pPr>
  </w:style>
  <w:style w:type="paragraph" w:customStyle="1" w:styleId="h5">
    <w:name w:val="h5"/>
    <w:basedOn w:val="NoParagraphStyle"/>
    <w:next w:val="NoParagraphStyle"/>
    <w:uiPriority w:val="99"/>
    <w:rsid w:val="000B0AE1"/>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0B0AE1"/>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0B0AE1"/>
    <w:rPr>
      <w:rFonts w:ascii="MingLiU" w:eastAsia="MingLiU"/>
    </w:rPr>
  </w:style>
  <w:style w:type="paragraph" w:customStyle="1" w:styleId="1f0">
    <w:name w:val="Заг_1"/>
    <w:basedOn w:val="NoParagraphStyle"/>
    <w:uiPriority w:val="99"/>
    <w:rsid w:val="000B0AE1"/>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9">
    <w:name w:val="Заг_2"/>
    <w:basedOn w:val="NoParagraphStyle"/>
    <w:uiPriority w:val="99"/>
    <w:rsid w:val="000B0AE1"/>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0B0AE1"/>
    <w:pPr>
      <w:widowControl/>
      <w:numPr>
        <w:numId w:val="248"/>
      </w:numPr>
      <w:tabs>
        <w:tab w:val="left" w:pos="567"/>
      </w:tabs>
      <w:suppressAutoHyphens w:val="0"/>
      <w:autoSpaceDE w:val="0"/>
      <w:autoSpaceDN w:val="0"/>
      <w:adjustRightInd w:val="0"/>
      <w:spacing w:line="243" w:lineRule="atLeast"/>
      <w:ind w:left="567" w:hanging="340"/>
    </w:pPr>
    <w:rPr>
      <w:rFonts w:ascii="Times New Roman" w:hAnsi="Times New Roman"/>
    </w:rPr>
  </w:style>
  <w:style w:type="paragraph" w:customStyle="1" w:styleId="36">
    <w:name w:val="Заг_3"/>
    <w:basedOn w:val="NoParagraphStyle"/>
    <w:uiPriority w:val="99"/>
    <w:rsid w:val="000B0AE1"/>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4">
    <w:name w:val="Заг_4"/>
    <w:basedOn w:val="NoParagraphStyle"/>
    <w:uiPriority w:val="99"/>
    <w:rsid w:val="000B0AE1"/>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b">
    <w:name w:val="Основной БА (Основной Текст)"/>
    <w:basedOn w:val="af9"/>
    <w:uiPriority w:val="99"/>
    <w:rsid w:val="000B0AE1"/>
    <w:pPr>
      <w:spacing w:line="243" w:lineRule="atLeast"/>
      <w:ind w:firstLine="0"/>
    </w:pPr>
    <w:rPr>
      <w:rFonts w:ascii="SchoolBookSanPin" w:hAnsi="SchoolBookSanPin" w:cs="SchoolBookSanPin"/>
    </w:rPr>
  </w:style>
  <w:style w:type="paragraph" w:customStyle="1" w:styleId="afc">
    <w:name w:val="Сноска (Основной Текст)"/>
    <w:basedOn w:val="afb"/>
    <w:uiPriority w:val="99"/>
    <w:rsid w:val="000B0AE1"/>
    <w:pPr>
      <w:spacing w:line="183" w:lineRule="atLeast"/>
      <w:ind w:firstLine="227"/>
    </w:pPr>
    <w:rPr>
      <w:rFonts w:ascii="Times New Roman" w:hAnsi="Times New Roman"/>
      <w:sz w:val="16"/>
      <w:szCs w:val="16"/>
    </w:rPr>
  </w:style>
  <w:style w:type="character" w:customStyle="1" w:styleId="afd">
    <w:name w:val="Подчерк. (Подчеркивания)"/>
    <w:uiPriority w:val="99"/>
    <w:rsid w:val="000B0AE1"/>
    <w:rPr>
      <w:u w:val="thick" w:color="000000"/>
    </w:rPr>
  </w:style>
  <w:style w:type="character" w:customStyle="1" w:styleId="afe">
    <w:name w:val="Верх. Индекс (Индексы)"/>
    <w:uiPriority w:val="99"/>
    <w:rsid w:val="000B0AE1"/>
    <w:rPr>
      <w:position w:val="6"/>
      <w:sz w:val="13"/>
    </w:rPr>
  </w:style>
  <w:style w:type="paragraph" w:customStyle="1" w:styleId="2a">
    <w:name w:val="Список 2 (Основной Текст)"/>
    <w:basedOn w:val="af9"/>
    <w:uiPriority w:val="99"/>
    <w:rsid w:val="000B0AE1"/>
    <w:pPr>
      <w:tabs>
        <w:tab w:val="left" w:pos="227"/>
      </w:tabs>
      <w:spacing w:line="238" w:lineRule="atLeast"/>
      <w:ind w:left="227" w:hanging="227"/>
    </w:pPr>
  </w:style>
  <w:style w:type="character" w:customStyle="1" w:styleId="ItalicBook">
    <w:name w:val="Italic_Book"/>
    <w:uiPriority w:val="99"/>
    <w:rsid w:val="000B0AE1"/>
    <w:rPr>
      <w:i/>
    </w:rPr>
  </w:style>
  <w:style w:type="paragraph" w:customStyle="1" w:styleId="bodyindent">
    <w:name w:val="body_indent"/>
    <w:basedOn w:val="NoParagraphStyle"/>
    <w:uiPriority w:val="99"/>
    <w:rsid w:val="000B0AE1"/>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0B0AE1"/>
    <w:pPr>
      <w:widowControl/>
      <w:tabs>
        <w:tab w:val="left" w:pos="567"/>
      </w:tabs>
      <w:suppressAutoHyphens w:val="0"/>
      <w:autoSpaceDE w:val="0"/>
      <w:autoSpaceDN w:val="0"/>
      <w:adjustRightInd w:val="0"/>
      <w:spacing w:after="100" w:line="200" w:lineRule="atLeast"/>
      <w:ind w:firstLine="0"/>
      <w:jc w:val="left"/>
    </w:pPr>
    <w:rPr>
      <w:rFonts w:ascii="Times New Roman" w:hAnsi="Times New Roman"/>
      <w:sz w:val="18"/>
      <w:szCs w:val="18"/>
    </w:rPr>
  </w:style>
  <w:style w:type="paragraph" w:customStyle="1" w:styleId="table-head">
    <w:name w:val="table-head"/>
    <w:basedOn w:val="table-body1mm"/>
    <w:uiPriority w:val="99"/>
    <w:rsid w:val="000B0AE1"/>
    <w:pPr>
      <w:jc w:val="center"/>
    </w:pPr>
    <w:rPr>
      <w:rFonts w:ascii="SchoolBookSanPin-Bold" w:hAnsi="SchoolBookSanPin-Bold" w:cs="SchoolBookSanPin-Bold"/>
      <w:b/>
      <w:bCs/>
    </w:rPr>
  </w:style>
  <w:style w:type="character" w:customStyle="1" w:styleId="Underline">
    <w:name w:val="Underline"/>
    <w:uiPriority w:val="99"/>
    <w:rsid w:val="000B0AE1"/>
    <w:rPr>
      <w:u w:val="thick"/>
    </w:rPr>
  </w:style>
  <w:style w:type="paragraph" w:customStyle="1" w:styleId="footnote0">
    <w:name w:val="footnote*"/>
    <w:basedOn w:val="footnote"/>
    <w:uiPriority w:val="99"/>
    <w:rsid w:val="000B0AE1"/>
    <w:pPr>
      <w:pBdr>
        <w:top w:val="single" w:sz="4" w:space="12" w:color="000000"/>
      </w:pBdr>
    </w:pPr>
  </w:style>
  <w:style w:type="paragraph" w:customStyle="1" w:styleId="table-list-bullet">
    <w:name w:val="table-list-bullet"/>
    <w:basedOn w:val="table-body1mm"/>
    <w:uiPriority w:val="99"/>
    <w:rsid w:val="000B0AE1"/>
    <w:pPr>
      <w:tabs>
        <w:tab w:val="clear" w:pos="567"/>
      </w:tabs>
      <w:spacing w:after="0"/>
      <w:ind w:left="142" w:hanging="142"/>
    </w:pPr>
  </w:style>
  <w:style w:type="paragraph" w:customStyle="1" w:styleId="list-dashleviy">
    <w:name w:val="list-dash_leviy"/>
    <w:basedOn w:val="list-bullet"/>
    <w:uiPriority w:val="99"/>
    <w:rsid w:val="000B0AE1"/>
    <w:pPr>
      <w:widowControl w:val="0"/>
      <w:numPr>
        <w:numId w:val="243"/>
      </w:numPr>
      <w:tabs>
        <w:tab w:val="num" w:pos="720"/>
      </w:tabs>
      <w:spacing w:line="242" w:lineRule="atLeast"/>
      <w:ind w:left="720"/>
    </w:pPr>
  </w:style>
  <w:style w:type="paragraph" w:customStyle="1" w:styleId="h4Header">
    <w:name w:val="h4 (Header)"/>
    <w:basedOn w:val="body"/>
    <w:uiPriority w:val="99"/>
    <w:rsid w:val="000B0AE1"/>
    <w:pPr>
      <w:tabs>
        <w:tab w:val="left" w:pos="567"/>
      </w:tabs>
      <w:suppressAutoHyphens w:val="0"/>
      <w:autoSpaceDE w:val="0"/>
      <w:autoSpaceDN w:val="0"/>
      <w:adjustRightInd w:val="0"/>
      <w:spacing w:before="240" w:line="242" w:lineRule="atLeast"/>
      <w:ind w:firstLine="0"/>
    </w:pPr>
    <w:rPr>
      <w:rFonts w:ascii="Times New Roman" w:hAnsi="Times New Roman" w:cs="OfficinaSansMediumITC"/>
      <w:b/>
      <w:i/>
      <w:position w:val="6"/>
    </w:rPr>
  </w:style>
  <w:style w:type="character" w:customStyle="1" w:styleId="c7">
    <w:name w:val="c7"/>
    <w:uiPriority w:val="99"/>
    <w:rsid w:val="000B0AE1"/>
  </w:style>
  <w:style w:type="character" w:customStyle="1" w:styleId="-">
    <w:name w:val="Интернет-ссылка"/>
    <w:uiPriority w:val="99"/>
    <w:rsid w:val="000B0AE1"/>
    <w:rPr>
      <w:color w:val="0563C1"/>
      <w:u w:val="single"/>
    </w:rPr>
  </w:style>
  <w:style w:type="character" w:customStyle="1" w:styleId="ListLabel1">
    <w:name w:val="ListLabel 1"/>
    <w:uiPriority w:val="99"/>
    <w:rsid w:val="000B0AE1"/>
    <w:rPr>
      <w:sz w:val="20"/>
    </w:rPr>
  </w:style>
  <w:style w:type="paragraph" w:customStyle="1" w:styleId="211">
    <w:name w:val="Заголовок 21"/>
    <w:basedOn w:val="Normal"/>
    <w:next w:val="Normal"/>
    <w:uiPriority w:val="99"/>
    <w:rsid w:val="000B0AE1"/>
    <w:pPr>
      <w:keepNext/>
      <w:keepLines/>
      <w:widowControl/>
      <w:spacing w:before="200" w:line="276" w:lineRule="auto"/>
      <w:outlineLvl w:val="1"/>
    </w:pPr>
    <w:rPr>
      <w:rFonts w:ascii="Calibri" w:eastAsia="MS Gothic" w:hAnsi="Calibri" w:cs="Times New Roman"/>
      <w:b/>
      <w:bCs/>
      <w:color w:val="4F81BD"/>
      <w:sz w:val="26"/>
      <w:szCs w:val="26"/>
      <w:lang w:val="en-US" w:eastAsia="en-US"/>
    </w:rPr>
  </w:style>
  <w:style w:type="paragraph" w:customStyle="1" w:styleId="310">
    <w:name w:val="Заголовок 31"/>
    <w:basedOn w:val="Normal"/>
    <w:next w:val="Normal"/>
    <w:uiPriority w:val="99"/>
    <w:rsid w:val="000B0AE1"/>
    <w:pPr>
      <w:keepNext/>
      <w:keepLines/>
      <w:widowControl/>
      <w:spacing w:before="200" w:line="276" w:lineRule="auto"/>
      <w:outlineLvl w:val="2"/>
    </w:pPr>
    <w:rPr>
      <w:rFonts w:ascii="Calibri" w:eastAsia="MS Gothic" w:hAnsi="Calibri" w:cs="Times New Roman"/>
      <w:b/>
      <w:bCs/>
      <w:color w:val="4F81BD"/>
      <w:sz w:val="22"/>
      <w:szCs w:val="22"/>
      <w:lang w:val="en-US" w:eastAsia="en-US"/>
    </w:rPr>
  </w:style>
  <w:style w:type="paragraph" w:customStyle="1" w:styleId="410">
    <w:name w:val="Заголовок 41"/>
    <w:basedOn w:val="Normal"/>
    <w:next w:val="Normal"/>
    <w:uiPriority w:val="99"/>
    <w:semiHidden/>
    <w:rsid w:val="000B0AE1"/>
    <w:pPr>
      <w:keepNext/>
      <w:keepLines/>
      <w:widowControl/>
      <w:spacing w:before="200" w:line="276" w:lineRule="auto"/>
      <w:outlineLvl w:val="3"/>
    </w:pPr>
    <w:rPr>
      <w:rFonts w:ascii="Calibri" w:eastAsia="MS Gothic" w:hAnsi="Calibri" w:cs="Times New Roman"/>
      <w:b/>
      <w:bCs/>
      <w:i/>
      <w:iCs/>
      <w:color w:val="4F81BD"/>
      <w:sz w:val="22"/>
      <w:szCs w:val="22"/>
      <w:lang w:val="en-US" w:eastAsia="en-US"/>
    </w:rPr>
  </w:style>
  <w:style w:type="paragraph" w:customStyle="1" w:styleId="510">
    <w:name w:val="Заголовок 51"/>
    <w:basedOn w:val="Normal"/>
    <w:next w:val="Normal"/>
    <w:uiPriority w:val="99"/>
    <w:semiHidden/>
    <w:rsid w:val="000B0AE1"/>
    <w:pPr>
      <w:keepNext/>
      <w:keepLines/>
      <w:widowControl/>
      <w:spacing w:before="200" w:line="276" w:lineRule="auto"/>
      <w:outlineLvl w:val="4"/>
    </w:pPr>
    <w:rPr>
      <w:rFonts w:ascii="Calibri" w:eastAsia="MS Gothic" w:hAnsi="Calibri" w:cs="Times New Roman"/>
      <w:color w:val="243F60"/>
      <w:sz w:val="22"/>
      <w:szCs w:val="22"/>
      <w:lang w:val="en-US" w:eastAsia="en-US"/>
    </w:rPr>
  </w:style>
  <w:style w:type="paragraph" w:customStyle="1" w:styleId="610">
    <w:name w:val="Заголовок 61"/>
    <w:basedOn w:val="Normal"/>
    <w:next w:val="Normal"/>
    <w:uiPriority w:val="99"/>
    <w:semiHidden/>
    <w:rsid w:val="000B0AE1"/>
    <w:pPr>
      <w:keepNext/>
      <w:keepLines/>
      <w:widowControl/>
      <w:spacing w:before="200" w:line="276" w:lineRule="auto"/>
      <w:outlineLvl w:val="5"/>
    </w:pPr>
    <w:rPr>
      <w:rFonts w:ascii="Calibri" w:eastAsia="MS Gothic" w:hAnsi="Calibri" w:cs="Times New Roman"/>
      <w:i/>
      <w:iCs/>
      <w:color w:val="243F60"/>
      <w:sz w:val="22"/>
      <w:szCs w:val="22"/>
      <w:lang w:val="en-US" w:eastAsia="en-US"/>
    </w:rPr>
  </w:style>
  <w:style w:type="paragraph" w:customStyle="1" w:styleId="710">
    <w:name w:val="Заголовок 71"/>
    <w:basedOn w:val="Normal"/>
    <w:next w:val="Normal"/>
    <w:uiPriority w:val="99"/>
    <w:semiHidden/>
    <w:rsid w:val="000B0AE1"/>
    <w:pPr>
      <w:keepNext/>
      <w:keepLines/>
      <w:widowControl/>
      <w:spacing w:before="200" w:line="276" w:lineRule="auto"/>
      <w:outlineLvl w:val="6"/>
    </w:pPr>
    <w:rPr>
      <w:rFonts w:ascii="Calibri" w:eastAsia="MS Gothic" w:hAnsi="Calibri" w:cs="Times New Roman"/>
      <w:i/>
      <w:iCs/>
      <w:color w:val="404040"/>
      <w:sz w:val="22"/>
      <w:szCs w:val="22"/>
      <w:lang w:val="en-US" w:eastAsia="en-US"/>
    </w:rPr>
  </w:style>
  <w:style w:type="paragraph" w:customStyle="1" w:styleId="81">
    <w:name w:val="Заголовок 81"/>
    <w:basedOn w:val="Normal"/>
    <w:next w:val="Normal"/>
    <w:uiPriority w:val="99"/>
    <w:semiHidden/>
    <w:rsid w:val="000B0AE1"/>
    <w:pPr>
      <w:keepNext/>
      <w:keepLines/>
      <w:widowControl/>
      <w:spacing w:before="200" w:line="276" w:lineRule="auto"/>
      <w:outlineLvl w:val="7"/>
    </w:pPr>
    <w:rPr>
      <w:rFonts w:ascii="Calibri" w:eastAsia="MS Gothic" w:hAnsi="Calibri" w:cs="Times New Roman"/>
      <w:color w:val="4F81BD"/>
      <w:sz w:val="20"/>
      <w:szCs w:val="20"/>
      <w:lang w:val="en-US" w:eastAsia="en-US"/>
    </w:rPr>
  </w:style>
  <w:style w:type="paragraph" w:customStyle="1" w:styleId="910">
    <w:name w:val="Заголовок 91"/>
    <w:basedOn w:val="Normal"/>
    <w:next w:val="Normal"/>
    <w:uiPriority w:val="99"/>
    <w:semiHidden/>
    <w:rsid w:val="000B0AE1"/>
    <w:pPr>
      <w:keepNext/>
      <w:keepLines/>
      <w:widowControl/>
      <w:spacing w:before="200" w:line="276" w:lineRule="auto"/>
      <w:outlineLvl w:val="8"/>
    </w:pPr>
    <w:rPr>
      <w:rFonts w:ascii="Calibri" w:eastAsia="MS Gothic" w:hAnsi="Calibri" w:cs="Times New Roman"/>
      <w:i/>
      <w:iCs/>
      <w:color w:val="404040"/>
      <w:sz w:val="20"/>
      <w:szCs w:val="20"/>
      <w:lang w:val="en-US" w:eastAsia="en-US"/>
    </w:rPr>
  </w:style>
  <w:style w:type="paragraph" w:customStyle="1" w:styleId="1f1">
    <w:name w:val="Верхний колонтитул1"/>
    <w:basedOn w:val="Normal"/>
    <w:next w:val="Header"/>
    <w:uiPriority w:val="99"/>
    <w:rsid w:val="000B0AE1"/>
    <w:pPr>
      <w:widowControl/>
      <w:tabs>
        <w:tab w:val="center" w:pos="4680"/>
        <w:tab w:val="right" w:pos="9360"/>
      </w:tabs>
    </w:pPr>
    <w:rPr>
      <w:rFonts w:ascii="Times New Roman" w:hAnsi="Times New Roman" w:cs="Times New Roman"/>
      <w:color w:val="auto"/>
      <w:sz w:val="28"/>
      <w:szCs w:val="28"/>
      <w:lang w:eastAsia="en-US"/>
    </w:rPr>
  </w:style>
  <w:style w:type="paragraph" w:customStyle="1" w:styleId="1f2">
    <w:name w:val="Нижний колонтитул1"/>
    <w:basedOn w:val="Normal"/>
    <w:next w:val="Footer"/>
    <w:uiPriority w:val="99"/>
    <w:rsid w:val="000B0AE1"/>
    <w:pPr>
      <w:widowControl/>
      <w:tabs>
        <w:tab w:val="center" w:pos="4680"/>
        <w:tab w:val="right" w:pos="9360"/>
      </w:tabs>
    </w:pPr>
    <w:rPr>
      <w:rFonts w:ascii="Times New Roman" w:hAnsi="Times New Roman" w:cs="Times New Roman"/>
      <w:color w:val="auto"/>
      <w:sz w:val="28"/>
      <w:szCs w:val="28"/>
      <w:lang w:eastAsia="en-US"/>
    </w:rPr>
  </w:style>
  <w:style w:type="paragraph" w:customStyle="1" w:styleId="1f3">
    <w:name w:val="Название1"/>
    <w:basedOn w:val="Normal"/>
    <w:next w:val="Normal"/>
    <w:uiPriority w:val="99"/>
    <w:rsid w:val="000B0AE1"/>
    <w:pPr>
      <w:widowControl/>
      <w:pBdr>
        <w:bottom w:val="single" w:sz="8" w:space="4" w:color="4F81BD"/>
      </w:pBdr>
      <w:spacing w:after="300"/>
      <w:contextualSpacing/>
    </w:pPr>
    <w:rPr>
      <w:rFonts w:ascii="Calibri" w:eastAsia="MS Gothic" w:hAnsi="Calibri" w:cs="Times New Roman"/>
      <w:color w:val="17365D"/>
      <w:spacing w:val="5"/>
      <w:kern w:val="28"/>
      <w:sz w:val="52"/>
      <w:szCs w:val="52"/>
      <w:lang w:val="en-US" w:eastAsia="en-US"/>
    </w:rPr>
  </w:style>
  <w:style w:type="paragraph" w:customStyle="1" w:styleId="1f4">
    <w:name w:val="Подзаголовок1"/>
    <w:basedOn w:val="Normal"/>
    <w:next w:val="Normal"/>
    <w:uiPriority w:val="99"/>
    <w:rsid w:val="000B0AE1"/>
    <w:pPr>
      <w:widowControl/>
      <w:spacing w:after="200" w:line="276" w:lineRule="auto"/>
      <w:ind w:firstLine="709"/>
    </w:pPr>
    <w:rPr>
      <w:rFonts w:ascii="Calibri" w:eastAsia="MS Gothic" w:hAnsi="Calibri" w:cs="Times New Roman"/>
      <w:i/>
      <w:iCs/>
      <w:color w:val="4F81BD"/>
      <w:spacing w:val="15"/>
      <w:lang w:val="en-US" w:eastAsia="en-US"/>
    </w:rPr>
  </w:style>
  <w:style w:type="paragraph" w:customStyle="1" w:styleId="1f5">
    <w:name w:val="Абзац списка1"/>
    <w:basedOn w:val="Normal"/>
    <w:next w:val="ListParagraph"/>
    <w:uiPriority w:val="99"/>
    <w:rsid w:val="000B0AE1"/>
    <w:pPr>
      <w:widowControl/>
      <w:spacing w:after="200" w:line="276" w:lineRule="auto"/>
      <w:ind w:left="720"/>
      <w:contextualSpacing/>
    </w:pPr>
    <w:rPr>
      <w:rFonts w:ascii="Cambria" w:eastAsia="MS Mincho" w:hAnsi="Cambria" w:cs="Times New Roman"/>
      <w:color w:val="auto"/>
      <w:sz w:val="22"/>
      <w:szCs w:val="22"/>
      <w:lang w:val="en-US" w:eastAsia="en-US"/>
    </w:rPr>
  </w:style>
  <w:style w:type="paragraph" w:customStyle="1" w:styleId="212">
    <w:name w:val="Основной текст 21"/>
    <w:basedOn w:val="Normal"/>
    <w:next w:val="BodyText2"/>
    <w:uiPriority w:val="99"/>
    <w:rsid w:val="000B0AE1"/>
    <w:pPr>
      <w:widowControl/>
      <w:spacing w:after="120" w:line="480" w:lineRule="auto"/>
    </w:pPr>
    <w:rPr>
      <w:rFonts w:ascii="Times New Roman" w:hAnsi="Times New Roman" w:cs="Times New Roman"/>
      <w:color w:val="auto"/>
      <w:sz w:val="20"/>
      <w:szCs w:val="22"/>
    </w:rPr>
  </w:style>
  <w:style w:type="paragraph" w:customStyle="1" w:styleId="311">
    <w:name w:val="Основной текст 31"/>
    <w:basedOn w:val="Normal"/>
    <w:next w:val="BodyText3"/>
    <w:uiPriority w:val="99"/>
    <w:rsid w:val="000B0AE1"/>
    <w:pPr>
      <w:widowControl/>
      <w:spacing w:after="120" w:line="276" w:lineRule="auto"/>
    </w:pPr>
    <w:rPr>
      <w:rFonts w:ascii="Times New Roman" w:hAnsi="Times New Roman" w:cs="Times New Roman"/>
      <w:color w:val="auto"/>
      <w:sz w:val="16"/>
      <w:szCs w:val="16"/>
    </w:rPr>
  </w:style>
  <w:style w:type="paragraph" w:customStyle="1" w:styleId="1f6">
    <w:name w:val="Список1"/>
    <w:basedOn w:val="Normal"/>
    <w:next w:val="List"/>
    <w:uiPriority w:val="99"/>
    <w:rsid w:val="000B0AE1"/>
    <w:pPr>
      <w:widowControl/>
      <w:spacing w:after="200" w:line="276" w:lineRule="auto"/>
      <w:ind w:left="360" w:hanging="360"/>
      <w:contextualSpacing/>
    </w:pPr>
    <w:rPr>
      <w:rFonts w:ascii="Cambria" w:eastAsia="MS Mincho" w:hAnsi="Cambria" w:cs="Times New Roman"/>
      <w:color w:val="auto"/>
      <w:sz w:val="22"/>
      <w:szCs w:val="22"/>
      <w:lang w:val="en-US" w:eastAsia="en-US"/>
    </w:rPr>
  </w:style>
  <w:style w:type="paragraph" w:customStyle="1" w:styleId="213">
    <w:name w:val="Список 21"/>
    <w:basedOn w:val="Normal"/>
    <w:next w:val="List2"/>
    <w:uiPriority w:val="99"/>
    <w:rsid w:val="000B0AE1"/>
    <w:pPr>
      <w:widowControl/>
      <w:spacing w:after="200" w:line="276" w:lineRule="auto"/>
      <w:ind w:left="720" w:hanging="360"/>
      <w:contextualSpacing/>
    </w:pPr>
    <w:rPr>
      <w:rFonts w:ascii="Cambria" w:eastAsia="MS Mincho" w:hAnsi="Cambria" w:cs="Times New Roman"/>
      <w:color w:val="auto"/>
      <w:sz w:val="22"/>
      <w:szCs w:val="22"/>
      <w:lang w:val="en-US" w:eastAsia="en-US"/>
    </w:rPr>
  </w:style>
  <w:style w:type="paragraph" w:customStyle="1" w:styleId="312">
    <w:name w:val="Список 31"/>
    <w:basedOn w:val="Normal"/>
    <w:next w:val="List3"/>
    <w:uiPriority w:val="99"/>
    <w:rsid w:val="000B0AE1"/>
    <w:pPr>
      <w:widowControl/>
      <w:spacing w:after="200" w:line="276" w:lineRule="auto"/>
      <w:ind w:left="1080" w:hanging="360"/>
      <w:contextualSpacing/>
    </w:pPr>
    <w:rPr>
      <w:rFonts w:ascii="Cambria" w:eastAsia="MS Mincho" w:hAnsi="Cambria" w:cs="Times New Roman"/>
      <w:color w:val="auto"/>
      <w:sz w:val="22"/>
      <w:szCs w:val="22"/>
      <w:lang w:val="en-US" w:eastAsia="en-US"/>
    </w:rPr>
  </w:style>
  <w:style w:type="paragraph" w:customStyle="1" w:styleId="1f7">
    <w:name w:val="Маркированный список1"/>
    <w:basedOn w:val="Normal"/>
    <w:next w:val="ListBullet"/>
    <w:uiPriority w:val="99"/>
    <w:rsid w:val="000B0AE1"/>
    <w:pPr>
      <w:widowControl/>
      <w:tabs>
        <w:tab w:val="num" w:pos="360"/>
      </w:tabs>
      <w:spacing w:after="200" w:line="276" w:lineRule="auto"/>
      <w:ind w:left="360" w:hanging="360"/>
      <w:contextualSpacing/>
    </w:pPr>
    <w:rPr>
      <w:rFonts w:ascii="Cambria" w:eastAsia="MS Mincho" w:hAnsi="Cambria" w:cs="Times New Roman"/>
      <w:color w:val="auto"/>
      <w:sz w:val="22"/>
      <w:szCs w:val="22"/>
      <w:lang w:val="en-US" w:eastAsia="en-US"/>
    </w:rPr>
  </w:style>
  <w:style w:type="paragraph" w:customStyle="1" w:styleId="214">
    <w:name w:val="Маркированный список 21"/>
    <w:basedOn w:val="Normal"/>
    <w:next w:val="ListBullet2"/>
    <w:uiPriority w:val="99"/>
    <w:rsid w:val="000B0AE1"/>
    <w:pPr>
      <w:widowControl/>
      <w:tabs>
        <w:tab w:val="num" w:pos="720"/>
      </w:tabs>
      <w:spacing w:after="200" w:line="276" w:lineRule="auto"/>
      <w:ind w:left="720" w:hanging="360"/>
      <w:contextualSpacing/>
    </w:pPr>
    <w:rPr>
      <w:rFonts w:ascii="Cambria" w:eastAsia="MS Mincho" w:hAnsi="Cambria" w:cs="Times New Roman"/>
      <w:color w:val="auto"/>
      <w:sz w:val="22"/>
      <w:szCs w:val="22"/>
      <w:lang w:val="en-US" w:eastAsia="en-US"/>
    </w:rPr>
  </w:style>
  <w:style w:type="paragraph" w:customStyle="1" w:styleId="313">
    <w:name w:val="Маркированный список 31"/>
    <w:basedOn w:val="Normal"/>
    <w:next w:val="ListBullet3"/>
    <w:uiPriority w:val="99"/>
    <w:rsid w:val="000B0AE1"/>
    <w:pPr>
      <w:widowControl/>
      <w:tabs>
        <w:tab w:val="num" w:pos="1080"/>
      </w:tabs>
      <w:spacing w:after="200" w:line="276" w:lineRule="auto"/>
      <w:ind w:left="1080" w:hanging="360"/>
      <w:contextualSpacing/>
    </w:pPr>
    <w:rPr>
      <w:rFonts w:ascii="Cambria" w:eastAsia="MS Mincho" w:hAnsi="Cambria" w:cs="Times New Roman"/>
      <w:color w:val="auto"/>
      <w:sz w:val="22"/>
      <w:szCs w:val="22"/>
      <w:lang w:val="en-US" w:eastAsia="en-US"/>
    </w:rPr>
  </w:style>
  <w:style w:type="paragraph" w:customStyle="1" w:styleId="1f8">
    <w:name w:val="Нумерованный список1"/>
    <w:basedOn w:val="Normal"/>
    <w:next w:val="ListNumber"/>
    <w:uiPriority w:val="99"/>
    <w:rsid w:val="000B0AE1"/>
    <w:pPr>
      <w:widowControl/>
      <w:tabs>
        <w:tab w:val="num" w:pos="360"/>
      </w:tabs>
      <w:spacing w:after="200" w:line="276" w:lineRule="auto"/>
      <w:ind w:left="360" w:hanging="360"/>
      <w:contextualSpacing/>
    </w:pPr>
    <w:rPr>
      <w:rFonts w:ascii="Cambria" w:eastAsia="MS Mincho" w:hAnsi="Cambria" w:cs="Times New Roman"/>
      <w:color w:val="auto"/>
      <w:sz w:val="22"/>
      <w:szCs w:val="22"/>
      <w:lang w:val="en-US" w:eastAsia="en-US"/>
    </w:rPr>
  </w:style>
  <w:style w:type="paragraph" w:customStyle="1" w:styleId="215">
    <w:name w:val="Нумерованный список 21"/>
    <w:basedOn w:val="Normal"/>
    <w:next w:val="ListNumber2"/>
    <w:uiPriority w:val="99"/>
    <w:rsid w:val="000B0AE1"/>
    <w:pPr>
      <w:widowControl/>
      <w:tabs>
        <w:tab w:val="num" w:pos="720"/>
      </w:tabs>
      <w:spacing w:after="200" w:line="276" w:lineRule="auto"/>
      <w:ind w:left="720" w:hanging="360"/>
      <w:contextualSpacing/>
    </w:pPr>
    <w:rPr>
      <w:rFonts w:ascii="Cambria" w:eastAsia="MS Mincho" w:hAnsi="Cambria" w:cs="Times New Roman"/>
      <w:color w:val="auto"/>
      <w:sz w:val="22"/>
      <w:szCs w:val="22"/>
      <w:lang w:val="en-US" w:eastAsia="en-US"/>
    </w:rPr>
  </w:style>
  <w:style w:type="paragraph" w:customStyle="1" w:styleId="314">
    <w:name w:val="Нумерованный список 31"/>
    <w:basedOn w:val="Normal"/>
    <w:next w:val="ListNumber3"/>
    <w:uiPriority w:val="99"/>
    <w:rsid w:val="000B0AE1"/>
    <w:pPr>
      <w:widowControl/>
      <w:tabs>
        <w:tab w:val="num" w:pos="1080"/>
      </w:tabs>
      <w:spacing w:after="200" w:line="276" w:lineRule="auto"/>
      <w:ind w:left="1080" w:hanging="360"/>
      <w:contextualSpacing/>
    </w:pPr>
    <w:rPr>
      <w:rFonts w:ascii="Cambria" w:eastAsia="MS Mincho" w:hAnsi="Cambria" w:cs="Times New Roman"/>
      <w:color w:val="auto"/>
      <w:sz w:val="22"/>
      <w:szCs w:val="22"/>
      <w:lang w:val="en-US" w:eastAsia="en-US"/>
    </w:rPr>
  </w:style>
  <w:style w:type="paragraph" w:customStyle="1" w:styleId="1f9">
    <w:name w:val="Продолжение списка1"/>
    <w:basedOn w:val="Normal"/>
    <w:next w:val="ListContinue"/>
    <w:uiPriority w:val="99"/>
    <w:rsid w:val="000B0AE1"/>
    <w:pPr>
      <w:widowControl/>
      <w:spacing w:after="120" w:line="276" w:lineRule="auto"/>
      <w:ind w:left="360"/>
      <w:contextualSpacing/>
    </w:pPr>
    <w:rPr>
      <w:rFonts w:ascii="Cambria" w:eastAsia="MS Mincho" w:hAnsi="Cambria" w:cs="Times New Roman"/>
      <w:color w:val="auto"/>
      <w:sz w:val="22"/>
      <w:szCs w:val="22"/>
      <w:lang w:val="en-US" w:eastAsia="en-US"/>
    </w:rPr>
  </w:style>
  <w:style w:type="paragraph" w:customStyle="1" w:styleId="216">
    <w:name w:val="Продолжение списка 21"/>
    <w:basedOn w:val="Normal"/>
    <w:next w:val="ListContinue2"/>
    <w:uiPriority w:val="99"/>
    <w:rsid w:val="000B0AE1"/>
    <w:pPr>
      <w:widowControl/>
      <w:spacing w:after="120" w:line="276" w:lineRule="auto"/>
      <w:ind w:left="720"/>
      <w:contextualSpacing/>
    </w:pPr>
    <w:rPr>
      <w:rFonts w:ascii="Cambria" w:eastAsia="MS Mincho" w:hAnsi="Cambria" w:cs="Times New Roman"/>
      <w:color w:val="auto"/>
      <w:sz w:val="22"/>
      <w:szCs w:val="22"/>
      <w:lang w:val="en-US" w:eastAsia="en-US"/>
    </w:rPr>
  </w:style>
  <w:style w:type="paragraph" w:customStyle="1" w:styleId="315">
    <w:name w:val="Продолжение списка 31"/>
    <w:basedOn w:val="Normal"/>
    <w:next w:val="ListContinue3"/>
    <w:uiPriority w:val="99"/>
    <w:rsid w:val="000B0AE1"/>
    <w:pPr>
      <w:widowControl/>
      <w:spacing w:after="120" w:line="276" w:lineRule="auto"/>
      <w:ind w:left="1080"/>
      <w:contextualSpacing/>
    </w:pPr>
    <w:rPr>
      <w:rFonts w:ascii="Cambria" w:eastAsia="MS Mincho" w:hAnsi="Cambria" w:cs="Times New Roman"/>
      <w:color w:val="auto"/>
      <w:sz w:val="22"/>
      <w:szCs w:val="22"/>
      <w:lang w:val="en-US" w:eastAsia="en-US"/>
    </w:rPr>
  </w:style>
  <w:style w:type="paragraph" w:customStyle="1" w:styleId="1fa">
    <w:name w:val="Текст макроса1"/>
    <w:next w:val="MacroText"/>
    <w:uiPriority w:val="99"/>
    <w:rsid w:val="000B0AE1"/>
    <w:pPr>
      <w:tabs>
        <w:tab w:val="left" w:pos="576"/>
        <w:tab w:val="left" w:pos="1152"/>
        <w:tab w:val="left" w:pos="1728"/>
        <w:tab w:val="left" w:pos="2304"/>
        <w:tab w:val="left" w:pos="2880"/>
        <w:tab w:val="left" w:pos="3456"/>
        <w:tab w:val="left" w:pos="4032"/>
      </w:tabs>
      <w:spacing w:after="200" w:line="276" w:lineRule="auto"/>
    </w:pPr>
    <w:rPr>
      <w:rFonts w:ascii="Consolas" w:hAnsi="Consolas" w:cs="Consolas"/>
      <w:sz w:val="20"/>
      <w:szCs w:val="20"/>
    </w:rPr>
  </w:style>
  <w:style w:type="paragraph" w:customStyle="1" w:styleId="217">
    <w:name w:val="Цитата 21"/>
    <w:basedOn w:val="Normal"/>
    <w:next w:val="Normal"/>
    <w:uiPriority w:val="99"/>
    <w:rsid w:val="000B0AE1"/>
    <w:pPr>
      <w:widowControl/>
      <w:spacing w:after="200" w:line="276" w:lineRule="auto"/>
    </w:pPr>
    <w:rPr>
      <w:rFonts w:ascii="Cambria" w:eastAsia="MS Mincho" w:hAnsi="Cambria" w:cs="Times New Roman"/>
      <w:i/>
      <w:iCs/>
      <w:sz w:val="22"/>
      <w:szCs w:val="22"/>
      <w:lang w:val="en-US" w:eastAsia="en-US"/>
    </w:rPr>
  </w:style>
  <w:style w:type="paragraph" w:customStyle="1" w:styleId="1fb">
    <w:name w:val="Название объекта1"/>
    <w:basedOn w:val="Normal"/>
    <w:next w:val="Normal"/>
    <w:uiPriority w:val="99"/>
    <w:semiHidden/>
    <w:rsid w:val="000B0AE1"/>
    <w:pPr>
      <w:widowControl/>
      <w:spacing w:after="200"/>
    </w:pPr>
    <w:rPr>
      <w:rFonts w:ascii="Cambria" w:eastAsia="MS Mincho" w:hAnsi="Cambria" w:cs="Times New Roman"/>
      <w:b/>
      <w:bCs/>
      <w:color w:val="4F81BD"/>
      <w:sz w:val="18"/>
      <w:szCs w:val="18"/>
      <w:lang w:val="en-US" w:eastAsia="en-US"/>
    </w:rPr>
  </w:style>
  <w:style w:type="paragraph" w:customStyle="1" w:styleId="1fc">
    <w:name w:val="Выделенная цитата1"/>
    <w:basedOn w:val="Normal"/>
    <w:next w:val="Normal"/>
    <w:uiPriority w:val="99"/>
    <w:rsid w:val="000B0AE1"/>
    <w:pPr>
      <w:widowControl/>
      <w:pBdr>
        <w:bottom w:val="single" w:sz="4" w:space="4" w:color="4F81BD"/>
      </w:pBdr>
      <w:spacing w:before="200" w:after="280" w:line="276" w:lineRule="auto"/>
      <w:ind w:left="936" w:right="936"/>
    </w:pPr>
    <w:rPr>
      <w:rFonts w:ascii="Cambria" w:eastAsia="MS Mincho" w:hAnsi="Cambria" w:cs="Times New Roman"/>
      <w:b/>
      <w:bCs/>
      <w:i/>
      <w:iCs/>
      <w:color w:val="4F81BD"/>
      <w:sz w:val="22"/>
      <w:szCs w:val="22"/>
      <w:lang w:val="en-US" w:eastAsia="en-US"/>
    </w:rPr>
  </w:style>
  <w:style w:type="paragraph" w:customStyle="1" w:styleId="1fd">
    <w:name w:val="Заголовок оглавления1"/>
    <w:basedOn w:val="Heading1"/>
    <w:next w:val="Normal"/>
    <w:uiPriority w:val="99"/>
    <w:semiHidden/>
    <w:rsid w:val="000B0AE1"/>
    <w:pPr>
      <w:keepNext/>
      <w:keepLines/>
      <w:spacing w:before="240" w:beforeAutospacing="0" w:after="0" w:afterAutospacing="0"/>
      <w:ind w:firstLine="709"/>
      <w:jc w:val="both"/>
    </w:pPr>
    <w:rPr>
      <w:rFonts w:eastAsia="MS Gothic"/>
      <w:color w:val="365F91"/>
      <w:kern w:val="0"/>
      <w:sz w:val="28"/>
      <w:szCs w:val="28"/>
      <w:lang w:eastAsia="en-US"/>
    </w:rPr>
  </w:style>
  <w:style w:type="character" w:customStyle="1" w:styleId="1fe">
    <w:name w:val="Слабое выделение1"/>
    <w:uiPriority w:val="99"/>
    <w:rsid w:val="000B0AE1"/>
    <w:rPr>
      <w:i/>
      <w:color w:val="808080"/>
    </w:rPr>
  </w:style>
  <w:style w:type="character" w:customStyle="1" w:styleId="1ff">
    <w:name w:val="Сильное выделение1"/>
    <w:uiPriority w:val="99"/>
    <w:rsid w:val="000B0AE1"/>
    <w:rPr>
      <w:b/>
      <w:i/>
      <w:color w:val="4F81BD"/>
    </w:rPr>
  </w:style>
  <w:style w:type="character" w:customStyle="1" w:styleId="1ff0">
    <w:name w:val="Слабая ссылка1"/>
    <w:uiPriority w:val="99"/>
    <w:rsid w:val="000B0AE1"/>
    <w:rPr>
      <w:smallCaps/>
      <w:color w:val="C0504D"/>
      <w:u w:val="single"/>
    </w:rPr>
  </w:style>
  <w:style w:type="character" w:customStyle="1" w:styleId="1ff1">
    <w:name w:val="Сильная ссылка1"/>
    <w:uiPriority w:val="99"/>
    <w:rsid w:val="000B0AE1"/>
    <w:rPr>
      <w:b/>
      <w:smallCaps/>
      <w:color w:val="C0504D"/>
      <w:spacing w:val="5"/>
      <w:u w:val="single"/>
    </w:rPr>
  </w:style>
  <w:style w:type="character" w:customStyle="1" w:styleId="115">
    <w:name w:val="Заголовок 1 Знак1"/>
    <w:uiPriority w:val="99"/>
    <w:rsid w:val="000B0AE1"/>
    <w:rPr>
      <w:rFonts w:ascii="Calibri Light" w:hAnsi="Calibri Light"/>
      <w:color w:val="2E74B5"/>
      <w:sz w:val="32"/>
    </w:rPr>
  </w:style>
  <w:style w:type="character" w:customStyle="1" w:styleId="219">
    <w:name w:val="Заголовок 2 Знак1"/>
    <w:uiPriority w:val="99"/>
    <w:semiHidden/>
    <w:rsid w:val="000B0AE1"/>
    <w:rPr>
      <w:rFonts w:ascii="Calibri Light" w:hAnsi="Calibri Light"/>
      <w:color w:val="2E74B5"/>
      <w:sz w:val="26"/>
    </w:rPr>
  </w:style>
  <w:style w:type="character" w:customStyle="1" w:styleId="316">
    <w:name w:val="Заголовок 3 Знак1"/>
    <w:uiPriority w:val="99"/>
    <w:semiHidden/>
    <w:rsid w:val="000B0AE1"/>
    <w:rPr>
      <w:rFonts w:ascii="Calibri Light" w:hAnsi="Calibri Light"/>
      <w:color w:val="1F4D78"/>
      <w:sz w:val="24"/>
    </w:rPr>
  </w:style>
  <w:style w:type="character" w:customStyle="1" w:styleId="411">
    <w:name w:val="Заголовок 4 Знак1"/>
    <w:uiPriority w:val="99"/>
    <w:semiHidden/>
    <w:rsid w:val="000B0AE1"/>
    <w:rPr>
      <w:rFonts w:ascii="Calibri Light" w:hAnsi="Calibri Light"/>
      <w:i/>
      <w:color w:val="2E74B5"/>
    </w:rPr>
  </w:style>
  <w:style w:type="character" w:customStyle="1" w:styleId="511">
    <w:name w:val="Заголовок 5 Знак1"/>
    <w:uiPriority w:val="99"/>
    <w:semiHidden/>
    <w:rsid w:val="000B0AE1"/>
    <w:rPr>
      <w:rFonts w:ascii="Calibri Light" w:hAnsi="Calibri Light"/>
      <w:color w:val="2E74B5"/>
    </w:rPr>
  </w:style>
  <w:style w:type="character" w:customStyle="1" w:styleId="611">
    <w:name w:val="Заголовок 6 Знак1"/>
    <w:uiPriority w:val="99"/>
    <w:semiHidden/>
    <w:rsid w:val="000B0AE1"/>
    <w:rPr>
      <w:rFonts w:ascii="Calibri Light" w:hAnsi="Calibri Light"/>
      <w:color w:val="1F4D78"/>
    </w:rPr>
  </w:style>
  <w:style w:type="character" w:customStyle="1" w:styleId="711">
    <w:name w:val="Заголовок 7 Знак1"/>
    <w:uiPriority w:val="99"/>
    <w:semiHidden/>
    <w:rsid w:val="000B0AE1"/>
    <w:rPr>
      <w:rFonts w:ascii="Calibri Light" w:hAnsi="Calibri Light"/>
      <w:i/>
      <w:color w:val="1F4D78"/>
    </w:rPr>
  </w:style>
  <w:style w:type="character" w:customStyle="1" w:styleId="810">
    <w:name w:val="Заголовок 8 Знак1"/>
    <w:uiPriority w:val="99"/>
    <w:semiHidden/>
    <w:rsid w:val="000B0AE1"/>
    <w:rPr>
      <w:rFonts w:ascii="Calibri Light" w:hAnsi="Calibri Light"/>
      <w:color w:val="272727"/>
      <w:sz w:val="21"/>
    </w:rPr>
  </w:style>
  <w:style w:type="character" w:customStyle="1" w:styleId="911">
    <w:name w:val="Заголовок 9 Знак1"/>
    <w:uiPriority w:val="99"/>
    <w:semiHidden/>
    <w:rsid w:val="000B0AE1"/>
    <w:rPr>
      <w:rFonts w:ascii="Calibri Light" w:hAnsi="Calibri Light"/>
      <w:i/>
      <w:color w:val="272727"/>
      <w:sz w:val="21"/>
    </w:rPr>
  </w:style>
  <w:style w:type="character" w:customStyle="1" w:styleId="1ff2">
    <w:name w:val="Верхний колонтитул Знак1"/>
    <w:uiPriority w:val="99"/>
    <w:semiHidden/>
    <w:locked/>
    <w:rsid w:val="000B0AE1"/>
    <w:rPr>
      <w:rFonts w:ascii="Times New Roman" w:eastAsia="Times New Roman" w:hAnsi="Times New Roman"/>
      <w:sz w:val="28"/>
      <w:lang w:eastAsia="en-US"/>
    </w:rPr>
  </w:style>
  <w:style w:type="character" w:customStyle="1" w:styleId="1ff3">
    <w:name w:val="Нижний колонтитул Знак1"/>
    <w:uiPriority w:val="99"/>
    <w:semiHidden/>
    <w:locked/>
    <w:rsid w:val="000B0AE1"/>
    <w:rPr>
      <w:rFonts w:ascii="Times New Roman" w:eastAsia="Times New Roman" w:hAnsi="Times New Roman"/>
      <w:sz w:val="28"/>
      <w:lang w:eastAsia="en-US"/>
    </w:rPr>
  </w:style>
  <w:style w:type="character" w:customStyle="1" w:styleId="1ff4">
    <w:name w:val="Заголовок Знак1"/>
    <w:uiPriority w:val="99"/>
    <w:rsid w:val="000B0AE1"/>
    <w:rPr>
      <w:rFonts w:ascii="Calibri Light" w:hAnsi="Calibri Light"/>
      <w:spacing w:val="-10"/>
      <w:kern w:val="28"/>
      <w:sz w:val="56"/>
    </w:rPr>
  </w:style>
  <w:style w:type="character" w:customStyle="1" w:styleId="1ff5">
    <w:name w:val="Название Знак1"/>
    <w:uiPriority w:val="99"/>
    <w:rsid w:val="000B0AE1"/>
    <w:rPr>
      <w:rFonts w:ascii="Calibri Light" w:hAnsi="Calibri Light"/>
      <w:spacing w:val="-10"/>
      <w:kern w:val="28"/>
      <w:sz w:val="56"/>
    </w:rPr>
  </w:style>
  <w:style w:type="character" w:customStyle="1" w:styleId="1ff6">
    <w:name w:val="Подзаголовок Знак1"/>
    <w:uiPriority w:val="99"/>
    <w:rsid w:val="000B0AE1"/>
    <w:rPr>
      <w:rFonts w:ascii="Calibri" w:hAnsi="Calibri"/>
      <w:color w:val="5A5A5A"/>
      <w:spacing w:val="15"/>
      <w:sz w:val="22"/>
    </w:rPr>
  </w:style>
  <w:style w:type="character" w:customStyle="1" w:styleId="21a">
    <w:name w:val="Основной текст 2 Знак1"/>
    <w:uiPriority w:val="99"/>
    <w:semiHidden/>
    <w:locked/>
    <w:rsid w:val="000B0AE1"/>
    <w:rPr>
      <w:rFonts w:ascii="Times New Roman" w:eastAsia="Times New Roman" w:hAnsi="Times New Roman"/>
      <w:sz w:val="28"/>
      <w:lang w:eastAsia="en-US"/>
    </w:rPr>
  </w:style>
  <w:style w:type="character" w:customStyle="1" w:styleId="317">
    <w:name w:val="Основной текст 3 Знак1"/>
    <w:uiPriority w:val="99"/>
    <w:semiHidden/>
    <w:locked/>
    <w:rsid w:val="000B0AE1"/>
    <w:rPr>
      <w:rFonts w:ascii="Times New Roman" w:eastAsia="Times New Roman" w:hAnsi="Times New Roman"/>
      <w:sz w:val="16"/>
      <w:lang w:eastAsia="en-US"/>
    </w:rPr>
  </w:style>
  <w:style w:type="character" w:customStyle="1" w:styleId="1ff7">
    <w:name w:val="Текст макроса Знак1"/>
    <w:uiPriority w:val="99"/>
    <w:semiHidden/>
    <w:locked/>
    <w:rsid w:val="000B0AE1"/>
    <w:rPr>
      <w:rFonts w:ascii="Consolas" w:eastAsia="Times New Roman" w:hAnsi="Consolas"/>
      <w:sz w:val="20"/>
      <w:lang w:eastAsia="en-US"/>
    </w:rPr>
  </w:style>
  <w:style w:type="character" w:customStyle="1" w:styleId="21b">
    <w:name w:val="Цитата 2 Знак1"/>
    <w:uiPriority w:val="99"/>
    <w:rsid w:val="000B0AE1"/>
    <w:rPr>
      <w:i/>
      <w:color w:val="404040"/>
    </w:rPr>
  </w:style>
  <w:style w:type="character" w:customStyle="1" w:styleId="1ff8">
    <w:name w:val="Выделенная цитата Знак1"/>
    <w:uiPriority w:val="99"/>
    <w:rsid w:val="000B0AE1"/>
    <w:rPr>
      <w:i/>
      <w:color w:val="5B9BD5"/>
    </w:rPr>
  </w:style>
  <w:style w:type="table" w:customStyle="1" w:styleId="1ff9">
    <w:name w:val="Светлая заливка1"/>
    <w:uiPriority w:val="99"/>
    <w:rsid w:val="000B0AE1"/>
    <w:rPr>
      <w:rFonts w:ascii="Cambria" w:eastAsia="MS Mincho" w:hAnsi="Cambria" w:cs="Times New Roman"/>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
    <w:name w:val="Светлая заливка - Акцент 11"/>
    <w:uiPriority w:val="99"/>
    <w:rsid w:val="000B0AE1"/>
    <w:rPr>
      <w:rFonts w:ascii="Cambria" w:eastAsia="MS Mincho" w:hAnsi="Cambria" w:cs="Times New Roman"/>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21">
    <w:name w:val="Светлая заливка - Акцент 21"/>
    <w:uiPriority w:val="99"/>
    <w:rsid w:val="000B0AE1"/>
    <w:rPr>
      <w:rFonts w:ascii="Cambria" w:eastAsia="MS Mincho" w:hAnsi="Cambria" w:cs="Times New Roman"/>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31">
    <w:name w:val="Светлая заливка - Акцент 31"/>
    <w:uiPriority w:val="99"/>
    <w:rsid w:val="000B0AE1"/>
    <w:rPr>
      <w:rFonts w:ascii="Cambria" w:eastAsia="MS Mincho" w:hAnsi="Cambria" w:cs="Times New Roman"/>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1" w:afterLines="0" w:afterAutospacing="1"/>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41">
    <w:name w:val="Светлая заливка - Акцент 41"/>
    <w:uiPriority w:val="99"/>
    <w:rsid w:val="000B0AE1"/>
    <w:rPr>
      <w:rFonts w:ascii="Cambria" w:eastAsia="MS Mincho" w:hAnsi="Cambria" w:cs="Times New Roman"/>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1" w:afterLines="0" w:afterAutospacing="1"/>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51">
    <w:name w:val="Светлая заливка - Акцент 51"/>
    <w:uiPriority w:val="99"/>
    <w:rsid w:val="000B0AE1"/>
    <w:rPr>
      <w:rFonts w:ascii="Cambria" w:eastAsia="MS Mincho" w:hAnsi="Cambria" w:cs="Times New Roman"/>
      <w:color w:val="31849B"/>
      <w:lang w:val="en-US" w:eastAsia="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1">
    <w:name w:val="Светлая заливка - Акцент 61"/>
    <w:uiPriority w:val="99"/>
    <w:rsid w:val="000B0AE1"/>
    <w:rPr>
      <w:rFonts w:ascii="Cambria" w:eastAsia="MS Mincho" w:hAnsi="Cambria" w:cs="Times New Roman"/>
      <w:color w:val="E36C0A"/>
      <w:lang w:val="en-US" w:eastAsia="en-US"/>
    </w:rPr>
    <w:tblPr>
      <w:tblStyleRowBandSize w:val="1"/>
      <w:tblStyleColBandSize w:val="1"/>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1" w:afterLines="0" w:afterAutospacing="1"/>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1ffa">
    <w:name w:val="Светлый список1"/>
    <w:uiPriority w:val="99"/>
    <w:rsid w:val="000B0AE1"/>
    <w:rPr>
      <w:rFonts w:ascii="Cambria" w:eastAsia="MS Mincho" w:hAnsi="Cambria" w:cs="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shd w:val="clear" w:color="auto" w:fill="000000"/>
      </w:tcPr>
    </w:tblStylePr>
    <w:tblStylePr w:type="lastRow">
      <w:pPr>
        <w:spacing w:beforeLines="0" w:beforeAutospacing="1" w:afterLines="0" w:afterAutospacing="1"/>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uiPriority w:val="99"/>
    <w:rsid w:val="000B0AE1"/>
    <w:rPr>
      <w:rFonts w:ascii="Cambria" w:eastAsia="MS Mincho" w:hAnsi="Cambria" w:cs="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shd w:val="clear" w:color="auto" w:fill="4F81BD"/>
      </w:tcPr>
    </w:tblStylePr>
    <w:tblStylePr w:type="lastRow">
      <w:pPr>
        <w:spacing w:beforeLines="0" w:beforeAutospacing="1" w:afterLines="0" w:afterAutospacing="1"/>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uiPriority w:val="99"/>
    <w:rsid w:val="000B0AE1"/>
    <w:rPr>
      <w:rFonts w:ascii="Cambria" w:eastAsia="MS Mincho" w:hAnsi="Cambria" w:cs="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shd w:val="clear" w:color="auto" w:fill="C0504D"/>
      </w:tcPr>
    </w:tblStylePr>
    <w:tblStylePr w:type="lastRow">
      <w:pPr>
        <w:spacing w:beforeLines="0" w:beforeAutospacing="1" w:afterLines="0" w:afterAutospacing="1"/>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uiPriority w:val="99"/>
    <w:rsid w:val="000B0AE1"/>
    <w:rPr>
      <w:rFonts w:ascii="Cambria" w:eastAsia="MS Mincho" w:hAnsi="Cambria" w:cs="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shd w:val="clear" w:color="auto" w:fill="9BBB59"/>
      </w:tcPr>
    </w:tblStylePr>
    <w:tblStylePr w:type="lastRow">
      <w:pPr>
        <w:spacing w:beforeLines="0" w:beforeAutospacing="1" w:afterLines="0" w:afterAutospacing="1"/>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uiPriority w:val="99"/>
    <w:rsid w:val="000B0AE1"/>
    <w:rPr>
      <w:rFonts w:ascii="Cambria" w:eastAsia="MS Mincho" w:hAnsi="Cambria" w:cs="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shd w:val="clear" w:color="auto" w:fill="8064A2"/>
      </w:tcPr>
    </w:tblStylePr>
    <w:tblStylePr w:type="lastRow">
      <w:pPr>
        <w:spacing w:beforeLines="0" w:beforeAutospacing="1" w:afterLines="0" w:afterAutospacing="1"/>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uiPriority w:val="99"/>
    <w:rsid w:val="000B0AE1"/>
    <w:rPr>
      <w:rFonts w:ascii="Cambria" w:eastAsia="MS Mincho" w:hAnsi="Cambria" w:cs="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shd w:val="clear" w:color="auto" w:fill="4BACC6"/>
      </w:tcPr>
    </w:tblStylePr>
    <w:tblStylePr w:type="lastRow">
      <w:pPr>
        <w:spacing w:beforeLines="0" w:beforeAutospacing="1" w:afterLines="0" w:afterAutospacing="1"/>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uiPriority w:val="99"/>
    <w:rsid w:val="000B0AE1"/>
    <w:rPr>
      <w:rFonts w:ascii="Cambria" w:eastAsia="MS Mincho" w:hAnsi="Cambria" w:cs="Times New Roman"/>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shd w:val="clear" w:color="auto" w:fill="F79646"/>
      </w:tcPr>
    </w:tblStylePr>
    <w:tblStylePr w:type="lastRow">
      <w:pPr>
        <w:spacing w:beforeLines="0" w:beforeAutospacing="1" w:afterLines="0" w:afterAutospacing="1"/>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1ffb">
    <w:name w:val="Светлая сетка1"/>
    <w:uiPriority w:val="99"/>
    <w:rsid w:val="000B0AE1"/>
    <w:rPr>
      <w:rFonts w:ascii="Cambria" w:eastAsia="MS Mincho" w:hAnsi="Cambria" w:cs="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uiPriority w:val="99"/>
    <w:rsid w:val="000B0AE1"/>
    <w:rPr>
      <w:rFonts w:ascii="Cambria" w:eastAsia="MS Mincho" w:hAnsi="Cambria" w:cs="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uiPriority w:val="99"/>
    <w:rsid w:val="000B0AE1"/>
    <w:rPr>
      <w:rFonts w:ascii="Cambria" w:eastAsia="MS Mincho" w:hAnsi="Cambria" w:cs="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uiPriority w:val="99"/>
    <w:rsid w:val="000B0AE1"/>
    <w:rPr>
      <w:rFonts w:ascii="Cambria" w:eastAsia="MS Mincho" w:hAnsi="Cambria" w:cs="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uiPriority w:val="99"/>
    <w:rsid w:val="000B0AE1"/>
    <w:rPr>
      <w:rFonts w:ascii="Cambria" w:eastAsia="MS Mincho" w:hAnsi="Cambria" w:cs="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1" w:afterLines="0" w:afterAutospacing="1"/>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1" w:afterLines="0" w:afterAutospacing="1"/>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uiPriority w:val="99"/>
    <w:rsid w:val="000B0AE1"/>
    <w:rPr>
      <w:rFonts w:ascii="Cambria" w:eastAsia="MS Mincho" w:hAnsi="Cambria" w:cs="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1" w:afterLines="0" w:afterAutospacing="1"/>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1" w:afterLines="0" w:afterAutospacing="1"/>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uiPriority w:val="99"/>
    <w:rsid w:val="000B0AE1"/>
    <w:rPr>
      <w:rFonts w:ascii="Cambria" w:eastAsia="MS Mincho" w:hAnsi="Cambria" w:cs="Times New Roman"/>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1" w:afterLines="0" w:afterAutospacing="1"/>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1" w:afterLines="0" w:afterAutospacing="1"/>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6">
    <w:name w:val="Средняя заливка 11"/>
    <w:uiPriority w:val="99"/>
    <w:rsid w:val="000B0AE1"/>
    <w:rPr>
      <w:rFonts w:ascii="Cambria" w:eastAsia="MS Mincho" w:hAnsi="Cambria"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1" w:afterLines="0" w:afterAutospacing="1"/>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0B0AE1"/>
    <w:rPr>
      <w:rFonts w:ascii="Cambria" w:eastAsia="MS Mincho" w:hAnsi="Cambria" w:cs="Times New Roman"/>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1-21">
    <w:name w:val="Средняя заливка 1 - Акцент 21"/>
    <w:uiPriority w:val="99"/>
    <w:rsid w:val="000B0AE1"/>
    <w:rPr>
      <w:rFonts w:ascii="Cambria" w:eastAsia="MS Mincho" w:hAnsi="Cambria" w:cs="Times New Roman"/>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1" w:afterLines="0" w:afterAutospacing="1"/>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1-31">
    <w:name w:val="Средняя заливка 1 - Акцент 31"/>
    <w:uiPriority w:val="99"/>
    <w:rsid w:val="000B0AE1"/>
    <w:rPr>
      <w:rFonts w:ascii="Cambria" w:eastAsia="MS Mincho" w:hAnsi="Cambria" w:cs="Times New Roman"/>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1" w:afterLines="0" w:afterAutospacing="1"/>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1-41">
    <w:name w:val="Средняя заливка 1 - Акцент 41"/>
    <w:uiPriority w:val="99"/>
    <w:rsid w:val="000B0AE1"/>
    <w:rPr>
      <w:rFonts w:ascii="Cambria" w:eastAsia="MS Mincho" w:hAnsi="Cambria" w:cs="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1" w:afterLines="0" w:afterAutospacing="1"/>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1-51">
    <w:name w:val="Средняя заливка 1 - Акцент 51"/>
    <w:uiPriority w:val="99"/>
    <w:rsid w:val="000B0AE1"/>
    <w:rPr>
      <w:rFonts w:ascii="Cambria" w:eastAsia="MS Mincho" w:hAnsi="Cambria" w:cs="Times New Roman"/>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1" w:afterLines="0" w:afterAutospacing="1"/>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61">
    <w:name w:val="Средняя заливка 1 - Акцент 61"/>
    <w:uiPriority w:val="99"/>
    <w:rsid w:val="000B0AE1"/>
    <w:rPr>
      <w:rFonts w:ascii="Cambria" w:eastAsia="MS Mincho" w:hAnsi="Cambria" w:cs="Times New Roman"/>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1" w:afterLines="0" w:afterAutospacing="1"/>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21c">
    <w:name w:val="Средняя заливка 21"/>
    <w:uiPriority w:val="99"/>
    <w:rsid w:val="000B0AE1"/>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uiPriority w:val="99"/>
    <w:rsid w:val="000B0AE1"/>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1" w:afterLines="0" w:afterAutospacing="1"/>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uiPriority w:val="99"/>
    <w:rsid w:val="000B0AE1"/>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1" w:afterLines="0" w:afterAutospacing="1"/>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uiPriority w:val="99"/>
    <w:rsid w:val="000B0AE1"/>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1" w:afterLines="0" w:afterAutospacing="1"/>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uiPriority w:val="99"/>
    <w:rsid w:val="000B0AE1"/>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1" w:afterLines="0" w:afterAutospacing="1"/>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uiPriority w:val="99"/>
    <w:rsid w:val="000B0AE1"/>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1" w:afterLines="0" w:afterAutospacing="1"/>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uiPriority w:val="99"/>
    <w:rsid w:val="000B0AE1"/>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1" w:afterLines="0" w:afterAutospacing="1"/>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7">
    <w:name w:val="Средний список 11"/>
    <w:uiPriority w:val="99"/>
    <w:rsid w:val="000B0AE1"/>
    <w:rPr>
      <w:rFonts w:ascii="Cambria" w:eastAsia="MS Mincho" w:hAnsi="Cambria" w:cs="Times New Roman"/>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1-110">
    <w:name w:val="Средний список 1 - Акцент 11"/>
    <w:uiPriority w:val="99"/>
    <w:rsid w:val="000B0AE1"/>
    <w:rPr>
      <w:rFonts w:ascii="Cambria" w:eastAsia="MS Mincho" w:hAnsi="Cambria" w:cs="Times New Roman"/>
      <w:color w:val="000000"/>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1-210">
    <w:name w:val="Средний список 1 - Акцент 21"/>
    <w:uiPriority w:val="99"/>
    <w:rsid w:val="000B0AE1"/>
    <w:rPr>
      <w:rFonts w:ascii="Cambria" w:eastAsia="MS Mincho" w:hAnsi="Cambria" w:cs="Times New Roman"/>
      <w:color w:val="000000"/>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1-310">
    <w:name w:val="Средний список 1 - Акцент 31"/>
    <w:uiPriority w:val="99"/>
    <w:rsid w:val="000B0AE1"/>
    <w:rPr>
      <w:rFonts w:ascii="Cambria" w:eastAsia="MS Mincho" w:hAnsi="Cambria" w:cs="Times New Roman"/>
      <w:color w:val="000000"/>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1-410">
    <w:name w:val="Средний список 1 - Акцент 41"/>
    <w:uiPriority w:val="99"/>
    <w:rsid w:val="000B0AE1"/>
    <w:rPr>
      <w:rFonts w:ascii="Cambria" w:eastAsia="MS Mincho" w:hAnsi="Cambria" w:cs="Times New Roman"/>
      <w:color w:val="000000"/>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1-510">
    <w:name w:val="Средний список 1 - Акцент 51"/>
    <w:uiPriority w:val="99"/>
    <w:rsid w:val="000B0AE1"/>
    <w:rPr>
      <w:rFonts w:ascii="Cambria" w:eastAsia="MS Mincho" w:hAnsi="Cambria" w:cs="Times New Roman"/>
      <w:color w:val="000000"/>
      <w:lang w:val="en-US" w:eastAsia="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610">
    <w:name w:val="Средний список 1 - Акцент 61"/>
    <w:uiPriority w:val="99"/>
    <w:rsid w:val="000B0AE1"/>
    <w:rPr>
      <w:rFonts w:ascii="Cambria" w:eastAsia="MS Mincho" w:hAnsi="Cambria" w:cs="Times New Roman"/>
      <w:color w:val="000000"/>
      <w:lang w:val="en-US" w:eastAsia="en-US"/>
    </w:rPr>
    <w:tblPr>
      <w:tblStyleRowBandSize w:val="1"/>
      <w:tblStyleColBandSize w:val="1"/>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21d">
    <w:name w:val="Средний список 21"/>
    <w:uiPriority w:val="99"/>
    <w:rsid w:val="000B0AE1"/>
    <w:rPr>
      <w:rFonts w:ascii="Calibri" w:eastAsia="MS Gothic" w:hAnsi="Calibri"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0">
    <w:name w:val="Средний список 2 - Акцент 11"/>
    <w:uiPriority w:val="99"/>
    <w:rsid w:val="000B0AE1"/>
    <w:rPr>
      <w:rFonts w:ascii="Calibri" w:eastAsia="MS Gothic" w:hAnsi="Calibri" w:cs="Times New Roman"/>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210">
    <w:name w:val="Средний список 2 - Акцент 21"/>
    <w:uiPriority w:val="99"/>
    <w:rsid w:val="000B0AE1"/>
    <w:rPr>
      <w:rFonts w:ascii="Calibri" w:eastAsia="MS Gothic" w:hAnsi="Calibri" w:cs="Times New Roman"/>
      <w:color w:val="000000"/>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310">
    <w:name w:val="Средний список 2 - Акцент 31"/>
    <w:uiPriority w:val="99"/>
    <w:rsid w:val="000B0AE1"/>
    <w:rPr>
      <w:rFonts w:ascii="Calibri" w:eastAsia="MS Gothic" w:hAnsi="Calibri" w:cs="Times New Roman"/>
      <w:color w:val="00000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410">
    <w:name w:val="Средний список 2 - Акцент 41"/>
    <w:uiPriority w:val="99"/>
    <w:rsid w:val="000B0AE1"/>
    <w:rPr>
      <w:rFonts w:ascii="Calibri" w:eastAsia="MS Gothic" w:hAnsi="Calibri" w:cs="Times New Roman"/>
      <w:color w:val="00000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10">
    <w:name w:val="Средний список 2 - Акцент 51"/>
    <w:uiPriority w:val="99"/>
    <w:rsid w:val="000B0AE1"/>
    <w:rPr>
      <w:rFonts w:ascii="Calibri" w:eastAsia="MS Gothic" w:hAnsi="Calibri" w:cs="Times New Roman"/>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610">
    <w:name w:val="Средний список 2 - Акцент 61"/>
    <w:uiPriority w:val="99"/>
    <w:rsid w:val="000B0AE1"/>
    <w:rPr>
      <w:rFonts w:ascii="Calibri" w:eastAsia="MS Gothic" w:hAnsi="Calibri" w:cs="Times New Roman"/>
      <w:color w:val="000000"/>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8">
    <w:name w:val="Средняя сетка 11"/>
    <w:uiPriority w:val="99"/>
    <w:rsid w:val="000B0AE1"/>
    <w:rPr>
      <w:rFonts w:ascii="Cambria" w:eastAsia="MS Mincho" w:hAnsi="Cambria"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111">
    <w:name w:val="Средняя сетка 1 - Акцент 11"/>
    <w:uiPriority w:val="99"/>
    <w:rsid w:val="000B0AE1"/>
    <w:rPr>
      <w:rFonts w:ascii="Cambria" w:eastAsia="MS Mincho" w:hAnsi="Cambria" w:cs="Times New Roman"/>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211">
    <w:name w:val="Средняя сетка 1 - Акцент 21"/>
    <w:uiPriority w:val="99"/>
    <w:rsid w:val="000B0AE1"/>
    <w:rPr>
      <w:rFonts w:ascii="Cambria" w:eastAsia="MS Mincho" w:hAnsi="Cambria" w:cs="Times New Roman"/>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1-311">
    <w:name w:val="Средняя сетка 1 - Акцент 31"/>
    <w:uiPriority w:val="99"/>
    <w:rsid w:val="000B0AE1"/>
    <w:rPr>
      <w:rFonts w:ascii="Cambria" w:eastAsia="MS Mincho" w:hAnsi="Cambria" w:cs="Times New Roman"/>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1-411">
    <w:name w:val="Средняя сетка 1 - Акцент 41"/>
    <w:uiPriority w:val="99"/>
    <w:rsid w:val="000B0AE1"/>
    <w:rPr>
      <w:rFonts w:ascii="Cambria" w:eastAsia="MS Mincho" w:hAnsi="Cambria" w:cs="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1-511">
    <w:name w:val="Средняя сетка 1 - Акцент 51"/>
    <w:uiPriority w:val="99"/>
    <w:rsid w:val="000B0AE1"/>
    <w:rPr>
      <w:rFonts w:ascii="Cambria" w:eastAsia="MS Mincho" w:hAnsi="Cambria" w:cs="Times New Roman"/>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1-611">
    <w:name w:val="Средняя сетка 1 - Акцент 61"/>
    <w:uiPriority w:val="99"/>
    <w:rsid w:val="000B0AE1"/>
    <w:rPr>
      <w:rFonts w:ascii="Cambria" w:eastAsia="MS Mincho" w:hAnsi="Cambria" w:cs="Times New Roman"/>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21e">
    <w:name w:val="Средняя сетка 21"/>
    <w:uiPriority w:val="99"/>
    <w:rsid w:val="000B0AE1"/>
    <w:rPr>
      <w:rFonts w:ascii="Calibri" w:eastAsia="MS Gothic" w:hAnsi="Calibri"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2-111">
    <w:name w:val="Средняя сетка 2 - Акцент 11"/>
    <w:uiPriority w:val="99"/>
    <w:rsid w:val="000B0AE1"/>
    <w:rPr>
      <w:rFonts w:ascii="Calibri" w:eastAsia="MS Gothic" w:hAnsi="Calibri" w:cs="Times New Roman"/>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2-211">
    <w:name w:val="Средняя сетка 2 - Акцент 21"/>
    <w:uiPriority w:val="99"/>
    <w:rsid w:val="000B0AE1"/>
    <w:rPr>
      <w:rFonts w:ascii="Calibri" w:eastAsia="MS Gothic" w:hAnsi="Calibri" w:cs="Times New Roman"/>
      <w:color w:val="000000"/>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customStyle="1" w:styleId="2-311">
    <w:name w:val="Средняя сетка 2 - Акцент 31"/>
    <w:uiPriority w:val="99"/>
    <w:rsid w:val="000B0AE1"/>
    <w:rPr>
      <w:rFonts w:ascii="Calibri" w:eastAsia="MS Gothic" w:hAnsi="Calibri" w:cs="Times New Roman"/>
      <w:color w:val="00000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2-411">
    <w:name w:val="Средняя сетка 2 - Акцент 41"/>
    <w:uiPriority w:val="99"/>
    <w:rsid w:val="000B0AE1"/>
    <w:rPr>
      <w:rFonts w:ascii="Calibri" w:eastAsia="MS Gothic" w:hAnsi="Calibri" w:cs="Times New Roman"/>
      <w:color w:val="00000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customStyle="1" w:styleId="2-511">
    <w:name w:val="Средняя сетка 2 - Акцент 51"/>
    <w:uiPriority w:val="99"/>
    <w:rsid w:val="000B0AE1"/>
    <w:rPr>
      <w:rFonts w:ascii="Calibri" w:eastAsia="MS Gothic" w:hAnsi="Calibri" w:cs="Times New Roman"/>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2-611">
    <w:name w:val="Средняя сетка 2 - Акцент 61"/>
    <w:uiPriority w:val="99"/>
    <w:rsid w:val="000B0AE1"/>
    <w:rPr>
      <w:rFonts w:ascii="Calibri" w:eastAsia="MS Gothic" w:hAnsi="Calibri" w:cs="Times New Roman"/>
      <w:color w:val="000000"/>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318">
    <w:name w:val="Средняя сетка 31"/>
    <w:uiPriority w:val="99"/>
    <w:rsid w:val="000B0AE1"/>
    <w:rPr>
      <w:rFonts w:ascii="Cambria" w:eastAsia="MS Mincho" w:hAnsi="Cambria"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uiPriority w:val="99"/>
    <w:rsid w:val="000B0AE1"/>
    <w:rPr>
      <w:rFonts w:ascii="Cambria" w:eastAsia="MS Mincho" w:hAnsi="Cambria"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uiPriority w:val="99"/>
    <w:rsid w:val="000B0AE1"/>
    <w:rPr>
      <w:rFonts w:ascii="Cambria" w:eastAsia="MS Mincho" w:hAnsi="Cambria"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uiPriority w:val="99"/>
    <w:rsid w:val="000B0AE1"/>
    <w:rPr>
      <w:rFonts w:ascii="Cambria" w:eastAsia="MS Mincho" w:hAnsi="Cambria"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uiPriority w:val="99"/>
    <w:rsid w:val="000B0AE1"/>
    <w:rPr>
      <w:rFonts w:ascii="Cambria" w:eastAsia="MS Mincho" w:hAnsi="Cambria"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uiPriority w:val="99"/>
    <w:rsid w:val="000B0AE1"/>
    <w:rPr>
      <w:rFonts w:ascii="Cambria" w:eastAsia="MS Mincho" w:hAnsi="Cambria"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uiPriority w:val="99"/>
    <w:rsid w:val="000B0AE1"/>
    <w:rPr>
      <w:rFonts w:ascii="Cambria" w:eastAsia="MS Mincho" w:hAnsi="Cambria"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fc">
    <w:name w:val="Темный список1"/>
    <w:uiPriority w:val="99"/>
    <w:rsid w:val="000B0AE1"/>
    <w:rPr>
      <w:rFonts w:ascii="Cambria" w:eastAsia="MS Mincho" w:hAnsi="Cambria" w:cs="Times New Roman"/>
      <w:color w:val="FFFFFF"/>
      <w:lang w:val="en-US" w:eastAsia="en-US"/>
    </w:rPr>
    <w:tblPr>
      <w:tblStyleRowBandSize w:val="1"/>
      <w:tblStyleColBandSize w:val="1"/>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uiPriority w:val="99"/>
    <w:rsid w:val="000B0AE1"/>
    <w:rPr>
      <w:rFonts w:ascii="Cambria" w:eastAsia="MS Mincho" w:hAnsi="Cambria" w:cs="Times New Roman"/>
      <w:color w:val="FFFFFF"/>
      <w:lang w:val="en-US" w:eastAsia="en-US"/>
    </w:rPr>
    <w:tblPr>
      <w:tblStyleRowBandSize w:val="1"/>
      <w:tblStyleColBandSize w:val="1"/>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uiPriority w:val="99"/>
    <w:rsid w:val="000B0AE1"/>
    <w:rPr>
      <w:rFonts w:ascii="Cambria" w:eastAsia="MS Mincho" w:hAnsi="Cambria" w:cs="Times New Roman"/>
      <w:color w:val="FFFFFF"/>
      <w:lang w:val="en-US" w:eastAsia="en-US"/>
    </w:rPr>
    <w:tblPr>
      <w:tblStyleRowBandSize w:val="1"/>
      <w:tblStyleColBandSize w:val="1"/>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uiPriority w:val="99"/>
    <w:rsid w:val="000B0AE1"/>
    <w:rPr>
      <w:rFonts w:ascii="Cambria" w:eastAsia="MS Mincho" w:hAnsi="Cambria" w:cs="Times New Roman"/>
      <w:color w:val="FFFFFF"/>
      <w:lang w:val="en-US" w:eastAsia="en-US"/>
    </w:rPr>
    <w:tblPr>
      <w:tblStyleRowBandSize w:val="1"/>
      <w:tblStyleColBandSize w:val="1"/>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uiPriority w:val="99"/>
    <w:rsid w:val="000B0AE1"/>
    <w:rPr>
      <w:rFonts w:ascii="Cambria" w:eastAsia="MS Mincho" w:hAnsi="Cambria" w:cs="Times New Roman"/>
      <w:color w:val="FFFFFF"/>
      <w:lang w:val="en-US" w:eastAsia="en-US"/>
    </w:rPr>
    <w:tblPr>
      <w:tblStyleRowBandSize w:val="1"/>
      <w:tblStyleColBandSize w:val="1"/>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uiPriority w:val="99"/>
    <w:rsid w:val="000B0AE1"/>
    <w:rPr>
      <w:rFonts w:ascii="Cambria" w:eastAsia="MS Mincho" w:hAnsi="Cambria" w:cs="Times New Roman"/>
      <w:color w:val="FFFFFF"/>
      <w:lang w:val="en-US" w:eastAsia="en-US"/>
    </w:rPr>
    <w:tblPr>
      <w:tblStyleRowBandSize w:val="1"/>
      <w:tblStyleColBandSize w:val="1"/>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uiPriority w:val="99"/>
    <w:rsid w:val="000B0AE1"/>
    <w:rPr>
      <w:rFonts w:ascii="Cambria" w:eastAsia="MS Mincho" w:hAnsi="Cambria" w:cs="Times New Roman"/>
      <w:color w:val="FFFFFF"/>
      <w:lang w:val="en-US" w:eastAsia="en-US"/>
    </w:rPr>
    <w:tblPr>
      <w:tblStyleRowBandSize w:val="1"/>
      <w:tblStyleColBandSize w:val="1"/>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customStyle="1" w:styleId="1ffd">
    <w:name w:val="Цветная заливка1"/>
    <w:uiPriority w:val="99"/>
    <w:rsid w:val="000B0AE1"/>
    <w:rPr>
      <w:rFonts w:ascii="Cambria" w:eastAsia="MS Mincho" w:hAnsi="Cambria" w:cs="Times New Roman"/>
      <w:color w:val="000000"/>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113">
    <w:name w:val="Цветная заливка - Акцент 11"/>
    <w:uiPriority w:val="99"/>
    <w:rsid w:val="000B0AE1"/>
    <w:rPr>
      <w:rFonts w:ascii="Cambria" w:eastAsia="MS Mincho" w:hAnsi="Cambria" w:cs="Times New Roman"/>
      <w:color w:val="00000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213">
    <w:name w:val="Цветная заливка - Акцент 21"/>
    <w:uiPriority w:val="99"/>
    <w:rsid w:val="000B0AE1"/>
    <w:rPr>
      <w:rFonts w:ascii="Cambria" w:eastAsia="MS Mincho" w:hAnsi="Cambria" w:cs="Times New Roman"/>
      <w:color w:val="000000"/>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313">
    <w:name w:val="Цветная заливка - Акцент 31"/>
    <w:uiPriority w:val="99"/>
    <w:rsid w:val="000B0AE1"/>
    <w:rPr>
      <w:rFonts w:ascii="Cambria" w:eastAsia="MS Mincho" w:hAnsi="Cambria" w:cs="Times New Roman"/>
      <w:color w:val="000000"/>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413">
    <w:name w:val="Цветная заливка - Акцент 41"/>
    <w:uiPriority w:val="99"/>
    <w:rsid w:val="000B0AE1"/>
    <w:rPr>
      <w:rFonts w:ascii="Cambria" w:eastAsia="MS Mincho" w:hAnsi="Cambria" w:cs="Times New Roman"/>
      <w:color w:val="00000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customStyle="1" w:styleId="-513">
    <w:name w:val="Цветная заливка - Акцент 51"/>
    <w:uiPriority w:val="99"/>
    <w:rsid w:val="000B0AE1"/>
    <w:rPr>
      <w:rFonts w:ascii="Cambria" w:eastAsia="MS Mincho" w:hAnsi="Cambria" w:cs="Times New Roman"/>
      <w:color w:val="000000"/>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613">
    <w:name w:val="Цветная заливка - Акцент 61"/>
    <w:uiPriority w:val="99"/>
    <w:rsid w:val="000B0AE1"/>
    <w:rPr>
      <w:rFonts w:ascii="Cambria" w:eastAsia="MS Mincho" w:hAnsi="Cambria" w:cs="Times New Roman"/>
      <w:color w:val="000000"/>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1ffe">
    <w:name w:val="Цветной список1"/>
    <w:uiPriority w:val="99"/>
    <w:rsid w:val="000B0AE1"/>
    <w:rPr>
      <w:rFonts w:ascii="Cambria" w:eastAsia="MS Mincho" w:hAnsi="Cambria" w:cs="Times New Roman"/>
      <w:color w:val="000000"/>
      <w:lang w:val="en-US" w:eastAsia="en-US"/>
    </w:rPr>
    <w:tblPr>
      <w:tblStyleRowBandSize w:val="1"/>
      <w:tblStyleColBandSize w:val="1"/>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114">
    <w:name w:val="Цветной список - Акцент 11"/>
    <w:uiPriority w:val="99"/>
    <w:rsid w:val="000B0AE1"/>
    <w:rPr>
      <w:rFonts w:ascii="Cambria" w:eastAsia="MS Mincho" w:hAnsi="Cambria" w:cs="Times New Roman"/>
      <w:color w:val="000000"/>
      <w:lang w:val="en-US" w:eastAsia="en-US"/>
    </w:rPr>
    <w:tblPr>
      <w:tblStyleRowBandSize w:val="1"/>
      <w:tblStyleColBandSize w:val="1"/>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214">
    <w:name w:val="Цветной список - Акцент 21"/>
    <w:uiPriority w:val="99"/>
    <w:rsid w:val="000B0AE1"/>
    <w:rPr>
      <w:rFonts w:ascii="Cambria" w:eastAsia="MS Mincho" w:hAnsi="Cambria" w:cs="Times New Roman"/>
      <w:color w:val="000000"/>
      <w:lang w:val="en-US" w:eastAsia="en-US"/>
    </w:rPr>
    <w:tblPr>
      <w:tblStyleRowBandSize w:val="1"/>
      <w:tblStyleColBandSize w:val="1"/>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314">
    <w:name w:val="Цветной список - Акцент 31"/>
    <w:uiPriority w:val="99"/>
    <w:rsid w:val="000B0AE1"/>
    <w:rPr>
      <w:rFonts w:ascii="Cambria" w:eastAsia="MS Mincho" w:hAnsi="Cambria" w:cs="Times New Roman"/>
      <w:color w:val="000000"/>
      <w:lang w:val="en-US" w:eastAsia="en-US"/>
    </w:rPr>
    <w:tblPr>
      <w:tblStyleRowBandSize w:val="1"/>
      <w:tblStyleColBandSize w:val="1"/>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414">
    <w:name w:val="Цветной список - Акцент 41"/>
    <w:uiPriority w:val="99"/>
    <w:rsid w:val="000B0AE1"/>
    <w:rPr>
      <w:rFonts w:ascii="Cambria" w:eastAsia="MS Mincho" w:hAnsi="Cambria" w:cs="Times New Roman"/>
      <w:color w:val="000000"/>
      <w:lang w:val="en-US" w:eastAsia="en-US"/>
    </w:rPr>
    <w:tblPr>
      <w:tblStyleRowBandSize w:val="1"/>
      <w:tblStyleColBandSize w:val="1"/>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514">
    <w:name w:val="Цветной список - Акцент 51"/>
    <w:uiPriority w:val="99"/>
    <w:rsid w:val="000B0AE1"/>
    <w:rPr>
      <w:rFonts w:ascii="Cambria" w:eastAsia="MS Mincho" w:hAnsi="Cambria" w:cs="Times New Roman"/>
      <w:color w:val="000000"/>
      <w:lang w:val="en-US" w:eastAsia="en-US"/>
    </w:rPr>
    <w:tblPr>
      <w:tblStyleRowBandSize w:val="1"/>
      <w:tblStyleColBandSize w:val="1"/>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614">
    <w:name w:val="Цветной список - Акцент 61"/>
    <w:uiPriority w:val="99"/>
    <w:rsid w:val="000B0AE1"/>
    <w:rPr>
      <w:rFonts w:ascii="Cambria" w:eastAsia="MS Mincho" w:hAnsi="Cambria" w:cs="Times New Roman"/>
      <w:color w:val="000000"/>
      <w:lang w:val="en-US" w:eastAsia="en-US"/>
    </w:rPr>
    <w:tblPr>
      <w:tblStyleRowBandSize w:val="1"/>
      <w:tblStyleColBandSize w:val="1"/>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1fff">
    <w:name w:val="Цветная сетка1"/>
    <w:uiPriority w:val="99"/>
    <w:rsid w:val="000B0AE1"/>
    <w:rPr>
      <w:rFonts w:ascii="Cambria" w:eastAsia="MS Mincho" w:hAnsi="Cambria" w:cs="Times New Roma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15">
    <w:name w:val="Цветная сетка - Акцент 11"/>
    <w:uiPriority w:val="99"/>
    <w:rsid w:val="000B0AE1"/>
    <w:rPr>
      <w:rFonts w:ascii="Cambria" w:eastAsia="MS Mincho" w:hAnsi="Cambria" w:cs="Times New Roma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215">
    <w:name w:val="Цветная сетка - Акцент 21"/>
    <w:uiPriority w:val="99"/>
    <w:rsid w:val="000B0AE1"/>
    <w:rPr>
      <w:rFonts w:ascii="Cambria" w:eastAsia="MS Mincho" w:hAnsi="Cambria" w:cs="Times New Roma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315">
    <w:name w:val="Цветная сетка - Акцент 31"/>
    <w:uiPriority w:val="99"/>
    <w:rsid w:val="000B0AE1"/>
    <w:rPr>
      <w:rFonts w:ascii="Cambria" w:eastAsia="MS Mincho" w:hAnsi="Cambria" w:cs="Times New Roma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415">
    <w:name w:val="Цветная сетка - Акцент 41"/>
    <w:uiPriority w:val="99"/>
    <w:rsid w:val="000B0AE1"/>
    <w:rPr>
      <w:rFonts w:ascii="Cambria" w:eastAsia="MS Mincho" w:hAnsi="Cambria" w:cs="Times New Roma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515">
    <w:name w:val="Цветная сетка - Акцент 51"/>
    <w:uiPriority w:val="99"/>
    <w:rsid w:val="000B0AE1"/>
    <w:rPr>
      <w:rFonts w:ascii="Cambria" w:eastAsia="MS Mincho" w:hAnsi="Cambria" w:cs="Times New Roma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615">
    <w:name w:val="Цветная сетка - Акцент 61"/>
    <w:uiPriority w:val="99"/>
    <w:rsid w:val="000B0AE1"/>
    <w:rPr>
      <w:rFonts w:ascii="Cambria" w:eastAsia="MS Mincho" w:hAnsi="Cambria" w:cs="Times New Roma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style-scope">
    <w:name w:val="style-scope"/>
    <w:uiPriority w:val="99"/>
    <w:rsid w:val="000B0AE1"/>
  </w:style>
  <w:style w:type="paragraph" w:customStyle="1" w:styleId="2b">
    <w:name w:val="Название2"/>
    <w:basedOn w:val="Normal"/>
    <w:uiPriority w:val="99"/>
    <w:rsid w:val="000B0AE1"/>
    <w:pPr>
      <w:suppressLineNumbers/>
      <w:suppressAutoHyphens/>
      <w:spacing w:before="120" w:after="120"/>
    </w:pPr>
    <w:rPr>
      <w:rFonts w:ascii="Times New Roman" w:hAnsi="Times New Roman" w:cs="Lucida Sans"/>
      <w:i/>
      <w:iCs/>
      <w:color w:val="auto"/>
      <w:lang w:eastAsia="en-US"/>
    </w:rPr>
  </w:style>
  <w:style w:type="paragraph" w:customStyle="1" w:styleId="119">
    <w:name w:val="Оглавление 11"/>
    <w:basedOn w:val="Normal"/>
    <w:uiPriority w:val="99"/>
    <w:rsid w:val="000B0AE1"/>
    <w:pPr>
      <w:suppressAutoHyphens/>
      <w:spacing w:before="140"/>
      <w:ind w:left="117"/>
    </w:pPr>
    <w:rPr>
      <w:rFonts w:ascii="Times New Roman" w:hAnsi="Times New Roman" w:cs="Times New Roman"/>
      <w:color w:val="auto"/>
      <w:sz w:val="20"/>
      <w:szCs w:val="20"/>
      <w:lang w:eastAsia="en-US"/>
    </w:rPr>
  </w:style>
  <w:style w:type="paragraph" w:customStyle="1" w:styleId="21f">
    <w:name w:val="Оглавление 21"/>
    <w:basedOn w:val="Normal"/>
    <w:uiPriority w:val="99"/>
    <w:rsid w:val="000B0AE1"/>
    <w:pPr>
      <w:suppressAutoHyphens/>
      <w:spacing w:before="20"/>
      <w:ind w:left="343"/>
    </w:pPr>
    <w:rPr>
      <w:rFonts w:ascii="Times New Roman" w:hAnsi="Times New Roman" w:cs="Times New Roman"/>
      <w:color w:val="auto"/>
      <w:sz w:val="20"/>
      <w:szCs w:val="20"/>
      <w:lang w:eastAsia="en-US"/>
    </w:rPr>
  </w:style>
  <w:style w:type="paragraph" w:customStyle="1" w:styleId="319">
    <w:name w:val="Оглавление 31"/>
    <w:basedOn w:val="Normal"/>
    <w:uiPriority w:val="99"/>
    <w:rsid w:val="000B0AE1"/>
    <w:pPr>
      <w:suppressAutoHyphens/>
      <w:spacing w:before="20"/>
      <w:ind w:left="761" w:hanging="192"/>
    </w:pPr>
    <w:rPr>
      <w:rFonts w:ascii="Times New Roman" w:hAnsi="Times New Roman" w:cs="Times New Roman"/>
      <w:color w:val="auto"/>
      <w:sz w:val="20"/>
      <w:szCs w:val="20"/>
      <w:lang w:eastAsia="en-US"/>
    </w:rPr>
  </w:style>
  <w:style w:type="paragraph" w:customStyle="1" w:styleId="aff">
    <w:name w:val="Заглавие"/>
    <w:basedOn w:val="Normal"/>
    <w:uiPriority w:val="99"/>
    <w:rsid w:val="000B0AE1"/>
    <w:pPr>
      <w:suppressAutoHyphens/>
      <w:ind w:left="433" w:right="433"/>
      <w:jc w:val="center"/>
    </w:pPr>
    <w:rPr>
      <w:rFonts w:ascii="Verdana" w:hAnsi="Verdana" w:cs="Verdana"/>
      <w:color w:val="auto"/>
      <w:sz w:val="90"/>
      <w:szCs w:val="90"/>
      <w:lang w:eastAsia="en-US"/>
    </w:rPr>
  </w:style>
  <w:style w:type="character" w:customStyle="1" w:styleId="aff0">
    <w:name w:val="Название Знак"/>
    <w:uiPriority w:val="99"/>
    <w:rsid w:val="000B0AE1"/>
    <w:rPr>
      <w:rFonts w:ascii="Verdana" w:eastAsia="Times New Roman" w:hAnsi="Verdana"/>
      <w:sz w:val="90"/>
    </w:rPr>
  </w:style>
  <w:style w:type="character" w:customStyle="1" w:styleId="ListLabel2">
    <w:name w:val="ListLabel 2"/>
    <w:uiPriority w:val="99"/>
    <w:rsid w:val="000B0AE1"/>
    <w:rPr>
      <w:lang w:val="ru-RU" w:eastAsia="en-US"/>
    </w:rPr>
  </w:style>
  <w:style w:type="character" w:customStyle="1" w:styleId="ListLabel3">
    <w:name w:val="ListLabel 3"/>
    <w:uiPriority w:val="99"/>
    <w:rsid w:val="000B0AE1"/>
    <w:rPr>
      <w:rFonts w:ascii="Trebuchet MS" w:eastAsia="Times New Roman" w:hAnsi="Trebuchet MS"/>
      <w:color w:val="231F20"/>
      <w:w w:val="98"/>
      <w:sz w:val="22"/>
      <w:lang w:val="ru-RU" w:eastAsia="en-US"/>
    </w:rPr>
  </w:style>
  <w:style w:type="character" w:customStyle="1" w:styleId="ListLabel4">
    <w:name w:val="ListLabel 4"/>
    <w:uiPriority w:val="99"/>
    <w:rsid w:val="000B0AE1"/>
    <w:rPr>
      <w:rFonts w:ascii="Tahoma" w:eastAsia="Times New Roman" w:hAnsi="Tahoma"/>
      <w:color w:val="231F20"/>
      <w:w w:val="98"/>
      <w:sz w:val="22"/>
      <w:lang w:val="ru-RU" w:eastAsia="en-US"/>
    </w:rPr>
  </w:style>
  <w:style w:type="character" w:customStyle="1" w:styleId="ListLabel5">
    <w:name w:val="ListLabel 5"/>
    <w:uiPriority w:val="99"/>
    <w:rsid w:val="000B0AE1"/>
    <w:rPr>
      <w:rFonts w:ascii="Tahoma" w:eastAsia="Times New Roman" w:hAnsi="Tahoma"/>
      <w:color w:val="231F20"/>
      <w:spacing w:val="-4"/>
      <w:w w:val="98"/>
      <w:sz w:val="22"/>
      <w:lang w:val="ru-RU" w:eastAsia="en-US"/>
    </w:rPr>
  </w:style>
  <w:style w:type="character" w:customStyle="1" w:styleId="ListLabel6">
    <w:name w:val="ListLabel 6"/>
    <w:uiPriority w:val="99"/>
    <w:rsid w:val="000B0AE1"/>
    <w:rPr>
      <w:rFonts w:ascii="Times New Roman" w:hAnsi="Times New Roman"/>
      <w:color w:val="231F20"/>
      <w:w w:val="119"/>
      <w:sz w:val="20"/>
      <w:lang w:val="ru-RU" w:eastAsia="en-US"/>
    </w:rPr>
  </w:style>
  <w:style w:type="table" w:customStyle="1" w:styleId="TableNormal1">
    <w:name w:val="Table Normal1"/>
    <w:uiPriority w:val="99"/>
    <w:semiHidden/>
    <w:rsid w:val="000B0AE1"/>
    <w:rPr>
      <w:rFonts w:ascii="Calibri" w:hAnsi="Calibri" w:cs="Times New Roman"/>
      <w:lang w:val="en-US" w:eastAsia="en-US"/>
    </w:rPr>
    <w:tblPr>
      <w:tblCellMar>
        <w:top w:w="0" w:type="dxa"/>
        <w:left w:w="0" w:type="dxa"/>
        <w:bottom w:w="0" w:type="dxa"/>
        <w:right w:w="0" w:type="dxa"/>
      </w:tblCellMar>
    </w:tblPr>
  </w:style>
  <w:style w:type="character" w:customStyle="1" w:styleId="bold0">
    <w:name w:val="bold"/>
    <w:uiPriority w:val="99"/>
    <w:rsid w:val="000B0AE1"/>
  </w:style>
  <w:style w:type="paragraph" w:customStyle="1" w:styleId="Heading">
    <w:name w:val="Heading"/>
    <w:basedOn w:val="Standard"/>
    <w:next w:val="Textbody"/>
    <w:uiPriority w:val="99"/>
    <w:rsid w:val="00DE5D44"/>
    <w:pPr>
      <w:keepNext/>
      <w:widowControl/>
      <w:autoSpaceDN w:val="0"/>
      <w:spacing w:before="240" w:after="120" w:line="251" w:lineRule="auto"/>
    </w:pPr>
    <w:rPr>
      <w:rFonts w:ascii="Arial" w:eastAsia="Microsoft YaHei" w:hAnsi="Arial" w:cs="Lucida Sans"/>
      <w:kern w:val="0"/>
      <w:sz w:val="28"/>
      <w:szCs w:val="28"/>
      <w:lang w:val="ru-RU" w:eastAsia="ru-RU"/>
    </w:rPr>
  </w:style>
  <w:style w:type="paragraph" w:customStyle="1" w:styleId="Textbody">
    <w:name w:val="Text body"/>
    <w:basedOn w:val="Standard"/>
    <w:uiPriority w:val="99"/>
    <w:rsid w:val="00DE5D44"/>
    <w:pPr>
      <w:widowControl/>
      <w:autoSpaceDN w:val="0"/>
      <w:spacing w:after="140" w:line="276" w:lineRule="auto"/>
    </w:pPr>
    <w:rPr>
      <w:rFonts w:ascii="Calibri" w:hAnsi="Calibri" w:cs="Times New Roman"/>
      <w:kern w:val="0"/>
      <w:sz w:val="22"/>
      <w:szCs w:val="22"/>
      <w:lang w:val="ru-RU" w:eastAsia="ru-RU"/>
    </w:rPr>
  </w:style>
  <w:style w:type="paragraph" w:customStyle="1" w:styleId="Index">
    <w:name w:val="Index"/>
    <w:basedOn w:val="Standard"/>
    <w:uiPriority w:val="99"/>
    <w:rsid w:val="00DE5D44"/>
    <w:pPr>
      <w:widowControl/>
      <w:suppressLineNumbers/>
      <w:autoSpaceDN w:val="0"/>
      <w:spacing w:after="160" w:line="251" w:lineRule="auto"/>
    </w:pPr>
    <w:rPr>
      <w:rFonts w:ascii="Calibri" w:hAnsi="Calibri" w:cs="Lucida Sans"/>
      <w:kern w:val="0"/>
      <w:szCs w:val="22"/>
      <w:lang w:val="ru-RU" w:eastAsia="ru-RU"/>
    </w:rPr>
  </w:style>
  <w:style w:type="paragraph" w:customStyle="1" w:styleId="Contents1">
    <w:name w:val="Contents 1"/>
    <w:basedOn w:val="Standard"/>
    <w:next w:val="Standard"/>
    <w:autoRedefine/>
    <w:uiPriority w:val="99"/>
    <w:rsid w:val="00DE5D44"/>
    <w:pPr>
      <w:widowControl/>
      <w:tabs>
        <w:tab w:val="right" w:leader="dot" w:pos="6226"/>
      </w:tabs>
      <w:autoSpaceDN w:val="0"/>
      <w:spacing w:after="100" w:line="251" w:lineRule="auto"/>
      <w:jc w:val="both"/>
    </w:pPr>
    <w:rPr>
      <w:rFonts w:ascii="Calibri" w:hAnsi="Calibri" w:cs="Times New Roman"/>
      <w:kern w:val="0"/>
      <w:sz w:val="22"/>
      <w:szCs w:val="22"/>
      <w:lang w:val="ru-RU" w:eastAsia="ru-RU"/>
    </w:rPr>
  </w:style>
  <w:style w:type="paragraph" w:customStyle="1" w:styleId="Contents2">
    <w:name w:val="Contents 2"/>
    <w:basedOn w:val="Standard"/>
    <w:next w:val="Standard"/>
    <w:autoRedefine/>
    <w:uiPriority w:val="99"/>
    <w:rsid w:val="00DE5D44"/>
    <w:pPr>
      <w:widowControl/>
      <w:tabs>
        <w:tab w:val="right" w:leader="dot" w:pos="6446"/>
      </w:tabs>
      <w:autoSpaceDN w:val="0"/>
      <w:spacing w:after="100" w:line="251" w:lineRule="auto"/>
      <w:ind w:left="220"/>
      <w:jc w:val="both"/>
    </w:pPr>
    <w:rPr>
      <w:rFonts w:ascii="Calibri" w:hAnsi="Calibri" w:cs="Times New Roman"/>
      <w:kern w:val="0"/>
      <w:sz w:val="22"/>
      <w:szCs w:val="22"/>
      <w:lang w:val="ru-RU" w:eastAsia="ru-RU"/>
    </w:rPr>
  </w:style>
  <w:style w:type="paragraph" w:customStyle="1" w:styleId="Contents3">
    <w:name w:val="Contents 3"/>
    <w:basedOn w:val="Standard"/>
    <w:next w:val="Standard"/>
    <w:autoRedefine/>
    <w:uiPriority w:val="99"/>
    <w:rsid w:val="00DE5D44"/>
    <w:pPr>
      <w:widowControl/>
      <w:autoSpaceDN w:val="0"/>
      <w:spacing w:after="100" w:line="251" w:lineRule="auto"/>
      <w:ind w:left="440"/>
    </w:pPr>
    <w:rPr>
      <w:rFonts w:ascii="Calibri" w:hAnsi="Calibri" w:cs="Times New Roman"/>
      <w:kern w:val="0"/>
      <w:sz w:val="22"/>
      <w:szCs w:val="22"/>
      <w:lang w:val="ru-RU" w:eastAsia="ru-RU"/>
    </w:rPr>
  </w:style>
  <w:style w:type="paragraph" w:customStyle="1" w:styleId="HeaderandFooter">
    <w:name w:val="Header and Footer"/>
    <w:basedOn w:val="Standard"/>
    <w:uiPriority w:val="99"/>
    <w:rsid w:val="00DE5D44"/>
    <w:pPr>
      <w:widowControl/>
      <w:autoSpaceDN w:val="0"/>
      <w:spacing w:after="160" w:line="251" w:lineRule="auto"/>
    </w:pPr>
    <w:rPr>
      <w:rFonts w:ascii="Calibri" w:hAnsi="Calibri" w:cs="Times New Roman"/>
      <w:kern w:val="0"/>
      <w:sz w:val="22"/>
      <w:szCs w:val="22"/>
      <w:lang w:val="ru-RU" w:eastAsia="ru-RU"/>
    </w:rPr>
  </w:style>
  <w:style w:type="paragraph" w:customStyle="1" w:styleId="Footnote1">
    <w:name w:val="Footnote"/>
    <w:basedOn w:val="Standard"/>
    <w:uiPriority w:val="99"/>
    <w:rsid w:val="00DE5D44"/>
    <w:pPr>
      <w:widowControl/>
      <w:autoSpaceDN w:val="0"/>
      <w:spacing w:after="160" w:line="251" w:lineRule="auto"/>
    </w:pPr>
    <w:rPr>
      <w:rFonts w:ascii="Calibri" w:hAnsi="Calibri" w:cs="Times New Roman"/>
      <w:kern w:val="0"/>
      <w:sz w:val="22"/>
      <w:szCs w:val="22"/>
      <w:lang w:val="ru-RU" w:eastAsia="ru-RU"/>
    </w:rPr>
  </w:style>
  <w:style w:type="character" w:customStyle="1" w:styleId="Book">
    <w:name w:val="Book"/>
    <w:uiPriority w:val="99"/>
    <w:rsid w:val="00DE5D44"/>
  </w:style>
  <w:style w:type="character" w:customStyle="1" w:styleId="h3tracking">
    <w:name w:val="h3_tracking"/>
    <w:uiPriority w:val="99"/>
    <w:rsid w:val="00DE5D44"/>
    <w:rPr>
      <w:rFonts w:ascii="SchoolBookSanPin-Bold" w:eastAsia="Times New Roman" w:hAnsi="SchoolBookSanPin-Bold"/>
      <w:b/>
    </w:rPr>
  </w:style>
  <w:style w:type="character" w:customStyle="1" w:styleId="Internetlink">
    <w:name w:val="Internet link"/>
    <w:uiPriority w:val="99"/>
    <w:rsid w:val="00DE5D44"/>
    <w:rPr>
      <w:color w:val="0563C1"/>
      <w:u w:val="single"/>
    </w:rPr>
  </w:style>
  <w:style w:type="character" w:customStyle="1" w:styleId="IndexLink">
    <w:name w:val="Index Link"/>
    <w:uiPriority w:val="99"/>
    <w:rsid w:val="00DE5D44"/>
  </w:style>
  <w:style w:type="character" w:customStyle="1" w:styleId="FootnoteSymbol">
    <w:name w:val="Footnote Symbol"/>
    <w:uiPriority w:val="99"/>
    <w:rsid w:val="00DE5D44"/>
  </w:style>
  <w:style w:type="character" w:customStyle="1" w:styleId="Footnoteanchor">
    <w:name w:val="Footnote anchor"/>
    <w:uiPriority w:val="99"/>
    <w:rsid w:val="00DE5D44"/>
    <w:rPr>
      <w:position w:val="0"/>
      <w:vertAlign w:val="superscript"/>
    </w:rPr>
  </w:style>
  <w:style w:type="paragraph" w:styleId="HTMLPreformatted">
    <w:name w:val="HTML Preformatted"/>
    <w:basedOn w:val="Normal"/>
    <w:link w:val="HTMLPreformattedChar"/>
    <w:uiPriority w:val="99"/>
    <w:rsid w:val="00B725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cs="Times New Roman"/>
      <w:color w:val="auto"/>
      <w:sz w:val="20"/>
      <w:szCs w:val="20"/>
      <w:lang w:eastAsia="ar-SA"/>
    </w:rPr>
  </w:style>
  <w:style w:type="character" w:customStyle="1" w:styleId="HTMLPreformattedChar">
    <w:name w:val="HTML Preformatted Char"/>
    <w:basedOn w:val="DefaultParagraphFont"/>
    <w:link w:val="HTMLPreformatted"/>
    <w:uiPriority w:val="99"/>
    <w:locked/>
    <w:rsid w:val="00B725B2"/>
    <w:rPr>
      <w:lang w:eastAsia="ar-SA" w:bidi="ar-SA"/>
    </w:rPr>
  </w:style>
  <w:style w:type="character" w:customStyle="1" w:styleId="c20">
    <w:name w:val="c20"/>
    <w:uiPriority w:val="99"/>
    <w:rsid w:val="00B725B2"/>
  </w:style>
  <w:style w:type="character" w:customStyle="1" w:styleId="FontStyle40">
    <w:name w:val="Font Style40"/>
    <w:uiPriority w:val="99"/>
    <w:rsid w:val="00D03D6E"/>
    <w:rPr>
      <w:rFonts w:ascii="Arial" w:hAnsi="Arial"/>
      <w:b/>
      <w:sz w:val="18"/>
    </w:rPr>
  </w:style>
  <w:style w:type="paragraph" w:customStyle="1" w:styleId="text">
    <w:name w:val="text"/>
    <w:basedOn w:val="Normal"/>
    <w:uiPriority w:val="99"/>
    <w:rsid w:val="00D03D6E"/>
    <w:pPr>
      <w:autoSpaceDE w:val="0"/>
      <w:autoSpaceDN w:val="0"/>
      <w:adjustRightInd w:val="0"/>
      <w:spacing w:line="288" w:lineRule="auto"/>
      <w:ind w:firstLine="283"/>
      <w:jc w:val="both"/>
      <w:textAlignment w:val="center"/>
    </w:pPr>
    <w:rPr>
      <w:rFonts w:ascii="SchoolBookC" w:hAnsi="SchoolBookC" w:cs="SchoolBookC"/>
      <w:sz w:val="22"/>
      <w:szCs w:val="22"/>
      <w:lang w:val="en-US"/>
    </w:rPr>
  </w:style>
  <w:style w:type="character" w:customStyle="1" w:styleId="c72">
    <w:name w:val="c72"/>
    <w:uiPriority w:val="99"/>
    <w:rsid w:val="00D03D6E"/>
  </w:style>
  <w:style w:type="character" w:customStyle="1" w:styleId="c50">
    <w:name w:val="c50"/>
    <w:uiPriority w:val="99"/>
    <w:rsid w:val="00D03D6E"/>
  </w:style>
  <w:style w:type="numbering" w:customStyle="1" w:styleId="3">
    <w:name w:val="Нет списка3"/>
    <w:rsid w:val="00B54120"/>
    <w:pPr>
      <w:numPr>
        <w:numId w:val="250"/>
      </w:numPr>
    </w:pPr>
  </w:style>
</w:styles>
</file>

<file path=word/webSettings.xml><?xml version="1.0" encoding="utf-8"?>
<w:webSettings xmlns:r="http://schemas.openxmlformats.org/officeDocument/2006/relationships" xmlns:w="http://schemas.openxmlformats.org/wordprocessingml/2006/main">
  <w:divs>
    <w:div w:id="1353191785">
      <w:marLeft w:val="0"/>
      <w:marRight w:val="0"/>
      <w:marTop w:val="0"/>
      <w:marBottom w:val="0"/>
      <w:divBdr>
        <w:top w:val="none" w:sz="0" w:space="0" w:color="auto"/>
        <w:left w:val="none" w:sz="0" w:space="0" w:color="auto"/>
        <w:bottom w:val="none" w:sz="0" w:space="0" w:color="auto"/>
        <w:right w:val="none" w:sz="0" w:space="0" w:color="auto"/>
      </w:divBdr>
    </w:div>
    <w:div w:id="1353191786">
      <w:marLeft w:val="0"/>
      <w:marRight w:val="0"/>
      <w:marTop w:val="0"/>
      <w:marBottom w:val="0"/>
      <w:divBdr>
        <w:top w:val="none" w:sz="0" w:space="0" w:color="auto"/>
        <w:left w:val="none" w:sz="0" w:space="0" w:color="auto"/>
        <w:bottom w:val="none" w:sz="0" w:space="0" w:color="auto"/>
        <w:right w:val="none" w:sz="0" w:space="0" w:color="auto"/>
      </w:divBdr>
    </w:div>
    <w:div w:id="1353191787">
      <w:marLeft w:val="0"/>
      <w:marRight w:val="0"/>
      <w:marTop w:val="0"/>
      <w:marBottom w:val="0"/>
      <w:divBdr>
        <w:top w:val="none" w:sz="0" w:space="0" w:color="auto"/>
        <w:left w:val="none" w:sz="0" w:space="0" w:color="auto"/>
        <w:bottom w:val="none" w:sz="0" w:space="0" w:color="auto"/>
        <w:right w:val="none" w:sz="0" w:space="0" w:color="auto"/>
      </w:divBdr>
    </w:div>
    <w:div w:id="13531917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gramma.ru/RUS/" TargetMode="External"/><Relationship Id="rId671" Type="http://schemas.openxmlformats.org/officeDocument/2006/relationships/hyperlink" Target="https://&#1091;&#1088;&#1086;&#1082;.&#1088;&#1092;/" TargetMode="External"/><Relationship Id="rId769" Type="http://schemas.openxmlformats.org/officeDocument/2006/relationships/hyperlink" Target="https://resh.edu.ru/subject/9/" TargetMode="External"/><Relationship Id="rId21" Type="http://schemas.openxmlformats.org/officeDocument/2006/relationships/hyperlink" Target="http://orthographia.ru/" TargetMode="External"/><Relationship Id="rId324" Type="http://schemas.openxmlformats.org/officeDocument/2006/relationships/hyperlink" Target="http://school-collection.edu.ru/catalog/teacher" TargetMode="External"/><Relationship Id="rId531" Type="http://schemas.openxmlformats.org/officeDocument/2006/relationships/hyperlink" Target="https://resh.edu.ru/subject/lesson/7169/start/308396/" TargetMode="External"/><Relationship Id="rId629" Type="http://schemas.openxmlformats.org/officeDocument/2006/relationships/hyperlink" Target="https://www.uchportal.ru/" TargetMode="External"/><Relationship Id="rId170" Type="http://schemas.openxmlformats.org/officeDocument/2006/relationships/hyperlink" Target="https://prosv.ru/static/tsok" TargetMode="External"/><Relationship Id="rId836" Type="http://schemas.openxmlformats.org/officeDocument/2006/relationships/header" Target="header14.xml"/><Relationship Id="rId268" Type="http://schemas.openxmlformats.org/officeDocument/2006/relationships/hyperlink" Target="https://resh.edu.ru/subject/14/5/" TargetMode="External"/><Relationship Id="rId475" Type="http://schemas.openxmlformats.org/officeDocument/2006/relationships/hyperlink" Target="https://resh.edu.ru/subject/lesson/7608/start/243562/" TargetMode="External"/><Relationship Id="rId682" Type="http://schemas.openxmlformats.org/officeDocument/2006/relationships/hyperlink" Target="https://&#1091;&#1088;&#1086;&#1082;.&#1088;&#1092;/" TargetMode="External"/><Relationship Id="rId32" Type="http://schemas.openxmlformats.org/officeDocument/2006/relationships/hyperlink" Target="https://resh.edu.ru/subject/13/" TargetMode="External"/><Relationship Id="rId128" Type="http://schemas.openxmlformats.org/officeDocument/2006/relationships/hyperlink" Target="https://resh.edu.ru/subject/13/" TargetMode="External"/><Relationship Id="rId335" Type="http://schemas.openxmlformats.org/officeDocument/2006/relationships/hyperlink" Target="https://educont.ru/" TargetMode="External"/><Relationship Id="rId542" Type="http://schemas.openxmlformats.org/officeDocument/2006/relationships/hyperlink" Target="https://www.youtube.com/watch?v=j2qskSJ7O1I" TargetMode="External"/><Relationship Id="rId181" Type="http://schemas.openxmlformats.org/officeDocument/2006/relationships/hyperlink" Target="https://resh.edu.ru/subject/13/" TargetMode="External"/><Relationship Id="rId402" Type="http://schemas.openxmlformats.org/officeDocument/2006/relationships/hyperlink" Target="http://school-collection.edu.ru/catalog/teacher" TargetMode="External"/><Relationship Id="rId847" Type="http://schemas.openxmlformats.org/officeDocument/2006/relationships/footer" Target="footer43.xml"/><Relationship Id="rId279" Type="http://schemas.openxmlformats.org/officeDocument/2006/relationships/hyperlink" Target="http://school-collection.edu.ru/catalog/teacher" TargetMode="External"/><Relationship Id="rId486" Type="http://schemas.openxmlformats.org/officeDocument/2006/relationships/hyperlink" Target="https://resh.edu.ru/subject/lesson/7597/start/308428/" TargetMode="External"/><Relationship Id="rId693" Type="http://schemas.openxmlformats.org/officeDocument/2006/relationships/hyperlink" Target="https://resh.edu.ru/subject/9/" TargetMode="External"/><Relationship Id="rId707" Type="http://schemas.openxmlformats.org/officeDocument/2006/relationships/hyperlink" Target="https://&#1091;&#1088;&#1086;&#1082;.&#1088;&#1092;/" TargetMode="External"/><Relationship Id="rId43" Type="http://schemas.openxmlformats.org/officeDocument/2006/relationships/hyperlink" Target="https://resh.edu.ru/subject/13/" TargetMode="External"/><Relationship Id="rId139" Type="http://schemas.openxmlformats.org/officeDocument/2006/relationships/hyperlink" Target="https://prosv.ru/static/tsok" TargetMode="External"/><Relationship Id="rId346" Type="http://schemas.openxmlformats.org/officeDocument/2006/relationships/hyperlink" Target="https://resh.edu.ru/subject/14/5/" TargetMode="External"/><Relationship Id="rId553" Type="http://schemas.openxmlformats.org/officeDocument/2006/relationships/hyperlink" Target="https://resh.edu.ru/subject/lesson/3193/start/" TargetMode="External"/><Relationship Id="rId760" Type="http://schemas.openxmlformats.org/officeDocument/2006/relationships/hyperlink" Target="https://resh.edu.ru/subject/9/" TargetMode="External"/><Relationship Id="rId192" Type="http://schemas.openxmlformats.org/officeDocument/2006/relationships/hyperlink" Target="https://resh.edu.ru/subject/13/" TargetMode="External"/><Relationship Id="rId206" Type="http://schemas.openxmlformats.org/officeDocument/2006/relationships/hyperlink" Target="https://educont.ru/" TargetMode="External"/><Relationship Id="rId413" Type="http://schemas.openxmlformats.org/officeDocument/2006/relationships/hyperlink" Target="https://educont.ru/" TargetMode="External"/><Relationship Id="rId497" Type="http://schemas.openxmlformats.org/officeDocument/2006/relationships/hyperlink" Target="https://resh.edu.ru/subject/lesson/7594/start/243438/" TargetMode="External"/><Relationship Id="rId620" Type="http://schemas.openxmlformats.org/officeDocument/2006/relationships/hyperlink" Target="https://www.uchportal.ru/" TargetMode="External"/><Relationship Id="rId718" Type="http://schemas.openxmlformats.org/officeDocument/2006/relationships/hyperlink" Target="https://resh.edu.ru/subject/9/" TargetMode="External"/><Relationship Id="rId357" Type="http://schemas.openxmlformats.org/officeDocument/2006/relationships/hyperlink" Target="http://school-collection.edu.ru/catalog/teacher" TargetMode="External"/><Relationship Id="rId54" Type="http://schemas.openxmlformats.org/officeDocument/2006/relationships/hyperlink" Target="http://school-collection.edu.ru/catalog/" TargetMode="External"/><Relationship Id="rId217" Type="http://schemas.openxmlformats.org/officeDocument/2006/relationships/hyperlink" Target="https://resh.edu.ru/subject/14/5/" TargetMode="External"/><Relationship Id="rId564" Type="http://schemas.openxmlformats.org/officeDocument/2006/relationships/hyperlink" Target="https://resh.edu.ru/subject/lesson/663/" TargetMode="External"/><Relationship Id="rId771" Type="http://schemas.openxmlformats.org/officeDocument/2006/relationships/hyperlink" Target="https://resh.edu.ru/subject/9/" TargetMode="External"/><Relationship Id="rId424" Type="http://schemas.openxmlformats.org/officeDocument/2006/relationships/hyperlink" Target="https://resh.edu.ru/subject/14/5/" TargetMode="External"/><Relationship Id="rId631" Type="http://schemas.openxmlformats.org/officeDocument/2006/relationships/hyperlink" Target="https://www.uchportal.ru/" TargetMode="External"/><Relationship Id="rId729" Type="http://schemas.openxmlformats.org/officeDocument/2006/relationships/hyperlink" Target="https://resh.edu.ru/subject/9/" TargetMode="External"/><Relationship Id="rId270" Type="http://schemas.openxmlformats.org/officeDocument/2006/relationships/hyperlink" Target="http://school-collection.edu.ru/catalog/teacher" TargetMode="External"/><Relationship Id="rId65" Type="http://schemas.openxmlformats.org/officeDocument/2006/relationships/hyperlink" Target="https://resh.edu.ru/subject/13/" TargetMode="External"/><Relationship Id="rId130" Type="http://schemas.openxmlformats.org/officeDocument/2006/relationships/hyperlink" Target="https://resh.edu.ru/subject/13/" TargetMode="External"/><Relationship Id="rId368" Type="http://schemas.openxmlformats.org/officeDocument/2006/relationships/hyperlink" Target="https://educont.ru/" TargetMode="External"/><Relationship Id="rId575" Type="http://schemas.openxmlformats.org/officeDocument/2006/relationships/hyperlink" Target="https://iu.ru/video-lessons/83181598-e37d-4dce-a42d-201120fc866d" TargetMode="External"/><Relationship Id="rId782" Type="http://schemas.openxmlformats.org/officeDocument/2006/relationships/hyperlink" Target="https://www.uchportal.ru/" TargetMode="External"/><Relationship Id="rId172" Type="http://schemas.openxmlformats.org/officeDocument/2006/relationships/hyperlink" Target="https://resh.edu.ru/subject/13/" TargetMode="External"/><Relationship Id="rId228" Type="http://schemas.openxmlformats.org/officeDocument/2006/relationships/hyperlink" Target="http://school-collection.edu.ru/catalog/teacher" TargetMode="External"/><Relationship Id="rId435" Type="http://schemas.openxmlformats.org/officeDocument/2006/relationships/hyperlink" Target="http://school-collection.edu.ru/catalog/teacher" TargetMode="External"/><Relationship Id="rId477" Type="http://schemas.openxmlformats.org/officeDocument/2006/relationships/hyperlink" Target="https://resh.edu.ru/subject/lesson/7607/start/243376/" TargetMode="External"/><Relationship Id="rId600" Type="http://schemas.openxmlformats.org/officeDocument/2006/relationships/hyperlink" Target="https://www.fizkult-ura.ru/" TargetMode="External"/><Relationship Id="rId642" Type="http://schemas.openxmlformats.org/officeDocument/2006/relationships/hyperlink" Target="https://www.uchportal.ru/" TargetMode="External"/><Relationship Id="rId684" Type="http://schemas.openxmlformats.org/officeDocument/2006/relationships/hyperlink" Target="https://resh.edu.ru/subject/9/" TargetMode="External"/><Relationship Id="rId281" Type="http://schemas.openxmlformats.org/officeDocument/2006/relationships/hyperlink" Target="https://educont.ru/" TargetMode="External"/><Relationship Id="rId337" Type="http://schemas.openxmlformats.org/officeDocument/2006/relationships/hyperlink" Target="https://resh.edu.ru/subject/14/5/" TargetMode="External"/><Relationship Id="rId502" Type="http://schemas.openxmlformats.org/officeDocument/2006/relationships/footer" Target="footer14.xml"/><Relationship Id="rId34" Type="http://schemas.openxmlformats.org/officeDocument/2006/relationships/hyperlink" Target="https://prosv.ru/static/tsok" TargetMode="External"/><Relationship Id="rId76" Type="http://schemas.openxmlformats.org/officeDocument/2006/relationships/hyperlink" Target="http://gramma.ru/RUS/" TargetMode="External"/><Relationship Id="rId141" Type="http://schemas.openxmlformats.org/officeDocument/2006/relationships/hyperlink" Target="https://resh.edu.ru/subject/13/" TargetMode="External"/><Relationship Id="rId379" Type="http://schemas.openxmlformats.org/officeDocument/2006/relationships/hyperlink" Target="https://resh.edu.ru/subject/14/5/" TargetMode="External"/><Relationship Id="rId544" Type="http://schemas.openxmlformats.org/officeDocument/2006/relationships/hyperlink" Target="https://resh.edu.ru/subject/lesson/3170/start/" TargetMode="External"/><Relationship Id="rId586" Type="http://schemas.openxmlformats.org/officeDocument/2006/relationships/hyperlink" Target="https://resh.edu.ru/subject/lesson/7568/conspect/256122/" TargetMode="External"/><Relationship Id="rId751" Type="http://schemas.openxmlformats.org/officeDocument/2006/relationships/hyperlink" Target="https://resh.edu.ru/subject/9/" TargetMode="External"/><Relationship Id="rId793" Type="http://schemas.openxmlformats.org/officeDocument/2006/relationships/hyperlink" Target="https://clck.ru/rE4ej" TargetMode="External"/><Relationship Id="rId807" Type="http://schemas.openxmlformats.org/officeDocument/2006/relationships/hyperlink" Target="http://www.myshared.ru/slide/393790" TargetMode="External"/><Relationship Id="rId849" Type="http://schemas.openxmlformats.org/officeDocument/2006/relationships/image" Target="media/image2.emf"/><Relationship Id="rId7" Type="http://schemas.openxmlformats.org/officeDocument/2006/relationships/image" Target="media/image1.jpeg"/><Relationship Id="rId183" Type="http://schemas.openxmlformats.org/officeDocument/2006/relationships/hyperlink" Target="http://gramma.ru/RUS/" TargetMode="External"/><Relationship Id="rId239" Type="http://schemas.openxmlformats.org/officeDocument/2006/relationships/hyperlink" Target="https://educont.ru/" TargetMode="External"/><Relationship Id="rId390" Type="http://schemas.openxmlformats.org/officeDocument/2006/relationships/hyperlink" Target="http://school-collection.edu.ru/catalog/teacher" TargetMode="External"/><Relationship Id="rId404" Type="http://schemas.openxmlformats.org/officeDocument/2006/relationships/hyperlink" Target="https://educont.ru/" TargetMode="External"/><Relationship Id="rId446" Type="http://schemas.openxmlformats.org/officeDocument/2006/relationships/hyperlink" Target="https://educont.ru/" TargetMode="External"/><Relationship Id="rId611" Type="http://schemas.openxmlformats.org/officeDocument/2006/relationships/hyperlink" Target="https://&#1091;&#1088;&#1086;&#1082;.&#1088;&#1092;/" TargetMode="External"/><Relationship Id="rId653" Type="http://schemas.openxmlformats.org/officeDocument/2006/relationships/hyperlink" Target="https://&#1091;&#1088;&#1086;&#1082;.&#1088;&#1092;/" TargetMode="External"/><Relationship Id="rId250" Type="http://schemas.openxmlformats.org/officeDocument/2006/relationships/hyperlink" Target="https://resh.edu.ru/subject/14/5/" TargetMode="External"/><Relationship Id="rId292" Type="http://schemas.openxmlformats.org/officeDocument/2006/relationships/hyperlink" Target="https://resh.edu.ru/subject/14/5/" TargetMode="External"/><Relationship Id="rId306" Type="http://schemas.openxmlformats.org/officeDocument/2006/relationships/hyperlink" Target="http://school-collection.edu.ru/catalog/teacher" TargetMode="External"/><Relationship Id="rId488" Type="http://schemas.openxmlformats.org/officeDocument/2006/relationships/hyperlink" Target="https://resh.edu.ru/subject/lesson/6809/start/242570/" TargetMode="External"/><Relationship Id="rId695" Type="http://schemas.openxmlformats.org/officeDocument/2006/relationships/hyperlink" Target="https://resh.edu.ru/subject/9/" TargetMode="External"/><Relationship Id="rId709" Type="http://schemas.openxmlformats.org/officeDocument/2006/relationships/hyperlink" Target="https://&#1091;&#1088;&#1086;&#1082;.&#1088;&#1092;/" TargetMode="External"/><Relationship Id="rId45" Type="http://schemas.openxmlformats.org/officeDocument/2006/relationships/hyperlink" Target="https://resh.edu.ru/subject/13/" TargetMode="External"/><Relationship Id="rId87" Type="http://schemas.openxmlformats.org/officeDocument/2006/relationships/hyperlink" Target="https://resh.edu.ru/subject/13/" TargetMode="External"/><Relationship Id="rId110" Type="http://schemas.openxmlformats.org/officeDocument/2006/relationships/hyperlink" Target="https://resh.edu.ru/subject/13/" TargetMode="External"/><Relationship Id="rId348" Type="http://schemas.openxmlformats.org/officeDocument/2006/relationships/hyperlink" Target="http://school-collection.edu.ru/catalog/teacher" TargetMode="External"/><Relationship Id="rId513" Type="http://schemas.openxmlformats.org/officeDocument/2006/relationships/footer" Target="footer25.xml"/><Relationship Id="rId555" Type="http://schemas.openxmlformats.org/officeDocument/2006/relationships/hyperlink" Target="https://resh.edu.ru/subject/lesson/3412/start/" TargetMode="External"/><Relationship Id="rId597" Type="http://schemas.openxmlformats.org/officeDocument/2006/relationships/hyperlink" Target="https://resh.edu.ru/subject/9/" TargetMode="External"/><Relationship Id="rId720" Type="http://schemas.openxmlformats.org/officeDocument/2006/relationships/hyperlink" Target="https://resh.edu.ru/subject/9/" TargetMode="External"/><Relationship Id="rId762" Type="http://schemas.openxmlformats.org/officeDocument/2006/relationships/hyperlink" Target="https://resh.edu.ru/subject/9/" TargetMode="External"/><Relationship Id="rId818" Type="http://schemas.openxmlformats.org/officeDocument/2006/relationships/hyperlink" Target="http://www.myshared.ru/slide/833948/" TargetMode="External"/><Relationship Id="rId152" Type="http://schemas.openxmlformats.org/officeDocument/2006/relationships/hyperlink" Target="https://resh.edu.ru/subject/13/" TargetMode="External"/><Relationship Id="rId194" Type="http://schemas.openxmlformats.org/officeDocument/2006/relationships/hyperlink" Target="https://prosv.ru/static/tsok" TargetMode="External"/><Relationship Id="rId208" Type="http://schemas.openxmlformats.org/officeDocument/2006/relationships/hyperlink" Target="https://resh.edu.ru/subject/14/5/" TargetMode="External"/><Relationship Id="rId415" Type="http://schemas.openxmlformats.org/officeDocument/2006/relationships/hyperlink" Target="https://resh.edu.ru/subject/14/5/" TargetMode="External"/><Relationship Id="rId457" Type="http://schemas.openxmlformats.org/officeDocument/2006/relationships/hyperlink" Target="https://resh.edu.ru/subject/14/5/" TargetMode="External"/><Relationship Id="rId622" Type="http://schemas.openxmlformats.org/officeDocument/2006/relationships/hyperlink" Target="https://www.uchportal.ru/" TargetMode="External"/><Relationship Id="rId261" Type="http://schemas.openxmlformats.org/officeDocument/2006/relationships/hyperlink" Target="http://school-collection.edu.ru/catalog/teacher" TargetMode="External"/><Relationship Id="rId499" Type="http://schemas.openxmlformats.org/officeDocument/2006/relationships/footer" Target="footer11.xml"/><Relationship Id="rId664" Type="http://schemas.openxmlformats.org/officeDocument/2006/relationships/hyperlink" Target="https://&#1091;&#1088;&#1086;&#1082;.&#1088;&#1092;/" TargetMode="External"/><Relationship Id="rId14" Type="http://schemas.openxmlformats.org/officeDocument/2006/relationships/hyperlink" Target="http://school-collection.edu.ru/catalog/" TargetMode="External"/><Relationship Id="rId56" Type="http://schemas.openxmlformats.org/officeDocument/2006/relationships/hyperlink" Target="https://resh.edu.ru/subject/13/" TargetMode="External"/><Relationship Id="rId317" Type="http://schemas.openxmlformats.org/officeDocument/2006/relationships/hyperlink" Target="https://educont.ru/" TargetMode="External"/><Relationship Id="rId359" Type="http://schemas.openxmlformats.org/officeDocument/2006/relationships/hyperlink" Target="https://educont.ru/" TargetMode="External"/><Relationship Id="rId524" Type="http://schemas.openxmlformats.org/officeDocument/2006/relationships/hyperlink" Target="https://resh.edu.ru/subject/lesson/7432/start/302923/" TargetMode="External"/><Relationship Id="rId566" Type="http://schemas.openxmlformats.org/officeDocument/2006/relationships/hyperlink" Target="https://resh.edu.ru/subject/lesson/7558/start/314300/" TargetMode="External"/><Relationship Id="rId731" Type="http://schemas.openxmlformats.org/officeDocument/2006/relationships/hyperlink" Target="https://&#1091;&#1088;&#1086;&#1082;.&#1088;&#1092;/" TargetMode="External"/><Relationship Id="rId773" Type="http://schemas.openxmlformats.org/officeDocument/2006/relationships/hyperlink" Target="https://&#1091;&#1088;&#1086;&#1082;.&#1088;&#1092;/" TargetMode="External"/><Relationship Id="rId98" Type="http://schemas.openxmlformats.org/officeDocument/2006/relationships/hyperlink" Target="https://resh.edu.ru/subject/13/" TargetMode="External"/><Relationship Id="rId121" Type="http://schemas.openxmlformats.org/officeDocument/2006/relationships/hyperlink" Target="http://school-collection.edu.ru/catalog/" TargetMode="External"/><Relationship Id="rId163" Type="http://schemas.openxmlformats.org/officeDocument/2006/relationships/hyperlink" Target="https://resh.edu.ru/subject/13/" TargetMode="External"/><Relationship Id="rId219" Type="http://schemas.openxmlformats.org/officeDocument/2006/relationships/hyperlink" Target="http://school-collection.edu.ru/catalog/teacher" TargetMode="External"/><Relationship Id="rId370" Type="http://schemas.openxmlformats.org/officeDocument/2006/relationships/hyperlink" Target="https://resh.edu.ru/subject/14/5/" TargetMode="External"/><Relationship Id="rId426" Type="http://schemas.openxmlformats.org/officeDocument/2006/relationships/hyperlink" Target="http://school-collection.edu.ru/catalog/teacher" TargetMode="External"/><Relationship Id="rId633" Type="http://schemas.openxmlformats.org/officeDocument/2006/relationships/hyperlink" Target="https://www.uchportal.ru/" TargetMode="External"/><Relationship Id="rId829" Type="http://schemas.openxmlformats.org/officeDocument/2006/relationships/footer" Target="footer35.xml"/><Relationship Id="rId230" Type="http://schemas.openxmlformats.org/officeDocument/2006/relationships/hyperlink" Target="https://educont.ru/" TargetMode="External"/><Relationship Id="rId468" Type="http://schemas.openxmlformats.org/officeDocument/2006/relationships/footer" Target="footer7.xml"/><Relationship Id="rId675" Type="http://schemas.openxmlformats.org/officeDocument/2006/relationships/hyperlink" Target="https://resh.edu.ru/subject/9/" TargetMode="External"/><Relationship Id="rId840" Type="http://schemas.openxmlformats.org/officeDocument/2006/relationships/hyperlink" Target="http://psyjournals.ru/authors/a1150.shtml" TargetMode="External"/><Relationship Id="rId25" Type="http://schemas.openxmlformats.org/officeDocument/2006/relationships/hyperlink" Target="http://orthographia.ru/" TargetMode="External"/><Relationship Id="rId67" Type="http://schemas.openxmlformats.org/officeDocument/2006/relationships/hyperlink" Target="https://resh.edu.ru/subject/13/" TargetMode="External"/><Relationship Id="rId272" Type="http://schemas.openxmlformats.org/officeDocument/2006/relationships/hyperlink" Target="https://educont.ru/" TargetMode="External"/><Relationship Id="rId328" Type="http://schemas.openxmlformats.org/officeDocument/2006/relationships/hyperlink" Target="https://resh.edu.ru/subject/14/5/" TargetMode="External"/><Relationship Id="rId535" Type="http://schemas.openxmlformats.org/officeDocument/2006/relationships/hyperlink" Target="https://resh.edu.ru/subject/lesson/7174/start/315914/" TargetMode="External"/><Relationship Id="rId577" Type="http://schemas.openxmlformats.org/officeDocument/2006/relationships/hyperlink" Target="https://resh.edu.ru/subject/lesson/7083/start/257620/" TargetMode="External"/><Relationship Id="rId700" Type="http://schemas.openxmlformats.org/officeDocument/2006/relationships/hyperlink" Target="https://resh.edu.ru/subject/9/" TargetMode="External"/><Relationship Id="rId742" Type="http://schemas.openxmlformats.org/officeDocument/2006/relationships/hyperlink" Target="https://&#1091;&#1088;&#1086;&#1082;.&#1088;&#1092;/" TargetMode="External"/><Relationship Id="rId132" Type="http://schemas.openxmlformats.org/officeDocument/2006/relationships/hyperlink" Target="https://prosv.ru/static/tsok" TargetMode="External"/><Relationship Id="rId174" Type="http://schemas.openxmlformats.org/officeDocument/2006/relationships/hyperlink" Target="https://resh.edu.ru/subject/13/" TargetMode="External"/><Relationship Id="rId381" Type="http://schemas.openxmlformats.org/officeDocument/2006/relationships/hyperlink" Target="http://school-collection.edu.ru/catalog/teacher" TargetMode="External"/><Relationship Id="rId602" Type="http://schemas.openxmlformats.org/officeDocument/2006/relationships/hyperlink" Target="https://www.fizkult-ura.ru/" TargetMode="External"/><Relationship Id="rId784" Type="http://schemas.openxmlformats.org/officeDocument/2006/relationships/hyperlink" Target="https://www.uchportal.ru/" TargetMode="External"/><Relationship Id="rId241" Type="http://schemas.openxmlformats.org/officeDocument/2006/relationships/hyperlink" Target="https://resh.edu.ru/subject/14/5/" TargetMode="External"/><Relationship Id="rId437" Type="http://schemas.openxmlformats.org/officeDocument/2006/relationships/hyperlink" Target="https://educont.ru/" TargetMode="External"/><Relationship Id="rId479" Type="http://schemas.openxmlformats.org/officeDocument/2006/relationships/hyperlink" Target="https://resh.edu.ru/subject/lesson/7587/start/243624/" TargetMode="External"/><Relationship Id="rId644" Type="http://schemas.openxmlformats.org/officeDocument/2006/relationships/hyperlink" Target="https://&#1091;&#1088;&#1086;&#1082;.&#1088;&#1092;/" TargetMode="External"/><Relationship Id="rId686" Type="http://schemas.openxmlformats.org/officeDocument/2006/relationships/hyperlink" Target="https://resh.edu.ru/subject/9/" TargetMode="External"/><Relationship Id="rId851" Type="http://schemas.openxmlformats.org/officeDocument/2006/relationships/header" Target="header19.xml"/><Relationship Id="rId36" Type="http://schemas.openxmlformats.org/officeDocument/2006/relationships/hyperlink" Target="https://resh.edu.ru/subject/13/" TargetMode="External"/><Relationship Id="rId283" Type="http://schemas.openxmlformats.org/officeDocument/2006/relationships/hyperlink" Target="https://resh.edu.ru/subject/14/5/" TargetMode="External"/><Relationship Id="rId339" Type="http://schemas.openxmlformats.org/officeDocument/2006/relationships/hyperlink" Target="http://school-collection.edu.ru/catalog/teacher" TargetMode="External"/><Relationship Id="rId490" Type="http://schemas.openxmlformats.org/officeDocument/2006/relationships/hyperlink" Target="https://resh.edu.ru/subject/lesson/7604/start/295288/" TargetMode="External"/><Relationship Id="rId504" Type="http://schemas.openxmlformats.org/officeDocument/2006/relationships/footer" Target="footer16.xml"/><Relationship Id="rId546" Type="http://schemas.openxmlformats.org/officeDocument/2006/relationships/hyperlink" Target="https://resh.edu.ru/subject/lesson/3181/start/" TargetMode="External"/><Relationship Id="rId711" Type="http://schemas.openxmlformats.org/officeDocument/2006/relationships/hyperlink" Target="https://www.uchportal.ru/" TargetMode="External"/><Relationship Id="rId753" Type="http://schemas.openxmlformats.org/officeDocument/2006/relationships/hyperlink" Target="https://resh.edu.ru/subject/9/" TargetMode="External"/><Relationship Id="rId78" Type="http://schemas.openxmlformats.org/officeDocument/2006/relationships/hyperlink" Target="https://resh.edu.ru/subject/13/" TargetMode="External"/><Relationship Id="rId101" Type="http://schemas.openxmlformats.org/officeDocument/2006/relationships/hyperlink" Target="http://school-collection.edu.ru/catalog/" TargetMode="External"/><Relationship Id="rId143" Type="http://schemas.openxmlformats.org/officeDocument/2006/relationships/hyperlink" Target="https://resh.edu.ru/subject/13/" TargetMode="External"/><Relationship Id="rId185" Type="http://schemas.openxmlformats.org/officeDocument/2006/relationships/hyperlink" Target="https://resh.edu.ru/subject/13/" TargetMode="External"/><Relationship Id="rId350" Type="http://schemas.openxmlformats.org/officeDocument/2006/relationships/hyperlink" Target="https://educont.ru/" TargetMode="External"/><Relationship Id="rId406" Type="http://schemas.openxmlformats.org/officeDocument/2006/relationships/hyperlink" Target="https://resh.edu.ru/subject/14/5/" TargetMode="External"/><Relationship Id="rId588" Type="http://schemas.openxmlformats.org/officeDocument/2006/relationships/hyperlink" Target="https://resh.edu.ru/subject/lesson/667/" TargetMode="External"/><Relationship Id="rId795" Type="http://schemas.openxmlformats.org/officeDocument/2006/relationships/hyperlink" Target="https://infourok.ru/organizm-cheloveka-i-ego-bezopasnost-5324535.html" TargetMode="External"/><Relationship Id="rId809" Type="http://schemas.openxmlformats.org/officeDocument/2006/relationships/hyperlink" Target="https://clck.ru/rFYKd" TargetMode="External"/><Relationship Id="rId9" Type="http://schemas.openxmlformats.org/officeDocument/2006/relationships/footer" Target="footer2.xml"/><Relationship Id="rId210" Type="http://schemas.openxmlformats.org/officeDocument/2006/relationships/hyperlink" Target="http://school-collection.edu.ru/catalog/teacher" TargetMode="External"/><Relationship Id="rId392" Type="http://schemas.openxmlformats.org/officeDocument/2006/relationships/hyperlink" Target="https://educont.ru/" TargetMode="External"/><Relationship Id="rId448" Type="http://schemas.openxmlformats.org/officeDocument/2006/relationships/hyperlink" Target="https://resh.edu.ru/subject/14/5/" TargetMode="External"/><Relationship Id="rId613" Type="http://schemas.openxmlformats.org/officeDocument/2006/relationships/hyperlink" Target="https://&#1091;&#1088;&#1086;&#1082;.&#1088;&#1092;/" TargetMode="External"/><Relationship Id="rId655" Type="http://schemas.openxmlformats.org/officeDocument/2006/relationships/hyperlink" Target="https://&#1091;&#1088;&#1086;&#1082;.&#1088;&#1092;/" TargetMode="External"/><Relationship Id="rId697" Type="http://schemas.openxmlformats.org/officeDocument/2006/relationships/hyperlink" Target="https://www.uchportal.ru/" TargetMode="External"/><Relationship Id="rId820" Type="http://schemas.openxmlformats.org/officeDocument/2006/relationships/hyperlink" Target="http://www.myshared.ru/slide/1004379/" TargetMode="External"/><Relationship Id="rId252" Type="http://schemas.openxmlformats.org/officeDocument/2006/relationships/hyperlink" Target="http://school-collection.edu.ru/catalog/teacher" TargetMode="External"/><Relationship Id="rId294" Type="http://schemas.openxmlformats.org/officeDocument/2006/relationships/hyperlink" Target="http://school-collection.edu.ru/catalog/teacher" TargetMode="External"/><Relationship Id="rId308" Type="http://schemas.openxmlformats.org/officeDocument/2006/relationships/hyperlink" Target="https://educont.ru/" TargetMode="External"/><Relationship Id="rId515" Type="http://schemas.openxmlformats.org/officeDocument/2006/relationships/footer" Target="footer27.xml"/><Relationship Id="rId722" Type="http://schemas.openxmlformats.org/officeDocument/2006/relationships/hyperlink" Target="https://&#1091;&#1088;&#1086;&#1082;.&#1088;&#1092;/" TargetMode="External"/><Relationship Id="rId47" Type="http://schemas.openxmlformats.org/officeDocument/2006/relationships/hyperlink" Target="https://resh.edu.ru/subject/13/" TargetMode="External"/><Relationship Id="rId89" Type="http://schemas.openxmlformats.org/officeDocument/2006/relationships/hyperlink" Target="https://resh.edu.ru/subject/13/" TargetMode="External"/><Relationship Id="rId112" Type="http://schemas.openxmlformats.org/officeDocument/2006/relationships/hyperlink" Target="https://resh.edu.ru/subject/13/" TargetMode="External"/><Relationship Id="rId154" Type="http://schemas.openxmlformats.org/officeDocument/2006/relationships/hyperlink" Target="https://resh.edu.ru/subject/13/" TargetMode="External"/><Relationship Id="rId361" Type="http://schemas.openxmlformats.org/officeDocument/2006/relationships/hyperlink" Target="https://resh.edu.ru/subject/14/5/" TargetMode="External"/><Relationship Id="rId557" Type="http://schemas.openxmlformats.org/officeDocument/2006/relationships/hyperlink" Target="https://resh.edu.ru/subject/lesson/3188/start/" TargetMode="External"/><Relationship Id="rId599" Type="http://schemas.openxmlformats.org/officeDocument/2006/relationships/hyperlink" Target="https://resh.edu.ru/subject/9/" TargetMode="External"/><Relationship Id="rId764" Type="http://schemas.openxmlformats.org/officeDocument/2006/relationships/hyperlink" Target="https://resh.edu.ru/subject/9/" TargetMode="External"/><Relationship Id="rId196" Type="http://schemas.openxmlformats.org/officeDocument/2006/relationships/hyperlink" Target="https://resh.edu.ru/subject/13/" TargetMode="External"/><Relationship Id="rId417" Type="http://schemas.openxmlformats.org/officeDocument/2006/relationships/hyperlink" Target="http://school-collection.edu.ru/catalog/teacher" TargetMode="External"/><Relationship Id="rId459" Type="http://schemas.openxmlformats.org/officeDocument/2006/relationships/hyperlink" Target="http://school-collection.edu.ru/catalog/teacher" TargetMode="External"/><Relationship Id="rId624" Type="http://schemas.openxmlformats.org/officeDocument/2006/relationships/hyperlink" Target="https://&#1091;&#1088;&#1086;&#1082;.&#1088;&#1092;/" TargetMode="External"/><Relationship Id="rId666" Type="http://schemas.openxmlformats.org/officeDocument/2006/relationships/hyperlink" Target="https://&#1091;&#1088;&#1086;&#1082;.&#1088;&#1092;/" TargetMode="External"/><Relationship Id="rId831" Type="http://schemas.openxmlformats.org/officeDocument/2006/relationships/header" Target="header11.xml"/><Relationship Id="rId16" Type="http://schemas.openxmlformats.org/officeDocument/2006/relationships/hyperlink" Target="http://orthographia.ru/" TargetMode="External"/><Relationship Id="rId221" Type="http://schemas.openxmlformats.org/officeDocument/2006/relationships/hyperlink" Target="https://educont.ru/" TargetMode="External"/><Relationship Id="rId263" Type="http://schemas.openxmlformats.org/officeDocument/2006/relationships/hyperlink" Target="https://educont.ru/" TargetMode="External"/><Relationship Id="rId319" Type="http://schemas.openxmlformats.org/officeDocument/2006/relationships/hyperlink" Target="https://resh.edu.ru/subject/14/5/" TargetMode="External"/><Relationship Id="rId470" Type="http://schemas.openxmlformats.org/officeDocument/2006/relationships/footer" Target="footer9.xml"/><Relationship Id="rId526" Type="http://schemas.openxmlformats.org/officeDocument/2006/relationships/hyperlink" Target="https://resh.edu.ru/subject/lesson/7166/start/254667/" TargetMode="External"/><Relationship Id="rId58" Type="http://schemas.openxmlformats.org/officeDocument/2006/relationships/hyperlink" Target="https://resh.edu.ru/subject/13/" TargetMode="External"/><Relationship Id="rId123" Type="http://schemas.openxmlformats.org/officeDocument/2006/relationships/hyperlink" Target="https://resh.edu.ru/subject/13/" TargetMode="External"/><Relationship Id="rId330" Type="http://schemas.openxmlformats.org/officeDocument/2006/relationships/hyperlink" Target="http://school-collection.edu.ru/catalog/teacher" TargetMode="External"/><Relationship Id="rId568" Type="http://schemas.openxmlformats.org/officeDocument/2006/relationships/hyperlink" Target="https://iu.ru/video-lessons/17d28bdf-8e11-439c-8cba-b3deb87d734c" TargetMode="External"/><Relationship Id="rId733" Type="http://schemas.openxmlformats.org/officeDocument/2006/relationships/hyperlink" Target="https://&#1091;&#1088;&#1086;&#1082;.&#1088;&#1092;/" TargetMode="External"/><Relationship Id="rId775" Type="http://schemas.openxmlformats.org/officeDocument/2006/relationships/hyperlink" Target="https://&#1091;&#1088;&#1086;&#1082;.&#1088;&#1092;/" TargetMode="External"/><Relationship Id="rId165" Type="http://schemas.openxmlformats.org/officeDocument/2006/relationships/hyperlink" Target="https://resh.edu.ru/subject/13/" TargetMode="External"/><Relationship Id="rId372" Type="http://schemas.openxmlformats.org/officeDocument/2006/relationships/hyperlink" Target="http://school-collection.edu.ru/catalog/teacher" TargetMode="External"/><Relationship Id="rId428" Type="http://schemas.openxmlformats.org/officeDocument/2006/relationships/hyperlink" Target="https://educont.ru/" TargetMode="External"/><Relationship Id="rId635" Type="http://schemas.openxmlformats.org/officeDocument/2006/relationships/hyperlink" Target="https://www.uchportal.ru/" TargetMode="External"/><Relationship Id="rId677" Type="http://schemas.openxmlformats.org/officeDocument/2006/relationships/hyperlink" Target="https://resh.edu.ru/subject/9/" TargetMode="External"/><Relationship Id="rId800" Type="http://schemas.openxmlformats.org/officeDocument/2006/relationships/hyperlink" Target="http://www.myshared.ru/slide/1005252/" TargetMode="External"/><Relationship Id="rId842" Type="http://schemas.openxmlformats.org/officeDocument/2006/relationships/header" Target="header16.xml"/><Relationship Id="rId232" Type="http://schemas.openxmlformats.org/officeDocument/2006/relationships/hyperlink" Target="https://resh.edu.ru/subject/14/5/" TargetMode="External"/><Relationship Id="rId274" Type="http://schemas.openxmlformats.org/officeDocument/2006/relationships/hyperlink" Target="https://resh.edu.ru/subject/14/5/" TargetMode="External"/><Relationship Id="rId481" Type="http://schemas.openxmlformats.org/officeDocument/2006/relationships/hyperlink" Target="https://resh.edu.ru/subject/lesson/7595/start/243531/" TargetMode="External"/><Relationship Id="rId702" Type="http://schemas.openxmlformats.org/officeDocument/2006/relationships/hyperlink" Target="https://resh.edu.ru/subject/9/" TargetMode="External"/><Relationship Id="rId27" Type="http://schemas.openxmlformats.org/officeDocument/2006/relationships/hyperlink" Target="https://resh.edu.ru/subject/13/" TargetMode="External"/><Relationship Id="rId69" Type="http://schemas.openxmlformats.org/officeDocument/2006/relationships/hyperlink" Target="https://resh.edu.ru/subject/13/" TargetMode="External"/><Relationship Id="rId134" Type="http://schemas.openxmlformats.org/officeDocument/2006/relationships/hyperlink" Target="http://www.gramota.ru/" TargetMode="External"/><Relationship Id="rId537" Type="http://schemas.openxmlformats.org/officeDocument/2006/relationships/hyperlink" Target="https://resh.edu.ru/subject/lesson/7175/start/315980/" TargetMode="External"/><Relationship Id="rId579" Type="http://schemas.openxmlformats.org/officeDocument/2006/relationships/hyperlink" Target="https://resh.edu.ru/subject/lesson/7561/start/256499/" TargetMode="External"/><Relationship Id="rId744" Type="http://schemas.openxmlformats.org/officeDocument/2006/relationships/hyperlink" Target="https://&#1091;&#1088;&#1086;&#1082;.&#1088;&#1092;/" TargetMode="External"/><Relationship Id="rId786" Type="http://schemas.openxmlformats.org/officeDocument/2006/relationships/hyperlink" Target="https://&#1091;&#1088;&#1086;&#1082;.&#1088;&#1092;/" TargetMode="External"/><Relationship Id="rId80" Type="http://schemas.openxmlformats.org/officeDocument/2006/relationships/hyperlink" Target="http://www.gramota.ru/" TargetMode="External"/><Relationship Id="rId176" Type="http://schemas.openxmlformats.org/officeDocument/2006/relationships/hyperlink" Target="https://resh.edu.ru/subject/13/" TargetMode="External"/><Relationship Id="rId341" Type="http://schemas.openxmlformats.org/officeDocument/2006/relationships/hyperlink" Target="https://educont.ru/" TargetMode="External"/><Relationship Id="rId383" Type="http://schemas.openxmlformats.org/officeDocument/2006/relationships/hyperlink" Target="https://educont.ru/" TargetMode="External"/><Relationship Id="rId439" Type="http://schemas.openxmlformats.org/officeDocument/2006/relationships/hyperlink" Target="https://resh.edu.ru/subject/14/5/" TargetMode="External"/><Relationship Id="rId590" Type="http://schemas.openxmlformats.org/officeDocument/2006/relationships/hyperlink" Target="https://resh.edu.ru/subject/lesson/1106/" TargetMode="External"/><Relationship Id="rId604" Type="http://schemas.openxmlformats.org/officeDocument/2006/relationships/hyperlink" Target="https://www.fizkult-ura.ru/" TargetMode="External"/><Relationship Id="rId646" Type="http://schemas.openxmlformats.org/officeDocument/2006/relationships/hyperlink" Target="https://&#1091;&#1088;&#1086;&#1082;.&#1088;&#1092;/" TargetMode="External"/><Relationship Id="rId811" Type="http://schemas.openxmlformats.org/officeDocument/2006/relationships/hyperlink" Target="https://pptcloud.ru/obzh/pravila-povedeniya-pri-zahvate-v-zalozhniki" TargetMode="External"/><Relationship Id="rId201" Type="http://schemas.openxmlformats.org/officeDocument/2006/relationships/hyperlink" Target="http://school-collection.edu.ru/catalog/teacher" TargetMode="External"/><Relationship Id="rId243" Type="http://schemas.openxmlformats.org/officeDocument/2006/relationships/hyperlink" Target="http://school-collection.edu.ru/catalog/teacher" TargetMode="External"/><Relationship Id="rId285" Type="http://schemas.openxmlformats.org/officeDocument/2006/relationships/hyperlink" Target="http://school-collection.edu.ru/catalog/teacher" TargetMode="External"/><Relationship Id="rId450" Type="http://schemas.openxmlformats.org/officeDocument/2006/relationships/hyperlink" Target="http://school-collection.edu.ru/catalog/teacher" TargetMode="External"/><Relationship Id="rId506" Type="http://schemas.openxmlformats.org/officeDocument/2006/relationships/footer" Target="footer18.xml"/><Relationship Id="rId688" Type="http://schemas.openxmlformats.org/officeDocument/2006/relationships/hyperlink" Target="https://resh.edu.ru/subject/9/" TargetMode="External"/><Relationship Id="rId853" Type="http://schemas.openxmlformats.org/officeDocument/2006/relationships/footer" Target="footer45.xml"/><Relationship Id="rId38" Type="http://schemas.openxmlformats.org/officeDocument/2006/relationships/hyperlink" Target="https://resh.edu.ru/subject/13/" TargetMode="External"/><Relationship Id="rId103" Type="http://schemas.openxmlformats.org/officeDocument/2006/relationships/hyperlink" Target="https://resh.edu.ru/subject/13/" TargetMode="External"/><Relationship Id="rId310" Type="http://schemas.openxmlformats.org/officeDocument/2006/relationships/hyperlink" Target="https://resh.edu.ru/subject/14/5/" TargetMode="External"/><Relationship Id="rId492" Type="http://schemas.openxmlformats.org/officeDocument/2006/relationships/hyperlink" Target="https://resh.edu.ru/subject/lesson/7616/start/243686/" TargetMode="External"/><Relationship Id="rId548" Type="http://schemas.openxmlformats.org/officeDocument/2006/relationships/hyperlink" Target="https://resh.edu.ru/subject/lesson/3248/start/" TargetMode="External"/><Relationship Id="rId713" Type="http://schemas.openxmlformats.org/officeDocument/2006/relationships/hyperlink" Target="https://resh.edu.ru/subject/9/" TargetMode="External"/><Relationship Id="rId755" Type="http://schemas.openxmlformats.org/officeDocument/2006/relationships/hyperlink" Target="https://&#1091;&#1088;&#1086;&#1082;.&#1088;&#1092;/" TargetMode="External"/><Relationship Id="rId797" Type="http://schemas.openxmlformats.org/officeDocument/2006/relationships/hyperlink" Target="https://theslide.ru/biologiya/organy-chuvstv-5-klass" TargetMode="External"/><Relationship Id="rId91" Type="http://schemas.openxmlformats.org/officeDocument/2006/relationships/hyperlink" Target="http://www.gramota.ru/" TargetMode="External"/><Relationship Id="rId145" Type="http://schemas.openxmlformats.org/officeDocument/2006/relationships/hyperlink" Target="https://resh.edu.ru/subject/13/" TargetMode="External"/><Relationship Id="rId187" Type="http://schemas.openxmlformats.org/officeDocument/2006/relationships/hyperlink" Target="https://prosv.ru/static/tsok" TargetMode="External"/><Relationship Id="rId352" Type="http://schemas.openxmlformats.org/officeDocument/2006/relationships/hyperlink" Target="https://resh.edu.ru/subject/14/5/" TargetMode="External"/><Relationship Id="rId394" Type="http://schemas.openxmlformats.org/officeDocument/2006/relationships/hyperlink" Target="https://resh.edu.ru/subject/14/5/" TargetMode="External"/><Relationship Id="rId408" Type="http://schemas.openxmlformats.org/officeDocument/2006/relationships/hyperlink" Target="http://school-collection.edu.ru/catalog/teacher" TargetMode="External"/><Relationship Id="rId615" Type="http://schemas.openxmlformats.org/officeDocument/2006/relationships/hyperlink" Target="https://resh.edu.ru/subject/9/" TargetMode="External"/><Relationship Id="rId822" Type="http://schemas.openxmlformats.org/officeDocument/2006/relationships/hyperlink" Target="http://www.myshared.ru/slide/569293/" TargetMode="External"/><Relationship Id="rId212" Type="http://schemas.openxmlformats.org/officeDocument/2006/relationships/hyperlink" Target="https://educont.ru/" TargetMode="External"/><Relationship Id="rId254" Type="http://schemas.openxmlformats.org/officeDocument/2006/relationships/hyperlink" Target="https://educont.ru/" TargetMode="External"/><Relationship Id="rId657" Type="http://schemas.openxmlformats.org/officeDocument/2006/relationships/hyperlink" Target="https://&#1091;&#1088;&#1086;&#1082;.&#1088;&#1092;/" TargetMode="External"/><Relationship Id="rId699" Type="http://schemas.openxmlformats.org/officeDocument/2006/relationships/hyperlink" Target="https://resh.edu.ru/subject/9/" TargetMode="External"/><Relationship Id="rId49" Type="http://schemas.openxmlformats.org/officeDocument/2006/relationships/hyperlink" Target="https://resh.edu.ru/subject/13/" TargetMode="External"/><Relationship Id="rId114" Type="http://schemas.openxmlformats.org/officeDocument/2006/relationships/hyperlink" Target="https://resh.edu.ru/subject/13/" TargetMode="External"/><Relationship Id="rId296" Type="http://schemas.openxmlformats.org/officeDocument/2006/relationships/hyperlink" Target="https://educont.ru/" TargetMode="External"/><Relationship Id="rId461" Type="http://schemas.openxmlformats.org/officeDocument/2006/relationships/hyperlink" Target="https://educont.ru/" TargetMode="External"/><Relationship Id="rId517" Type="http://schemas.openxmlformats.org/officeDocument/2006/relationships/hyperlink" Target="https://resh.edu.ru/subject/lesson/7421/start/314766/" TargetMode="External"/><Relationship Id="rId559" Type="http://schemas.openxmlformats.org/officeDocument/2006/relationships/hyperlink" Target="https://resh.edu.ru/subject/lesson/3411/start/" TargetMode="External"/><Relationship Id="rId724" Type="http://schemas.openxmlformats.org/officeDocument/2006/relationships/hyperlink" Target="https://www.uchportal.ru/" TargetMode="External"/><Relationship Id="rId766" Type="http://schemas.openxmlformats.org/officeDocument/2006/relationships/hyperlink" Target="https://www.uchportal.ru/" TargetMode="External"/><Relationship Id="rId60" Type="http://schemas.openxmlformats.org/officeDocument/2006/relationships/hyperlink" Target="https://resh.edu.ru/subject/13/" TargetMode="External"/><Relationship Id="rId156" Type="http://schemas.openxmlformats.org/officeDocument/2006/relationships/hyperlink" Target="http://gramma.ru/RUS/" TargetMode="External"/><Relationship Id="rId198" Type="http://schemas.openxmlformats.org/officeDocument/2006/relationships/hyperlink" Target="https://prosv.ru/static/tsok" TargetMode="External"/><Relationship Id="rId321" Type="http://schemas.openxmlformats.org/officeDocument/2006/relationships/hyperlink" Target="http://school-collection.edu.ru/catalog/teacher" TargetMode="External"/><Relationship Id="rId363" Type="http://schemas.openxmlformats.org/officeDocument/2006/relationships/hyperlink" Target="http://school-collection.edu.ru/catalog/teacher" TargetMode="External"/><Relationship Id="rId419" Type="http://schemas.openxmlformats.org/officeDocument/2006/relationships/hyperlink" Target="https://educont.ru/" TargetMode="External"/><Relationship Id="rId570" Type="http://schemas.openxmlformats.org/officeDocument/2006/relationships/hyperlink" Target="https://www.niisi.ru/kumir/index.htm" TargetMode="External"/><Relationship Id="rId626" Type="http://schemas.openxmlformats.org/officeDocument/2006/relationships/hyperlink" Target="https://&#1091;&#1088;&#1086;&#1082;.&#1088;&#1092;/" TargetMode="External"/><Relationship Id="rId223" Type="http://schemas.openxmlformats.org/officeDocument/2006/relationships/hyperlink" Target="https://resh.edu.ru/subject/14/5/" TargetMode="External"/><Relationship Id="rId430" Type="http://schemas.openxmlformats.org/officeDocument/2006/relationships/hyperlink" Target="https://resh.edu.ru/subject/14/5/" TargetMode="External"/><Relationship Id="rId668" Type="http://schemas.openxmlformats.org/officeDocument/2006/relationships/hyperlink" Target="https://&#1091;&#1088;&#1086;&#1082;.&#1088;&#1092;/" TargetMode="External"/><Relationship Id="rId833" Type="http://schemas.openxmlformats.org/officeDocument/2006/relationships/footer" Target="footer37.xml"/><Relationship Id="rId18" Type="http://schemas.openxmlformats.org/officeDocument/2006/relationships/hyperlink" Target="http://orthographia.ru/" TargetMode="External"/><Relationship Id="rId265" Type="http://schemas.openxmlformats.org/officeDocument/2006/relationships/hyperlink" Target="https://resh.edu.ru/subject/14/5/" TargetMode="External"/><Relationship Id="rId472" Type="http://schemas.openxmlformats.org/officeDocument/2006/relationships/hyperlink" Target="https://resh.edu.ru/subject/lesson/7593/start/244213/" TargetMode="External"/><Relationship Id="rId528" Type="http://schemas.openxmlformats.org/officeDocument/2006/relationships/hyperlink" Target="https://resh.edu.ru/subject/lesson/7165/start/291944/" TargetMode="External"/><Relationship Id="rId735" Type="http://schemas.openxmlformats.org/officeDocument/2006/relationships/hyperlink" Target="https://resh.edu.ru/subject/9/" TargetMode="External"/><Relationship Id="rId125" Type="http://schemas.openxmlformats.org/officeDocument/2006/relationships/hyperlink" Target="http://school-collection.edu.ru/catalog/" TargetMode="External"/><Relationship Id="rId167" Type="http://schemas.openxmlformats.org/officeDocument/2006/relationships/hyperlink" Target="https://resh.edu.ru/subject/13/" TargetMode="External"/><Relationship Id="rId332" Type="http://schemas.openxmlformats.org/officeDocument/2006/relationships/hyperlink" Target="https://educont.ru/" TargetMode="External"/><Relationship Id="rId374" Type="http://schemas.openxmlformats.org/officeDocument/2006/relationships/hyperlink" Target="https://educont.ru/" TargetMode="External"/><Relationship Id="rId581" Type="http://schemas.openxmlformats.org/officeDocument/2006/relationships/hyperlink" Target="https://resh.edu.ru/subject/lesson/7563/start/314362/" TargetMode="External"/><Relationship Id="rId777" Type="http://schemas.openxmlformats.org/officeDocument/2006/relationships/hyperlink" Target="https://&#1091;&#1088;&#1086;&#1082;.&#1088;&#1092;/" TargetMode="External"/><Relationship Id="rId71" Type="http://schemas.openxmlformats.org/officeDocument/2006/relationships/hyperlink" Target="https://resh.edu.ru/subject/13/" TargetMode="External"/><Relationship Id="rId234" Type="http://schemas.openxmlformats.org/officeDocument/2006/relationships/hyperlink" Target="http://school-collection.edu.ru/catalog/teacher" TargetMode="External"/><Relationship Id="rId637" Type="http://schemas.openxmlformats.org/officeDocument/2006/relationships/hyperlink" Target="https://&#1091;&#1088;&#1086;&#1082;.&#1088;&#1092;/" TargetMode="External"/><Relationship Id="rId679" Type="http://schemas.openxmlformats.org/officeDocument/2006/relationships/hyperlink" Target="https://&#1091;&#1088;&#1086;&#1082;.&#1088;&#1092;/" TargetMode="External"/><Relationship Id="rId802" Type="http://schemas.openxmlformats.org/officeDocument/2006/relationships/hyperlink" Target="https://clck.ru/rFKfz" TargetMode="External"/><Relationship Id="rId844" Type="http://schemas.openxmlformats.org/officeDocument/2006/relationships/footer" Target="footer42.xml"/><Relationship Id="rId2" Type="http://schemas.openxmlformats.org/officeDocument/2006/relationships/styles" Target="styles.xml"/><Relationship Id="rId29" Type="http://schemas.openxmlformats.org/officeDocument/2006/relationships/hyperlink" Target="https://resh.edu.ru/subject/13/" TargetMode="External"/><Relationship Id="rId276" Type="http://schemas.openxmlformats.org/officeDocument/2006/relationships/hyperlink" Target="http://school-collection.edu.ru/catalog/teacher" TargetMode="External"/><Relationship Id="rId441" Type="http://schemas.openxmlformats.org/officeDocument/2006/relationships/hyperlink" Target="http://school-collection.edu.ru/catalog/teacher" TargetMode="External"/><Relationship Id="rId483" Type="http://schemas.openxmlformats.org/officeDocument/2006/relationships/hyperlink" Target="https://resh.edu.ru/subject/lesson/7609/start/303050/" TargetMode="External"/><Relationship Id="rId539" Type="http://schemas.openxmlformats.org/officeDocument/2006/relationships/hyperlink" Target="https://resh.edu.ru/subject/lesson/7176/start/281849/" TargetMode="External"/><Relationship Id="rId690" Type="http://schemas.openxmlformats.org/officeDocument/2006/relationships/hyperlink" Target="https://resh.edu.ru/subject/9/" TargetMode="External"/><Relationship Id="rId704" Type="http://schemas.openxmlformats.org/officeDocument/2006/relationships/hyperlink" Target="https://www.uchportal.ru/" TargetMode="External"/><Relationship Id="rId746" Type="http://schemas.openxmlformats.org/officeDocument/2006/relationships/hyperlink" Target="https://&#1091;&#1088;&#1086;&#1082;.&#1088;&#1092;/" TargetMode="External"/><Relationship Id="rId40" Type="http://schemas.openxmlformats.org/officeDocument/2006/relationships/hyperlink" Target="http://gramma.ru/RUS/" TargetMode="External"/><Relationship Id="rId136" Type="http://schemas.openxmlformats.org/officeDocument/2006/relationships/hyperlink" Target="https://resh.edu.ru/subject/13/" TargetMode="External"/><Relationship Id="rId178" Type="http://schemas.openxmlformats.org/officeDocument/2006/relationships/hyperlink" Target="http://www.gramota.ru/" TargetMode="External"/><Relationship Id="rId301" Type="http://schemas.openxmlformats.org/officeDocument/2006/relationships/hyperlink" Target="https://resh.edu.ru/subject/14/5/" TargetMode="External"/><Relationship Id="rId343" Type="http://schemas.openxmlformats.org/officeDocument/2006/relationships/hyperlink" Target="https://resh.edu.ru/subject/14/5/" TargetMode="External"/><Relationship Id="rId550" Type="http://schemas.openxmlformats.org/officeDocument/2006/relationships/hyperlink" Target="https://resh.edu.ru/subject/lesson/3179/start/" TargetMode="External"/><Relationship Id="rId788" Type="http://schemas.openxmlformats.org/officeDocument/2006/relationships/hyperlink" Target="https://resh.edu.ru/subject/9/" TargetMode="External"/><Relationship Id="rId82" Type="http://schemas.openxmlformats.org/officeDocument/2006/relationships/hyperlink" Target="https://resh.edu.ru/subject/13/" TargetMode="External"/><Relationship Id="rId203" Type="http://schemas.openxmlformats.org/officeDocument/2006/relationships/hyperlink" Target="https://educont.ru/" TargetMode="External"/><Relationship Id="rId385" Type="http://schemas.openxmlformats.org/officeDocument/2006/relationships/hyperlink" Target="https://resh.edu.ru/subject/14/5/" TargetMode="External"/><Relationship Id="rId592" Type="http://schemas.openxmlformats.org/officeDocument/2006/relationships/header" Target="header3.xml"/><Relationship Id="rId606" Type="http://schemas.openxmlformats.org/officeDocument/2006/relationships/hyperlink" Target="https://www.fizkult-ura.ru/" TargetMode="External"/><Relationship Id="rId648" Type="http://schemas.openxmlformats.org/officeDocument/2006/relationships/hyperlink" Target="https://&#1091;&#1088;&#1086;&#1082;.&#1088;&#1092;/" TargetMode="External"/><Relationship Id="rId813" Type="http://schemas.openxmlformats.org/officeDocument/2006/relationships/hyperlink" Target="https://clck.ru/rFaxg" TargetMode="External"/><Relationship Id="rId855" Type="http://schemas.openxmlformats.org/officeDocument/2006/relationships/fontTable" Target="fontTable.xml"/><Relationship Id="rId245" Type="http://schemas.openxmlformats.org/officeDocument/2006/relationships/hyperlink" Target="https://educont.ru/" TargetMode="External"/><Relationship Id="rId287" Type="http://schemas.openxmlformats.org/officeDocument/2006/relationships/hyperlink" Target="https://educont.ru/" TargetMode="External"/><Relationship Id="rId410" Type="http://schemas.openxmlformats.org/officeDocument/2006/relationships/hyperlink" Target="https://educont.ru/" TargetMode="External"/><Relationship Id="rId452" Type="http://schemas.openxmlformats.org/officeDocument/2006/relationships/hyperlink" Target="https://educont.ru/" TargetMode="External"/><Relationship Id="rId494" Type="http://schemas.openxmlformats.org/officeDocument/2006/relationships/hyperlink" Target="https://resh.edu.ru/subject/lesson/7600/start/243593/" TargetMode="External"/><Relationship Id="rId508" Type="http://schemas.openxmlformats.org/officeDocument/2006/relationships/footer" Target="footer20.xml"/><Relationship Id="rId715" Type="http://schemas.openxmlformats.org/officeDocument/2006/relationships/hyperlink" Target="https://resh.edu.ru/subject/9/" TargetMode="External"/><Relationship Id="rId105" Type="http://schemas.openxmlformats.org/officeDocument/2006/relationships/hyperlink" Target="http://school-collection.edu.ru/catalog/" TargetMode="External"/><Relationship Id="rId147" Type="http://schemas.openxmlformats.org/officeDocument/2006/relationships/hyperlink" Target="http://gramma.ru/RUS/" TargetMode="External"/><Relationship Id="rId312" Type="http://schemas.openxmlformats.org/officeDocument/2006/relationships/hyperlink" Target="http://school-collection.edu.ru/catalog/teacher" TargetMode="External"/><Relationship Id="rId354" Type="http://schemas.openxmlformats.org/officeDocument/2006/relationships/hyperlink" Target="http://school-collection.edu.ru/catalog/teacher" TargetMode="External"/><Relationship Id="rId757" Type="http://schemas.openxmlformats.org/officeDocument/2006/relationships/hyperlink" Target="https://&#1091;&#1088;&#1086;&#1082;.&#1088;&#1092;/" TargetMode="External"/><Relationship Id="rId799" Type="http://schemas.openxmlformats.org/officeDocument/2006/relationships/hyperlink" Target="https://clck.ru/rE9ux" TargetMode="External"/><Relationship Id="rId51" Type="http://schemas.openxmlformats.org/officeDocument/2006/relationships/hyperlink" Target="http://school-collection.edu.ru/catalog/" TargetMode="External"/><Relationship Id="rId93" Type="http://schemas.openxmlformats.org/officeDocument/2006/relationships/hyperlink" Target="https://resh.edu.ru/subject/13/" TargetMode="External"/><Relationship Id="rId189" Type="http://schemas.openxmlformats.org/officeDocument/2006/relationships/hyperlink" Target="https://resh.edu.ru/subject/13/" TargetMode="External"/><Relationship Id="rId396" Type="http://schemas.openxmlformats.org/officeDocument/2006/relationships/hyperlink" Target="http://school-collection.edu.ru/catalog/teacher" TargetMode="External"/><Relationship Id="rId561" Type="http://schemas.openxmlformats.org/officeDocument/2006/relationships/hyperlink" Target="https://resh.edu.ru/subject/lesson/3405/start/" TargetMode="External"/><Relationship Id="rId617" Type="http://schemas.openxmlformats.org/officeDocument/2006/relationships/hyperlink" Target="https://&#1091;&#1088;&#1086;&#1082;.&#1088;&#1092;/" TargetMode="External"/><Relationship Id="rId659" Type="http://schemas.openxmlformats.org/officeDocument/2006/relationships/hyperlink" Target="https://&#1091;&#1088;&#1086;&#1082;.&#1088;&#1092;/" TargetMode="External"/><Relationship Id="rId824" Type="http://schemas.openxmlformats.org/officeDocument/2006/relationships/header" Target="header8.xml"/><Relationship Id="rId214" Type="http://schemas.openxmlformats.org/officeDocument/2006/relationships/hyperlink" Target="https://resh.edu.ru/subject/14/5/" TargetMode="External"/><Relationship Id="rId256" Type="http://schemas.openxmlformats.org/officeDocument/2006/relationships/hyperlink" Target="https://resh.edu.ru/subject/14/5/" TargetMode="External"/><Relationship Id="rId298" Type="http://schemas.openxmlformats.org/officeDocument/2006/relationships/hyperlink" Target="https://resh.edu.ru/subject/14/5/" TargetMode="External"/><Relationship Id="rId421" Type="http://schemas.openxmlformats.org/officeDocument/2006/relationships/hyperlink" Target="https://resh.edu.ru/subject/14/5/" TargetMode="External"/><Relationship Id="rId463" Type="http://schemas.openxmlformats.org/officeDocument/2006/relationships/hyperlink" Target="https://resh.edu.ru/subject/14/5/" TargetMode="External"/><Relationship Id="rId519" Type="http://schemas.openxmlformats.org/officeDocument/2006/relationships/hyperlink" Target="https://resh.edu.ru/subject/lesson/7423/start/255279/" TargetMode="External"/><Relationship Id="rId670" Type="http://schemas.openxmlformats.org/officeDocument/2006/relationships/hyperlink" Target="https://&#1091;&#1088;&#1086;&#1082;.&#1088;&#1092;/" TargetMode="External"/><Relationship Id="rId116" Type="http://schemas.openxmlformats.org/officeDocument/2006/relationships/hyperlink" Target="https://resh.edu.ru/subject/13/" TargetMode="External"/><Relationship Id="rId158" Type="http://schemas.openxmlformats.org/officeDocument/2006/relationships/hyperlink" Target="http://school-collection.edu.ru/catalog/" TargetMode="External"/><Relationship Id="rId323" Type="http://schemas.openxmlformats.org/officeDocument/2006/relationships/hyperlink" Target="https://educont.ru/" TargetMode="External"/><Relationship Id="rId530" Type="http://schemas.openxmlformats.org/officeDocument/2006/relationships/hyperlink" Target="https://resh.edu.ru/subject/lesson/7168/start/315709/" TargetMode="External"/><Relationship Id="rId726" Type="http://schemas.openxmlformats.org/officeDocument/2006/relationships/hyperlink" Target="https://www.uchportal.ru/" TargetMode="External"/><Relationship Id="rId768" Type="http://schemas.openxmlformats.org/officeDocument/2006/relationships/hyperlink" Target="https://resh.edu.ru/subject/9/" TargetMode="External"/><Relationship Id="rId20" Type="http://schemas.openxmlformats.org/officeDocument/2006/relationships/hyperlink" Target="https://resh.edu.ru/subject/13/" TargetMode="External"/><Relationship Id="rId62" Type="http://schemas.openxmlformats.org/officeDocument/2006/relationships/hyperlink" Target="http://gramma.ru/RUS/" TargetMode="External"/><Relationship Id="rId365" Type="http://schemas.openxmlformats.org/officeDocument/2006/relationships/hyperlink" Target="https://educont.ru/" TargetMode="External"/><Relationship Id="rId572" Type="http://schemas.openxmlformats.org/officeDocument/2006/relationships/hyperlink" Target="https://resh.edu.ru/subject/lesson/1107/" TargetMode="External"/><Relationship Id="rId628" Type="http://schemas.openxmlformats.org/officeDocument/2006/relationships/hyperlink" Target="https://www.uchportal.ru/" TargetMode="External"/><Relationship Id="rId835" Type="http://schemas.openxmlformats.org/officeDocument/2006/relationships/header" Target="header13.xml"/><Relationship Id="rId225" Type="http://schemas.openxmlformats.org/officeDocument/2006/relationships/hyperlink" Target="http://school-collection.edu.ru/catalog/teacher" TargetMode="External"/><Relationship Id="rId267" Type="http://schemas.openxmlformats.org/officeDocument/2006/relationships/hyperlink" Target="http://school-collection.edu.ru/catalog/teacher" TargetMode="External"/><Relationship Id="rId432" Type="http://schemas.openxmlformats.org/officeDocument/2006/relationships/hyperlink" Target="http://school-collection.edu.ru/catalog/teacher" TargetMode="External"/><Relationship Id="rId474" Type="http://schemas.openxmlformats.org/officeDocument/2006/relationships/hyperlink" Target="https://resh.edu.ru/subject/lesson/7590/start/311562/" TargetMode="External"/><Relationship Id="rId127" Type="http://schemas.openxmlformats.org/officeDocument/2006/relationships/hyperlink" Target="https://resh.edu.ru/subject/13/" TargetMode="External"/><Relationship Id="rId681" Type="http://schemas.openxmlformats.org/officeDocument/2006/relationships/hyperlink" Target="https://&#1091;&#1088;&#1086;&#1082;.&#1088;&#1092;/" TargetMode="External"/><Relationship Id="rId737" Type="http://schemas.openxmlformats.org/officeDocument/2006/relationships/hyperlink" Target="https://www.uchportal.ru/" TargetMode="External"/><Relationship Id="rId779" Type="http://schemas.openxmlformats.org/officeDocument/2006/relationships/hyperlink" Target="https://resh.edu.ru/subject/9/" TargetMode="External"/><Relationship Id="rId31" Type="http://schemas.openxmlformats.org/officeDocument/2006/relationships/hyperlink" Target="https://resh.edu.ru/subject/13/" TargetMode="External"/><Relationship Id="rId73" Type="http://schemas.openxmlformats.org/officeDocument/2006/relationships/hyperlink" Target="https://resh.edu.ru/subject/13/" TargetMode="External"/><Relationship Id="rId169" Type="http://schemas.openxmlformats.org/officeDocument/2006/relationships/hyperlink" Target="http://www.gramota.ru/" TargetMode="External"/><Relationship Id="rId334" Type="http://schemas.openxmlformats.org/officeDocument/2006/relationships/hyperlink" Target="https://resh.edu.ru/subject/14/5/" TargetMode="External"/><Relationship Id="rId376" Type="http://schemas.openxmlformats.org/officeDocument/2006/relationships/hyperlink" Target="https://resh.edu.ru/subject/14/5/" TargetMode="External"/><Relationship Id="rId541" Type="http://schemas.openxmlformats.org/officeDocument/2006/relationships/hyperlink" Target="https://www.youtube.com/watch?v=M9Opg0Zy2NA&amp;t=9s" TargetMode="External"/><Relationship Id="rId583" Type="http://schemas.openxmlformats.org/officeDocument/2006/relationships/hyperlink" Target="https://resh.edu.ru/subject/lesson/7565/start/314393/" TargetMode="External"/><Relationship Id="rId639" Type="http://schemas.openxmlformats.org/officeDocument/2006/relationships/hyperlink" Target="https://www.uchportal.ru/" TargetMode="External"/><Relationship Id="rId790" Type="http://schemas.openxmlformats.org/officeDocument/2006/relationships/header" Target="header6.xml"/><Relationship Id="rId804" Type="http://schemas.openxmlformats.org/officeDocument/2006/relationships/hyperlink" Target="https://clck.ru/rFM72" TargetMode="External"/><Relationship Id="rId4" Type="http://schemas.openxmlformats.org/officeDocument/2006/relationships/webSettings" Target="webSettings.xml"/><Relationship Id="rId180" Type="http://schemas.openxmlformats.org/officeDocument/2006/relationships/hyperlink" Target="https://prosv.ru/static/tsok" TargetMode="External"/><Relationship Id="rId236" Type="http://schemas.openxmlformats.org/officeDocument/2006/relationships/hyperlink" Target="https://educont.ru/" TargetMode="External"/><Relationship Id="rId278" Type="http://schemas.openxmlformats.org/officeDocument/2006/relationships/hyperlink" Target="https://educont.ru/" TargetMode="External"/><Relationship Id="rId401" Type="http://schemas.openxmlformats.org/officeDocument/2006/relationships/hyperlink" Target="https://educont.ru/" TargetMode="External"/><Relationship Id="rId443" Type="http://schemas.openxmlformats.org/officeDocument/2006/relationships/hyperlink" Target="https://educont.ru/" TargetMode="External"/><Relationship Id="rId650" Type="http://schemas.openxmlformats.org/officeDocument/2006/relationships/hyperlink" Target="https://www.uchportal.ru/" TargetMode="External"/><Relationship Id="rId846" Type="http://schemas.openxmlformats.org/officeDocument/2006/relationships/header" Target="header18.xml"/><Relationship Id="rId303" Type="http://schemas.openxmlformats.org/officeDocument/2006/relationships/hyperlink" Target="http://school-collection.edu.ru/catalog/teacher" TargetMode="External"/><Relationship Id="rId485" Type="http://schemas.openxmlformats.org/officeDocument/2006/relationships/hyperlink" Target="https://resh.edu.ru/subject/lesson/7610/start/243810/" TargetMode="External"/><Relationship Id="rId692" Type="http://schemas.openxmlformats.org/officeDocument/2006/relationships/hyperlink" Target="https://resh.edu.ru/subject/9/" TargetMode="External"/><Relationship Id="rId706" Type="http://schemas.openxmlformats.org/officeDocument/2006/relationships/hyperlink" Target="https://&#1091;&#1088;&#1086;&#1082;.&#1088;&#1092;/" TargetMode="External"/><Relationship Id="rId748" Type="http://schemas.openxmlformats.org/officeDocument/2006/relationships/hyperlink" Target="https://resh.edu.ru/subject/9/" TargetMode="External"/><Relationship Id="rId42" Type="http://schemas.openxmlformats.org/officeDocument/2006/relationships/hyperlink" Target="https://resh.edu.ru/subject/13/" TargetMode="External"/><Relationship Id="rId84" Type="http://schemas.openxmlformats.org/officeDocument/2006/relationships/hyperlink" Target="https://resh.edu.ru/subject/13/" TargetMode="External"/><Relationship Id="rId138" Type="http://schemas.openxmlformats.org/officeDocument/2006/relationships/hyperlink" Target="https://prosv.ru/static/tsok" TargetMode="External"/><Relationship Id="rId345" Type="http://schemas.openxmlformats.org/officeDocument/2006/relationships/hyperlink" Target="http://school-collection.edu.ru/catalog/teacher" TargetMode="External"/><Relationship Id="rId387" Type="http://schemas.openxmlformats.org/officeDocument/2006/relationships/hyperlink" Target="http://school-collection.edu.ru/catalog/teacher" TargetMode="External"/><Relationship Id="rId510" Type="http://schemas.openxmlformats.org/officeDocument/2006/relationships/footer" Target="footer22.xml"/><Relationship Id="rId552" Type="http://schemas.openxmlformats.org/officeDocument/2006/relationships/hyperlink" Target="https://www.youtube.com/watch?v=PWbKoIrC-hE&amp;t=5s" TargetMode="External"/><Relationship Id="rId594" Type="http://schemas.openxmlformats.org/officeDocument/2006/relationships/footer" Target="footer29.xml"/><Relationship Id="rId608" Type="http://schemas.openxmlformats.org/officeDocument/2006/relationships/hyperlink" Target="https://www.fizkult-ura.ru/" TargetMode="External"/><Relationship Id="rId815" Type="http://schemas.openxmlformats.org/officeDocument/2006/relationships/hyperlink" Target="https://infourok.ru/prezentaciya-vidi-krovotecheniy-i-okazanie-pervoy-medicinskoy-pomoschi-1761767.html" TargetMode="External"/><Relationship Id="rId191" Type="http://schemas.openxmlformats.org/officeDocument/2006/relationships/hyperlink" Target="https://prosv.ru/static/tsok" TargetMode="External"/><Relationship Id="rId205" Type="http://schemas.openxmlformats.org/officeDocument/2006/relationships/hyperlink" Target="https://resh.edu.ru/subject/14/5/" TargetMode="External"/><Relationship Id="rId247" Type="http://schemas.openxmlformats.org/officeDocument/2006/relationships/hyperlink" Target="https://resh.edu.ru/subject/14/5/" TargetMode="External"/><Relationship Id="rId412" Type="http://schemas.openxmlformats.org/officeDocument/2006/relationships/hyperlink" Target="https://resh.edu.ru/subject/14/5/" TargetMode="External"/><Relationship Id="rId107" Type="http://schemas.openxmlformats.org/officeDocument/2006/relationships/hyperlink" Target="https://resh.edu.ru/subject/13/" TargetMode="External"/><Relationship Id="rId289" Type="http://schemas.openxmlformats.org/officeDocument/2006/relationships/hyperlink" Target="https://resh.edu.ru/subject/14/5/" TargetMode="External"/><Relationship Id="rId454" Type="http://schemas.openxmlformats.org/officeDocument/2006/relationships/hyperlink" Target="https://resh.edu.ru/subject/14/5/" TargetMode="External"/><Relationship Id="rId496" Type="http://schemas.openxmlformats.org/officeDocument/2006/relationships/hyperlink" Target="https://resh.edu.ru/subject/lesson/7596/start/243345/" TargetMode="External"/><Relationship Id="rId661" Type="http://schemas.openxmlformats.org/officeDocument/2006/relationships/hyperlink" Target="https://&#1091;&#1088;&#1086;&#1082;.&#1088;&#1092;/" TargetMode="External"/><Relationship Id="rId717" Type="http://schemas.openxmlformats.org/officeDocument/2006/relationships/hyperlink" Target="https://resh.edu.ru/subject/9/" TargetMode="External"/><Relationship Id="rId759" Type="http://schemas.openxmlformats.org/officeDocument/2006/relationships/hyperlink" Target="https://www.uchportal.ru/" TargetMode="External"/><Relationship Id="rId11" Type="http://schemas.openxmlformats.org/officeDocument/2006/relationships/header" Target="header1.xml"/><Relationship Id="rId53" Type="http://schemas.openxmlformats.org/officeDocument/2006/relationships/hyperlink" Target="http://gramma.ru/RUS/" TargetMode="External"/><Relationship Id="rId149" Type="http://schemas.openxmlformats.org/officeDocument/2006/relationships/hyperlink" Target="http://school-collection.edu.ru/catalog/" TargetMode="External"/><Relationship Id="rId314" Type="http://schemas.openxmlformats.org/officeDocument/2006/relationships/hyperlink" Target="https://educont.ru/" TargetMode="External"/><Relationship Id="rId356" Type="http://schemas.openxmlformats.org/officeDocument/2006/relationships/hyperlink" Target="https://educont.ru/" TargetMode="External"/><Relationship Id="rId398" Type="http://schemas.openxmlformats.org/officeDocument/2006/relationships/hyperlink" Target="https://educont.ru/" TargetMode="External"/><Relationship Id="rId521" Type="http://schemas.openxmlformats.org/officeDocument/2006/relationships/hyperlink" Target="https://resh.edu.ru/subject/lesson/7422/start/255314/" TargetMode="External"/><Relationship Id="rId563" Type="http://schemas.openxmlformats.org/officeDocument/2006/relationships/hyperlink" Target="https://resh.edu.ru/subject/lesson/675/" TargetMode="External"/><Relationship Id="rId619" Type="http://schemas.openxmlformats.org/officeDocument/2006/relationships/hyperlink" Target="https://&#1091;&#1088;&#1086;&#1082;.&#1088;&#1092;/" TargetMode="External"/><Relationship Id="rId770" Type="http://schemas.openxmlformats.org/officeDocument/2006/relationships/hyperlink" Target="https://resh.edu.ru/subject/9/" TargetMode="External"/><Relationship Id="rId95" Type="http://schemas.openxmlformats.org/officeDocument/2006/relationships/hyperlink" Target="http://school-collection.edu.ru/catalog/" TargetMode="External"/><Relationship Id="rId160" Type="http://schemas.openxmlformats.org/officeDocument/2006/relationships/hyperlink" Target="https://prosv.ru/static/tsok" TargetMode="External"/><Relationship Id="rId216" Type="http://schemas.openxmlformats.org/officeDocument/2006/relationships/hyperlink" Target="http://school-collection.edu.ru/catalog/teacher" TargetMode="External"/><Relationship Id="rId423" Type="http://schemas.openxmlformats.org/officeDocument/2006/relationships/hyperlink" Target="http://school-collection.edu.ru/catalog/teacher" TargetMode="External"/><Relationship Id="rId826" Type="http://schemas.openxmlformats.org/officeDocument/2006/relationships/footer" Target="footer34.xml"/><Relationship Id="rId258" Type="http://schemas.openxmlformats.org/officeDocument/2006/relationships/hyperlink" Target="http://school-collection.edu.ru/catalog/teacher" TargetMode="External"/><Relationship Id="rId465" Type="http://schemas.openxmlformats.org/officeDocument/2006/relationships/footer" Target="footer4.xml"/><Relationship Id="rId630" Type="http://schemas.openxmlformats.org/officeDocument/2006/relationships/hyperlink" Target="https://www.uchportal.ru/" TargetMode="External"/><Relationship Id="rId672" Type="http://schemas.openxmlformats.org/officeDocument/2006/relationships/hyperlink" Target="https://resh.edu.ru/subject/9/" TargetMode="External"/><Relationship Id="rId728" Type="http://schemas.openxmlformats.org/officeDocument/2006/relationships/hyperlink" Target="https://resh.edu.ru/subject/9/" TargetMode="External"/><Relationship Id="rId22" Type="http://schemas.openxmlformats.org/officeDocument/2006/relationships/hyperlink" Target="https://resh.edu.ru/subject/13/" TargetMode="External"/><Relationship Id="rId64" Type="http://schemas.openxmlformats.org/officeDocument/2006/relationships/hyperlink" Target="https://resh.edu.ru/subject/13/" TargetMode="External"/><Relationship Id="rId118" Type="http://schemas.openxmlformats.org/officeDocument/2006/relationships/hyperlink" Target="https://resh.edu.ru/subject/13/" TargetMode="External"/><Relationship Id="rId325" Type="http://schemas.openxmlformats.org/officeDocument/2006/relationships/hyperlink" Target="https://resh.edu.ru/subject/14/5/" TargetMode="External"/><Relationship Id="rId367" Type="http://schemas.openxmlformats.org/officeDocument/2006/relationships/hyperlink" Target="https://resh.edu.ru/subject/14/5/" TargetMode="External"/><Relationship Id="rId532" Type="http://schemas.openxmlformats.org/officeDocument/2006/relationships/hyperlink" Target="https://resh.edu.ru/subject/lesson/7162/start/254378/" TargetMode="External"/><Relationship Id="rId574" Type="http://schemas.openxmlformats.org/officeDocument/2006/relationships/hyperlink" Target="https://interneturok.ru/lesson/informatika/5-klass/informatsiya-vokrug-nas/nekotorye-sposoby-predstavleniya-informatsii" TargetMode="External"/><Relationship Id="rId171" Type="http://schemas.openxmlformats.org/officeDocument/2006/relationships/hyperlink" Target="https://resh.edu.ru/subject/13/" TargetMode="External"/><Relationship Id="rId227" Type="http://schemas.openxmlformats.org/officeDocument/2006/relationships/hyperlink" Target="https://educont.ru/" TargetMode="External"/><Relationship Id="rId781" Type="http://schemas.openxmlformats.org/officeDocument/2006/relationships/hyperlink" Target="https://www.uchportal.ru/" TargetMode="External"/><Relationship Id="rId837" Type="http://schemas.openxmlformats.org/officeDocument/2006/relationships/footer" Target="footer39.xml"/><Relationship Id="rId269" Type="http://schemas.openxmlformats.org/officeDocument/2006/relationships/hyperlink" Target="https://educont.ru/" TargetMode="External"/><Relationship Id="rId434" Type="http://schemas.openxmlformats.org/officeDocument/2006/relationships/hyperlink" Target="https://educont.ru/" TargetMode="External"/><Relationship Id="rId476" Type="http://schemas.openxmlformats.org/officeDocument/2006/relationships/hyperlink" Target="https://resh.edu.ru/subject/lesson/7612/start/243965/" TargetMode="External"/><Relationship Id="rId641" Type="http://schemas.openxmlformats.org/officeDocument/2006/relationships/hyperlink" Target="https://www.uchportal.ru/" TargetMode="External"/><Relationship Id="rId683" Type="http://schemas.openxmlformats.org/officeDocument/2006/relationships/hyperlink" Target="https://resh.edu.ru/subject/9/" TargetMode="External"/><Relationship Id="rId739" Type="http://schemas.openxmlformats.org/officeDocument/2006/relationships/hyperlink" Target="https://resh.edu.ru/subject/9/" TargetMode="External"/><Relationship Id="rId33" Type="http://schemas.openxmlformats.org/officeDocument/2006/relationships/hyperlink" Target="https://resh.edu.ru/subject/13/" TargetMode="External"/><Relationship Id="rId129" Type="http://schemas.openxmlformats.org/officeDocument/2006/relationships/hyperlink" Target="http://school-collection.edu.ru/catalog/" TargetMode="External"/><Relationship Id="rId280" Type="http://schemas.openxmlformats.org/officeDocument/2006/relationships/hyperlink" Target="https://resh.edu.ru/subject/14/5/" TargetMode="External"/><Relationship Id="rId336" Type="http://schemas.openxmlformats.org/officeDocument/2006/relationships/hyperlink" Target="http://school-collection.edu.ru/catalog/teacher" TargetMode="External"/><Relationship Id="rId501" Type="http://schemas.openxmlformats.org/officeDocument/2006/relationships/footer" Target="footer13.xml"/><Relationship Id="rId543" Type="http://schemas.openxmlformats.org/officeDocument/2006/relationships/hyperlink" Target="https://www.youtube.com/watch?v=FvMONJXDuZ0&amp;t=8s" TargetMode="External"/><Relationship Id="rId75" Type="http://schemas.openxmlformats.org/officeDocument/2006/relationships/hyperlink" Target="https://resh.edu.ru/subject/13/" TargetMode="External"/><Relationship Id="rId140" Type="http://schemas.openxmlformats.org/officeDocument/2006/relationships/hyperlink" Target="https://resh.edu.ru/subject/13/" TargetMode="External"/><Relationship Id="rId182" Type="http://schemas.openxmlformats.org/officeDocument/2006/relationships/hyperlink" Target="http://www.gramota.ru/" TargetMode="External"/><Relationship Id="rId378" Type="http://schemas.openxmlformats.org/officeDocument/2006/relationships/hyperlink" Target="http://school-collection.edu.ru/catalog/teacher" TargetMode="External"/><Relationship Id="rId403" Type="http://schemas.openxmlformats.org/officeDocument/2006/relationships/hyperlink" Target="https://resh.edu.ru/subject/14/5/" TargetMode="External"/><Relationship Id="rId585" Type="http://schemas.openxmlformats.org/officeDocument/2006/relationships/hyperlink" Target="https://resh.edu.ru/subject/lesson/7567/start/256340/" TargetMode="External"/><Relationship Id="rId750" Type="http://schemas.openxmlformats.org/officeDocument/2006/relationships/hyperlink" Target="https://resh.edu.ru/subject/9/" TargetMode="External"/><Relationship Id="rId792" Type="http://schemas.openxmlformats.org/officeDocument/2006/relationships/footer" Target="footer32.xml"/><Relationship Id="rId806" Type="http://schemas.openxmlformats.org/officeDocument/2006/relationships/hyperlink" Target="https://infourok.ru/prezentaciya-po-obzh-pravila-bezopasnosti-v-bytu-4226749.html" TargetMode="External"/><Relationship Id="rId848" Type="http://schemas.openxmlformats.org/officeDocument/2006/relationships/footer" Target="footer44.xml"/><Relationship Id="rId6" Type="http://schemas.openxmlformats.org/officeDocument/2006/relationships/endnotes" Target="endnotes.xml"/><Relationship Id="rId238" Type="http://schemas.openxmlformats.org/officeDocument/2006/relationships/hyperlink" Target="https://resh.edu.ru/subject/14/5/" TargetMode="External"/><Relationship Id="rId445" Type="http://schemas.openxmlformats.org/officeDocument/2006/relationships/hyperlink" Target="https://resh.edu.ru/subject/14/5/" TargetMode="External"/><Relationship Id="rId487" Type="http://schemas.openxmlformats.org/officeDocument/2006/relationships/hyperlink" Target="https://resh.edu.ru/subject/lesson/7595/start/243531/" TargetMode="External"/><Relationship Id="rId610" Type="http://schemas.openxmlformats.org/officeDocument/2006/relationships/hyperlink" Target="https://&#1091;&#1088;&#1086;&#1082;.&#1088;&#1092;/" TargetMode="External"/><Relationship Id="rId652" Type="http://schemas.openxmlformats.org/officeDocument/2006/relationships/hyperlink" Target="https://resh.edu.ru/subject/9/" TargetMode="External"/><Relationship Id="rId694" Type="http://schemas.openxmlformats.org/officeDocument/2006/relationships/hyperlink" Target="https://resh.edu.ru/subject/9/" TargetMode="External"/><Relationship Id="rId708" Type="http://schemas.openxmlformats.org/officeDocument/2006/relationships/hyperlink" Target="https://&#1091;&#1088;&#1086;&#1082;.&#1088;&#1092;/" TargetMode="External"/><Relationship Id="rId291" Type="http://schemas.openxmlformats.org/officeDocument/2006/relationships/hyperlink" Target="http://school-collection.edu.ru/catalog/teacher" TargetMode="External"/><Relationship Id="rId305" Type="http://schemas.openxmlformats.org/officeDocument/2006/relationships/hyperlink" Target="https://educont.ru/" TargetMode="External"/><Relationship Id="rId347" Type="http://schemas.openxmlformats.org/officeDocument/2006/relationships/hyperlink" Target="https://educont.ru/" TargetMode="External"/><Relationship Id="rId512" Type="http://schemas.openxmlformats.org/officeDocument/2006/relationships/footer" Target="footer24.xml"/><Relationship Id="rId44" Type="http://schemas.openxmlformats.org/officeDocument/2006/relationships/hyperlink" Target="https://resh.edu.ru/subject/13/" TargetMode="External"/><Relationship Id="rId86" Type="http://schemas.openxmlformats.org/officeDocument/2006/relationships/hyperlink" Target="https://resh.edu.ru/subject/13/" TargetMode="External"/><Relationship Id="rId151" Type="http://schemas.openxmlformats.org/officeDocument/2006/relationships/hyperlink" Target="https://resh.edu.ru/subject/13/" TargetMode="External"/><Relationship Id="rId389" Type="http://schemas.openxmlformats.org/officeDocument/2006/relationships/hyperlink" Target="https://educont.ru/" TargetMode="External"/><Relationship Id="rId554" Type="http://schemas.openxmlformats.org/officeDocument/2006/relationships/hyperlink" Target="https://resh.edu.ru/subject/lesson/3190/start/" TargetMode="External"/><Relationship Id="rId596" Type="http://schemas.openxmlformats.org/officeDocument/2006/relationships/hyperlink" Target="https://resh.edu.ru/subject/9/" TargetMode="External"/><Relationship Id="rId761" Type="http://schemas.openxmlformats.org/officeDocument/2006/relationships/hyperlink" Target="https://resh.edu.ru/subject/9/" TargetMode="External"/><Relationship Id="rId817" Type="http://schemas.openxmlformats.org/officeDocument/2006/relationships/hyperlink" Target="http://www.myshared.ru/slide/519347/" TargetMode="External"/><Relationship Id="rId193" Type="http://schemas.openxmlformats.org/officeDocument/2006/relationships/hyperlink" Target="https://prosv.ru/static/tsok" TargetMode="External"/><Relationship Id="rId207" Type="http://schemas.openxmlformats.org/officeDocument/2006/relationships/hyperlink" Target="http://school-collection.edu.ru/catalog/teacher" TargetMode="External"/><Relationship Id="rId249" Type="http://schemas.openxmlformats.org/officeDocument/2006/relationships/hyperlink" Target="http://school-collection.edu.ru/catalog/teacher" TargetMode="External"/><Relationship Id="rId414" Type="http://schemas.openxmlformats.org/officeDocument/2006/relationships/hyperlink" Target="http://school-collection.edu.ru/catalog/teacher" TargetMode="External"/><Relationship Id="rId456" Type="http://schemas.openxmlformats.org/officeDocument/2006/relationships/hyperlink" Target="http://school-collection.edu.ru/catalog/teacher" TargetMode="External"/><Relationship Id="rId498" Type="http://schemas.openxmlformats.org/officeDocument/2006/relationships/footer" Target="footer10.xml"/><Relationship Id="rId621" Type="http://schemas.openxmlformats.org/officeDocument/2006/relationships/hyperlink" Target="https://&#1091;&#1088;&#1086;&#1082;.&#1088;&#1092;/" TargetMode="External"/><Relationship Id="rId663" Type="http://schemas.openxmlformats.org/officeDocument/2006/relationships/hyperlink" Target="https://&#1091;&#1088;&#1086;&#1082;.&#1088;&#1092;/" TargetMode="External"/><Relationship Id="rId13" Type="http://schemas.openxmlformats.org/officeDocument/2006/relationships/hyperlink" Target="https://prosv.ru/static/tsok" TargetMode="External"/><Relationship Id="rId109" Type="http://schemas.openxmlformats.org/officeDocument/2006/relationships/hyperlink" Target="https://resh.edu.ru/subject/13/" TargetMode="External"/><Relationship Id="rId260" Type="http://schemas.openxmlformats.org/officeDocument/2006/relationships/hyperlink" Target="https://educont.ru/" TargetMode="External"/><Relationship Id="rId316" Type="http://schemas.openxmlformats.org/officeDocument/2006/relationships/hyperlink" Target="https://resh.edu.ru/subject/14/5/" TargetMode="External"/><Relationship Id="rId523" Type="http://schemas.openxmlformats.org/officeDocument/2006/relationships/hyperlink" Target="https://resh.edu.ru/subject/lesson/7419/start/255185/" TargetMode="External"/><Relationship Id="rId719" Type="http://schemas.openxmlformats.org/officeDocument/2006/relationships/hyperlink" Target="https://resh.edu.ru/subject/9/" TargetMode="External"/><Relationship Id="rId55" Type="http://schemas.openxmlformats.org/officeDocument/2006/relationships/hyperlink" Target="https://prosv.ru/static/tsok" TargetMode="External"/><Relationship Id="rId97" Type="http://schemas.openxmlformats.org/officeDocument/2006/relationships/hyperlink" Target="https://resh.edu.ru/subject/13/" TargetMode="External"/><Relationship Id="rId120" Type="http://schemas.openxmlformats.org/officeDocument/2006/relationships/hyperlink" Target="https://resh.edu.ru/subject/13/" TargetMode="External"/><Relationship Id="rId358" Type="http://schemas.openxmlformats.org/officeDocument/2006/relationships/hyperlink" Target="https://resh.edu.ru/subject/14/5/" TargetMode="External"/><Relationship Id="rId565" Type="http://schemas.openxmlformats.org/officeDocument/2006/relationships/hyperlink" Target="https://resh.edu.ru/subject/lesson/7557/start/289223/" TargetMode="External"/><Relationship Id="rId730" Type="http://schemas.openxmlformats.org/officeDocument/2006/relationships/hyperlink" Target="https://&#1091;&#1088;&#1086;&#1082;.&#1088;&#1092;/" TargetMode="External"/><Relationship Id="rId772" Type="http://schemas.openxmlformats.org/officeDocument/2006/relationships/hyperlink" Target="https://resh.edu.ru/subject/9/" TargetMode="External"/><Relationship Id="rId828" Type="http://schemas.openxmlformats.org/officeDocument/2006/relationships/header" Target="header10.xml"/><Relationship Id="rId162" Type="http://schemas.openxmlformats.org/officeDocument/2006/relationships/hyperlink" Target="https://prosv.ru/static/tsok" TargetMode="External"/><Relationship Id="rId218" Type="http://schemas.openxmlformats.org/officeDocument/2006/relationships/hyperlink" Target="https://educont.ru/" TargetMode="External"/><Relationship Id="rId425" Type="http://schemas.openxmlformats.org/officeDocument/2006/relationships/hyperlink" Target="https://educont.ru/" TargetMode="External"/><Relationship Id="rId467" Type="http://schemas.openxmlformats.org/officeDocument/2006/relationships/footer" Target="footer6.xml"/><Relationship Id="rId632" Type="http://schemas.openxmlformats.org/officeDocument/2006/relationships/hyperlink" Target="https://www.uchportal.ru/" TargetMode="External"/><Relationship Id="rId271" Type="http://schemas.openxmlformats.org/officeDocument/2006/relationships/hyperlink" Target="https://resh.edu.ru/subject/14/5/" TargetMode="External"/><Relationship Id="rId674" Type="http://schemas.openxmlformats.org/officeDocument/2006/relationships/hyperlink" Target="https://resh.edu.ru/subject/9/" TargetMode="External"/><Relationship Id="rId24" Type="http://schemas.openxmlformats.org/officeDocument/2006/relationships/hyperlink" Target="https://resh.edu.ru/subject/13/" TargetMode="External"/><Relationship Id="rId66" Type="http://schemas.openxmlformats.org/officeDocument/2006/relationships/hyperlink" Target="http://gramma.ru/RUS/" TargetMode="External"/><Relationship Id="rId131" Type="http://schemas.openxmlformats.org/officeDocument/2006/relationships/hyperlink" Target="https://resh.edu.ru/subject/13/" TargetMode="External"/><Relationship Id="rId327" Type="http://schemas.openxmlformats.org/officeDocument/2006/relationships/hyperlink" Target="http://school-collection.edu.ru/catalog/teacher" TargetMode="External"/><Relationship Id="rId369" Type="http://schemas.openxmlformats.org/officeDocument/2006/relationships/hyperlink" Target="http://school-collection.edu.ru/catalog/teacher" TargetMode="External"/><Relationship Id="rId534" Type="http://schemas.openxmlformats.org/officeDocument/2006/relationships/hyperlink" Target="https://resh.edu.ru/subject/lesson/7173/start/254410/" TargetMode="External"/><Relationship Id="rId576" Type="http://schemas.openxmlformats.org/officeDocument/2006/relationships/hyperlink" Target="https://resh.edu.ru/subject/lesson/664/" TargetMode="External"/><Relationship Id="rId741" Type="http://schemas.openxmlformats.org/officeDocument/2006/relationships/hyperlink" Target="https://resh.edu.ru/subject/9/" TargetMode="External"/><Relationship Id="rId783" Type="http://schemas.openxmlformats.org/officeDocument/2006/relationships/hyperlink" Target="https://www.uchportal.ru/" TargetMode="External"/><Relationship Id="rId839" Type="http://schemas.openxmlformats.org/officeDocument/2006/relationships/hyperlink" Target="http://psyjournals.ru/authors/a1150.shtml" TargetMode="External"/><Relationship Id="rId173" Type="http://schemas.openxmlformats.org/officeDocument/2006/relationships/hyperlink" Target="https://resh.edu.ru/subject/13/" TargetMode="External"/><Relationship Id="rId229" Type="http://schemas.openxmlformats.org/officeDocument/2006/relationships/hyperlink" Target="https://resh.edu.ru/subject/14/5/" TargetMode="External"/><Relationship Id="rId380" Type="http://schemas.openxmlformats.org/officeDocument/2006/relationships/hyperlink" Target="https://educont.ru/" TargetMode="External"/><Relationship Id="rId436" Type="http://schemas.openxmlformats.org/officeDocument/2006/relationships/hyperlink" Target="https://resh.edu.ru/subject/14/5/" TargetMode="External"/><Relationship Id="rId601" Type="http://schemas.openxmlformats.org/officeDocument/2006/relationships/hyperlink" Target="https://resh.edu.ru/subject/9/" TargetMode="External"/><Relationship Id="rId643" Type="http://schemas.openxmlformats.org/officeDocument/2006/relationships/hyperlink" Target="https://www.uchportal.ru/" TargetMode="External"/><Relationship Id="rId240" Type="http://schemas.openxmlformats.org/officeDocument/2006/relationships/hyperlink" Target="http://school-collection.edu.ru/catalog/teacher" TargetMode="External"/><Relationship Id="rId478" Type="http://schemas.openxmlformats.org/officeDocument/2006/relationships/hyperlink" Target="https://resh.edu.ru/subject/lesson/7588/start/311624/" TargetMode="External"/><Relationship Id="rId685" Type="http://schemas.openxmlformats.org/officeDocument/2006/relationships/hyperlink" Target="https://resh.edu.ru/subject/9/" TargetMode="External"/><Relationship Id="rId850" Type="http://schemas.openxmlformats.org/officeDocument/2006/relationships/package" Target="embeddings/_____Microsoft_Excel______________________11.xlsm"/><Relationship Id="rId35" Type="http://schemas.openxmlformats.org/officeDocument/2006/relationships/hyperlink" Target="https://resh.edu.ru/subject/13/" TargetMode="External"/><Relationship Id="rId77" Type="http://schemas.openxmlformats.org/officeDocument/2006/relationships/hyperlink" Target="http://school-collection.edu.ru/catalog/" TargetMode="External"/><Relationship Id="rId100" Type="http://schemas.openxmlformats.org/officeDocument/2006/relationships/hyperlink" Target="https://prosv.ru/static/tsok" TargetMode="External"/><Relationship Id="rId282" Type="http://schemas.openxmlformats.org/officeDocument/2006/relationships/hyperlink" Target="http://school-collection.edu.ru/catalog/teacher" TargetMode="External"/><Relationship Id="rId338" Type="http://schemas.openxmlformats.org/officeDocument/2006/relationships/hyperlink" Target="https://educont.ru/" TargetMode="External"/><Relationship Id="rId503" Type="http://schemas.openxmlformats.org/officeDocument/2006/relationships/footer" Target="footer15.xml"/><Relationship Id="rId545" Type="http://schemas.openxmlformats.org/officeDocument/2006/relationships/hyperlink" Target="https://resh.edu.ru/subject/lesson/3176/start/" TargetMode="External"/><Relationship Id="rId587" Type="http://schemas.openxmlformats.org/officeDocument/2006/relationships/hyperlink" Target="https://videouroki.net/razrabotki/prezentatsiya-po-tekhnologii-plastmassy.html" TargetMode="External"/><Relationship Id="rId710" Type="http://schemas.openxmlformats.org/officeDocument/2006/relationships/hyperlink" Target="https://&#1091;&#1088;&#1086;&#1082;.&#1088;&#1092;/" TargetMode="External"/><Relationship Id="rId752" Type="http://schemas.openxmlformats.org/officeDocument/2006/relationships/hyperlink" Target="https://resh.edu.ru/subject/9/" TargetMode="External"/><Relationship Id="rId808" Type="http://schemas.openxmlformats.org/officeDocument/2006/relationships/hyperlink" Target="https://clck.ru/rFXyL" TargetMode="External"/><Relationship Id="rId8" Type="http://schemas.openxmlformats.org/officeDocument/2006/relationships/footer" Target="footer1.xml"/><Relationship Id="rId142" Type="http://schemas.openxmlformats.org/officeDocument/2006/relationships/hyperlink" Target="https://resh.edu.ru/subject/13/" TargetMode="External"/><Relationship Id="rId184" Type="http://schemas.openxmlformats.org/officeDocument/2006/relationships/hyperlink" Target="https://resh.edu.ru/subject/13/" TargetMode="External"/><Relationship Id="rId391" Type="http://schemas.openxmlformats.org/officeDocument/2006/relationships/hyperlink" Target="https://resh.edu.ru/subject/14/5/" TargetMode="External"/><Relationship Id="rId405" Type="http://schemas.openxmlformats.org/officeDocument/2006/relationships/hyperlink" Target="http://school-collection.edu.ru/catalog/teacher" TargetMode="External"/><Relationship Id="rId447" Type="http://schemas.openxmlformats.org/officeDocument/2006/relationships/hyperlink" Target="http://school-collection.edu.ru/catalog/teacher" TargetMode="External"/><Relationship Id="rId612" Type="http://schemas.openxmlformats.org/officeDocument/2006/relationships/hyperlink" Target="https://www.uchportal.ru/" TargetMode="External"/><Relationship Id="rId794" Type="http://schemas.openxmlformats.org/officeDocument/2006/relationships/hyperlink" Target="https://shareslide.ru/obzh/prezentatsiya-po-obzh-5-klass-sistemy" TargetMode="External"/><Relationship Id="rId251" Type="http://schemas.openxmlformats.org/officeDocument/2006/relationships/hyperlink" Target="https://educont.ru/" TargetMode="External"/><Relationship Id="rId489" Type="http://schemas.openxmlformats.org/officeDocument/2006/relationships/hyperlink" Target="https://resh.edu.ru/subject/lesson/7620/start/243500/" TargetMode="External"/><Relationship Id="rId654" Type="http://schemas.openxmlformats.org/officeDocument/2006/relationships/hyperlink" Target="https://&#1091;&#1088;&#1086;&#1082;.&#1088;&#1092;/" TargetMode="External"/><Relationship Id="rId696" Type="http://schemas.openxmlformats.org/officeDocument/2006/relationships/hyperlink" Target="https://www.uchportal.ru/" TargetMode="External"/><Relationship Id="rId46" Type="http://schemas.openxmlformats.org/officeDocument/2006/relationships/hyperlink" Target="https://resh.edu.ru/subject/13/" TargetMode="External"/><Relationship Id="rId293" Type="http://schemas.openxmlformats.org/officeDocument/2006/relationships/hyperlink" Target="https://educont.ru/" TargetMode="External"/><Relationship Id="rId307" Type="http://schemas.openxmlformats.org/officeDocument/2006/relationships/hyperlink" Target="https://resh.edu.ru/subject/14/5/" TargetMode="External"/><Relationship Id="rId349" Type="http://schemas.openxmlformats.org/officeDocument/2006/relationships/hyperlink" Target="https://resh.edu.ru/subject/14/5/" TargetMode="External"/><Relationship Id="rId514" Type="http://schemas.openxmlformats.org/officeDocument/2006/relationships/footer" Target="footer26.xml"/><Relationship Id="rId556" Type="http://schemas.openxmlformats.org/officeDocument/2006/relationships/hyperlink" Target="https://resh.edu.ru/subject/lesson/3192/start/" TargetMode="External"/><Relationship Id="rId721" Type="http://schemas.openxmlformats.org/officeDocument/2006/relationships/hyperlink" Target="https://&#1091;&#1088;&#1086;&#1082;.&#1088;&#1092;/" TargetMode="External"/><Relationship Id="rId763" Type="http://schemas.openxmlformats.org/officeDocument/2006/relationships/hyperlink" Target="https://resh.edu.ru/subject/9/" TargetMode="External"/><Relationship Id="rId88" Type="http://schemas.openxmlformats.org/officeDocument/2006/relationships/hyperlink" Target="https://resh.edu.ru/subject/13/" TargetMode="External"/><Relationship Id="rId111" Type="http://schemas.openxmlformats.org/officeDocument/2006/relationships/hyperlink" Target="https://resh.edu.ru/subject/13/" TargetMode="External"/><Relationship Id="rId153" Type="http://schemas.openxmlformats.org/officeDocument/2006/relationships/hyperlink" Target="https://resh.edu.ru/subject/13/" TargetMode="External"/><Relationship Id="rId195" Type="http://schemas.openxmlformats.org/officeDocument/2006/relationships/hyperlink" Target="https://resh.edu.ru/subject/13/" TargetMode="External"/><Relationship Id="rId209" Type="http://schemas.openxmlformats.org/officeDocument/2006/relationships/hyperlink" Target="https://educont.ru/" TargetMode="External"/><Relationship Id="rId360" Type="http://schemas.openxmlformats.org/officeDocument/2006/relationships/hyperlink" Target="http://school-collection.edu.ru/catalog/teacher" TargetMode="External"/><Relationship Id="rId416" Type="http://schemas.openxmlformats.org/officeDocument/2006/relationships/hyperlink" Target="https://educont.ru/" TargetMode="External"/><Relationship Id="rId598" Type="http://schemas.openxmlformats.org/officeDocument/2006/relationships/hyperlink" Target="https://resh.edu.ru/subject/9/" TargetMode="External"/><Relationship Id="rId819" Type="http://schemas.openxmlformats.org/officeDocument/2006/relationships/hyperlink" Target="http://www.myshared.ru/slide/1429156/" TargetMode="External"/><Relationship Id="rId220" Type="http://schemas.openxmlformats.org/officeDocument/2006/relationships/hyperlink" Target="https://resh.edu.ru/subject/14/5/" TargetMode="External"/><Relationship Id="rId458" Type="http://schemas.openxmlformats.org/officeDocument/2006/relationships/hyperlink" Target="https://educont.ru/" TargetMode="External"/><Relationship Id="rId623" Type="http://schemas.openxmlformats.org/officeDocument/2006/relationships/hyperlink" Target="https://&#1091;&#1088;&#1086;&#1082;.&#1088;&#1092;/" TargetMode="External"/><Relationship Id="rId665" Type="http://schemas.openxmlformats.org/officeDocument/2006/relationships/hyperlink" Target="https://&#1091;&#1088;&#1086;&#1082;.&#1088;&#1092;/" TargetMode="External"/><Relationship Id="rId830" Type="http://schemas.openxmlformats.org/officeDocument/2006/relationships/footer" Target="footer36.xml"/><Relationship Id="rId15" Type="http://schemas.openxmlformats.org/officeDocument/2006/relationships/hyperlink" Target="http://gramma.ru/RUS/" TargetMode="External"/><Relationship Id="rId57" Type="http://schemas.openxmlformats.org/officeDocument/2006/relationships/hyperlink" Target="https://resh.edu.ru/subject/13/" TargetMode="External"/><Relationship Id="rId262" Type="http://schemas.openxmlformats.org/officeDocument/2006/relationships/hyperlink" Target="https://resh.edu.ru/subject/14/5/" TargetMode="External"/><Relationship Id="rId318" Type="http://schemas.openxmlformats.org/officeDocument/2006/relationships/hyperlink" Target="http://school-collection.edu.ru/catalog/teacher" TargetMode="External"/><Relationship Id="rId525" Type="http://schemas.openxmlformats.org/officeDocument/2006/relationships/hyperlink" Target="https://resh.edu.ru/subject/lesson/7429/start/255055/" TargetMode="External"/><Relationship Id="rId567" Type="http://schemas.openxmlformats.org/officeDocument/2006/relationships/hyperlink" Target="https://iu.ru/video-lessons/93ce2494-9c5c-4943-9e46-049813fe97cd" TargetMode="External"/><Relationship Id="rId732" Type="http://schemas.openxmlformats.org/officeDocument/2006/relationships/hyperlink" Target="https://&#1091;&#1088;&#1086;&#1082;.&#1088;&#1092;/" TargetMode="External"/><Relationship Id="rId99" Type="http://schemas.openxmlformats.org/officeDocument/2006/relationships/hyperlink" Target="https://resh.edu.ru/subject/13/" TargetMode="External"/><Relationship Id="rId122" Type="http://schemas.openxmlformats.org/officeDocument/2006/relationships/hyperlink" Target="https://resh.edu.ru/subject/13/" TargetMode="External"/><Relationship Id="rId164" Type="http://schemas.openxmlformats.org/officeDocument/2006/relationships/hyperlink" Target="https://resh.edu.ru/subject/13/" TargetMode="External"/><Relationship Id="rId371" Type="http://schemas.openxmlformats.org/officeDocument/2006/relationships/hyperlink" Target="https://educont.ru/" TargetMode="External"/><Relationship Id="rId774" Type="http://schemas.openxmlformats.org/officeDocument/2006/relationships/hyperlink" Target="https://&#1091;&#1088;&#1086;&#1082;.&#1088;&#1092;/" TargetMode="External"/><Relationship Id="rId427" Type="http://schemas.openxmlformats.org/officeDocument/2006/relationships/hyperlink" Target="https://resh.edu.ru/subject/14/5/" TargetMode="External"/><Relationship Id="rId469" Type="http://schemas.openxmlformats.org/officeDocument/2006/relationships/footer" Target="footer8.xml"/><Relationship Id="rId634" Type="http://schemas.openxmlformats.org/officeDocument/2006/relationships/hyperlink" Target="https://www.uchportal.ru/" TargetMode="External"/><Relationship Id="rId676" Type="http://schemas.openxmlformats.org/officeDocument/2006/relationships/hyperlink" Target="https://resh.edu.ru/subject/9/" TargetMode="External"/><Relationship Id="rId841" Type="http://schemas.openxmlformats.org/officeDocument/2006/relationships/header" Target="header15.xml"/><Relationship Id="rId26" Type="http://schemas.openxmlformats.org/officeDocument/2006/relationships/hyperlink" Target="http://gramma.ru/RUS/" TargetMode="External"/><Relationship Id="rId231" Type="http://schemas.openxmlformats.org/officeDocument/2006/relationships/hyperlink" Target="http://school-collection.edu.ru/catalog/teacher" TargetMode="External"/><Relationship Id="rId273" Type="http://schemas.openxmlformats.org/officeDocument/2006/relationships/hyperlink" Target="http://school-collection.edu.ru/catalog/teacher" TargetMode="External"/><Relationship Id="rId329" Type="http://schemas.openxmlformats.org/officeDocument/2006/relationships/hyperlink" Target="https://educont.ru/" TargetMode="External"/><Relationship Id="rId480" Type="http://schemas.openxmlformats.org/officeDocument/2006/relationships/hyperlink" Target="https://resh.edu.ru/subject/lesson/7597/start/308428/" TargetMode="External"/><Relationship Id="rId536" Type="http://schemas.openxmlformats.org/officeDocument/2006/relationships/hyperlink" Target="https://resh.edu.ru/subject/lesson/7172/start/315948/" TargetMode="External"/><Relationship Id="rId701" Type="http://schemas.openxmlformats.org/officeDocument/2006/relationships/hyperlink" Target="https://resh.edu.ru/subject/9/" TargetMode="External"/><Relationship Id="rId68" Type="http://schemas.openxmlformats.org/officeDocument/2006/relationships/hyperlink" Target="https://resh.edu.ru/subject/13/" TargetMode="External"/><Relationship Id="rId133" Type="http://schemas.openxmlformats.org/officeDocument/2006/relationships/hyperlink" Target="http://gramma.ru/RUS/" TargetMode="External"/><Relationship Id="rId175" Type="http://schemas.openxmlformats.org/officeDocument/2006/relationships/hyperlink" Target="https://resh.edu.ru/subject/13/" TargetMode="External"/><Relationship Id="rId340" Type="http://schemas.openxmlformats.org/officeDocument/2006/relationships/hyperlink" Target="https://resh.edu.ru/subject/14/5/" TargetMode="External"/><Relationship Id="rId578" Type="http://schemas.openxmlformats.org/officeDocument/2006/relationships/hyperlink" Target="https://resh.edu.ru/subject/lesson/7084/start/308846/" TargetMode="External"/><Relationship Id="rId743" Type="http://schemas.openxmlformats.org/officeDocument/2006/relationships/hyperlink" Target="https://&#1091;&#1088;&#1086;&#1082;.&#1088;&#1092;/" TargetMode="External"/><Relationship Id="rId785" Type="http://schemas.openxmlformats.org/officeDocument/2006/relationships/hyperlink" Target="https://www.uchportal.ru/" TargetMode="External"/><Relationship Id="rId200" Type="http://schemas.openxmlformats.org/officeDocument/2006/relationships/header" Target="header2.xml"/><Relationship Id="rId382" Type="http://schemas.openxmlformats.org/officeDocument/2006/relationships/hyperlink" Target="https://resh.edu.ru/subject/14/5/" TargetMode="External"/><Relationship Id="rId438" Type="http://schemas.openxmlformats.org/officeDocument/2006/relationships/hyperlink" Target="http://school-collection.edu.ru/catalog/teacher" TargetMode="External"/><Relationship Id="rId603" Type="http://schemas.openxmlformats.org/officeDocument/2006/relationships/hyperlink" Target="https://www.fizkult-ura.ru/" TargetMode="External"/><Relationship Id="rId645" Type="http://schemas.openxmlformats.org/officeDocument/2006/relationships/hyperlink" Target="https://&#1091;&#1088;&#1086;&#1082;.&#1088;&#1092;/" TargetMode="External"/><Relationship Id="rId687" Type="http://schemas.openxmlformats.org/officeDocument/2006/relationships/hyperlink" Target="https://resh.edu.ru/subject/9/" TargetMode="External"/><Relationship Id="rId810" Type="http://schemas.openxmlformats.org/officeDocument/2006/relationships/hyperlink" Target="http://www.myshared.ru/slide/1001725/" TargetMode="External"/><Relationship Id="rId852" Type="http://schemas.openxmlformats.org/officeDocument/2006/relationships/header" Target="header20.xml"/><Relationship Id="rId242" Type="http://schemas.openxmlformats.org/officeDocument/2006/relationships/hyperlink" Target="https://educont.ru/" TargetMode="External"/><Relationship Id="rId284" Type="http://schemas.openxmlformats.org/officeDocument/2006/relationships/hyperlink" Target="https://educont.ru/" TargetMode="External"/><Relationship Id="rId491" Type="http://schemas.openxmlformats.org/officeDocument/2006/relationships/hyperlink" Target="https://resh.edu.ru/subject/lesson/7614/start/303019/" TargetMode="External"/><Relationship Id="rId505" Type="http://schemas.openxmlformats.org/officeDocument/2006/relationships/footer" Target="footer17.xml"/><Relationship Id="rId712" Type="http://schemas.openxmlformats.org/officeDocument/2006/relationships/hyperlink" Target="https://www.uchportal.ru/" TargetMode="External"/><Relationship Id="rId37" Type="http://schemas.openxmlformats.org/officeDocument/2006/relationships/hyperlink" Target="https://resh.edu.ru/subject/13/" TargetMode="External"/><Relationship Id="rId79" Type="http://schemas.openxmlformats.org/officeDocument/2006/relationships/hyperlink" Target="https://prosv.ru/static/tsok" TargetMode="External"/><Relationship Id="rId102" Type="http://schemas.openxmlformats.org/officeDocument/2006/relationships/hyperlink" Target="https://resh.edu.ru/subject/13/" TargetMode="External"/><Relationship Id="rId144" Type="http://schemas.openxmlformats.org/officeDocument/2006/relationships/hyperlink" Target="https://prosv.ru/static/tsok" TargetMode="External"/><Relationship Id="rId547" Type="http://schemas.openxmlformats.org/officeDocument/2006/relationships/hyperlink" Target="https://resh.edu.ru/subject/lesson/3185/start/" TargetMode="External"/><Relationship Id="rId589" Type="http://schemas.openxmlformats.org/officeDocument/2006/relationships/hyperlink" Target="https://resh.edu.ru/subject/lesson/676/" TargetMode="External"/><Relationship Id="rId754" Type="http://schemas.openxmlformats.org/officeDocument/2006/relationships/hyperlink" Target="https://resh.edu.ru/subject/9/" TargetMode="External"/><Relationship Id="rId796" Type="http://schemas.openxmlformats.org/officeDocument/2006/relationships/hyperlink" Target="https://clck.ru/rE7yW" TargetMode="External"/><Relationship Id="rId90" Type="http://schemas.openxmlformats.org/officeDocument/2006/relationships/hyperlink" Target="https://resh.edu.ru/subject/13/" TargetMode="External"/><Relationship Id="rId186" Type="http://schemas.openxmlformats.org/officeDocument/2006/relationships/hyperlink" Target="http://school-collection.edu.ru/catalog/" TargetMode="External"/><Relationship Id="rId351" Type="http://schemas.openxmlformats.org/officeDocument/2006/relationships/hyperlink" Target="http://school-collection.edu.ru/catalog/teacher" TargetMode="External"/><Relationship Id="rId393" Type="http://schemas.openxmlformats.org/officeDocument/2006/relationships/hyperlink" Target="http://school-collection.edu.ru/catalog/teacher" TargetMode="External"/><Relationship Id="rId407" Type="http://schemas.openxmlformats.org/officeDocument/2006/relationships/hyperlink" Target="https://educont.ru/" TargetMode="External"/><Relationship Id="rId449" Type="http://schemas.openxmlformats.org/officeDocument/2006/relationships/hyperlink" Target="https://educont.ru/" TargetMode="External"/><Relationship Id="rId614" Type="http://schemas.openxmlformats.org/officeDocument/2006/relationships/hyperlink" Target="https://www.uchportal.ru/" TargetMode="External"/><Relationship Id="rId656" Type="http://schemas.openxmlformats.org/officeDocument/2006/relationships/hyperlink" Target="https://resh.edu.ru/subject/9/" TargetMode="External"/><Relationship Id="rId821" Type="http://schemas.openxmlformats.org/officeDocument/2006/relationships/hyperlink" Target="http://www.myshared.ru/slide/1334300/" TargetMode="External"/><Relationship Id="rId211" Type="http://schemas.openxmlformats.org/officeDocument/2006/relationships/hyperlink" Target="https://resh.edu.ru/subject/14/5/" TargetMode="External"/><Relationship Id="rId253" Type="http://schemas.openxmlformats.org/officeDocument/2006/relationships/hyperlink" Target="https://resh.edu.ru/subject/14/5/" TargetMode="External"/><Relationship Id="rId295" Type="http://schemas.openxmlformats.org/officeDocument/2006/relationships/hyperlink" Target="https://resh.edu.ru/subject/14/5/" TargetMode="External"/><Relationship Id="rId309" Type="http://schemas.openxmlformats.org/officeDocument/2006/relationships/hyperlink" Target="http://school-collection.edu.ru/catalog/teacher" TargetMode="External"/><Relationship Id="rId460" Type="http://schemas.openxmlformats.org/officeDocument/2006/relationships/hyperlink" Target="https://resh.edu.ru/subject/14/5/" TargetMode="External"/><Relationship Id="rId516" Type="http://schemas.openxmlformats.org/officeDocument/2006/relationships/footer" Target="footer28.xml"/><Relationship Id="rId698" Type="http://schemas.openxmlformats.org/officeDocument/2006/relationships/hyperlink" Target="https://resh.edu.ru/subject/9/" TargetMode="External"/><Relationship Id="rId48" Type="http://schemas.openxmlformats.org/officeDocument/2006/relationships/hyperlink" Target="http://school-collection.edu.ru/catalog/" TargetMode="External"/><Relationship Id="rId113" Type="http://schemas.openxmlformats.org/officeDocument/2006/relationships/hyperlink" Target="https://resh.edu.ru/subject/13/" TargetMode="External"/><Relationship Id="rId320" Type="http://schemas.openxmlformats.org/officeDocument/2006/relationships/hyperlink" Target="https://educont.ru/" TargetMode="External"/><Relationship Id="rId558" Type="http://schemas.openxmlformats.org/officeDocument/2006/relationships/hyperlink" Target="https://resh.edu.ru/subject/lesson/3355/start/" TargetMode="External"/><Relationship Id="rId723" Type="http://schemas.openxmlformats.org/officeDocument/2006/relationships/hyperlink" Target="https://&#1091;&#1088;&#1086;&#1082;.&#1088;&#1092;/" TargetMode="External"/><Relationship Id="rId765" Type="http://schemas.openxmlformats.org/officeDocument/2006/relationships/hyperlink" Target="https://www.uchportal.ru/" TargetMode="External"/><Relationship Id="rId155" Type="http://schemas.openxmlformats.org/officeDocument/2006/relationships/hyperlink" Target="https://resh.edu.ru/subject/13/" TargetMode="External"/><Relationship Id="rId197" Type="http://schemas.openxmlformats.org/officeDocument/2006/relationships/hyperlink" Target="https://resh.edu.ru/subject/13/" TargetMode="External"/><Relationship Id="rId362" Type="http://schemas.openxmlformats.org/officeDocument/2006/relationships/hyperlink" Target="https://educont.ru/" TargetMode="External"/><Relationship Id="rId418" Type="http://schemas.openxmlformats.org/officeDocument/2006/relationships/hyperlink" Target="https://resh.edu.ru/subject/14/5/" TargetMode="External"/><Relationship Id="rId625" Type="http://schemas.openxmlformats.org/officeDocument/2006/relationships/hyperlink" Target="https://&#1091;&#1088;&#1086;&#1082;.&#1088;&#1092;/" TargetMode="External"/><Relationship Id="rId832" Type="http://schemas.openxmlformats.org/officeDocument/2006/relationships/header" Target="header12.xml"/><Relationship Id="rId222" Type="http://schemas.openxmlformats.org/officeDocument/2006/relationships/hyperlink" Target="http://school-collection.edu.ru/catalog/teacher" TargetMode="External"/><Relationship Id="rId264" Type="http://schemas.openxmlformats.org/officeDocument/2006/relationships/hyperlink" Target="http://school-collection.edu.ru/catalog/teacher" TargetMode="External"/><Relationship Id="rId471" Type="http://schemas.openxmlformats.org/officeDocument/2006/relationships/hyperlink" Target="https://resh.edu.ru/subject/lesson/7591/start/243655/" TargetMode="External"/><Relationship Id="rId667" Type="http://schemas.openxmlformats.org/officeDocument/2006/relationships/hyperlink" Target="https://&#1091;&#1088;&#1086;&#1082;.&#1088;&#1092;/" TargetMode="External"/><Relationship Id="rId17" Type="http://schemas.openxmlformats.org/officeDocument/2006/relationships/hyperlink" Target="https://resh.edu.ru/subject/13/" TargetMode="External"/><Relationship Id="rId59" Type="http://schemas.openxmlformats.org/officeDocument/2006/relationships/hyperlink" Target="https://resh.edu.ru/subject/13/" TargetMode="External"/><Relationship Id="rId124" Type="http://schemas.openxmlformats.org/officeDocument/2006/relationships/hyperlink" Target="https://resh.edu.ru/subject/13/" TargetMode="External"/><Relationship Id="rId527" Type="http://schemas.openxmlformats.org/officeDocument/2006/relationships/hyperlink" Target="https://resh.edu.ru/subject/lesson/7167/start/254442" TargetMode="External"/><Relationship Id="rId569" Type="http://schemas.openxmlformats.org/officeDocument/2006/relationships/hyperlink" Target="https://interneturok.ru/lesson/informatika/6-klass/algoritm-i-ispolniteli/prakticheskaya-rabota-2-sostavlenie-algoritmov" TargetMode="External"/><Relationship Id="rId734" Type="http://schemas.openxmlformats.org/officeDocument/2006/relationships/hyperlink" Target="https://resh.edu.ru/subject/9/" TargetMode="External"/><Relationship Id="rId776" Type="http://schemas.openxmlformats.org/officeDocument/2006/relationships/hyperlink" Target="https://&#1091;&#1088;&#1086;&#1082;.&#1088;&#1092;/" TargetMode="External"/><Relationship Id="rId70" Type="http://schemas.openxmlformats.org/officeDocument/2006/relationships/hyperlink" Target="http://school-collection.edu.ru/catalog/" TargetMode="External"/><Relationship Id="rId166" Type="http://schemas.openxmlformats.org/officeDocument/2006/relationships/hyperlink" Target="https://resh.edu.ru/subject/13/" TargetMode="External"/><Relationship Id="rId331" Type="http://schemas.openxmlformats.org/officeDocument/2006/relationships/hyperlink" Target="https://resh.edu.ru/subject/14/5/" TargetMode="External"/><Relationship Id="rId373" Type="http://schemas.openxmlformats.org/officeDocument/2006/relationships/hyperlink" Target="https://resh.edu.ru/subject/14/5/" TargetMode="External"/><Relationship Id="rId429" Type="http://schemas.openxmlformats.org/officeDocument/2006/relationships/hyperlink" Target="http://school-collection.edu.ru/catalog/teacher" TargetMode="External"/><Relationship Id="rId580" Type="http://schemas.openxmlformats.org/officeDocument/2006/relationships/hyperlink" Target="https://resh.edu.ru/subject/lesson/7562/start/289192/" TargetMode="External"/><Relationship Id="rId636" Type="http://schemas.openxmlformats.org/officeDocument/2006/relationships/hyperlink" Target="https://www.youtube.com/watch?v=efLOTeDbpDk" TargetMode="External"/><Relationship Id="rId801" Type="http://schemas.openxmlformats.org/officeDocument/2006/relationships/hyperlink" Target="https://clck.ru/rFJKF" TargetMode="External"/><Relationship Id="rId1" Type="http://schemas.openxmlformats.org/officeDocument/2006/relationships/numbering" Target="numbering.xml"/><Relationship Id="rId233" Type="http://schemas.openxmlformats.org/officeDocument/2006/relationships/hyperlink" Target="https://educont.ru/" TargetMode="External"/><Relationship Id="rId440" Type="http://schemas.openxmlformats.org/officeDocument/2006/relationships/hyperlink" Target="https://educont.ru/" TargetMode="External"/><Relationship Id="rId678" Type="http://schemas.openxmlformats.org/officeDocument/2006/relationships/hyperlink" Target="https://resh.edu.ru/subject/9/" TargetMode="External"/><Relationship Id="rId843" Type="http://schemas.openxmlformats.org/officeDocument/2006/relationships/footer" Target="footer41.xml"/><Relationship Id="rId28" Type="http://schemas.openxmlformats.org/officeDocument/2006/relationships/hyperlink" Target="https://prosv.ru/static/tsok" TargetMode="External"/><Relationship Id="rId275" Type="http://schemas.openxmlformats.org/officeDocument/2006/relationships/hyperlink" Target="https://educont.ru/" TargetMode="External"/><Relationship Id="rId300" Type="http://schemas.openxmlformats.org/officeDocument/2006/relationships/hyperlink" Target="http://school-collection.edu.ru/catalog/teacher" TargetMode="External"/><Relationship Id="rId482" Type="http://schemas.openxmlformats.org/officeDocument/2006/relationships/hyperlink" Target="https://resh.edu.ru/subject/lesson/7589/start/311593/" TargetMode="External"/><Relationship Id="rId538" Type="http://schemas.openxmlformats.org/officeDocument/2006/relationships/hyperlink" Target="https://resh.edu.ru/subject/lesson/7171/start/292008/" TargetMode="External"/><Relationship Id="rId703" Type="http://schemas.openxmlformats.org/officeDocument/2006/relationships/hyperlink" Target="https://www.uchportal.ru/" TargetMode="External"/><Relationship Id="rId745" Type="http://schemas.openxmlformats.org/officeDocument/2006/relationships/hyperlink" Target="https://&#1091;&#1088;&#1086;&#1082;.&#1088;&#1092;/" TargetMode="External"/><Relationship Id="rId81" Type="http://schemas.openxmlformats.org/officeDocument/2006/relationships/hyperlink" Target="https://resh.edu.ru/subject/13/" TargetMode="External"/><Relationship Id="rId135" Type="http://schemas.openxmlformats.org/officeDocument/2006/relationships/hyperlink" Target="https://resh.edu.ru/subject/13/" TargetMode="External"/><Relationship Id="rId177" Type="http://schemas.openxmlformats.org/officeDocument/2006/relationships/hyperlink" Target="https://resh.edu.ru/subject/13/" TargetMode="External"/><Relationship Id="rId342" Type="http://schemas.openxmlformats.org/officeDocument/2006/relationships/hyperlink" Target="http://school-collection.edu.ru/catalog/teacher" TargetMode="External"/><Relationship Id="rId384" Type="http://schemas.openxmlformats.org/officeDocument/2006/relationships/hyperlink" Target="http://school-collection.edu.ru/catalog/teacher" TargetMode="External"/><Relationship Id="rId591" Type="http://schemas.openxmlformats.org/officeDocument/2006/relationships/hyperlink" Target="https://resh.edu.ru/subject/lesson/677/" TargetMode="External"/><Relationship Id="rId605" Type="http://schemas.openxmlformats.org/officeDocument/2006/relationships/hyperlink" Target="https://www.fizkult-ura.ru/" TargetMode="External"/><Relationship Id="rId787" Type="http://schemas.openxmlformats.org/officeDocument/2006/relationships/hyperlink" Target="https://&#1091;&#1088;&#1086;&#1082;.&#1088;&#1092;/" TargetMode="External"/><Relationship Id="rId812" Type="http://schemas.openxmlformats.org/officeDocument/2006/relationships/hyperlink" Target="https://pptcloud.ru/informatika/bezopasnost-v-internete-112832" TargetMode="External"/><Relationship Id="rId202" Type="http://schemas.openxmlformats.org/officeDocument/2006/relationships/hyperlink" Target="https://resh.edu.ru/subject/14/5/" TargetMode="External"/><Relationship Id="rId244" Type="http://schemas.openxmlformats.org/officeDocument/2006/relationships/hyperlink" Target="https://resh.edu.ru/subject/14/5/" TargetMode="External"/><Relationship Id="rId647" Type="http://schemas.openxmlformats.org/officeDocument/2006/relationships/hyperlink" Target="https://&#1091;&#1088;&#1086;&#1082;.&#1088;&#1092;/" TargetMode="External"/><Relationship Id="rId689" Type="http://schemas.openxmlformats.org/officeDocument/2006/relationships/hyperlink" Target="https://resh.edu.ru/subject/9/" TargetMode="External"/><Relationship Id="rId854" Type="http://schemas.openxmlformats.org/officeDocument/2006/relationships/footer" Target="footer46.xml"/><Relationship Id="rId39" Type="http://schemas.openxmlformats.org/officeDocument/2006/relationships/hyperlink" Target="https://prosv.ru/static/tsok" TargetMode="External"/><Relationship Id="rId286" Type="http://schemas.openxmlformats.org/officeDocument/2006/relationships/hyperlink" Target="https://resh.edu.ru/subject/14/5/" TargetMode="External"/><Relationship Id="rId451" Type="http://schemas.openxmlformats.org/officeDocument/2006/relationships/hyperlink" Target="https://resh.edu.ru/subject/14/5/" TargetMode="External"/><Relationship Id="rId493" Type="http://schemas.openxmlformats.org/officeDocument/2006/relationships/hyperlink" Target="https://resh.edu.ru/subject/lesson/7601/start/244058/" TargetMode="External"/><Relationship Id="rId507" Type="http://schemas.openxmlformats.org/officeDocument/2006/relationships/footer" Target="footer19.xml"/><Relationship Id="rId549" Type="http://schemas.openxmlformats.org/officeDocument/2006/relationships/hyperlink" Target="https://resh.edu.ru/subject/lesson/3250/start/" TargetMode="External"/><Relationship Id="rId714" Type="http://schemas.openxmlformats.org/officeDocument/2006/relationships/hyperlink" Target="https://resh.edu.ru/subject/9/" TargetMode="External"/><Relationship Id="rId756" Type="http://schemas.openxmlformats.org/officeDocument/2006/relationships/hyperlink" Target="https://&#1091;&#1088;&#1086;&#1082;.&#1088;&#1092;/" TargetMode="External"/><Relationship Id="rId50" Type="http://schemas.openxmlformats.org/officeDocument/2006/relationships/hyperlink" Target="https://resh.edu.ru/subject/13/" TargetMode="External"/><Relationship Id="rId104" Type="http://schemas.openxmlformats.org/officeDocument/2006/relationships/hyperlink" Target="http://gramma.ru/RUS/" TargetMode="External"/><Relationship Id="rId146" Type="http://schemas.openxmlformats.org/officeDocument/2006/relationships/hyperlink" Target="https://resh.edu.ru/subject/13/" TargetMode="External"/><Relationship Id="rId188" Type="http://schemas.openxmlformats.org/officeDocument/2006/relationships/hyperlink" Target="https://prosv.ru/static/tsok" TargetMode="External"/><Relationship Id="rId311" Type="http://schemas.openxmlformats.org/officeDocument/2006/relationships/hyperlink" Target="https://educont.ru/" TargetMode="External"/><Relationship Id="rId353" Type="http://schemas.openxmlformats.org/officeDocument/2006/relationships/hyperlink" Target="https://educont.ru/" TargetMode="External"/><Relationship Id="rId395" Type="http://schemas.openxmlformats.org/officeDocument/2006/relationships/hyperlink" Target="https://educont.ru/" TargetMode="External"/><Relationship Id="rId409" Type="http://schemas.openxmlformats.org/officeDocument/2006/relationships/hyperlink" Target="https://resh.edu.ru/subject/14/5/" TargetMode="External"/><Relationship Id="rId560" Type="http://schemas.openxmlformats.org/officeDocument/2006/relationships/hyperlink" Target="https://www.youtube.com/watch?v=pY7t8gPjftk" TargetMode="External"/><Relationship Id="rId798" Type="http://schemas.openxmlformats.org/officeDocument/2006/relationships/hyperlink" Target="http://www.myshared.ru/slide/318390/" TargetMode="External"/><Relationship Id="rId92" Type="http://schemas.openxmlformats.org/officeDocument/2006/relationships/hyperlink" Target="https://resh.edu.ru/subject/13/" TargetMode="External"/><Relationship Id="rId213" Type="http://schemas.openxmlformats.org/officeDocument/2006/relationships/hyperlink" Target="http://school-collection.edu.ru/catalog/teacher" TargetMode="External"/><Relationship Id="rId420" Type="http://schemas.openxmlformats.org/officeDocument/2006/relationships/hyperlink" Target="http://school-collection.edu.ru/catalog/teacher" TargetMode="External"/><Relationship Id="rId616" Type="http://schemas.openxmlformats.org/officeDocument/2006/relationships/hyperlink" Target="https://resh.edu.ru/subject/9/" TargetMode="External"/><Relationship Id="rId658" Type="http://schemas.openxmlformats.org/officeDocument/2006/relationships/hyperlink" Target="https://&#1091;&#1088;&#1086;&#1082;.&#1088;&#1092;/" TargetMode="External"/><Relationship Id="rId823" Type="http://schemas.openxmlformats.org/officeDocument/2006/relationships/header" Target="header7.xml"/><Relationship Id="rId255" Type="http://schemas.openxmlformats.org/officeDocument/2006/relationships/hyperlink" Target="http://school-collection.edu.ru/catalog/teacher" TargetMode="External"/><Relationship Id="rId297" Type="http://schemas.openxmlformats.org/officeDocument/2006/relationships/hyperlink" Target="http://school-collection.edu.ru/catalog/teacher" TargetMode="External"/><Relationship Id="rId462" Type="http://schemas.openxmlformats.org/officeDocument/2006/relationships/hyperlink" Target="http://school-collection.edu.ru/catalog/teacher" TargetMode="External"/><Relationship Id="rId518" Type="http://schemas.openxmlformats.org/officeDocument/2006/relationships/hyperlink" Target="https://resh.edu.ru/subject/lesson/7420/start/298442/" TargetMode="External"/><Relationship Id="rId725" Type="http://schemas.openxmlformats.org/officeDocument/2006/relationships/hyperlink" Target="https://www.uchportal.ru/" TargetMode="External"/><Relationship Id="rId115" Type="http://schemas.openxmlformats.org/officeDocument/2006/relationships/hyperlink" Target="https://resh.edu.ru/subject/13/" TargetMode="External"/><Relationship Id="rId157" Type="http://schemas.openxmlformats.org/officeDocument/2006/relationships/hyperlink" Target="https://resh.edu.ru/subject/13/" TargetMode="External"/><Relationship Id="rId322" Type="http://schemas.openxmlformats.org/officeDocument/2006/relationships/hyperlink" Target="https://resh.edu.ru/subject/14/5/" TargetMode="External"/><Relationship Id="rId364" Type="http://schemas.openxmlformats.org/officeDocument/2006/relationships/hyperlink" Target="https://resh.edu.ru/subject/14/5/" TargetMode="External"/><Relationship Id="rId767" Type="http://schemas.openxmlformats.org/officeDocument/2006/relationships/hyperlink" Target="https://resh.edu.ru/subject/9/" TargetMode="External"/><Relationship Id="rId61" Type="http://schemas.openxmlformats.org/officeDocument/2006/relationships/hyperlink" Target="https://resh.edu.ru/subject/13/" TargetMode="External"/><Relationship Id="rId199" Type="http://schemas.openxmlformats.org/officeDocument/2006/relationships/hyperlink" Target="https://resh.edu.ru/subject/13/" TargetMode="External"/><Relationship Id="rId571" Type="http://schemas.openxmlformats.org/officeDocument/2006/relationships/hyperlink" Target="https://iu.ru/video-lessons/3077b004-6b9e-4326-842e-cdc44b6a00bf" TargetMode="External"/><Relationship Id="rId627" Type="http://schemas.openxmlformats.org/officeDocument/2006/relationships/hyperlink" Target="https://&#1091;&#1088;&#1086;&#1082;.&#1088;&#1092;/" TargetMode="External"/><Relationship Id="rId669" Type="http://schemas.openxmlformats.org/officeDocument/2006/relationships/hyperlink" Target="https://&#1091;&#1088;&#1086;&#1082;.&#1088;&#1092;/" TargetMode="External"/><Relationship Id="rId834" Type="http://schemas.openxmlformats.org/officeDocument/2006/relationships/footer" Target="footer38.xml"/><Relationship Id="rId19" Type="http://schemas.openxmlformats.org/officeDocument/2006/relationships/hyperlink" Target="http://orthographia.ru/" TargetMode="External"/><Relationship Id="rId224" Type="http://schemas.openxmlformats.org/officeDocument/2006/relationships/hyperlink" Target="https://educont.ru/" TargetMode="External"/><Relationship Id="rId266" Type="http://schemas.openxmlformats.org/officeDocument/2006/relationships/hyperlink" Target="https://educont.ru/" TargetMode="External"/><Relationship Id="rId431" Type="http://schemas.openxmlformats.org/officeDocument/2006/relationships/hyperlink" Target="https://educont.ru/" TargetMode="External"/><Relationship Id="rId473" Type="http://schemas.openxmlformats.org/officeDocument/2006/relationships/hyperlink" Target="https://resh.edu.ru/subject/lesson/7592/start/243469/" TargetMode="External"/><Relationship Id="rId529" Type="http://schemas.openxmlformats.org/officeDocument/2006/relationships/hyperlink" Target="https://resh.edu.ru/subject/lesson/7163/start/254346/" TargetMode="External"/><Relationship Id="rId680" Type="http://schemas.openxmlformats.org/officeDocument/2006/relationships/hyperlink" Target="https://&#1091;&#1088;&#1086;&#1082;.&#1088;&#1092;/" TargetMode="External"/><Relationship Id="rId736" Type="http://schemas.openxmlformats.org/officeDocument/2006/relationships/hyperlink" Target="https://resh.edu.ru/subject/9/" TargetMode="External"/><Relationship Id="rId30" Type="http://schemas.openxmlformats.org/officeDocument/2006/relationships/hyperlink" Target="https://prosv.ru/static/tsok" TargetMode="External"/><Relationship Id="rId126" Type="http://schemas.openxmlformats.org/officeDocument/2006/relationships/hyperlink" Target="https://resh.edu.ru/subject/13/" TargetMode="External"/><Relationship Id="rId168" Type="http://schemas.openxmlformats.org/officeDocument/2006/relationships/hyperlink" Target="https://resh.edu.ru/subject/13/" TargetMode="External"/><Relationship Id="rId333" Type="http://schemas.openxmlformats.org/officeDocument/2006/relationships/hyperlink" Target="http://school-collection.edu.ru/catalog/teacher" TargetMode="External"/><Relationship Id="rId540" Type="http://schemas.openxmlformats.org/officeDocument/2006/relationships/hyperlink" Target="https://resh.edu.ru/subject/lesson/7177/start/302987/" TargetMode="External"/><Relationship Id="rId778" Type="http://schemas.openxmlformats.org/officeDocument/2006/relationships/hyperlink" Target="https://&#1091;&#1088;&#1086;&#1082;.&#1088;&#1092;/" TargetMode="External"/><Relationship Id="rId72" Type="http://schemas.openxmlformats.org/officeDocument/2006/relationships/hyperlink" Target="https://resh.edu.ru/subject/13/" TargetMode="External"/><Relationship Id="rId375" Type="http://schemas.openxmlformats.org/officeDocument/2006/relationships/hyperlink" Target="http://school-collection.edu.ru/catalog/teacher" TargetMode="External"/><Relationship Id="rId582" Type="http://schemas.openxmlformats.org/officeDocument/2006/relationships/hyperlink" Target="https://resh.edu.ru/subject/lesson/7564/start/256902/" TargetMode="External"/><Relationship Id="rId638" Type="http://schemas.openxmlformats.org/officeDocument/2006/relationships/hyperlink" Target="https://&#1091;&#1088;&#1086;&#1082;.&#1088;&#1092;/" TargetMode="External"/><Relationship Id="rId803" Type="http://schemas.openxmlformats.org/officeDocument/2006/relationships/hyperlink" Target="http://www.myshared.ru/slide/789572/" TargetMode="External"/><Relationship Id="rId845" Type="http://schemas.openxmlformats.org/officeDocument/2006/relationships/header" Target="header17.xml"/><Relationship Id="rId3" Type="http://schemas.openxmlformats.org/officeDocument/2006/relationships/settings" Target="settings.xml"/><Relationship Id="rId235" Type="http://schemas.openxmlformats.org/officeDocument/2006/relationships/hyperlink" Target="https://resh.edu.ru/subject/14/5/" TargetMode="External"/><Relationship Id="rId277" Type="http://schemas.openxmlformats.org/officeDocument/2006/relationships/hyperlink" Target="https://resh.edu.ru/subject/14/5/" TargetMode="External"/><Relationship Id="rId400" Type="http://schemas.openxmlformats.org/officeDocument/2006/relationships/hyperlink" Target="https://resh.edu.ru/subject/14/5/" TargetMode="External"/><Relationship Id="rId442" Type="http://schemas.openxmlformats.org/officeDocument/2006/relationships/hyperlink" Target="https://resh.edu.ru/subject/14/5/" TargetMode="External"/><Relationship Id="rId484" Type="http://schemas.openxmlformats.org/officeDocument/2006/relationships/hyperlink" Target="https://resh.edu.ru/subject/lesson/7612/start/243965/" TargetMode="External"/><Relationship Id="rId705" Type="http://schemas.openxmlformats.org/officeDocument/2006/relationships/hyperlink" Target="https://&#1091;&#1088;&#1086;&#1082;.&#1088;&#1092;/" TargetMode="External"/><Relationship Id="rId137" Type="http://schemas.openxmlformats.org/officeDocument/2006/relationships/hyperlink" Target="http://school-collection.edu.ru/catalog/" TargetMode="External"/><Relationship Id="rId302" Type="http://schemas.openxmlformats.org/officeDocument/2006/relationships/hyperlink" Target="https://educont.ru/" TargetMode="External"/><Relationship Id="rId344" Type="http://schemas.openxmlformats.org/officeDocument/2006/relationships/hyperlink" Target="https://educont.ru/" TargetMode="External"/><Relationship Id="rId691" Type="http://schemas.openxmlformats.org/officeDocument/2006/relationships/hyperlink" Target="https://resh.edu.ru/subject/9/" TargetMode="External"/><Relationship Id="rId747" Type="http://schemas.openxmlformats.org/officeDocument/2006/relationships/hyperlink" Target="https://resh.edu.ru/subject/9/" TargetMode="External"/><Relationship Id="rId789" Type="http://schemas.openxmlformats.org/officeDocument/2006/relationships/header" Target="header5.xml"/><Relationship Id="rId41" Type="http://schemas.openxmlformats.org/officeDocument/2006/relationships/hyperlink" Target="https://resh.edu.ru/subject/13/" TargetMode="External"/><Relationship Id="rId83" Type="http://schemas.openxmlformats.org/officeDocument/2006/relationships/hyperlink" Target="https://resh.edu.ru/subject/13/" TargetMode="External"/><Relationship Id="rId179" Type="http://schemas.openxmlformats.org/officeDocument/2006/relationships/hyperlink" Target="https://resh.edu.ru/subject/13/" TargetMode="External"/><Relationship Id="rId386" Type="http://schemas.openxmlformats.org/officeDocument/2006/relationships/hyperlink" Target="https://educont.ru/" TargetMode="External"/><Relationship Id="rId551" Type="http://schemas.openxmlformats.org/officeDocument/2006/relationships/hyperlink" Target="https://infourok.ru/prezentaciya-po-muzike-na-temu-semeynobitovoy-folklor-3817834.html" TargetMode="External"/><Relationship Id="rId593" Type="http://schemas.openxmlformats.org/officeDocument/2006/relationships/header" Target="header4.xml"/><Relationship Id="rId607" Type="http://schemas.openxmlformats.org/officeDocument/2006/relationships/hyperlink" Target="https://www.fizkult-ura.ru/" TargetMode="External"/><Relationship Id="rId649" Type="http://schemas.openxmlformats.org/officeDocument/2006/relationships/hyperlink" Target="https://www.uchportal.ru/" TargetMode="External"/><Relationship Id="rId814" Type="http://schemas.openxmlformats.org/officeDocument/2006/relationships/hyperlink" Target="http://900igr.net/prezentacija/obg/obschaja-kharakteristika-krovotechenij-118575/vidy-krovotechenij-3.html" TargetMode="External"/><Relationship Id="rId856" Type="http://schemas.openxmlformats.org/officeDocument/2006/relationships/theme" Target="theme/theme1.xml"/><Relationship Id="rId190" Type="http://schemas.openxmlformats.org/officeDocument/2006/relationships/hyperlink" Target="https://resh.edu.ru/subject/13/" TargetMode="External"/><Relationship Id="rId204" Type="http://schemas.openxmlformats.org/officeDocument/2006/relationships/hyperlink" Target="http://school-collection.edu.ru/catalog/teacher" TargetMode="External"/><Relationship Id="rId246" Type="http://schemas.openxmlformats.org/officeDocument/2006/relationships/hyperlink" Target="http://school-collection.edu.ru/catalog/teacher" TargetMode="External"/><Relationship Id="rId288" Type="http://schemas.openxmlformats.org/officeDocument/2006/relationships/hyperlink" Target="http://school-collection.edu.ru/catalog/teacher" TargetMode="External"/><Relationship Id="rId411" Type="http://schemas.openxmlformats.org/officeDocument/2006/relationships/hyperlink" Target="http://school-collection.edu.ru/catalog/teacher" TargetMode="External"/><Relationship Id="rId453" Type="http://schemas.openxmlformats.org/officeDocument/2006/relationships/hyperlink" Target="http://school-collection.edu.ru/catalog/teacher" TargetMode="External"/><Relationship Id="rId509" Type="http://schemas.openxmlformats.org/officeDocument/2006/relationships/footer" Target="footer21.xml"/><Relationship Id="rId660" Type="http://schemas.openxmlformats.org/officeDocument/2006/relationships/hyperlink" Target="https://&#1091;&#1088;&#1086;&#1082;.&#1088;&#1092;/" TargetMode="External"/><Relationship Id="rId106" Type="http://schemas.openxmlformats.org/officeDocument/2006/relationships/hyperlink" Target="https://prosv.ru/static/tsok" TargetMode="External"/><Relationship Id="rId313" Type="http://schemas.openxmlformats.org/officeDocument/2006/relationships/hyperlink" Target="https://resh.edu.ru/subject/14/5/" TargetMode="External"/><Relationship Id="rId495" Type="http://schemas.openxmlformats.org/officeDocument/2006/relationships/hyperlink" Target="https://resh.edu.ru/subject/lesson/7598/start/244089/" TargetMode="External"/><Relationship Id="rId716" Type="http://schemas.openxmlformats.org/officeDocument/2006/relationships/hyperlink" Target="https://resh.edu.ru/subject/9/" TargetMode="External"/><Relationship Id="rId758" Type="http://schemas.openxmlformats.org/officeDocument/2006/relationships/hyperlink" Target="https://www.uchportal.ru/" TargetMode="External"/><Relationship Id="rId10" Type="http://schemas.openxmlformats.org/officeDocument/2006/relationships/footer" Target="footer3.xml"/><Relationship Id="rId52" Type="http://schemas.openxmlformats.org/officeDocument/2006/relationships/hyperlink" Target="https://resh.edu.ru/subject/13/" TargetMode="External"/><Relationship Id="rId94" Type="http://schemas.openxmlformats.org/officeDocument/2006/relationships/hyperlink" Target="https://resh.edu.ru/subject/13/" TargetMode="External"/><Relationship Id="rId148" Type="http://schemas.openxmlformats.org/officeDocument/2006/relationships/hyperlink" Target="https://resh.edu.ru/subject/13/" TargetMode="External"/><Relationship Id="rId355" Type="http://schemas.openxmlformats.org/officeDocument/2006/relationships/hyperlink" Target="https://resh.edu.ru/subject/14/5/" TargetMode="External"/><Relationship Id="rId397" Type="http://schemas.openxmlformats.org/officeDocument/2006/relationships/hyperlink" Target="https://resh.edu.ru/subject/14/5/" TargetMode="External"/><Relationship Id="rId520" Type="http://schemas.openxmlformats.org/officeDocument/2006/relationships/hyperlink" Target="https://resh.edu.ru/subject/lesson/7431/start/291880/" TargetMode="External"/><Relationship Id="rId562" Type="http://schemas.openxmlformats.org/officeDocument/2006/relationships/hyperlink" Target="https://resh.edu.ru/subject/lesson/3187/start/" TargetMode="External"/><Relationship Id="rId618" Type="http://schemas.openxmlformats.org/officeDocument/2006/relationships/hyperlink" Target="https://www.uchportal.ru/" TargetMode="External"/><Relationship Id="rId825" Type="http://schemas.openxmlformats.org/officeDocument/2006/relationships/footer" Target="footer33.xml"/><Relationship Id="rId215" Type="http://schemas.openxmlformats.org/officeDocument/2006/relationships/hyperlink" Target="https://educont.ru/" TargetMode="External"/><Relationship Id="rId257" Type="http://schemas.openxmlformats.org/officeDocument/2006/relationships/hyperlink" Target="https://educont.ru/" TargetMode="External"/><Relationship Id="rId422" Type="http://schemas.openxmlformats.org/officeDocument/2006/relationships/hyperlink" Target="https://educont.ru/" TargetMode="External"/><Relationship Id="rId464" Type="http://schemas.openxmlformats.org/officeDocument/2006/relationships/hyperlink" Target="https://educont.ru/" TargetMode="External"/><Relationship Id="rId299" Type="http://schemas.openxmlformats.org/officeDocument/2006/relationships/hyperlink" Target="https://educont.ru/" TargetMode="External"/><Relationship Id="rId727" Type="http://schemas.openxmlformats.org/officeDocument/2006/relationships/hyperlink" Target="https://resh.edu.ru/subject/9/" TargetMode="External"/><Relationship Id="rId63" Type="http://schemas.openxmlformats.org/officeDocument/2006/relationships/hyperlink" Target="https://resh.edu.ru/subject/13/" TargetMode="External"/><Relationship Id="rId159" Type="http://schemas.openxmlformats.org/officeDocument/2006/relationships/hyperlink" Target="https://resh.edu.ru/subject/13/" TargetMode="External"/><Relationship Id="rId366" Type="http://schemas.openxmlformats.org/officeDocument/2006/relationships/hyperlink" Target="http://school-collection.edu.ru/catalog/teacher" TargetMode="External"/><Relationship Id="rId573" Type="http://schemas.openxmlformats.org/officeDocument/2006/relationships/hyperlink" Target="https://resh.edu.ru/subject/lesson/7560/start/256994/" TargetMode="External"/><Relationship Id="rId780" Type="http://schemas.openxmlformats.org/officeDocument/2006/relationships/hyperlink" Target="https://resh.edu.ru/subject/9/" TargetMode="External"/><Relationship Id="rId226" Type="http://schemas.openxmlformats.org/officeDocument/2006/relationships/hyperlink" Target="https://resh.edu.ru/subject/14/5/" TargetMode="External"/><Relationship Id="rId433" Type="http://schemas.openxmlformats.org/officeDocument/2006/relationships/hyperlink" Target="https://resh.edu.ru/subject/14/5/" TargetMode="External"/><Relationship Id="rId640" Type="http://schemas.openxmlformats.org/officeDocument/2006/relationships/hyperlink" Target="https://www.uchportal.ru/" TargetMode="External"/><Relationship Id="rId738" Type="http://schemas.openxmlformats.org/officeDocument/2006/relationships/hyperlink" Target="https://www.uchportal.ru/" TargetMode="External"/><Relationship Id="rId74" Type="http://schemas.openxmlformats.org/officeDocument/2006/relationships/hyperlink" Target="https://resh.edu.ru/subject/13/" TargetMode="External"/><Relationship Id="rId377" Type="http://schemas.openxmlformats.org/officeDocument/2006/relationships/hyperlink" Target="https://educont.ru/" TargetMode="External"/><Relationship Id="rId500" Type="http://schemas.openxmlformats.org/officeDocument/2006/relationships/footer" Target="footer12.xml"/><Relationship Id="rId584" Type="http://schemas.openxmlformats.org/officeDocument/2006/relationships/hyperlink" Target="https://resh.edu.ru/subject/lesson/7566/start/289285/" TargetMode="External"/><Relationship Id="rId805" Type="http://schemas.openxmlformats.org/officeDocument/2006/relationships/hyperlink" Target="https://clck.ru/rFMw3" TargetMode="External"/><Relationship Id="rId5" Type="http://schemas.openxmlformats.org/officeDocument/2006/relationships/footnotes" Target="footnotes.xml"/><Relationship Id="rId237" Type="http://schemas.openxmlformats.org/officeDocument/2006/relationships/hyperlink" Target="http://school-collection.edu.ru/catalog/teacher" TargetMode="External"/><Relationship Id="rId791" Type="http://schemas.openxmlformats.org/officeDocument/2006/relationships/footer" Target="footer31.xml"/><Relationship Id="rId444" Type="http://schemas.openxmlformats.org/officeDocument/2006/relationships/hyperlink" Target="http://school-collection.edu.ru/catalog/teacher" TargetMode="External"/><Relationship Id="rId651" Type="http://schemas.openxmlformats.org/officeDocument/2006/relationships/hyperlink" Target="https://www.uchportal.ru/" TargetMode="External"/><Relationship Id="rId749" Type="http://schemas.openxmlformats.org/officeDocument/2006/relationships/hyperlink" Target="https://resh.edu.ru/subject/9/" TargetMode="External"/><Relationship Id="rId290" Type="http://schemas.openxmlformats.org/officeDocument/2006/relationships/hyperlink" Target="https://educont.ru/" TargetMode="External"/><Relationship Id="rId304" Type="http://schemas.openxmlformats.org/officeDocument/2006/relationships/hyperlink" Target="https://resh.edu.ru/subject/14/5/" TargetMode="External"/><Relationship Id="rId388" Type="http://schemas.openxmlformats.org/officeDocument/2006/relationships/hyperlink" Target="https://resh.edu.ru/subject/14/5/" TargetMode="External"/><Relationship Id="rId511" Type="http://schemas.openxmlformats.org/officeDocument/2006/relationships/footer" Target="footer23.xml"/><Relationship Id="rId609" Type="http://schemas.openxmlformats.org/officeDocument/2006/relationships/hyperlink" Target="https://&#1091;&#1088;&#1086;&#1082;.&#1088;&#1092;/" TargetMode="External"/><Relationship Id="rId85" Type="http://schemas.openxmlformats.org/officeDocument/2006/relationships/hyperlink" Target="http://www.gramota.ru/" TargetMode="External"/><Relationship Id="rId150" Type="http://schemas.openxmlformats.org/officeDocument/2006/relationships/hyperlink" Target="https://resh.edu.ru/subject/13/" TargetMode="External"/><Relationship Id="rId595" Type="http://schemas.openxmlformats.org/officeDocument/2006/relationships/footer" Target="footer30.xml"/><Relationship Id="rId816" Type="http://schemas.openxmlformats.org/officeDocument/2006/relationships/hyperlink" Target="https://infourok.ru/prezentaciya-pravila-povedeniya-v-shkole-2819052.html" TargetMode="External"/><Relationship Id="rId248" Type="http://schemas.openxmlformats.org/officeDocument/2006/relationships/hyperlink" Target="https://educont.ru/" TargetMode="External"/><Relationship Id="rId455" Type="http://schemas.openxmlformats.org/officeDocument/2006/relationships/hyperlink" Target="https://educont.ru/" TargetMode="External"/><Relationship Id="rId662" Type="http://schemas.openxmlformats.org/officeDocument/2006/relationships/hyperlink" Target="https://resh.edu.ru/subject/9/" TargetMode="External"/><Relationship Id="rId12" Type="http://schemas.openxmlformats.org/officeDocument/2006/relationships/hyperlink" Target="http://school-collection.edu.ru/catalog/" TargetMode="External"/><Relationship Id="rId108" Type="http://schemas.openxmlformats.org/officeDocument/2006/relationships/hyperlink" Target="https://resh.edu.ru/subject/13/" TargetMode="External"/><Relationship Id="rId315" Type="http://schemas.openxmlformats.org/officeDocument/2006/relationships/hyperlink" Target="http://school-collection.edu.ru/catalog/teacher" TargetMode="External"/><Relationship Id="rId522" Type="http://schemas.openxmlformats.org/officeDocument/2006/relationships/hyperlink" Target="https://resh.edu.ru/subject/lesson/7427/start/305962/" TargetMode="External"/><Relationship Id="rId96" Type="http://schemas.openxmlformats.org/officeDocument/2006/relationships/hyperlink" Target="https://resh.edu.ru/subject/13/" TargetMode="External"/><Relationship Id="rId161" Type="http://schemas.openxmlformats.org/officeDocument/2006/relationships/hyperlink" Target="https://resh.edu.ru/subject/13/" TargetMode="External"/><Relationship Id="rId399" Type="http://schemas.openxmlformats.org/officeDocument/2006/relationships/hyperlink" Target="http://school-collection.edu.ru/catalog/teacher" TargetMode="External"/><Relationship Id="rId827" Type="http://schemas.openxmlformats.org/officeDocument/2006/relationships/header" Target="header9.xml"/><Relationship Id="rId259" Type="http://schemas.openxmlformats.org/officeDocument/2006/relationships/hyperlink" Target="https://resh.edu.ru/subject/14/5/" TargetMode="External"/><Relationship Id="rId466" Type="http://schemas.openxmlformats.org/officeDocument/2006/relationships/footer" Target="footer5.xml"/><Relationship Id="rId673" Type="http://schemas.openxmlformats.org/officeDocument/2006/relationships/hyperlink" Target="https://resh.edu.ru/subject/9/" TargetMode="External"/><Relationship Id="rId23" Type="http://schemas.openxmlformats.org/officeDocument/2006/relationships/hyperlink" Target="https://resh.edu.ru/subject/13/" TargetMode="External"/><Relationship Id="rId119" Type="http://schemas.openxmlformats.org/officeDocument/2006/relationships/hyperlink" Target="https://resh.edu.ru/subject/13/" TargetMode="External"/><Relationship Id="rId326" Type="http://schemas.openxmlformats.org/officeDocument/2006/relationships/hyperlink" Target="https://educont.ru/" TargetMode="External"/><Relationship Id="rId533" Type="http://schemas.openxmlformats.org/officeDocument/2006/relationships/hyperlink" Target="https://resh.edu.ru/subject/lesson/7164/start/315677/" TargetMode="External"/><Relationship Id="rId740" Type="http://schemas.openxmlformats.org/officeDocument/2006/relationships/hyperlink" Target="https://resh.edu.ru/subject/9/" TargetMode="External"/><Relationship Id="rId838" Type="http://schemas.openxmlformats.org/officeDocument/2006/relationships/footer" Target="footer40.xml"/></Relationships>
</file>

<file path=word/_rels/footnotes.xml.rels><?xml version="1.0" encoding="UTF-8" standalone="yes"?>
<Relationships xmlns="http://schemas.openxmlformats.org/package/2006/relationships"><Relationship Id="rId1" Type="http://schemas.openxmlformats.org/officeDocument/2006/relationships/hyperlink" Target="http://form.instra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886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Минасян Н.В.</dc:creator>
  <cp:keywords/>
  <dc:description/>
  <cp:lastModifiedBy>ученик</cp:lastModifiedBy>
  <cp:revision>2</cp:revision>
  <cp:lastPrinted>2022-12-10T18:50:00Z</cp:lastPrinted>
  <dcterms:created xsi:type="dcterms:W3CDTF">2022-12-19T06:52:00Z</dcterms:created>
  <dcterms:modified xsi:type="dcterms:W3CDTF">2022-12-19T06:52:00Z</dcterms:modified>
</cp:coreProperties>
</file>